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032" w:rsidRPr="0012709E" w:rsidRDefault="00C07032" w:rsidP="00C07032">
      <w:pPr>
        <w:pStyle w:val="Heading2"/>
        <w:tabs>
          <w:tab w:val="left" w:pos="283"/>
          <w:tab w:val="left" w:pos="2835"/>
          <w:tab w:val="left" w:pos="5386"/>
          <w:tab w:val="left" w:pos="7937"/>
        </w:tabs>
        <w:spacing w:before="0"/>
        <w:ind w:firstLine="283"/>
        <w:jc w:val="center"/>
        <w:rPr>
          <w:rFonts w:ascii="UTM Avo" w:hAnsi="UTM Avo"/>
          <w:i w:val="0"/>
          <w:color w:val="FF0000"/>
          <w:sz w:val="36"/>
          <w:lang w:val="en-US"/>
        </w:rPr>
      </w:pPr>
      <w:bookmarkStart w:id="0" w:name="_Hlk197888780"/>
      <w:r w:rsidRPr="0012709E">
        <w:rPr>
          <w:rFonts w:ascii="UTM Avo" w:hAnsi="UTM Avo"/>
          <w:i w:val="0"/>
          <w:color w:val="FF0000"/>
          <w:sz w:val="36"/>
        </w:rPr>
        <w:t>ĐỀ 0</w:t>
      </w:r>
      <w:r>
        <w:rPr>
          <w:rFonts w:ascii="UTM Avo" w:hAnsi="UTM Avo"/>
          <w:i w:val="0"/>
          <w:color w:val="FF0000"/>
          <w:sz w:val="36"/>
          <w:lang w:val="en-US"/>
        </w:rPr>
        <w:t>4</w:t>
      </w:r>
      <w:r w:rsidRPr="0012709E">
        <w:rPr>
          <w:rFonts w:ascii="UTM Avo" w:hAnsi="UTM Avo"/>
          <w:i w:val="0"/>
          <w:color w:val="FF0000"/>
          <w:sz w:val="36"/>
          <w:lang w:val="en-US"/>
        </w:rPr>
        <w:t xml:space="preserve"> </w:t>
      </w:r>
      <w:r w:rsidRPr="0012709E">
        <w:rPr>
          <w:i w:val="0"/>
          <w:color w:val="FF0000"/>
          <w:sz w:val="36"/>
          <w:lang w:val="en-US"/>
        </w:rPr>
        <w:t>–</w:t>
      </w:r>
      <w:r w:rsidRPr="0012709E">
        <w:rPr>
          <w:rFonts w:ascii="UTM Avo" w:hAnsi="UTM Avo"/>
          <w:i w:val="0"/>
          <w:color w:val="FF0000"/>
          <w:sz w:val="36"/>
          <w:lang w:val="en-US"/>
        </w:rPr>
        <w:t xml:space="preserve"> GIẢI</w:t>
      </w:r>
    </w:p>
    <w:p w:rsidR="00453277" w:rsidRPr="00453277" w:rsidRDefault="00453277" w:rsidP="00C07032">
      <w:pPr>
        <w:tabs>
          <w:tab w:val="left" w:pos="5760"/>
        </w:tabs>
        <w:spacing w:before="0" w:after="0"/>
        <w:rPr>
          <w:rFonts w:eastAsia="Calibri" w:cs="Times New Roman"/>
          <w:color w:val="FF0000"/>
          <w:szCs w:val="24"/>
        </w:rPr>
      </w:pPr>
      <w:r w:rsidRPr="00453277">
        <w:rPr>
          <w:rFonts w:eastAsia="Calibri" w:cs="Times New Roman"/>
          <w:b/>
          <w:bCs/>
          <w:color w:val="FF0000"/>
          <w:szCs w:val="24"/>
        </w:rPr>
        <w:t xml:space="preserve">PHẦN I. Câu trắc nghiệm nhiều phương án lựa chọn (3,0 điểm). </w:t>
      </w:r>
      <w:r w:rsidRPr="00453277">
        <w:rPr>
          <w:rFonts w:eastAsia="Calibri" w:cs="Times New Roman"/>
          <w:bCs/>
          <w:color w:val="FF0000"/>
          <w:szCs w:val="24"/>
        </w:rPr>
        <w:t>Thí sinh trả lời từ câu 1 đến câu 12. Mỗi câu hỏi thí sinh chỉ chọn một phương án.</w:t>
      </w:r>
    </w:p>
    <w:p w:rsidR="00453277" w:rsidRPr="00453277" w:rsidRDefault="00453277" w:rsidP="00453277">
      <w:pPr>
        <w:numPr>
          <w:ilvl w:val="0"/>
          <w:numId w:val="29"/>
        </w:numPr>
        <w:spacing w:before="0" w:after="0" w:line="259" w:lineRule="auto"/>
        <w:rPr>
          <w:rFonts w:eastAsia="Calibri" w:cs="Times New Roman"/>
          <w:b/>
          <w:color w:val="0000FF"/>
          <w:szCs w:val="24"/>
        </w:rPr>
      </w:pPr>
      <w:r w:rsidRPr="00453277">
        <w:rPr>
          <w:rFonts w:eastAsia="Calibri" w:cs="Times New Roman"/>
          <w:szCs w:val="24"/>
        </w:rPr>
        <w:t xml:space="preserve">Nguyên hàm của hàm số </w:t>
      </w:r>
      <w:r w:rsidRPr="00453277">
        <w:rPr>
          <w:rFonts w:eastAsia="Calibri" w:cs="Times New Roman"/>
          <w:position w:val="-14"/>
          <w:szCs w:val="24"/>
        </w:rPr>
        <w:object w:dxaOrig="18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25pt;height:19.85pt" o:ole="">
            <v:imagedata r:id="rId8" o:title=""/>
          </v:shape>
          <o:OLEObject Type="Embed" ProgID="Equation.DSMT4" ShapeID="_x0000_i1025" DrawAspect="Content" ObjectID="_1808504021" r:id="rId9"/>
        </w:object>
      </w:r>
      <w:r w:rsidRPr="00453277">
        <w:rPr>
          <w:rFonts w:eastAsia="Calibri" w:cs="Times New Roman"/>
          <w:szCs w:val="24"/>
        </w:rPr>
        <w:t xml:space="preserve"> là</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u w:val="single"/>
        </w:rPr>
        <w:t>A</w:t>
      </w:r>
      <w:r w:rsidRPr="00453277">
        <w:rPr>
          <w:rFonts w:eastAsia="Calibri" w:cs="Times New Roman"/>
          <w:b/>
          <w:color w:val="0000FF"/>
        </w:rPr>
        <w:t xml:space="preserve">. </w:t>
      </w:r>
      <w:bookmarkStart w:id="1" w:name="MTBlankEqn"/>
      <w:r w:rsidRPr="00453277">
        <w:rPr>
          <w:rFonts w:eastAsia="Calibri" w:cs="Times New Roman"/>
          <w:position w:val="-6"/>
        </w:rPr>
        <w:object w:dxaOrig="1440" w:dyaOrig="320">
          <v:shape id="_x0000_i1026" type="#_x0000_t75" style="width:1in;height:16.15pt" o:ole="">
            <v:imagedata r:id="rId10" o:title=""/>
          </v:shape>
          <o:OLEObject Type="Embed" ProgID="Equation.DSMT4" ShapeID="_x0000_i1026" DrawAspect="Content" ObjectID="_1808504022" r:id="rId11"/>
        </w:object>
      </w:r>
      <w:bookmarkEnd w:id="1"/>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24"/>
        </w:rPr>
        <w:object w:dxaOrig="1620" w:dyaOrig="620">
          <v:shape id="_x0000_i1027" type="#_x0000_t75" style="width:81.25pt;height:30.9pt" o:ole="">
            <v:imagedata r:id="rId12" o:title=""/>
          </v:shape>
          <o:OLEObject Type="Embed" ProgID="Equation.DSMT4" ShapeID="_x0000_i1027" DrawAspect="Content" ObjectID="_1808504023" r:id="rId13"/>
        </w:object>
      </w:r>
      <w:r w:rsidRPr="00453277">
        <w:rPr>
          <w:rFonts w:eastAsia="Calibri" w:cs="Times New Roman"/>
        </w:rPr>
        <w:t>.</w:t>
      </w:r>
      <w:r w:rsidRPr="00453277">
        <w:rPr>
          <w:rFonts w:eastAsia="Calibri" w:cs="Times New Roman"/>
          <w:b/>
          <w:color w:val="0000FF"/>
        </w:rPr>
        <w:tab/>
        <w:t xml:space="preserve">C. </w:t>
      </w:r>
      <w:r w:rsidRPr="00453277">
        <w:rPr>
          <w:rFonts w:eastAsia="Calibri" w:cs="Times New Roman"/>
          <w:position w:val="-6"/>
        </w:rPr>
        <w:object w:dxaOrig="1560" w:dyaOrig="320">
          <v:shape id="_x0000_i1028" type="#_x0000_t75" style="width:78pt;height:16.15pt" o:ole="">
            <v:imagedata r:id="rId14" o:title=""/>
          </v:shape>
          <o:OLEObject Type="Embed" ProgID="Equation.DSMT4" ShapeID="_x0000_i1028" DrawAspect="Content" ObjectID="_1808504024" r:id="rId15"/>
        </w:object>
      </w:r>
      <w:r w:rsidRPr="00453277">
        <w:rPr>
          <w:rFonts w:eastAsia="Calibri" w:cs="Times New Roman"/>
        </w:rPr>
        <w:t>.</w:t>
      </w:r>
      <w:r w:rsidRPr="00453277">
        <w:rPr>
          <w:rFonts w:eastAsia="Calibri" w:cs="Times New Roman"/>
          <w:b/>
          <w:color w:val="0000FF"/>
        </w:rPr>
        <w:tab/>
        <w:t xml:space="preserve">D. </w:t>
      </w:r>
      <w:r w:rsidRPr="00453277">
        <w:rPr>
          <w:rFonts w:eastAsia="Calibri" w:cs="Times New Roman"/>
          <w:position w:val="-6"/>
        </w:rPr>
        <w:object w:dxaOrig="1100" w:dyaOrig="320">
          <v:shape id="_x0000_i1029" type="#_x0000_t75" style="width:54.9pt;height:16.15pt" o:ole="">
            <v:imagedata r:id="rId16" o:title=""/>
          </v:shape>
          <o:OLEObject Type="Embed" ProgID="Equation.DSMT4" ShapeID="_x0000_i1029" DrawAspect="Content" ObjectID="_1808504025" r:id="rId17"/>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bCs/>
          <w:color w:val="0000FF"/>
          <w:highlight w:val="green"/>
        </w:rPr>
      </w:pPr>
      <w:r w:rsidRPr="00453277">
        <w:rPr>
          <w:rFonts w:eastAsia="Calibri" w:cs="Times New Roman"/>
          <w:b/>
          <w:bCs/>
          <w:color w:val="0000FF"/>
          <w:highlight w:val="green"/>
        </w:rPr>
        <w:t>Chọn A</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rPr>
      </w:pPr>
      <w:r w:rsidRPr="00453277">
        <w:rPr>
          <w:rFonts w:eastAsia="Calibri" w:cs="Times New Roman"/>
          <w:bCs/>
        </w:rPr>
        <w:t xml:space="preserve">Ta có: </w:t>
      </w:r>
      <w:r w:rsidRPr="00453277">
        <w:rPr>
          <w:rFonts w:eastAsia="Calibri" w:cs="Times New Roman"/>
          <w:position w:val="-16"/>
        </w:rPr>
        <w:object w:dxaOrig="3320" w:dyaOrig="440">
          <v:shape id="_x0000_i1030" type="#_x0000_t75" style="width:166.15pt;height:22.15pt" o:ole="">
            <v:imagedata r:id="rId18" o:title=""/>
          </v:shape>
          <o:OLEObject Type="Embed" ProgID="Equation.DSMT4" ShapeID="_x0000_i1030" DrawAspect="Content" ObjectID="_1808504026" r:id="rId19"/>
        </w:object>
      </w:r>
      <w:r w:rsidRPr="00453277">
        <w:rPr>
          <w:rFonts w:eastAsia="Calibri" w:cs="Times New Roman"/>
          <w:bCs/>
        </w:rPr>
        <w:t>.</w:t>
      </w:r>
    </w:p>
    <w:p w:rsidR="00453277" w:rsidRPr="00453277" w:rsidRDefault="00453277" w:rsidP="00453277">
      <w:pPr>
        <w:numPr>
          <w:ilvl w:val="0"/>
          <w:numId w:val="29"/>
        </w:numPr>
        <w:spacing w:before="0" w:after="0" w:line="259" w:lineRule="auto"/>
        <w:rPr>
          <w:rFonts w:eastAsia="Calibri" w:cs="Times New Roman"/>
          <w:szCs w:val="24"/>
        </w:rPr>
      </w:pPr>
      <w:r w:rsidRPr="00453277">
        <w:rPr>
          <w:rFonts w:eastAsia="Calibri" w:cs="Times New Roman"/>
          <w:szCs w:val="24"/>
        </w:rPr>
        <w:t xml:space="preserve">Hình vẽ bên dưới biểu diễn trục hoành cắt đồ thị hàm số </w:t>
      </w:r>
      <w:r w:rsidRPr="00453277">
        <w:rPr>
          <w:rFonts w:eastAsia="Calibri" w:cs="Times New Roman"/>
          <w:position w:val="-14"/>
          <w:szCs w:val="24"/>
        </w:rPr>
        <w:object w:dxaOrig="960" w:dyaOrig="400">
          <v:shape id="_x0000_i1031" type="#_x0000_t75" style="width:48pt;height:19.85pt" o:ole="">
            <v:imagedata r:id="rId20" o:title=""/>
          </v:shape>
          <o:OLEObject Type="Embed" ProgID="Equation.DSMT4" ShapeID="_x0000_i1031" DrawAspect="Content" ObjectID="_1808504027" r:id="rId21"/>
        </w:object>
      </w:r>
      <w:r w:rsidRPr="00453277">
        <w:rPr>
          <w:rFonts w:eastAsia="Calibri" w:cs="Times New Roman"/>
          <w:szCs w:val="24"/>
        </w:rPr>
        <w:t xml:space="preserve"> tại ba điểm có hoành độ </w:t>
      </w:r>
      <w:r w:rsidRPr="00453277">
        <w:rPr>
          <w:rFonts w:eastAsia="Calibri" w:cs="Times New Roman"/>
          <w:position w:val="-10"/>
          <w:szCs w:val="24"/>
        </w:rPr>
        <w:object w:dxaOrig="740" w:dyaOrig="320">
          <v:shape id="_x0000_i1032" type="#_x0000_t75" style="width:36.9pt;height:16.15pt" o:ole="">
            <v:imagedata r:id="rId22" o:title=""/>
          </v:shape>
          <o:OLEObject Type="Embed" ProgID="Equation.DSMT4" ShapeID="_x0000_i1032" DrawAspect="Content" ObjectID="_1808504028" r:id="rId23"/>
        </w:object>
      </w:r>
      <w:r w:rsidRPr="00453277">
        <w:rPr>
          <w:rFonts w:eastAsia="Calibri" w:cs="Times New Roman"/>
          <w:szCs w:val="24"/>
        </w:rPr>
        <w:t xml:space="preserve">. Gọi </w:t>
      </w:r>
      <w:r w:rsidRPr="00453277">
        <w:rPr>
          <w:rFonts w:eastAsia="Calibri" w:cs="Times New Roman"/>
          <w:position w:val="-6"/>
          <w:szCs w:val="24"/>
        </w:rPr>
        <w:object w:dxaOrig="220" w:dyaOrig="279">
          <v:shape id="_x0000_i1033" type="#_x0000_t75" style="width:11.1pt;height:13.85pt" o:ole="">
            <v:imagedata r:id="rId24" o:title=""/>
          </v:shape>
          <o:OLEObject Type="Embed" ProgID="Equation.DSMT4" ShapeID="_x0000_i1033" DrawAspect="Content" ObjectID="_1808504029" r:id="rId25"/>
        </w:object>
      </w:r>
      <w:r w:rsidRPr="00453277">
        <w:rPr>
          <w:rFonts w:eastAsia="Calibri" w:cs="Times New Roman"/>
          <w:szCs w:val="24"/>
        </w:rPr>
        <w:t xml:space="preserve"> là hình phẳng giới hạn bởi đồ thị </w:t>
      </w:r>
      <w:r w:rsidRPr="00453277">
        <w:rPr>
          <w:rFonts w:eastAsia="Calibri" w:cs="Times New Roman"/>
          <w:position w:val="-14"/>
          <w:szCs w:val="24"/>
        </w:rPr>
        <w:object w:dxaOrig="960" w:dyaOrig="400">
          <v:shape id="_x0000_i1034" type="#_x0000_t75" style="width:48pt;height:19.85pt" o:ole="">
            <v:imagedata r:id="rId26" o:title=""/>
          </v:shape>
          <o:OLEObject Type="Embed" ProgID="Equation.DSMT4" ShapeID="_x0000_i1034" DrawAspect="Content" ObjectID="_1808504030" r:id="rId27"/>
        </w:object>
      </w:r>
      <w:r w:rsidRPr="00453277">
        <w:rPr>
          <w:rFonts w:eastAsia="Calibri" w:cs="Times New Roman"/>
          <w:szCs w:val="24"/>
        </w:rPr>
        <w:t xml:space="preserve"> và trục hoành. Khẳng định nào sau đây </w:t>
      </w:r>
      <w:r w:rsidRPr="00453277">
        <w:rPr>
          <w:rFonts w:eastAsia="Calibri" w:cs="Times New Roman"/>
          <w:b/>
          <w:szCs w:val="24"/>
        </w:rPr>
        <w:t>sai</w:t>
      </w:r>
      <w:r w:rsidRPr="00453277">
        <w:rPr>
          <w:rFonts w:eastAsia="Calibri"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noProof/>
          <w:color w:val="0000FF"/>
        </w:rPr>
        <w:drawing>
          <wp:inline distT="0" distB="0" distL="0" distR="0" wp14:anchorId="0467218F" wp14:editId="037F1E6E">
            <wp:extent cx="2146852" cy="1253698"/>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71436" cy="1268055"/>
                    </a:xfrm>
                    <a:prstGeom prst="rect">
                      <a:avLst/>
                    </a:prstGeom>
                  </pic:spPr>
                </pic:pic>
              </a:graphicData>
            </a:graphic>
          </wp:inline>
        </w:drawing>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u w:val="single"/>
        </w:rPr>
        <w:t>A</w:t>
      </w:r>
      <w:r w:rsidRPr="00453277">
        <w:rPr>
          <w:rFonts w:eastAsia="Calibri" w:cs="Times New Roman"/>
          <w:b/>
          <w:color w:val="0000FF"/>
        </w:rPr>
        <w:t xml:space="preserve">. </w:t>
      </w:r>
      <w:r w:rsidRPr="00453277">
        <w:rPr>
          <w:rFonts w:eastAsia="Calibri" w:cs="Times New Roman"/>
          <w:position w:val="-32"/>
        </w:rPr>
        <w:object w:dxaOrig="2520" w:dyaOrig="740">
          <v:shape id="_x0000_i1035" type="#_x0000_t75" style="width:126pt;height:36.9pt" o:ole="">
            <v:imagedata r:id="rId29" o:title=""/>
          </v:shape>
          <o:OLEObject Type="Embed" ProgID="Equation.DSMT4" ShapeID="_x0000_i1035" DrawAspect="Content" ObjectID="_1808504031" r:id="rId30"/>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32"/>
        </w:rPr>
        <w:object w:dxaOrig="2659" w:dyaOrig="740">
          <v:shape id="_x0000_i1036" type="#_x0000_t75" style="width:132.9pt;height:36.9pt" o:ole="">
            <v:imagedata r:id="rId31" o:title=""/>
          </v:shape>
          <o:OLEObject Type="Embed" ProgID="Equation.DSMT4" ShapeID="_x0000_i1036" DrawAspect="Content" ObjectID="_1808504032" r:id="rId32"/>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rPr>
        <w:t xml:space="preserve">C. </w:t>
      </w:r>
      <w:r w:rsidRPr="00453277">
        <w:rPr>
          <w:rFonts w:eastAsia="Calibri" w:cs="Times New Roman"/>
          <w:position w:val="-30"/>
        </w:rPr>
        <w:object w:dxaOrig="1480" w:dyaOrig="720">
          <v:shape id="_x0000_i1037" type="#_x0000_t75" style="width:73.85pt;height:36pt" o:ole="">
            <v:imagedata r:id="rId33" o:title=""/>
          </v:shape>
          <o:OLEObject Type="Embed" ProgID="Equation.DSMT4" ShapeID="_x0000_i1037" DrawAspect="Content" ObjectID="_1808504033" r:id="rId34"/>
        </w:object>
      </w:r>
      <w:r w:rsidRPr="00453277">
        <w:rPr>
          <w:rFonts w:eastAsia="Calibri" w:cs="Times New Roman"/>
        </w:rPr>
        <w:t>.</w:t>
      </w:r>
      <w:r w:rsidRPr="00453277">
        <w:rPr>
          <w:rFonts w:eastAsia="Calibri" w:cs="Times New Roman"/>
          <w:b/>
          <w:color w:val="0000FF"/>
        </w:rPr>
        <w:tab/>
      </w:r>
      <w:r w:rsidRPr="00453277">
        <w:rPr>
          <w:rFonts w:eastAsia="Calibri" w:cs="Times New Roman"/>
          <w:b/>
          <w:color w:val="0000FF"/>
        </w:rPr>
        <w:tab/>
        <w:t xml:space="preserve">D. </w:t>
      </w:r>
      <w:r w:rsidRPr="00453277">
        <w:rPr>
          <w:rFonts w:eastAsia="Calibri" w:cs="Times New Roman"/>
          <w:position w:val="-32"/>
        </w:rPr>
        <w:object w:dxaOrig="2680" w:dyaOrig="760">
          <v:shape id="_x0000_i1038" type="#_x0000_t75" style="width:133.4pt;height:37.85pt" o:ole="">
            <v:imagedata r:id="rId35" o:title=""/>
          </v:shape>
          <o:OLEObject Type="Embed" ProgID="Equation.DSMT4" ShapeID="_x0000_i1038" DrawAspect="Content" ObjectID="_1808504034" r:id="rId36"/>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bCs/>
          <w:color w:val="0000FF"/>
          <w:highlight w:val="green"/>
        </w:rPr>
      </w:pPr>
      <w:r w:rsidRPr="00453277">
        <w:rPr>
          <w:rFonts w:eastAsia="Calibri" w:cs="Times New Roman"/>
          <w:b/>
          <w:bCs/>
          <w:color w:val="0000FF"/>
          <w:highlight w:val="green"/>
        </w:rPr>
        <w:t>Chọn A</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rPr>
      </w:pPr>
      <w:r w:rsidRPr="00453277">
        <w:rPr>
          <w:rFonts w:eastAsia="Calibri" w:cs="Times New Roman"/>
          <w:bCs/>
        </w:rPr>
        <w:t>Ta có:</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rPr>
      </w:pPr>
      <w:r w:rsidRPr="00453277">
        <w:rPr>
          <w:rFonts w:eastAsia="Calibri" w:cs="Times New Roman"/>
          <w:position w:val="-32"/>
        </w:rPr>
        <w:object w:dxaOrig="8960" w:dyaOrig="760">
          <v:shape id="_x0000_i1039" type="#_x0000_t75" style="width:448.15pt;height:37.85pt" o:ole="">
            <v:imagedata r:id="rId37" o:title=""/>
          </v:shape>
          <o:OLEObject Type="Embed" ProgID="Equation.DSMT4" ShapeID="_x0000_i1039" DrawAspect="Content" ObjectID="_1808504035" r:id="rId38"/>
        </w:object>
      </w:r>
      <w:r w:rsidRPr="00453277">
        <w:rPr>
          <w:rFonts w:eastAsia="Calibri" w:cs="Times New Roman"/>
          <w:bCs/>
        </w:rPr>
        <w:t>.</w:t>
      </w:r>
    </w:p>
    <w:p w:rsidR="00453277" w:rsidRPr="00453277" w:rsidRDefault="00453277" w:rsidP="00453277">
      <w:pPr>
        <w:numPr>
          <w:ilvl w:val="0"/>
          <w:numId w:val="29"/>
        </w:numPr>
        <w:spacing w:before="0" w:after="0" w:line="259" w:lineRule="auto"/>
        <w:rPr>
          <w:rFonts w:eastAsia="Calibri" w:cs="Times New Roman"/>
          <w:b/>
          <w:color w:val="0000FF"/>
          <w:szCs w:val="24"/>
        </w:rPr>
      </w:pPr>
      <w:r w:rsidRPr="00453277">
        <w:rPr>
          <w:rFonts w:eastAsia="Calibri" w:cs="Times New Roman"/>
          <w:szCs w:val="24"/>
          <w:lang w:val="pt-BR"/>
        </w:rPr>
        <w:t xml:space="preserve">Cho cấp số nhân </w:t>
      </w:r>
      <w:r w:rsidRPr="00453277">
        <w:rPr>
          <w:rFonts w:eastAsia="Calibri" w:cs="Times New Roman"/>
          <w:i/>
          <w:iCs/>
          <w:position w:val="-14"/>
          <w:szCs w:val="24"/>
        </w:rPr>
        <w:object w:dxaOrig="480" w:dyaOrig="400">
          <v:shape id="_x0000_i1040" type="#_x0000_t75" style="width:24pt;height:19.85pt" o:ole="">
            <v:imagedata r:id="rId39" o:title=""/>
          </v:shape>
          <o:OLEObject Type="Embed" ProgID="Equation.DSMT4" ShapeID="_x0000_i1040" DrawAspect="Content" ObjectID="_1808504036" r:id="rId40"/>
        </w:object>
      </w:r>
      <w:r w:rsidRPr="00453277">
        <w:rPr>
          <w:rFonts w:eastAsia="Calibri" w:cs="Times New Roman"/>
          <w:i/>
          <w:iCs/>
          <w:szCs w:val="24"/>
          <w:lang w:val="pt-BR"/>
        </w:rPr>
        <w:t xml:space="preserve"> </w:t>
      </w:r>
      <w:r w:rsidRPr="00453277">
        <w:rPr>
          <w:rFonts w:eastAsia="Calibri" w:cs="Times New Roman"/>
          <w:szCs w:val="24"/>
          <w:lang w:val="pt-BR"/>
        </w:rPr>
        <w:t xml:space="preserve">có số hạng đầu </w:t>
      </w:r>
      <w:r w:rsidRPr="00453277">
        <w:rPr>
          <w:rFonts w:eastAsia="Calibri" w:cs="Times New Roman"/>
          <w:position w:val="-12"/>
          <w:szCs w:val="24"/>
        </w:rPr>
        <w:object w:dxaOrig="620" w:dyaOrig="360">
          <v:shape id="_x0000_i1041" type="#_x0000_t75" style="width:30.9pt;height:18pt" o:ole="">
            <v:imagedata r:id="rId41" o:title=""/>
          </v:shape>
          <o:OLEObject Type="Embed" ProgID="Equation.DSMT4" ShapeID="_x0000_i1041" DrawAspect="Content" ObjectID="_1808504037" r:id="rId42"/>
        </w:object>
      </w:r>
      <w:r w:rsidRPr="00453277">
        <w:rPr>
          <w:rFonts w:eastAsia="Calibri" w:cs="Times New Roman"/>
          <w:szCs w:val="24"/>
          <w:lang w:val="pt-BR"/>
        </w:rPr>
        <w:t xml:space="preserve"> và công bội </w:t>
      </w:r>
      <w:r w:rsidRPr="00453277">
        <w:rPr>
          <w:rFonts w:eastAsia="Calibri" w:cs="Times New Roman"/>
          <w:position w:val="-10"/>
          <w:szCs w:val="24"/>
        </w:rPr>
        <w:object w:dxaOrig="560" w:dyaOrig="320">
          <v:shape id="_x0000_i1042" type="#_x0000_t75" style="width:28.15pt;height:16.15pt" o:ole="">
            <v:imagedata r:id="rId43" o:title=""/>
          </v:shape>
          <o:OLEObject Type="Embed" ProgID="Equation.DSMT4" ShapeID="_x0000_i1042" DrawAspect="Content" ObjectID="_1808504038" r:id="rId44"/>
        </w:object>
      </w:r>
      <w:r w:rsidRPr="00453277">
        <w:rPr>
          <w:rFonts w:eastAsia="Calibri" w:cs="Times New Roman"/>
          <w:szCs w:val="24"/>
          <w:lang w:val="pt-BR"/>
        </w:rPr>
        <w:t xml:space="preserve">. </w:t>
      </w:r>
      <w:r w:rsidRPr="00453277">
        <w:rPr>
          <w:rFonts w:eastAsia="Calibri" w:cs="Times New Roman"/>
          <w:szCs w:val="24"/>
        </w:rPr>
        <w:t>Tổng 5 số hạng đầu của cấp số nhân đã cho bằng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 xml:space="preserve">A. </w:t>
      </w:r>
      <w:r w:rsidRPr="00453277">
        <w:rPr>
          <w:rFonts w:eastAsia="Calibri" w:cs="Times New Roman"/>
          <w:color w:val="000000"/>
        </w:rPr>
        <w:t>486.</w:t>
      </w:r>
      <w:r w:rsidRPr="00453277">
        <w:rPr>
          <w:rFonts w:eastAsia="Calibri" w:cs="Times New Roman"/>
        </w:rPr>
        <w:tab/>
      </w:r>
      <w:r w:rsidRPr="00453277">
        <w:rPr>
          <w:rFonts w:eastAsia="Calibri" w:cs="Times New Roman"/>
          <w:b/>
          <w:color w:val="0000FF"/>
        </w:rPr>
        <w:t xml:space="preserve">B. </w:t>
      </w:r>
      <w:r w:rsidRPr="00453277">
        <w:rPr>
          <w:rFonts w:eastAsia="Calibri" w:cs="Times New Roman"/>
          <w:color w:val="000000"/>
        </w:rPr>
        <w:t>162.</w:t>
      </w:r>
      <w:r w:rsidRPr="00453277">
        <w:rPr>
          <w:rFonts w:eastAsia="Calibri" w:cs="Times New Roman"/>
        </w:rPr>
        <w:tab/>
      </w:r>
      <w:r w:rsidRPr="00453277">
        <w:rPr>
          <w:rFonts w:eastAsia="Calibri" w:cs="Times New Roman"/>
          <w:b/>
          <w:color w:val="0000FF"/>
        </w:rPr>
        <w:t xml:space="preserve">C. </w:t>
      </w:r>
      <w:r w:rsidRPr="00453277">
        <w:rPr>
          <w:rFonts w:eastAsia="Calibri" w:cs="Times New Roman"/>
          <w:color w:val="000000"/>
        </w:rPr>
        <w:t>81.</w:t>
      </w:r>
      <w:r w:rsidRPr="00453277">
        <w:rPr>
          <w:rFonts w:eastAsia="Calibri" w:cs="Times New Roman"/>
        </w:rPr>
        <w:tab/>
      </w:r>
      <w:r w:rsidRPr="00453277">
        <w:rPr>
          <w:rFonts w:eastAsia="Calibri" w:cs="Times New Roman"/>
          <w:b/>
          <w:color w:val="0000FF"/>
          <w:u w:val="single"/>
          <w:shd w:val="clear" w:color="auto" w:fill="00FF00"/>
        </w:rPr>
        <w:t>D</w:t>
      </w:r>
      <w:r w:rsidRPr="00453277">
        <w:rPr>
          <w:rFonts w:eastAsia="Calibri" w:cs="Times New Roman"/>
          <w:b/>
          <w:color w:val="0000FF"/>
          <w:shd w:val="clear" w:color="auto" w:fill="00FF00"/>
        </w:rPr>
        <w:t xml:space="preserve">. </w:t>
      </w:r>
      <w:r w:rsidRPr="00453277">
        <w:rPr>
          <w:rFonts w:eastAsia="Calibri" w:cs="Times New Roman"/>
          <w:color w:val="000000"/>
          <w:shd w:val="clear" w:color="auto" w:fill="00FF00"/>
        </w:rPr>
        <w:t>242.</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bCs/>
          <w:color w:val="0000FF"/>
          <w:highlight w:val="green"/>
        </w:rPr>
      </w:pPr>
      <w:r w:rsidRPr="00453277">
        <w:rPr>
          <w:rFonts w:eastAsia="Calibri" w:cs="Times New Roman"/>
          <w:b/>
          <w:bCs/>
          <w:color w:val="0000FF"/>
          <w:highlight w:val="green"/>
        </w:rPr>
        <w:t>Chọn D</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rPr>
      </w:pPr>
      <w:r w:rsidRPr="00453277">
        <w:rPr>
          <w:rFonts w:eastAsia="Calibri" w:cs="Times New Roman"/>
          <w:bCs/>
        </w:rPr>
        <w:t xml:space="preserve">Ta có </w:t>
      </w:r>
      <w:r w:rsidRPr="00453277">
        <w:rPr>
          <w:rFonts w:eastAsia="Calibri" w:cs="Times New Roman"/>
          <w:position w:val="-28"/>
        </w:rPr>
        <w:object w:dxaOrig="2000" w:dyaOrig="700">
          <v:shape id="_x0000_i1043" type="#_x0000_t75" style="width:100.6pt;height:35.1pt" o:ole="">
            <v:imagedata r:id="rId45" o:title=""/>
          </v:shape>
          <o:OLEObject Type="Embed" ProgID="Equation.DSMT4" ShapeID="_x0000_i1043" DrawAspect="Content" ObjectID="_1808504039" r:id="rId46"/>
        </w:object>
      </w:r>
      <w:r w:rsidRPr="00453277">
        <w:rPr>
          <w:rFonts w:eastAsia="Calibri" w:cs="Times New Roman"/>
        </w:rPr>
        <w:t>.</w:t>
      </w:r>
      <w:bookmarkStart w:id="2" w:name="_GoBack"/>
      <w:bookmarkEnd w:id="2"/>
    </w:p>
    <w:p w:rsidR="00453277" w:rsidRPr="00453277" w:rsidRDefault="00453277" w:rsidP="00453277">
      <w:pPr>
        <w:numPr>
          <w:ilvl w:val="0"/>
          <w:numId w:val="29"/>
        </w:numPr>
        <w:spacing w:before="0" w:after="0" w:line="259" w:lineRule="auto"/>
        <w:rPr>
          <w:rFonts w:eastAsia="Calibri" w:cs="Times New Roman"/>
          <w:b/>
          <w:color w:val="0000FF"/>
          <w:szCs w:val="24"/>
        </w:rPr>
      </w:pPr>
      <w:r w:rsidRPr="00453277">
        <w:rPr>
          <w:rFonts w:eastAsia="Calibri" w:cs="Times New Roman"/>
          <w:szCs w:val="24"/>
        </w:rPr>
        <w:t xml:space="preserve">Trong không gian </w:t>
      </w:r>
      <w:r w:rsidRPr="00453277">
        <w:rPr>
          <w:rFonts w:eastAsia="Calibri" w:cs="Times New Roman"/>
          <w:position w:val="-10"/>
          <w:szCs w:val="24"/>
        </w:rPr>
        <w:object w:dxaOrig="560" w:dyaOrig="320">
          <v:shape id="_x0000_i1044" type="#_x0000_t75" style="width:28.15pt;height:16.15pt" o:ole="">
            <v:imagedata r:id="rId47" o:title=""/>
          </v:shape>
          <o:OLEObject Type="Embed" ProgID="Equation.DSMT4" ShapeID="_x0000_i1044" DrawAspect="Content" ObjectID="_1808504040" r:id="rId48"/>
        </w:object>
      </w:r>
      <w:r w:rsidRPr="00453277">
        <w:rPr>
          <w:rFonts w:eastAsia="Calibri" w:cs="Times New Roman"/>
          <w:szCs w:val="24"/>
        </w:rPr>
        <w:t xml:space="preserve">, đường thẳng đi qua điểm </w:t>
      </w:r>
      <w:r w:rsidRPr="00453277">
        <w:rPr>
          <w:rFonts w:eastAsia="Calibri" w:cs="Times New Roman"/>
          <w:position w:val="-14"/>
          <w:szCs w:val="24"/>
        </w:rPr>
        <w:object w:dxaOrig="1040" w:dyaOrig="400">
          <v:shape id="_x0000_i1045" type="#_x0000_t75" style="width:52.15pt;height:19.85pt" o:ole="">
            <v:imagedata r:id="rId49" o:title=""/>
          </v:shape>
          <o:OLEObject Type="Embed" ProgID="Equation.DSMT4" ShapeID="_x0000_i1045" DrawAspect="Content" ObjectID="_1808504041" r:id="rId50"/>
        </w:object>
      </w:r>
      <w:r w:rsidRPr="00453277">
        <w:rPr>
          <w:rFonts w:eastAsia="Calibri" w:cs="Times New Roman"/>
          <w:szCs w:val="24"/>
        </w:rPr>
        <w:t xml:space="preserve"> và vuông góc với mặt phẳng </w:t>
      </w:r>
      <w:r w:rsidRPr="00453277">
        <w:rPr>
          <w:rFonts w:eastAsia="Calibri" w:cs="Times New Roman"/>
          <w:position w:val="-14"/>
          <w:szCs w:val="24"/>
        </w:rPr>
        <w:object w:dxaOrig="2260" w:dyaOrig="400">
          <v:shape id="_x0000_i1046" type="#_x0000_t75" style="width:113.1pt;height:19.85pt" o:ole="">
            <v:imagedata r:id="rId51" o:title=""/>
          </v:shape>
          <o:OLEObject Type="Embed" ProgID="Equation.DSMT4" ShapeID="_x0000_i1046" DrawAspect="Content" ObjectID="_1808504042" r:id="rId52"/>
        </w:object>
      </w:r>
      <w:r w:rsidRPr="00453277">
        <w:rPr>
          <w:rFonts w:eastAsia="Calibri" w:cs="Times New Roman"/>
          <w:szCs w:val="24"/>
        </w:rPr>
        <w:t xml:space="preserve"> có phương trình tham số là</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rPr>
        <w:t xml:space="preserve">A. </w:t>
      </w:r>
      <w:r w:rsidRPr="00453277">
        <w:rPr>
          <w:rFonts w:eastAsia="Calibri" w:cs="Times New Roman"/>
          <w:position w:val="-50"/>
        </w:rPr>
        <w:object w:dxaOrig="1100" w:dyaOrig="1120">
          <v:shape id="_x0000_i1047" type="#_x0000_t75" style="width:54.9pt;height:55.85pt" o:ole="">
            <v:imagedata r:id="rId53" o:title=""/>
          </v:shape>
          <o:OLEObject Type="Embed" ProgID="Equation.DSMT4" ShapeID="_x0000_i1047" DrawAspect="Content" ObjectID="_1808504043" r:id="rId54"/>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50"/>
        </w:rPr>
        <w:object w:dxaOrig="1060" w:dyaOrig="1120">
          <v:shape id="_x0000_i1048" type="#_x0000_t75" style="width:53.1pt;height:55.85pt" o:ole="">
            <v:imagedata r:id="rId55" o:title=""/>
          </v:shape>
          <o:OLEObject Type="Embed" ProgID="Equation.DSMT4" ShapeID="_x0000_i1048" DrawAspect="Content" ObjectID="_1808504044" r:id="rId56"/>
        </w:object>
      </w:r>
      <w:r w:rsidRPr="00453277">
        <w:rPr>
          <w:rFonts w:eastAsia="Calibri" w:cs="Times New Roman"/>
        </w:rPr>
        <w:t>.</w:t>
      </w:r>
      <w:r w:rsidRPr="00453277">
        <w:rPr>
          <w:rFonts w:eastAsia="Calibri" w:cs="Times New Roman"/>
          <w:b/>
          <w:color w:val="0000FF"/>
        </w:rPr>
        <w:tab/>
        <w:t xml:space="preserve">C. </w:t>
      </w:r>
      <w:r w:rsidRPr="00453277">
        <w:rPr>
          <w:rFonts w:eastAsia="Calibri" w:cs="Times New Roman"/>
          <w:position w:val="-50"/>
        </w:rPr>
        <w:object w:dxaOrig="1240" w:dyaOrig="1120">
          <v:shape id="_x0000_i1049" type="#_x0000_t75" style="width:61.85pt;height:55.85pt" o:ole="">
            <v:imagedata r:id="rId57" o:title=""/>
          </v:shape>
          <o:OLEObject Type="Embed" ProgID="Equation.DSMT4" ShapeID="_x0000_i1049" DrawAspect="Content" ObjectID="_1808504045" r:id="rId58"/>
        </w:object>
      </w:r>
      <w:r w:rsidRPr="00453277">
        <w:rPr>
          <w:rFonts w:eastAsia="Calibri" w:cs="Times New Roman"/>
        </w:rPr>
        <w:t>.</w:t>
      </w:r>
      <w:r w:rsidRPr="00453277">
        <w:rPr>
          <w:rFonts w:eastAsia="Calibri" w:cs="Times New Roman"/>
          <w:b/>
          <w:color w:val="0000FF"/>
        </w:rPr>
        <w:tab/>
      </w:r>
      <w:r w:rsidRPr="00453277">
        <w:rPr>
          <w:rFonts w:eastAsia="Calibri" w:cs="Times New Roman"/>
          <w:b/>
          <w:color w:val="0000FF"/>
          <w:u w:val="single"/>
        </w:rPr>
        <w:t>D</w:t>
      </w:r>
      <w:r w:rsidRPr="00453277">
        <w:rPr>
          <w:rFonts w:eastAsia="Calibri" w:cs="Times New Roman"/>
          <w:b/>
          <w:color w:val="0000FF"/>
        </w:rPr>
        <w:t xml:space="preserve">. </w:t>
      </w:r>
      <w:r w:rsidRPr="00453277">
        <w:rPr>
          <w:rFonts w:eastAsia="Calibri" w:cs="Times New Roman"/>
          <w:position w:val="-50"/>
        </w:rPr>
        <w:object w:dxaOrig="1200" w:dyaOrig="1120">
          <v:shape id="_x0000_i1050" type="#_x0000_t75" style="width:60pt;height:55.85pt" o:ole="">
            <v:imagedata r:id="rId59" o:title=""/>
          </v:shape>
          <o:OLEObject Type="Embed" ProgID="Equation.DSMT4" ShapeID="_x0000_i1050" DrawAspect="Content" ObjectID="_1808504046" r:id="rId60"/>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bCs/>
          <w:color w:val="0000FF"/>
          <w:highlight w:val="green"/>
        </w:rPr>
      </w:pPr>
      <w:r w:rsidRPr="00453277">
        <w:rPr>
          <w:rFonts w:eastAsia="Calibri" w:cs="Times New Roman"/>
          <w:b/>
          <w:bCs/>
          <w:color w:val="0000FF"/>
          <w:highlight w:val="green"/>
        </w:rPr>
        <w:t>Chọn D</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rPr>
      </w:pPr>
      <w:r w:rsidRPr="00453277">
        <w:rPr>
          <w:rFonts w:eastAsia="Calibri" w:cs="Times New Roman"/>
          <w:bCs/>
        </w:rPr>
        <w:t xml:space="preserve">Đường thẳng </w:t>
      </w:r>
      <w:r w:rsidRPr="00453277">
        <w:rPr>
          <w:rFonts w:eastAsia="Calibri" w:cs="Times New Roman"/>
          <w:position w:val="-6"/>
        </w:rPr>
        <w:object w:dxaOrig="220" w:dyaOrig="279">
          <v:shape id="_x0000_i1051" type="#_x0000_t75" style="width:11.1pt;height:13.85pt" o:ole="">
            <v:imagedata r:id="rId61" o:title=""/>
          </v:shape>
          <o:OLEObject Type="Embed" ProgID="Equation.DSMT4" ShapeID="_x0000_i1051" DrawAspect="Content" ObjectID="_1808504047" r:id="rId62"/>
        </w:object>
      </w:r>
      <w:r w:rsidRPr="00453277">
        <w:rPr>
          <w:rFonts w:eastAsia="Calibri" w:cs="Times New Roman"/>
          <w:bCs/>
        </w:rPr>
        <w:t xml:space="preserve"> đi qua điểm </w:t>
      </w:r>
      <w:r w:rsidRPr="00453277">
        <w:rPr>
          <w:rFonts w:eastAsia="Calibri" w:cs="Times New Roman"/>
          <w:position w:val="-14"/>
        </w:rPr>
        <w:object w:dxaOrig="1040" w:dyaOrig="400">
          <v:shape id="_x0000_i1052" type="#_x0000_t75" style="width:52.15pt;height:19.85pt" o:ole="">
            <v:imagedata r:id="rId63" o:title=""/>
          </v:shape>
          <o:OLEObject Type="Embed" ProgID="Equation.DSMT4" ShapeID="_x0000_i1052" DrawAspect="Content" ObjectID="_1808504048" r:id="rId64"/>
        </w:object>
      </w:r>
      <w:r w:rsidRPr="00453277">
        <w:rPr>
          <w:rFonts w:eastAsia="Calibri" w:cs="Times New Roman"/>
          <w:bCs/>
        </w:rPr>
        <w:t xml:space="preserve"> và vuông góc với mặt phẳng </w:t>
      </w:r>
      <w:r w:rsidRPr="00453277">
        <w:rPr>
          <w:rFonts w:eastAsia="Calibri" w:cs="Times New Roman"/>
          <w:position w:val="-14"/>
        </w:rPr>
        <w:object w:dxaOrig="2260" w:dyaOrig="400">
          <v:shape id="_x0000_i1053" type="#_x0000_t75" style="width:113.1pt;height:19.85pt" o:ole="">
            <v:imagedata r:id="rId65" o:title=""/>
          </v:shape>
          <o:OLEObject Type="Embed" ProgID="Equation.DSMT4" ShapeID="_x0000_i1053" DrawAspect="Content" ObjectID="_1808504049" r:id="rId66"/>
        </w:object>
      </w:r>
      <w:r w:rsidRPr="00453277">
        <w:rPr>
          <w:rFonts w:eastAsia="Calibri" w:cs="Times New Roman"/>
        </w:rPr>
        <w:t xml:space="preserve"> nhận vectơ </w:t>
      </w:r>
      <w:r w:rsidRPr="00453277">
        <w:rPr>
          <w:rFonts w:eastAsia="Calibri" w:cs="Times New Roman"/>
          <w:position w:val="-14"/>
        </w:rPr>
        <w:object w:dxaOrig="1240" w:dyaOrig="420">
          <v:shape id="_x0000_i1054" type="#_x0000_t75" style="width:61.85pt;height:21.25pt" o:ole="">
            <v:imagedata r:id="rId67" o:title=""/>
          </v:shape>
          <o:OLEObject Type="Embed" ProgID="Equation.DSMT4" ShapeID="_x0000_i1054" DrawAspect="Content" ObjectID="_1808504050" r:id="rId68"/>
        </w:object>
      </w:r>
      <w:r w:rsidRPr="00453277">
        <w:rPr>
          <w:rFonts w:eastAsia="Calibri" w:cs="Times New Roman"/>
        </w:rPr>
        <w:t xml:space="preserve"> làm vectơ chỉ phương có phương trình tham số là:</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50"/>
        </w:rPr>
        <w:object w:dxaOrig="2180" w:dyaOrig="1120">
          <v:shape id="_x0000_i1055" type="#_x0000_t75" style="width:108.9pt;height:55.85pt" o:ole="">
            <v:imagedata r:id="rId69" o:title=""/>
          </v:shape>
          <o:OLEObject Type="Embed" ProgID="Equation.DSMT4" ShapeID="_x0000_i1055" DrawAspect="Content" ObjectID="_1808504051" r:id="rId70"/>
        </w:object>
      </w:r>
      <w:r w:rsidRPr="00453277">
        <w:rPr>
          <w:rFonts w:eastAsia="Calibri" w:cs="Times New Roman"/>
          <w:bCs/>
        </w:rPr>
        <w:t>.</w:t>
      </w:r>
    </w:p>
    <w:p w:rsidR="00453277" w:rsidRPr="00453277" w:rsidRDefault="00453277" w:rsidP="00453277">
      <w:pPr>
        <w:numPr>
          <w:ilvl w:val="0"/>
          <w:numId w:val="29"/>
        </w:numPr>
        <w:spacing w:before="0" w:after="0" w:line="259" w:lineRule="auto"/>
        <w:rPr>
          <w:rFonts w:eastAsia="Calibri" w:cs="Times New Roman"/>
          <w:szCs w:val="24"/>
        </w:rPr>
      </w:pPr>
      <w:r w:rsidRPr="00453277">
        <w:rPr>
          <w:rFonts w:eastAsia="Calibri" w:cs="Times New Roman"/>
          <w:noProof/>
        </w:rPr>
        <w:drawing>
          <wp:anchor distT="0" distB="0" distL="114300" distR="114300" simplePos="0" relativeHeight="251660288" behindDoc="0" locked="0" layoutInCell="1" allowOverlap="1" wp14:anchorId="3EBF0D45">
            <wp:simplePos x="0" y="0"/>
            <wp:positionH relativeFrom="column">
              <wp:posOffset>4135074</wp:posOffset>
            </wp:positionH>
            <wp:positionV relativeFrom="paragraph">
              <wp:posOffset>148771</wp:posOffset>
            </wp:positionV>
            <wp:extent cx="2496820" cy="2133600"/>
            <wp:effectExtent l="0" t="0" r="0" b="0"/>
            <wp:wrapSquare wrapText="bothSides"/>
            <wp:docPr id="1688376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76132" name="Picture 1688376132"/>
                    <pic:cNvPicPr/>
                  </pic:nvPicPr>
                  <pic:blipFill rotWithShape="1">
                    <a:blip r:embed="rId71">
                      <a:extLst>
                        <a:ext uri="{28A0092B-C50C-407E-A947-70E740481C1C}">
                          <a14:useLocalDpi xmlns:a14="http://schemas.microsoft.com/office/drawing/2010/main" val="0"/>
                        </a:ext>
                      </a:extLst>
                    </a:blip>
                    <a:srcRect l="10636" b="5902"/>
                    <a:stretch/>
                  </pic:blipFill>
                  <pic:spPr bwMode="auto">
                    <a:xfrm>
                      <a:off x="0" y="0"/>
                      <a:ext cx="249682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277">
        <w:rPr>
          <w:rFonts w:eastAsia="Calibri" w:cs="Times New Roman"/>
          <w:szCs w:val="24"/>
        </w:rPr>
        <w:t xml:space="preserve">Cho hàm số </w:t>
      </w:r>
      <w:r w:rsidRPr="00453277">
        <w:rPr>
          <w:rFonts w:eastAsia="Calibri" w:cs="Times New Roman"/>
          <w:position w:val="-24"/>
          <w:szCs w:val="24"/>
        </w:rPr>
        <w:object w:dxaOrig="2340" w:dyaOrig="660">
          <v:shape id="_x0000_i1056" type="#_x0000_t75" style="width:117.25pt;height:33.25pt" o:ole="">
            <v:imagedata r:id="rId72" o:title=""/>
          </v:shape>
          <o:OLEObject Type="Embed" ProgID="Equation.DSMT4" ShapeID="_x0000_i1056" DrawAspect="Content" ObjectID="_1808504052" r:id="rId73"/>
        </w:object>
      </w:r>
      <w:r w:rsidRPr="00453277">
        <w:rPr>
          <w:rFonts w:eastAsia="Calibri" w:cs="Times New Roman"/>
          <w:szCs w:val="24"/>
        </w:rPr>
        <w:t xml:space="preserve">(với </w:t>
      </w:r>
      <w:r w:rsidRPr="00453277">
        <w:rPr>
          <w:rFonts w:eastAsia="Calibri" w:cs="Times New Roman"/>
          <w:position w:val="-10"/>
          <w:szCs w:val="24"/>
        </w:rPr>
        <w:object w:dxaOrig="1180" w:dyaOrig="320">
          <v:shape id="_x0000_i1057" type="#_x0000_t75" style="width:59.1pt;height:16.15pt" o:ole="">
            <v:imagedata r:id="rId74" o:title=""/>
          </v:shape>
          <o:OLEObject Type="Embed" ProgID="Equation.DSMT4" ShapeID="_x0000_i1057" DrawAspect="Content" ObjectID="_1808504053" r:id="rId75"/>
        </w:object>
      </w:r>
      <w:r w:rsidRPr="00453277">
        <w:rPr>
          <w:rFonts w:eastAsia="Calibri" w:cs="Times New Roman"/>
          <w:szCs w:val="24"/>
        </w:rPr>
        <w:t xml:space="preserve"> và </w:t>
      </w:r>
      <w:r w:rsidRPr="00453277">
        <w:rPr>
          <w:rFonts w:eastAsia="Calibri" w:cs="Times New Roman"/>
          <w:position w:val="-24"/>
          <w:szCs w:val="24"/>
        </w:rPr>
        <w:object w:dxaOrig="460" w:dyaOrig="620">
          <v:shape id="_x0000_i1058" type="#_x0000_t75" style="width:23.1pt;height:30.9pt" o:ole="">
            <v:imagedata r:id="rId76" o:title=""/>
          </v:shape>
          <o:OLEObject Type="Embed" ProgID="Equation.DSMT4" ShapeID="_x0000_i1058" DrawAspect="Content" ObjectID="_1808504054" r:id="rId77"/>
        </w:object>
      </w:r>
      <w:r w:rsidRPr="00453277">
        <w:rPr>
          <w:rFonts w:eastAsia="Calibri" w:cs="Times New Roman"/>
          <w:szCs w:val="24"/>
        </w:rPr>
        <w:t xml:space="preserve"> không là nghiệm của </w:t>
      </w:r>
      <w:r w:rsidRPr="00453277">
        <w:rPr>
          <w:rFonts w:eastAsia="Calibri" w:cs="Times New Roman"/>
          <w:position w:val="-6"/>
          <w:szCs w:val="24"/>
        </w:rPr>
        <w:object w:dxaOrig="1520" w:dyaOrig="320">
          <v:shape id="_x0000_i1059" type="#_x0000_t75" style="width:76.15pt;height:16.15pt" o:ole="">
            <v:imagedata r:id="rId78" o:title=""/>
          </v:shape>
          <o:OLEObject Type="Embed" ProgID="Equation.DSMT4" ShapeID="_x0000_i1059" DrawAspect="Content" ObjectID="_1808504055" r:id="rId79"/>
        </w:object>
      </w:r>
      <w:r w:rsidRPr="00453277">
        <w:rPr>
          <w:rFonts w:eastAsia="Calibri" w:cs="Times New Roman"/>
          <w:szCs w:val="24"/>
        </w:rPr>
        <w:t>) có đồ thị như hình vẽ.</w:t>
      </w:r>
      <w:r>
        <w:rPr>
          <w:rFonts w:eastAsia="Calibri" w:cs="Times New Roman"/>
          <w:szCs w:val="24"/>
        </w:rPr>
        <w:t xml:space="preserve"> </w:t>
      </w:r>
      <w:r w:rsidRPr="00453277">
        <w:rPr>
          <w:rFonts w:eastAsia="Calibri" w:cs="Times New Roman"/>
        </w:rPr>
        <w:t>Tiệm cận đứng của đồ thị hàm số là đường thẳng</w:t>
      </w:r>
    </w:p>
    <w:p w:rsid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rPr>
        <w:t xml:space="preserve">A. </w:t>
      </w:r>
      <w:r w:rsidRPr="00453277">
        <w:rPr>
          <w:rFonts w:eastAsia="Calibri" w:cs="Times New Roman"/>
          <w:position w:val="-10"/>
        </w:rPr>
        <w:object w:dxaOrig="700" w:dyaOrig="320">
          <v:shape id="_x0000_i1060" type="#_x0000_t75" style="width:35.1pt;height:16.15pt" o:ole="">
            <v:imagedata r:id="rId80" o:title=""/>
          </v:shape>
          <o:OLEObject Type="Embed" ProgID="Equation.DSMT4" ShapeID="_x0000_i1060" DrawAspect="Content" ObjectID="_1808504056" r:id="rId81"/>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6"/>
        </w:rPr>
        <w:object w:dxaOrig="520" w:dyaOrig="279">
          <v:shape id="_x0000_i1061" type="#_x0000_t75" style="width:25.85pt;height:13.85pt" o:ole="">
            <v:imagedata r:id="rId82" o:title=""/>
          </v:shape>
          <o:OLEObject Type="Embed" ProgID="Equation.DSMT4" ShapeID="_x0000_i1061" DrawAspect="Content" ObjectID="_1808504057" r:id="rId83"/>
        </w:object>
      </w:r>
      <w:r w:rsidRPr="00453277">
        <w:rPr>
          <w:rFonts w:eastAsia="Calibri" w:cs="Times New Roman"/>
        </w:rPr>
        <w:t>.</w:t>
      </w:r>
      <w:r w:rsidRPr="00453277">
        <w:rPr>
          <w:rFonts w:eastAsia="Calibri" w:cs="Times New Roman"/>
          <w:b/>
          <w:color w:val="0000FF"/>
        </w:rPr>
        <w:tab/>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u w:val="single"/>
        </w:rPr>
        <w:t>C</w:t>
      </w:r>
      <w:r w:rsidRPr="00453277">
        <w:rPr>
          <w:rFonts w:eastAsia="Calibri" w:cs="Times New Roman"/>
          <w:b/>
          <w:color w:val="0000FF"/>
        </w:rPr>
        <w:t xml:space="preserve">. </w:t>
      </w:r>
      <w:r w:rsidRPr="00453277">
        <w:rPr>
          <w:rFonts w:eastAsia="Calibri" w:cs="Times New Roman"/>
          <w:position w:val="-6"/>
        </w:rPr>
        <w:object w:dxaOrig="680" w:dyaOrig="279">
          <v:shape id="_x0000_i1062" type="#_x0000_t75" style="width:34.15pt;height:13.85pt" o:ole="">
            <v:imagedata r:id="rId84" o:title=""/>
          </v:shape>
          <o:OLEObject Type="Embed" ProgID="Equation.DSMT4" ShapeID="_x0000_i1062" DrawAspect="Content" ObjectID="_1808504058" r:id="rId85"/>
        </w:object>
      </w:r>
      <w:r w:rsidRPr="00453277">
        <w:rPr>
          <w:rFonts w:eastAsia="Calibri" w:cs="Times New Roman"/>
        </w:rPr>
        <w:t>.</w:t>
      </w:r>
      <w:r w:rsidRPr="00453277">
        <w:rPr>
          <w:rFonts w:eastAsia="Calibri" w:cs="Times New Roman"/>
          <w:b/>
          <w:color w:val="0000FF"/>
        </w:rPr>
        <w:tab/>
        <w:t xml:space="preserve">D. </w:t>
      </w:r>
      <w:r w:rsidRPr="00453277">
        <w:rPr>
          <w:rFonts w:eastAsia="Calibri" w:cs="Times New Roman"/>
          <w:position w:val="-10"/>
        </w:rPr>
        <w:object w:dxaOrig="580" w:dyaOrig="320">
          <v:shape id="_x0000_i1063" type="#_x0000_t75" style="width:29.1pt;height:16.15pt" o:ole="">
            <v:imagedata r:id="rId86" o:title=""/>
          </v:shape>
          <o:OLEObject Type="Embed" ProgID="Equation.DSMT4" ShapeID="_x0000_i1063" DrawAspect="Content" ObjectID="_1808504059" r:id="rId87"/>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bCs/>
          <w:color w:val="0000FF"/>
          <w:highlight w:val="green"/>
        </w:rPr>
      </w:pPr>
      <w:r w:rsidRPr="00453277">
        <w:rPr>
          <w:rFonts w:eastAsia="Calibri" w:cs="Times New Roman"/>
          <w:b/>
          <w:bCs/>
          <w:color w:val="0000FF"/>
          <w:highlight w:val="green"/>
        </w:rPr>
        <w:t>Chọn C</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rPr>
      </w:pPr>
      <w:r w:rsidRPr="00453277">
        <w:rPr>
          <w:rFonts w:eastAsia="Calibri" w:cs="Times New Roman"/>
          <w:bCs/>
        </w:rPr>
        <w:t xml:space="preserve">Dựa vào hình vẽ, ta thấy tiệm cận đứng của đồ thị hàm số là đường thẳng </w:t>
      </w:r>
      <w:r w:rsidRPr="00453277">
        <w:rPr>
          <w:rFonts w:eastAsia="Calibri" w:cs="Times New Roman"/>
          <w:position w:val="-6"/>
        </w:rPr>
        <w:object w:dxaOrig="680" w:dyaOrig="279">
          <v:shape id="_x0000_i1064" type="#_x0000_t75" style="width:34.15pt;height:13.85pt" o:ole="">
            <v:imagedata r:id="rId88" o:title=""/>
          </v:shape>
          <o:OLEObject Type="Embed" ProgID="Equation.DSMT4" ShapeID="_x0000_i1064" DrawAspect="Content" ObjectID="_1808504060" r:id="rId89"/>
        </w:object>
      </w:r>
      <w:r w:rsidRPr="00453277">
        <w:rPr>
          <w:rFonts w:eastAsia="Calibri" w:cs="Times New Roman"/>
          <w:bCs/>
        </w:rPr>
        <w:t>.</w:t>
      </w:r>
    </w:p>
    <w:p w:rsidR="00453277" w:rsidRPr="00453277" w:rsidRDefault="00453277" w:rsidP="00453277">
      <w:pPr>
        <w:numPr>
          <w:ilvl w:val="0"/>
          <w:numId w:val="29"/>
        </w:numPr>
        <w:spacing w:before="0" w:after="0" w:line="259" w:lineRule="auto"/>
        <w:rPr>
          <w:rFonts w:eastAsia="Calibri" w:cs="Times New Roman"/>
          <w:b/>
          <w:color w:val="0000FF"/>
          <w:szCs w:val="24"/>
        </w:rPr>
      </w:pPr>
      <w:r w:rsidRPr="00453277">
        <w:rPr>
          <w:rFonts w:eastAsia="Calibri" w:cs="Times New Roman"/>
          <w:szCs w:val="24"/>
        </w:rPr>
        <w:t xml:space="preserve">Tập nghiệm của bất phương trình </w:t>
      </w:r>
      <w:r w:rsidRPr="00453277">
        <w:rPr>
          <w:rFonts w:eastAsia="Calibri" w:cs="Times New Roman"/>
          <w:position w:val="-14"/>
          <w:szCs w:val="24"/>
        </w:rPr>
        <w:object w:dxaOrig="2160" w:dyaOrig="400">
          <v:shape id="_x0000_i1065" type="#_x0000_t75" style="width:108pt;height:19.85pt" o:ole="">
            <v:imagedata r:id="rId90" o:title=""/>
          </v:shape>
          <o:OLEObject Type="Embed" ProgID="Equation.DSMT4" ShapeID="_x0000_i1065" DrawAspect="Content" ObjectID="_1808504061" r:id="rId91"/>
        </w:object>
      </w:r>
      <w:r w:rsidRPr="00453277">
        <w:rPr>
          <w:rFonts w:eastAsia="Calibri" w:cs="Times New Roman"/>
          <w:szCs w:val="24"/>
        </w:rPr>
        <w:t xml:space="preserve"> là</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rPr>
        <w:t xml:space="preserve">A. </w:t>
      </w:r>
      <w:r w:rsidRPr="00453277">
        <w:rPr>
          <w:rFonts w:eastAsia="Calibri" w:cs="Times New Roman"/>
          <w:position w:val="-14"/>
        </w:rPr>
        <w:object w:dxaOrig="760" w:dyaOrig="400">
          <v:shape id="_x0000_i1066" type="#_x0000_t75" style="width:37.85pt;height:19.85pt" o:ole="">
            <v:imagedata r:id="rId92" o:title=""/>
          </v:shape>
          <o:OLEObject Type="Embed" ProgID="Equation.DSMT4" ShapeID="_x0000_i1066" DrawAspect="Content" ObjectID="_1808504062" r:id="rId93"/>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14"/>
        </w:rPr>
        <w:object w:dxaOrig="760" w:dyaOrig="400">
          <v:shape id="_x0000_i1067" type="#_x0000_t75" style="width:37.85pt;height:19.85pt" o:ole="">
            <v:imagedata r:id="rId94" o:title=""/>
          </v:shape>
          <o:OLEObject Type="Embed" ProgID="Equation.DSMT4" ShapeID="_x0000_i1067" DrawAspect="Content" ObjectID="_1808504063" r:id="rId95"/>
        </w:object>
      </w:r>
      <w:r w:rsidRPr="00453277">
        <w:rPr>
          <w:rFonts w:eastAsia="Calibri" w:cs="Times New Roman"/>
        </w:rPr>
        <w:t>.</w:t>
      </w:r>
      <w:r w:rsidRPr="00453277">
        <w:rPr>
          <w:rFonts w:eastAsia="Calibri" w:cs="Times New Roman"/>
          <w:b/>
          <w:color w:val="0000FF"/>
        </w:rPr>
        <w:tab/>
        <w:t xml:space="preserve">C. </w:t>
      </w:r>
      <w:r w:rsidRPr="00453277">
        <w:rPr>
          <w:rFonts w:eastAsia="Calibri" w:cs="Times New Roman"/>
          <w:position w:val="-14"/>
        </w:rPr>
        <w:object w:dxaOrig="580" w:dyaOrig="400">
          <v:shape id="_x0000_i1068" type="#_x0000_t75" style="width:29.1pt;height:19.85pt" o:ole="">
            <v:imagedata r:id="rId96" o:title=""/>
          </v:shape>
          <o:OLEObject Type="Embed" ProgID="Equation.DSMT4" ShapeID="_x0000_i1068" DrawAspect="Content" ObjectID="_1808504064" r:id="rId97"/>
        </w:object>
      </w:r>
      <w:r w:rsidRPr="00453277">
        <w:rPr>
          <w:rFonts w:eastAsia="Calibri" w:cs="Times New Roman"/>
        </w:rPr>
        <w:t>.</w:t>
      </w:r>
      <w:r w:rsidRPr="00453277">
        <w:rPr>
          <w:rFonts w:eastAsia="Calibri" w:cs="Times New Roman"/>
          <w:b/>
          <w:color w:val="0000FF"/>
        </w:rPr>
        <w:tab/>
      </w:r>
      <w:r w:rsidRPr="00453277">
        <w:rPr>
          <w:rFonts w:eastAsia="Calibri" w:cs="Times New Roman"/>
          <w:b/>
          <w:color w:val="0000FF"/>
          <w:u w:val="single"/>
        </w:rPr>
        <w:t>D</w:t>
      </w:r>
      <w:r w:rsidRPr="00453277">
        <w:rPr>
          <w:rFonts w:eastAsia="Calibri" w:cs="Times New Roman"/>
          <w:b/>
          <w:color w:val="0000FF"/>
        </w:rPr>
        <w:t xml:space="preserve">. </w:t>
      </w:r>
      <w:r w:rsidRPr="00453277">
        <w:rPr>
          <w:rFonts w:eastAsia="Calibri" w:cs="Times New Roman"/>
          <w:position w:val="-14"/>
        </w:rPr>
        <w:object w:dxaOrig="560" w:dyaOrig="400">
          <v:shape id="_x0000_i1069" type="#_x0000_t75" style="width:28.15pt;height:19.85pt" o:ole="">
            <v:imagedata r:id="rId98" o:title=""/>
          </v:shape>
          <o:OLEObject Type="Embed" ProgID="Equation.DSMT4" ShapeID="_x0000_i1069" DrawAspect="Content" ObjectID="_1808504065" r:id="rId99"/>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bCs/>
          <w:color w:val="0000FF"/>
          <w:highlight w:val="green"/>
        </w:rPr>
      </w:pPr>
      <w:r w:rsidRPr="00453277">
        <w:rPr>
          <w:rFonts w:eastAsia="Calibri" w:cs="Times New Roman"/>
          <w:b/>
          <w:bCs/>
          <w:color w:val="0000FF"/>
          <w:highlight w:val="green"/>
        </w:rPr>
        <w:t>Chọn D</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rPr>
      </w:pPr>
      <w:r w:rsidRPr="00453277">
        <w:rPr>
          <w:rFonts w:eastAsia="Calibri" w:cs="Times New Roman"/>
          <w:bCs/>
        </w:rPr>
        <w:t xml:space="preserve">Điều kiện: </w:t>
      </w:r>
      <w:r w:rsidRPr="00453277">
        <w:rPr>
          <w:rFonts w:eastAsia="Calibri" w:cs="Times New Roman"/>
          <w:position w:val="-30"/>
        </w:rPr>
        <w:object w:dxaOrig="3379" w:dyaOrig="720">
          <v:shape id="_x0000_i1070" type="#_x0000_t75" style="width:168.9pt;height:36pt" o:ole="">
            <v:imagedata r:id="rId100" o:title=""/>
          </v:shape>
          <o:OLEObject Type="Embed" ProgID="Equation.DSMT4" ShapeID="_x0000_i1070" DrawAspect="Content" ObjectID="_1808504066" r:id="rId101"/>
        </w:object>
      </w:r>
      <w:r w:rsidRPr="00453277">
        <w:rPr>
          <w:rFonts w:eastAsia="Calibri" w:cs="Times New Roman"/>
          <w:bCs/>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Cs/>
        </w:rPr>
        <w:t xml:space="preserve">Ta có: </w:t>
      </w:r>
      <w:r w:rsidRPr="00453277">
        <w:rPr>
          <w:rFonts w:eastAsia="Calibri" w:cs="Times New Roman"/>
          <w:position w:val="-14"/>
        </w:rPr>
        <w:object w:dxaOrig="2160" w:dyaOrig="400">
          <v:shape id="_x0000_i1071" type="#_x0000_t75" style="width:108pt;height:19.85pt" o:ole="">
            <v:imagedata r:id="rId102" o:title=""/>
          </v:shape>
          <o:OLEObject Type="Embed" ProgID="Equation.DSMT4" ShapeID="_x0000_i1071" DrawAspect="Content" ObjectID="_1808504067" r:id="rId103"/>
        </w:object>
      </w:r>
      <w:r w:rsidRPr="00453277">
        <w:rPr>
          <w:rFonts w:eastAsia="Calibri" w:cs="Times New Roman"/>
          <w:position w:val="-6"/>
        </w:rPr>
        <w:object w:dxaOrig="1400" w:dyaOrig="279">
          <v:shape id="_x0000_i1072" type="#_x0000_t75" style="width:70.15pt;height:13.85pt" o:ole="">
            <v:imagedata r:id="rId104" o:title=""/>
          </v:shape>
          <o:OLEObject Type="Embed" ProgID="Equation.DSMT4" ShapeID="_x0000_i1072" DrawAspect="Content" ObjectID="_1808504068" r:id="rId105"/>
        </w:object>
      </w:r>
      <w:r w:rsidRPr="00453277">
        <w:rPr>
          <w:rFonts w:eastAsia="Calibri" w:cs="Times New Roman"/>
          <w:position w:val="-6"/>
        </w:rPr>
        <w:object w:dxaOrig="1080" w:dyaOrig="279">
          <v:shape id="_x0000_i1073" type="#_x0000_t75" style="width:54pt;height:13.85pt" o:ole="">
            <v:imagedata r:id="rId106" o:title=""/>
          </v:shape>
          <o:OLEObject Type="Embed" ProgID="Equation.DSMT4" ShapeID="_x0000_i1073" DrawAspect="Content" ObjectID="_1808504069" r:id="rId107"/>
        </w:object>
      </w:r>
      <w:r w:rsidRPr="00453277">
        <w:rPr>
          <w:rFonts w:eastAsia="Calibri" w:cs="Times New Roman"/>
          <w:position w:val="-6"/>
        </w:rPr>
        <w:object w:dxaOrig="859" w:dyaOrig="279">
          <v:shape id="_x0000_i1074" type="#_x0000_t75" style="width:42.9pt;height:13.85pt" o:ole="">
            <v:imagedata r:id="rId108" o:title=""/>
          </v:shape>
          <o:OLEObject Type="Embed" ProgID="Equation.DSMT4" ShapeID="_x0000_i1074" DrawAspect="Content" ObjectID="_1808504070" r:id="rId109"/>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Vậy tập nghiệm của bất phương trình </w:t>
      </w:r>
      <w:r w:rsidRPr="00453277">
        <w:rPr>
          <w:rFonts w:eastAsia="Calibri" w:cs="Times New Roman"/>
          <w:position w:val="-14"/>
        </w:rPr>
        <w:object w:dxaOrig="2160" w:dyaOrig="400">
          <v:shape id="_x0000_i1075" type="#_x0000_t75" style="width:108pt;height:19.85pt" o:ole="">
            <v:imagedata r:id="rId110" o:title=""/>
          </v:shape>
          <o:OLEObject Type="Embed" ProgID="Equation.DSMT4" ShapeID="_x0000_i1075" DrawAspect="Content" ObjectID="_1808504071" r:id="rId111"/>
        </w:object>
      </w:r>
      <w:r w:rsidRPr="00453277">
        <w:rPr>
          <w:rFonts w:eastAsia="Calibri" w:cs="Times New Roman"/>
        </w:rPr>
        <w:t xml:space="preserve"> là </w:t>
      </w:r>
      <w:r w:rsidRPr="00453277">
        <w:rPr>
          <w:rFonts w:eastAsia="Calibri" w:cs="Times New Roman"/>
          <w:position w:val="-14"/>
        </w:rPr>
        <w:object w:dxaOrig="560" w:dyaOrig="400">
          <v:shape id="_x0000_i1076" type="#_x0000_t75" style="width:28.15pt;height:19.85pt" o:ole="">
            <v:imagedata r:id="rId112" o:title=""/>
          </v:shape>
          <o:OLEObject Type="Embed" ProgID="Equation.DSMT4" ShapeID="_x0000_i1076" DrawAspect="Content" ObjectID="_1808504072" r:id="rId113"/>
        </w:object>
      </w:r>
      <w:r w:rsidRPr="00453277">
        <w:rPr>
          <w:rFonts w:eastAsia="Calibri" w:cs="Times New Roman"/>
        </w:rPr>
        <w:t>.</w:t>
      </w:r>
    </w:p>
    <w:p w:rsidR="00453277" w:rsidRPr="00453277" w:rsidRDefault="00453277" w:rsidP="00453277">
      <w:pPr>
        <w:numPr>
          <w:ilvl w:val="0"/>
          <w:numId w:val="29"/>
        </w:numPr>
        <w:spacing w:before="0" w:after="0" w:line="259" w:lineRule="auto"/>
        <w:rPr>
          <w:rFonts w:eastAsia="Calibri" w:cs="Times New Roman"/>
          <w:b/>
          <w:bCs/>
          <w:color w:val="0000FF"/>
          <w:szCs w:val="24"/>
        </w:rPr>
      </w:pPr>
      <w:r w:rsidRPr="00453277">
        <w:rPr>
          <w:rFonts w:eastAsia="Calibri" w:cs="Times New Roman"/>
          <w:szCs w:val="24"/>
        </w:rPr>
        <w:t xml:space="preserve">Trong không gian với hệ tọa độ </w:t>
      </w:r>
      <w:r w:rsidRPr="00453277">
        <w:rPr>
          <w:rFonts w:eastAsia="Calibri" w:cs="Times New Roman"/>
          <w:position w:val="-10"/>
          <w:szCs w:val="24"/>
        </w:rPr>
        <w:object w:dxaOrig="560" w:dyaOrig="320">
          <v:shape id="_x0000_i1077" type="#_x0000_t75" style="width:28.15pt;height:16.15pt" o:ole="">
            <v:imagedata r:id="rId114" o:title=""/>
          </v:shape>
          <o:OLEObject Type="Embed" ProgID="Equation.DSMT4" ShapeID="_x0000_i1077" DrawAspect="Content" ObjectID="_1808504073" r:id="rId115"/>
        </w:object>
      </w:r>
      <w:r w:rsidRPr="00453277">
        <w:rPr>
          <w:rFonts w:eastAsia="Calibri" w:cs="Times New Roman"/>
          <w:szCs w:val="24"/>
        </w:rPr>
        <w:t xml:space="preserve">, cho đường thẳng </w:t>
      </w:r>
      <w:r w:rsidRPr="00453277">
        <w:rPr>
          <w:rFonts w:eastAsia="Calibri" w:cs="Times New Roman"/>
          <w:position w:val="-24"/>
          <w:szCs w:val="24"/>
        </w:rPr>
        <w:object w:dxaOrig="2079" w:dyaOrig="620">
          <v:shape id="_x0000_i1078" type="#_x0000_t75" style="width:103.85pt;height:30.9pt" o:ole="">
            <v:imagedata r:id="rId116" o:title=""/>
          </v:shape>
          <o:OLEObject Type="Embed" ProgID="Equation.DSMT4" ShapeID="_x0000_i1078" DrawAspect="Content" ObjectID="_1808504074" r:id="rId117"/>
        </w:object>
      </w:r>
      <w:r w:rsidRPr="00453277">
        <w:rPr>
          <w:rFonts w:eastAsia="Calibri" w:cs="Times New Roman"/>
          <w:szCs w:val="24"/>
        </w:rPr>
        <w:t xml:space="preserve">. Hỏi trong các vectơ sau, đâu không phải là vectơ chỉ phương của </w:t>
      </w:r>
      <w:r w:rsidRPr="00453277">
        <w:rPr>
          <w:rFonts w:eastAsia="Calibri" w:cs="Times New Roman"/>
          <w:position w:val="-6"/>
          <w:szCs w:val="24"/>
        </w:rPr>
        <w:object w:dxaOrig="220" w:dyaOrig="279">
          <v:shape id="_x0000_i1079" type="#_x0000_t75" style="width:11.1pt;height:13.85pt" o:ole="">
            <v:imagedata r:id="rId118" o:title=""/>
          </v:shape>
          <o:OLEObject Type="Embed" ProgID="Equation.DSMT4" ShapeID="_x0000_i1079" DrawAspect="Content" ObjectID="_1808504075" r:id="rId119"/>
        </w:object>
      </w:r>
      <w:r w:rsidRPr="00453277">
        <w:rPr>
          <w:rFonts w:eastAsia="Calibri"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 xml:space="preserve">A. </w:t>
      </w:r>
      <w:r w:rsidRPr="00453277">
        <w:rPr>
          <w:rFonts w:eastAsia="Calibri" w:cs="Times New Roman"/>
          <w:position w:val="-14"/>
        </w:rPr>
        <w:object w:dxaOrig="1320" w:dyaOrig="420">
          <v:shape id="_x0000_i1080" type="#_x0000_t75" style="width:66pt;height:21.25pt" o:ole="">
            <v:imagedata r:id="rId120" o:title=""/>
          </v:shape>
          <o:OLEObject Type="Embed" ProgID="Equation.DSMT4" ShapeID="_x0000_i1080" DrawAspect="Content" ObjectID="_1808504076" r:id="rId121"/>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14"/>
        </w:rPr>
        <w:object w:dxaOrig="1500" w:dyaOrig="420">
          <v:shape id="_x0000_i1081" type="#_x0000_t75" style="width:75.25pt;height:21.25pt" o:ole="">
            <v:imagedata r:id="rId122" o:title=""/>
          </v:shape>
          <o:OLEObject Type="Embed" ProgID="Equation.DSMT4" ShapeID="_x0000_i1081" DrawAspect="Content" ObjectID="_1808504077" r:id="rId123"/>
        </w:object>
      </w:r>
      <w:r w:rsidRPr="00453277">
        <w:rPr>
          <w:rFonts w:eastAsia="Calibri" w:cs="Times New Roman"/>
        </w:rPr>
        <w:t>.</w:t>
      </w:r>
      <w:r w:rsidRPr="00453277">
        <w:rPr>
          <w:rFonts w:eastAsia="Calibri" w:cs="Times New Roman"/>
          <w:b/>
          <w:color w:val="0000FF"/>
        </w:rPr>
        <w:tab/>
        <w:t xml:space="preserve">C. </w:t>
      </w:r>
      <w:r w:rsidRPr="00453277">
        <w:rPr>
          <w:rFonts w:eastAsia="Calibri" w:cs="Times New Roman"/>
          <w:position w:val="-14"/>
        </w:rPr>
        <w:object w:dxaOrig="1440" w:dyaOrig="420">
          <v:shape id="_x0000_i1082" type="#_x0000_t75" style="width:1in;height:21.25pt" o:ole="">
            <v:imagedata r:id="rId124" o:title=""/>
          </v:shape>
          <o:OLEObject Type="Embed" ProgID="Equation.DSMT4" ShapeID="_x0000_i1082" DrawAspect="Content" ObjectID="_1808504078" r:id="rId125"/>
        </w:object>
      </w:r>
      <w:r w:rsidRPr="00453277">
        <w:rPr>
          <w:rFonts w:eastAsia="Calibri" w:cs="Times New Roman"/>
        </w:rPr>
        <w:t>.</w:t>
      </w:r>
      <w:r w:rsidRPr="00453277">
        <w:rPr>
          <w:rFonts w:eastAsia="Calibri" w:cs="Times New Roman"/>
          <w:b/>
          <w:color w:val="0000FF"/>
        </w:rPr>
        <w:tab/>
      </w:r>
      <w:r w:rsidRPr="00453277">
        <w:rPr>
          <w:rFonts w:eastAsia="Calibri" w:cs="Times New Roman"/>
          <w:b/>
          <w:color w:val="0000FF"/>
          <w:u w:val="single"/>
        </w:rPr>
        <w:t>D</w:t>
      </w:r>
      <w:r w:rsidRPr="00453277">
        <w:rPr>
          <w:rFonts w:eastAsia="Calibri" w:cs="Times New Roman"/>
          <w:b/>
          <w:color w:val="0000FF"/>
        </w:rPr>
        <w:t xml:space="preserve">. </w:t>
      </w:r>
      <w:r w:rsidRPr="00453277">
        <w:rPr>
          <w:rFonts w:eastAsia="Calibri" w:cs="Times New Roman"/>
          <w:position w:val="-14"/>
        </w:rPr>
        <w:object w:dxaOrig="1359" w:dyaOrig="420">
          <v:shape id="_x0000_i1083" type="#_x0000_t75" style="width:67.85pt;height:21.25pt" o:ole="">
            <v:imagedata r:id="rId126" o:title=""/>
          </v:shape>
          <o:OLEObject Type="Embed" ProgID="Equation.DSMT4" ShapeID="_x0000_i1083" DrawAspect="Content" ObjectID="_1808504079" r:id="rId127"/>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highlight w:val="green"/>
        </w:rPr>
      </w:pPr>
      <w:r w:rsidRPr="00453277">
        <w:rPr>
          <w:rFonts w:eastAsia="Calibri" w:cs="Times New Roman"/>
          <w:b/>
          <w:bCs/>
          <w:color w:val="0000FF"/>
          <w:highlight w:val="green"/>
        </w:rPr>
        <w:t>Chọn D</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Đường thẳng </w:t>
      </w:r>
      <w:r w:rsidRPr="00453277">
        <w:rPr>
          <w:rFonts w:eastAsia="Calibri" w:cs="Times New Roman"/>
          <w:position w:val="-6"/>
        </w:rPr>
        <w:object w:dxaOrig="220" w:dyaOrig="279">
          <v:shape id="_x0000_i1084" type="#_x0000_t75" style="width:11.1pt;height:13.85pt" o:ole="">
            <v:imagedata r:id="rId128" o:title=""/>
          </v:shape>
          <o:OLEObject Type="Embed" ProgID="Equation.DSMT4" ShapeID="_x0000_i1084" DrawAspect="Content" ObjectID="_1808504080" r:id="rId129"/>
        </w:object>
      </w:r>
      <w:r w:rsidRPr="00453277">
        <w:rPr>
          <w:rFonts w:eastAsia="Calibri" w:cs="Times New Roman"/>
        </w:rPr>
        <w:t xml:space="preserve"> có vectơ chỉ phương là </w:t>
      </w:r>
      <w:r w:rsidRPr="00453277">
        <w:rPr>
          <w:rFonts w:eastAsia="Calibri" w:cs="Times New Roman"/>
          <w:position w:val="-24"/>
        </w:rPr>
        <w:object w:dxaOrig="4120" w:dyaOrig="620">
          <v:shape id="_x0000_i1085" type="#_x0000_t75" style="width:205.4pt;height:30.9pt" o:ole="">
            <v:imagedata r:id="rId130" o:title=""/>
          </v:shape>
          <o:OLEObject Type="Embed" ProgID="Equation.DSMT4" ShapeID="_x0000_i1085" DrawAspect="Content" ObjectID="_1808504081" r:id="rId131"/>
        </w:object>
      </w:r>
      <w:r w:rsidRPr="00453277">
        <w:rPr>
          <w:rFonts w:eastAsia="Calibri" w:cs="Times New Roman"/>
        </w:rPr>
        <w:t>.</w:t>
      </w:r>
    </w:p>
    <w:p w:rsidR="00453277" w:rsidRPr="00453277" w:rsidRDefault="00453277" w:rsidP="00453277">
      <w:pPr>
        <w:numPr>
          <w:ilvl w:val="0"/>
          <w:numId w:val="29"/>
        </w:numPr>
        <w:spacing w:before="0" w:after="0" w:line="259" w:lineRule="auto"/>
        <w:rPr>
          <w:rFonts w:eastAsia="Calibri" w:cs="Times New Roman"/>
          <w:szCs w:val="24"/>
        </w:rPr>
      </w:pPr>
      <w:r w:rsidRPr="00453277">
        <w:rPr>
          <w:rFonts w:eastAsia="Calibri" w:cs="Times New Roman"/>
          <w:szCs w:val="24"/>
        </w:rPr>
        <w:t xml:space="preserve">Cho tứ diện </w:t>
      </w:r>
      <w:r w:rsidRPr="00453277">
        <w:rPr>
          <w:rFonts w:eastAsia="Calibri" w:cs="Times New Roman"/>
          <w:position w:val="-10"/>
          <w:szCs w:val="24"/>
        </w:rPr>
        <w:object w:dxaOrig="760" w:dyaOrig="320">
          <v:shape id="_x0000_i1086" type="#_x0000_t75" style="width:37.85pt;height:16.15pt" o:ole="">
            <v:imagedata r:id="rId132" o:title=""/>
          </v:shape>
          <o:OLEObject Type="Embed" ProgID="Equation.DSMT4" ShapeID="_x0000_i1086" DrawAspect="Content" ObjectID="_1808504082" r:id="rId133"/>
        </w:object>
      </w:r>
      <w:r w:rsidRPr="00453277">
        <w:rPr>
          <w:rFonts w:eastAsia="Calibri" w:cs="Times New Roman"/>
          <w:szCs w:val="24"/>
        </w:rPr>
        <w:t xml:space="preserve"> có hai tam giác </w:t>
      </w:r>
      <w:r w:rsidRPr="00453277">
        <w:rPr>
          <w:rFonts w:eastAsia="Calibri" w:cs="Times New Roman"/>
          <w:position w:val="-6"/>
          <w:szCs w:val="24"/>
        </w:rPr>
        <w:object w:dxaOrig="600" w:dyaOrig="279">
          <v:shape id="_x0000_i1087" type="#_x0000_t75" style="width:30pt;height:13.85pt" o:ole="">
            <v:imagedata r:id="rId134" o:title=""/>
          </v:shape>
          <o:OLEObject Type="Embed" ProgID="Equation.DSMT4" ShapeID="_x0000_i1087" DrawAspect="Content" ObjectID="_1808504083" r:id="rId135"/>
        </w:object>
      </w:r>
      <w:r w:rsidRPr="00453277">
        <w:rPr>
          <w:rFonts w:eastAsia="Calibri" w:cs="Times New Roman"/>
          <w:szCs w:val="24"/>
        </w:rPr>
        <w:t xml:space="preserve"> và </w:t>
      </w:r>
      <w:r w:rsidRPr="00453277">
        <w:rPr>
          <w:rFonts w:eastAsia="Calibri" w:cs="Times New Roman"/>
          <w:position w:val="-10"/>
          <w:szCs w:val="24"/>
        </w:rPr>
        <w:object w:dxaOrig="560" w:dyaOrig="320">
          <v:shape id="_x0000_i1088" type="#_x0000_t75" style="width:28.15pt;height:16.15pt" o:ole="">
            <v:imagedata r:id="rId136" o:title=""/>
          </v:shape>
          <o:OLEObject Type="Embed" ProgID="Equation.DSMT4" ShapeID="_x0000_i1088" DrawAspect="Content" ObjectID="_1808504084" r:id="rId137"/>
        </w:object>
      </w:r>
      <w:r w:rsidRPr="00453277">
        <w:rPr>
          <w:rFonts w:eastAsia="Calibri" w:cs="Times New Roman"/>
          <w:szCs w:val="24"/>
        </w:rPr>
        <w:t xml:space="preserve"> là hai tam giác cân lần lượt tại </w:t>
      </w:r>
      <w:r w:rsidRPr="00453277">
        <w:rPr>
          <w:rFonts w:eastAsia="Calibri" w:cs="Times New Roman"/>
          <w:position w:val="-4"/>
          <w:szCs w:val="24"/>
        </w:rPr>
        <w:object w:dxaOrig="320" w:dyaOrig="260">
          <v:shape id="_x0000_i1089" type="#_x0000_t75" style="width:16.15pt;height:12.9pt" o:ole="">
            <v:imagedata r:id="rId138" o:title=""/>
          </v:shape>
          <o:OLEObject Type="Embed" ProgID="Equation.DSMT4" ShapeID="_x0000_i1089" DrawAspect="Content" ObjectID="_1808504085" r:id="rId139"/>
        </w:object>
      </w:r>
      <w:r w:rsidRPr="00453277">
        <w:rPr>
          <w:rFonts w:eastAsia="Calibri" w:cs="Times New Roman"/>
          <w:szCs w:val="24"/>
        </w:rPr>
        <w:t xml:space="preserve"> và </w:t>
      </w:r>
      <w:r w:rsidRPr="00453277">
        <w:rPr>
          <w:rFonts w:eastAsia="Calibri" w:cs="Times New Roman"/>
          <w:position w:val="-10"/>
          <w:szCs w:val="24"/>
        </w:rPr>
        <w:object w:dxaOrig="240" w:dyaOrig="320">
          <v:shape id="_x0000_i1090" type="#_x0000_t75" style="width:12pt;height:16.15pt" o:ole="">
            <v:imagedata r:id="rId140" o:title=""/>
          </v:shape>
          <o:OLEObject Type="Embed" ProgID="Equation.DSMT4" ShapeID="_x0000_i1090" DrawAspect="Content" ObjectID="_1808504086" r:id="rId141"/>
        </w:object>
      </w:r>
      <w:r w:rsidRPr="00453277">
        <w:rPr>
          <w:rFonts w:eastAsia="Calibri" w:cs="Times New Roman"/>
          <w:szCs w:val="24"/>
        </w:rPr>
        <w:t xml:space="preserve"> (tham khảo hình vẽ dưới đây). Gọi </w:t>
      </w:r>
      <w:r w:rsidRPr="00453277">
        <w:rPr>
          <w:rFonts w:eastAsia="Calibri" w:cs="Times New Roman"/>
          <w:position w:val="-4"/>
          <w:szCs w:val="24"/>
        </w:rPr>
        <w:object w:dxaOrig="200" w:dyaOrig="260">
          <v:shape id="_x0000_i1091" type="#_x0000_t75" style="width:10.15pt;height:12.9pt" o:ole="">
            <v:imagedata r:id="rId142" o:title=""/>
          </v:shape>
          <o:OLEObject Type="Embed" ProgID="Equation.DSMT4" ShapeID="_x0000_i1091" DrawAspect="Content" ObjectID="_1808504087" r:id="rId143"/>
        </w:object>
      </w:r>
      <w:r w:rsidRPr="00453277">
        <w:rPr>
          <w:rFonts w:eastAsia="Calibri" w:cs="Times New Roman"/>
          <w:szCs w:val="24"/>
        </w:rPr>
        <w:t xml:space="preserve"> là trung điểm của đoạn thẳng </w:t>
      </w:r>
      <w:r w:rsidRPr="00453277">
        <w:rPr>
          <w:rFonts w:eastAsia="Calibri" w:cs="Times New Roman"/>
          <w:position w:val="-6"/>
          <w:szCs w:val="24"/>
        </w:rPr>
        <w:object w:dxaOrig="400" w:dyaOrig="279">
          <v:shape id="_x0000_i1092" type="#_x0000_t75" style="width:19.85pt;height:13.85pt" o:ole="">
            <v:imagedata r:id="rId144" o:title=""/>
          </v:shape>
          <o:OLEObject Type="Embed" ProgID="Equation.DSMT4" ShapeID="_x0000_i1092" DrawAspect="Content" ObjectID="_1808504088" r:id="rId145"/>
        </w:object>
      </w:r>
      <w:r w:rsidRPr="00453277">
        <w:rPr>
          <w:rFonts w:eastAsia="Calibri" w:cs="Times New Roman"/>
          <w:szCs w:val="24"/>
        </w:rPr>
        <w:t xml:space="preserve">. Góc giữa hai đường thẳng </w:t>
      </w:r>
      <w:r w:rsidRPr="00453277">
        <w:rPr>
          <w:rFonts w:eastAsia="Calibri" w:cs="Times New Roman"/>
          <w:position w:val="-10"/>
          <w:szCs w:val="24"/>
        </w:rPr>
        <w:object w:dxaOrig="460" w:dyaOrig="320">
          <v:shape id="_x0000_i1093" type="#_x0000_t75" style="width:23.1pt;height:16.15pt" o:ole="">
            <v:imagedata r:id="rId146" o:title=""/>
          </v:shape>
          <o:OLEObject Type="Embed" ProgID="Equation.DSMT4" ShapeID="_x0000_i1093" DrawAspect="Content" ObjectID="_1808504089" r:id="rId147"/>
        </w:object>
      </w:r>
      <w:r w:rsidRPr="00453277">
        <w:rPr>
          <w:rFonts w:eastAsia="Calibri" w:cs="Times New Roman"/>
          <w:szCs w:val="24"/>
        </w:rPr>
        <w:t xml:space="preserve"> và </w:t>
      </w:r>
      <w:r w:rsidRPr="00453277">
        <w:rPr>
          <w:rFonts w:eastAsia="Calibri" w:cs="Times New Roman"/>
          <w:position w:val="-6"/>
          <w:szCs w:val="24"/>
        </w:rPr>
        <w:object w:dxaOrig="400" w:dyaOrig="279">
          <v:shape id="_x0000_i1094" type="#_x0000_t75" style="width:19.85pt;height:13.85pt" o:ole="">
            <v:imagedata r:id="rId148" o:title=""/>
          </v:shape>
          <o:OLEObject Type="Embed" ProgID="Equation.DSMT4" ShapeID="_x0000_i1094" DrawAspect="Content" ObjectID="_1808504090" r:id="rId149"/>
        </w:object>
      </w:r>
      <w:r w:rsidRPr="00453277">
        <w:rPr>
          <w:rFonts w:eastAsia="Calibri" w:cs="Times New Roman"/>
          <w:szCs w:val="24"/>
        </w:rPr>
        <w:t xml:space="preserve"> bằng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bCs/>
          <w:color w:val="0000FF"/>
        </w:rPr>
      </w:pPr>
      <w:r w:rsidRPr="00453277">
        <w:rPr>
          <w:rFonts w:eastAsia="Calibri" w:cs="Times New Roman"/>
          <w:b/>
          <w:noProof/>
          <w:color w:val="0000FF"/>
        </w:rPr>
        <w:drawing>
          <wp:inline distT="0" distB="0" distL="0" distR="0" wp14:anchorId="6744FBBA" wp14:editId="5C7A00AF">
            <wp:extent cx="2036340" cy="1800000"/>
            <wp:effectExtent l="0" t="0" r="2540" b="0"/>
            <wp:docPr id="77699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98005" name=""/>
                    <pic:cNvPicPr/>
                  </pic:nvPicPr>
                  <pic:blipFill>
                    <a:blip r:embed="rId150"/>
                    <a:stretch>
                      <a:fillRect/>
                    </a:stretch>
                  </pic:blipFill>
                  <pic:spPr>
                    <a:xfrm>
                      <a:off x="0" y="0"/>
                      <a:ext cx="2036340" cy="1800000"/>
                    </a:xfrm>
                    <a:prstGeom prst="rect">
                      <a:avLst/>
                    </a:prstGeom>
                  </pic:spPr>
                </pic:pic>
              </a:graphicData>
            </a:graphic>
          </wp:inline>
        </w:drawing>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 xml:space="preserve">A. </w:t>
      </w:r>
      <w:r w:rsidRPr="00453277">
        <w:rPr>
          <w:rFonts w:eastAsia="Calibri" w:cs="Times New Roman"/>
          <w:position w:val="-6"/>
        </w:rPr>
        <w:object w:dxaOrig="400" w:dyaOrig="279">
          <v:shape id="_x0000_i1095" type="#_x0000_t75" style="width:19.85pt;height:13.85pt" o:ole="">
            <v:imagedata r:id="rId151" o:title=""/>
          </v:shape>
          <o:OLEObject Type="Embed" ProgID="Equation.DSMT4" ShapeID="_x0000_i1095" DrawAspect="Content" ObjectID="_1808504091" r:id="rId152"/>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6"/>
        </w:rPr>
        <w:object w:dxaOrig="400" w:dyaOrig="279">
          <v:shape id="_x0000_i1096" type="#_x0000_t75" style="width:19.85pt;height:13.85pt" o:ole="">
            <v:imagedata r:id="rId153" o:title=""/>
          </v:shape>
          <o:OLEObject Type="Embed" ProgID="Equation.DSMT4" ShapeID="_x0000_i1096" DrawAspect="Content" ObjectID="_1808504092" r:id="rId154"/>
        </w:object>
      </w:r>
      <w:r w:rsidRPr="00453277">
        <w:rPr>
          <w:rFonts w:eastAsia="Calibri" w:cs="Times New Roman"/>
        </w:rPr>
        <w:t>.</w:t>
      </w:r>
      <w:r w:rsidRPr="00453277">
        <w:rPr>
          <w:rFonts w:eastAsia="Calibri" w:cs="Times New Roman"/>
          <w:b/>
          <w:color w:val="0000FF"/>
        </w:rPr>
        <w:tab/>
        <w:t xml:space="preserve">C. </w:t>
      </w:r>
      <w:r w:rsidRPr="00453277">
        <w:rPr>
          <w:rFonts w:eastAsia="Calibri" w:cs="Times New Roman"/>
          <w:position w:val="-6"/>
        </w:rPr>
        <w:object w:dxaOrig="400" w:dyaOrig="279">
          <v:shape id="_x0000_i1097" type="#_x0000_t75" style="width:19.85pt;height:13.85pt" o:ole="">
            <v:imagedata r:id="rId155" o:title=""/>
          </v:shape>
          <o:OLEObject Type="Embed" ProgID="Equation.DSMT4" ShapeID="_x0000_i1097" DrawAspect="Content" ObjectID="_1808504093" r:id="rId156"/>
        </w:object>
      </w:r>
      <w:r w:rsidRPr="00453277">
        <w:rPr>
          <w:rFonts w:eastAsia="Calibri" w:cs="Times New Roman"/>
        </w:rPr>
        <w:t>.</w:t>
      </w:r>
      <w:r w:rsidRPr="00453277">
        <w:rPr>
          <w:rFonts w:eastAsia="Calibri" w:cs="Times New Roman"/>
          <w:b/>
          <w:color w:val="0000FF"/>
        </w:rPr>
        <w:tab/>
      </w:r>
      <w:r w:rsidRPr="00453277">
        <w:rPr>
          <w:rFonts w:eastAsia="Calibri" w:cs="Times New Roman"/>
          <w:b/>
          <w:color w:val="0000FF"/>
          <w:u w:val="single"/>
        </w:rPr>
        <w:t>D</w:t>
      </w:r>
      <w:r w:rsidRPr="00453277">
        <w:rPr>
          <w:rFonts w:eastAsia="Calibri" w:cs="Times New Roman"/>
          <w:b/>
          <w:color w:val="0000FF"/>
        </w:rPr>
        <w:t xml:space="preserve">. </w:t>
      </w:r>
      <w:r w:rsidRPr="00453277">
        <w:rPr>
          <w:rFonts w:eastAsia="Calibri" w:cs="Times New Roman"/>
          <w:position w:val="-6"/>
        </w:rPr>
        <w:object w:dxaOrig="400" w:dyaOrig="279">
          <v:shape id="_x0000_i1098" type="#_x0000_t75" style="width:19.85pt;height:13.85pt" o:ole="">
            <v:imagedata r:id="rId157" o:title=""/>
          </v:shape>
          <o:OLEObject Type="Embed" ProgID="Equation.DSMT4" ShapeID="_x0000_i1098" DrawAspect="Content" ObjectID="_1808504094" r:id="rId158"/>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highlight w:val="green"/>
        </w:rPr>
      </w:pPr>
      <w:r w:rsidRPr="00453277">
        <w:rPr>
          <w:rFonts w:eastAsia="Calibri" w:cs="Times New Roman"/>
          <w:b/>
          <w:bCs/>
          <w:color w:val="0000FF"/>
          <w:highlight w:val="green"/>
        </w:rPr>
        <w:t>Chọn D</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Ta có: </w:t>
      </w:r>
      <w:r w:rsidRPr="00453277">
        <w:rPr>
          <w:rFonts w:eastAsia="Calibri" w:cs="Times New Roman"/>
          <w:position w:val="-6"/>
        </w:rPr>
        <w:object w:dxaOrig="740" w:dyaOrig="279">
          <v:shape id="_x0000_i1099" type="#_x0000_t75" style="width:36.9pt;height:13.85pt" o:ole="">
            <v:imagedata r:id="rId159" o:title=""/>
          </v:shape>
          <o:OLEObject Type="Embed" ProgID="Equation.DSMT4" ShapeID="_x0000_i1099" DrawAspect="Content" ObjectID="_1808504095" r:id="rId160"/>
        </w:object>
      </w:r>
      <w:r w:rsidRPr="00453277">
        <w:rPr>
          <w:rFonts w:eastAsia="Calibri" w:cs="Times New Roman"/>
        </w:rPr>
        <w:t xml:space="preserve"> là tam giác cân tại </w:t>
      </w:r>
      <w:r w:rsidRPr="00453277">
        <w:rPr>
          <w:rFonts w:eastAsia="Calibri" w:cs="Times New Roman"/>
          <w:position w:val="-4"/>
        </w:rPr>
        <w:object w:dxaOrig="320" w:dyaOrig="260">
          <v:shape id="_x0000_i1100" type="#_x0000_t75" style="width:16.15pt;height:12.9pt" o:ole="">
            <v:imagedata r:id="rId161" o:title=""/>
          </v:shape>
          <o:OLEObject Type="Embed" ProgID="Equation.DSMT4" ShapeID="_x0000_i1100" DrawAspect="Content" ObjectID="_1808504096" r:id="rId162"/>
        </w:object>
      </w:r>
      <w:r w:rsidRPr="00453277">
        <w:rPr>
          <w:rFonts w:eastAsia="Calibri" w:cs="Times New Roman"/>
        </w:rPr>
        <w:t xml:space="preserve">, có </w:t>
      </w:r>
      <w:r w:rsidRPr="00453277">
        <w:rPr>
          <w:rFonts w:eastAsia="Calibri" w:cs="Times New Roman"/>
          <w:position w:val="-4"/>
        </w:rPr>
        <w:object w:dxaOrig="200" w:dyaOrig="260">
          <v:shape id="_x0000_i1101" type="#_x0000_t75" style="width:10.15pt;height:12.9pt" o:ole="">
            <v:imagedata r:id="rId163" o:title=""/>
          </v:shape>
          <o:OLEObject Type="Embed" ProgID="Equation.DSMT4" ShapeID="_x0000_i1101" DrawAspect="Content" ObjectID="_1808504097" r:id="rId164"/>
        </w:object>
      </w:r>
      <w:r w:rsidRPr="00453277">
        <w:rPr>
          <w:rFonts w:eastAsia="Calibri" w:cs="Times New Roman"/>
        </w:rPr>
        <w:t xml:space="preserve"> là trung điểm của đoạn thẳng </w:t>
      </w:r>
      <w:r w:rsidRPr="00453277">
        <w:rPr>
          <w:rFonts w:eastAsia="Calibri" w:cs="Times New Roman"/>
          <w:position w:val="-6"/>
        </w:rPr>
        <w:object w:dxaOrig="400" w:dyaOrig="279">
          <v:shape id="_x0000_i1102" type="#_x0000_t75" style="width:19.85pt;height:13.85pt" o:ole="">
            <v:imagedata r:id="rId165" o:title=""/>
          </v:shape>
          <o:OLEObject Type="Embed" ProgID="Equation.DSMT4" ShapeID="_x0000_i1102" DrawAspect="Content" ObjectID="_1808504098" r:id="rId166"/>
        </w:object>
      </w:r>
      <w:r w:rsidRPr="00453277">
        <w:rPr>
          <w:rFonts w:eastAsia="Calibri" w:cs="Times New Roman"/>
        </w:rPr>
        <w:t xml:space="preserve"> suy ra </w:t>
      </w:r>
      <w:r w:rsidRPr="00453277">
        <w:rPr>
          <w:rFonts w:eastAsia="Calibri" w:cs="Times New Roman"/>
          <w:position w:val="-4"/>
        </w:rPr>
        <w:object w:dxaOrig="380" w:dyaOrig="260">
          <v:shape id="_x0000_i1103" type="#_x0000_t75" style="width:18.9pt;height:12.9pt" o:ole="">
            <v:imagedata r:id="rId167" o:title=""/>
          </v:shape>
          <o:OLEObject Type="Embed" ProgID="Equation.DSMT4" ShapeID="_x0000_i1103" DrawAspect="Content" ObjectID="_1808504099" r:id="rId168"/>
        </w:object>
      </w:r>
      <w:r w:rsidRPr="00453277">
        <w:rPr>
          <w:rFonts w:eastAsia="Calibri" w:cs="Times New Roman"/>
        </w:rPr>
        <w:t xml:space="preserve"> vừa là trung tuyến vừa là đường cao của </w:t>
      </w:r>
      <w:r w:rsidRPr="00453277">
        <w:rPr>
          <w:rFonts w:eastAsia="Calibri" w:cs="Times New Roman"/>
          <w:position w:val="-6"/>
        </w:rPr>
        <w:object w:dxaOrig="740" w:dyaOrig="279">
          <v:shape id="_x0000_i1104" type="#_x0000_t75" style="width:36.9pt;height:13.85pt" o:ole="">
            <v:imagedata r:id="rId169" o:title=""/>
          </v:shape>
          <o:OLEObject Type="Embed" ProgID="Equation.DSMT4" ShapeID="_x0000_i1104" DrawAspect="Content" ObjectID="_1808504100" r:id="rId170"/>
        </w:object>
      </w:r>
      <w:r w:rsidRPr="00453277">
        <w:rPr>
          <w:rFonts w:eastAsia="Calibri" w:cs="Times New Roman"/>
          <w:position w:val="-6"/>
        </w:rPr>
        <w:object w:dxaOrig="1260" w:dyaOrig="279">
          <v:shape id="_x0000_i1105" type="#_x0000_t75" style="width:63.25pt;height:13.85pt" o:ole="">
            <v:imagedata r:id="rId171" o:title=""/>
          </v:shape>
          <o:OLEObject Type="Embed" ProgID="Equation.DSMT4" ShapeID="_x0000_i1105" DrawAspect="Content" ObjectID="_1808504101" r:id="rId172"/>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lastRenderedPageBreak/>
        <w:t xml:space="preserve">Tương tự: </w:t>
      </w:r>
      <w:r w:rsidRPr="00453277">
        <w:rPr>
          <w:rFonts w:eastAsia="Calibri" w:cs="Times New Roman"/>
          <w:position w:val="-10"/>
        </w:rPr>
        <w:object w:dxaOrig="700" w:dyaOrig="320">
          <v:shape id="_x0000_i1106" type="#_x0000_t75" style="width:35.1pt;height:16.15pt" o:ole="">
            <v:imagedata r:id="rId173" o:title=""/>
          </v:shape>
          <o:OLEObject Type="Embed" ProgID="Equation.DSMT4" ShapeID="_x0000_i1106" DrawAspect="Content" ObjectID="_1808504102" r:id="rId174"/>
        </w:object>
      </w:r>
      <w:r w:rsidRPr="00453277">
        <w:rPr>
          <w:rFonts w:eastAsia="Calibri" w:cs="Times New Roman"/>
        </w:rPr>
        <w:t xml:space="preserve"> là tam giác cân tại </w:t>
      </w:r>
      <w:r w:rsidRPr="00453277">
        <w:rPr>
          <w:rFonts w:eastAsia="Calibri" w:cs="Times New Roman"/>
          <w:position w:val="-10"/>
        </w:rPr>
        <w:object w:dxaOrig="240" w:dyaOrig="320">
          <v:shape id="_x0000_i1107" type="#_x0000_t75" style="width:12pt;height:16.15pt" o:ole="">
            <v:imagedata r:id="rId175" o:title=""/>
          </v:shape>
          <o:OLEObject Type="Embed" ProgID="Equation.DSMT4" ShapeID="_x0000_i1107" DrawAspect="Content" ObjectID="_1808504103" r:id="rId176"/>
        </w:object>
      </w:r>
      <w:r w:rsidRPr="00453277">
        <w:rPr>
          <w:rFonts w:eastAsia="Calibri" w:cs="Times New Roman"/>
        </w:rPr>
        <w:t xml:space="preserve">, có </w:t>
      </w:r>
      <w:r w:rsidRPr="00453277">
        <w:rPr>
          <w:rFonts w:eastAsia="Calibri" w:cs="Times New Roman"/>
          <w:position w:val="-4"/>
        </w:rPr>
        <w:object w:dxaOrig="200" w:dyaOrig="260">
          <v:shape id="_x0000_i1108" type="#_x0000_t75" style="width:10.15pt;height:12.9pt" o:ole="">
            <v:imagedata r:id="rId177" o:title=""/>
          </v:shape>
          <o:OLEObject Type="Embed" ProgID="Equation.DSMT4" ShapeID="_x0000_i1108" DrawAspect="Content" ObjectID="_1808504104" r:id="rId178"/>
        </w:object>
      </w:r>
      <w:r w:rsidRPr="00453277">
        <w:rPr>
          <w:rFonts w:eastAsia="Calibri" w:cs="Times New Roman"/>
        </w:rPr>
        <w:t xml:space="preserve"> là trung điểm của đoạn thẳng </w:t>
      </w:r>
      <w:r w:rsidRPr="00453277">
        <w:rPr>
          <w:rFonts w:eastAsia="Calibri" w:cs="Times New Roman"/>
          <w:position w:val="-6"/>
        </w:rPr>
        <w:object w:dxaOrig="400" w:dyaOrig="279">
          <v:shape id="_x0000_i1109" type="#_x0000_t75" style="width:19.85pt;height:13.85pt" o:ole="">
            <v:imagedata r:id="rId179" o:title=""/>
          </v:shape>
          <o:OLEObject Type="Embed" ProgID="Equation.DSMT4" ShapeID="_x0000_i1109" DrawAspect="Content" ObjectID="_1808504105" r:id="rId180"/>
        </w:object>
      </w:r>
      <w:r w:rsidRPr="00453277">
        <w:rPr>
          <w:rFonts w:eastAsia="Calibri" w:cs="Times New Roman"/>
        </w:rPr>
        <w:t xml:space="preserve"> suy ra </w:t>
      </w:r>
      <w:r w:rsidRPr="00453277">
        <w:rPr>
          <w:rFonts w:eastAsia="Calibri" w:cs="Times New Roman"/>
          <w:position w:val="-10"/>
        </w:rPr>
        <w:object w:dxaOrig="340" w:dyaOrig="320">
          <v:shape id="_x0000_i1110" type="#_x0000_t75" style="width:17.1pt;height:16.15pt" o:ole="">
            <v:imagedata r:id="rId181" o:title=""/>
          </v:shape>
          <o:OLEObject Type="Embed" ProgID="Equation.DSMT4" ShapeID="_x0000_i1110" DrawAspect="Content" ObjectID="_1808504106" r:id="rId182"/>
        </w:object>
      </w:r>
      <w:r w:rsidRPr="00453277">
        <w:rPr>
          <w:rFonts w:eastAsia="Calibri" w:cs="Times New Roman"/>
        </w:rPr>
        <w:t xml:space="preserve"> vừa là trung tuyến vừa là đường cao của </w:t>
      </w:r>
      <w:r w:rsidRPr="00453277">
        <w:rPr>
          <w:rFonts w:eastAsia="Calibri" w:cs="Times New Roman"/>
          <w:position w:val="-10"/>
        </w:rPr>
        <w:object w:dxaOrig="700" w:dyaOrig="320">
          <v:shape id="_x0000_i1111" type="#_x0000_t75" style="width:35.1pt;height:16.15pt" o:ole="">
            <v:imagedata r:id="rId183" o:title=""/>
          </v:shape>
          <o:OLEObject Type="Embed" ProgID="Equation.DSMT4" ShapeID="_x0000_i1111" DrawAspect="Content" ObjectID="_1808504107" r:id="rId184"/>
        </w:object>
      </w:r>
      <w:r w:rsidRPr="00453277">
        <w:rPr>
          <w:rFonts w:eastAsia="Calibri" w:cs="Times New Roman"/>
          <w:position w:val="-10"/>
        </w:rPr>
        <w:object w:dxaOrig="1219" w:dyaOrig="320">
          <v:shape id="_x0000_i1112" type="#_x0000_t75" style="width:60.9pt;height:16.15pt" o:ole="">
            <v:imagedata r:id="rId185" o:title=""/>
          </v:shape>
          <o:OLEObject Type="Embed" ProgID="Equation.DSMT4" ShapeID="_x0000_i1112" DrawAspect="Content" ObjectID="_1808504108" r:id="rId186"/>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Có: </w:t>
      </w:r>
      <w:r w:rsidRPr="00453277">
        <w:rPr>
          <w:rFonts w:eastAsia="Calibri" w:cs="Times New Roman"/>
          <w:position w:val="-30"/>
        </w:rPr>
        <w:object w:dxaOrig="4020" w:dyaOrig="720">
          <v:shape id="_x0000_i1113" type="#_x0000_t75" style="width:201.25pt;height:36pt" o:ole="">
            <v:imagedata r:id="rId187" o:title=""/>
          </v:shape>
          <o:OLEObject Type="Embed" ProgID="Equation.DSMT4" ShapeID="_x0000_i1113" DrawAspect="Content" ObjectID="_1808504109" r:id="rId188"/>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Suy ra góc giữa hai đường thẳng </w:t>
      </w:r>
      <w:r w:rsidRPr="00453277">
        <w:rPr>
          <w:rFonts w:eastAsia="Calibri" w:cs="Times New Roman"/>
          <w:position w:val="-10"/>
        </w:rPr>
        <w:object w:dxaOrig="460" w:dyaOrig="320">
          <v:shape id="_x0000_i1114" type="#_x0000_t75" style="width:23.1pt;height:16.15pt" o:ole="">
            <v:imagedata r:id="rId189" o:title=""/>
          </v:shape>
          <o:OLEObject Type="Embed" ProgID="Equation.DSMT4" ShapeID="_x0000_i1114" DrawAspect="Content" ObjectID="_1808504110" r:id="rId190"/>
        </w:object>
      </w:r>
      <w:r w:rsidRPr="00453277">
        <w:rPr>
          <w:rFonts w:eastAsia="Calibri" w:cs="Times New Roman"/>
        </w:rPr>
        <w:t xml:space="preserve"> và </w:t>
      </w:r>
      <w:r w:rsidRPr="00453277">
        <w:rPr>
          <w:rFonts w:eastAsia="Calibri" w:cs="Times New Roman"/>
          <w:position w:val="-6"/>
        </w:rPr>
        <w:object w:dxaOrig="400" w:dyaOrig="279">
          <v:shape id="_x0000_i1115" type="#_x0000_t75" style="width:19.85pt;height:13.85pt" o:ole="">
            <v:imagedata r:id="rId191" o:title=""/>
          </v:shape>
          <o:OLEObject Type="Embed" ProgID="Equation.DSMT4" ShapeID="_x0000_i1115" DrawAspect="Content" ObjectID="_1808504111" r:id="rId192"/>
        </w:object>
      </w:r>
      <w:r w:rsidRPr="00453277">
        <w:rPr>
          <w:rFonts w:eastAsia="Calibri" w:cs="Times New Roman"/>
        </w:rPr>
        <w:t xml:space="preserve"> bằng </w:t>
      </w:r>
      <w:r w:rsidRPr="00453277">
        <w:rPr>
          <w:rFonts w:eastAsia="Calibri" w:cs="Times New Roman"/>
          <w:position w:val="-6"/>
        </w:rPr>
        <w:object w:dxaOrig="400" w:dyaOrig="279">
          <v:shape id="_x0000_i1116" type="#_x0000_t75" style="width:19.85pt;height:13.85pt" o:ole="">
            <v:imagedata r:id="rId193" o:title=""/>
          </v:shape>
          <o:OLEObject Type="Embed" ProgID="Equation.DSMT4" ShapeID="_x0000_i1116" DrawAspect="Content" ObjectID="_1808504112" r:id="rId194"/>
        </w:object>
      </w:r>
      <w:r w:rsidRPr="00453277">
        <w:rPr>
          <w:rFonts w:eastAsia="Calibri" w:cs="Times New Roman"/>
        </w:rPr>
        <w:t>.</w:t>
      </w:r>
    </w:p>
    <w:p w:rsidR="00453277" w:rsidRPr="00453277" w:rsidRDefault="00453277" w:rsidP="00453277">
      <w:pPr>
        <w:numPr>
          <w:ilvl w:val="0"/>
          <w:numId w:val="29"/>
        </w:numPr>
        <w:spacing w:before="0" w:after="0" w:line="259" w:lineRule="auto"/>
        <w:rPr>
          <w:rFonts w:eastAsia="Calibri" w:cs="Times New Roman"/>
          <w:b/>
          <w:bCs/>
          <w:color w:val="0000FF"/>
          <w:szCs w:val="24"/>
        </w:rPr>
      </w:pPr>
      <w:r w:rsidRPr="00453277">
        <w:rPr>
          <w:rFonts w:eastAsia="Calibri" w:cs="Times New Roman"/>
          <w:szCs w:val="24"/>
        </w:rPr>
        <w:t xml:space="preserve">Tìm nghiệm của phương trình </w:t>
      </w:r>
      <w:r w:rsidRPr="00453277">
        <w:rPr>
          <w:rFonts w:eastAsia="Calibri" w:cs="Times New Roman"/>
          <w:position w:val="-6"/>
          <w:szCs w:val="24"/>
        </w:rPr>
        <w:object w:dxaOrig="900" w:dyaOrig="320">
          <v:shape id="_x0000_i1117" type="#_x0000_t75" style="width:45.25pt;height:16.15pt" o:ole="">
            <v:imagedata r:id="rId195" o:title=""/>
          </v:shape>
          <o:OLEObject Type="Embed" ProgID="Equation.DSMT4" ShapeID="_x0000_i1117" DrawAspect="Content" ObjectID="_1808504113" r:id="rId196"/>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 xml:space="preserve">A. </w:t>
      </w:r>
      <w:r w:rsidRPr="00453277">
        <w:rPr>
          <w:rFonts w:eastAsia="Calibri" w:cs="Times New Roman"/>
          <w:position w:val="-6"/>
        </w:rPr>
        <w:object w:dxaOrig="660" w:dyaOrig="279">
          <v:shape id="_x0000_i1118" type="#_x0000_t75" style="width:33.25pt;height:13.85pt" o:ole="">
            <v:imagedata r:id="rId197" o:title=""/>
          </v:shape>
          <o:OLEObject Type="Embed" ProgID="Equation.DSMT4" ShapeID="_x0000_i1118" DrawAspect="Content" ObjectID="_1808504114" r:id="rId198"/>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6"/>
        </w:rPr>
        <w:object w:dxaOrig="560" w:dyaOrig="279">
          <v:shape id="_x0000_i1119" type="#_x0000_t75" style="width:28.15pt;height:13.85pt" o:ole="">
            <v:imagedata r:id="rId199" o:title=""/>
          </v:shape>
          <o:OLEObject Type="Embed" ProgID="Equation.DSMT4" ShapeID="_x0000_i1119" DrawAspect="Content" ObjectID="_1808504115" r:id="rId200"/>
        </w:object>
      </w:r>
      <w:r w:rsidRPr="00453277">
        <w:rPr>
          <w:rFonts w:eastAsia="Calibri" w:cs="Times New Roman"/>
        </w:rPr>
        <w:t>.</w:t>
      </w:r>
      <w:r w:rsidRPr="00453277">
        <w:rPr>
          <w:rFonts w:eastAsia="Calibri" w:cs="Times New Roman"/>
          <w:b/>
          <w:color w:val="0000FF"/>
        </w:rPr>
        <w:tab/>
        <w:t xml:space="preserve">C. </w:t>
      </w:r>
      <w:r w:rsidRPr="00453277">
        <w:rPr>
          <w:rFonts w:eastAsia="Calibri" w:cs="Times New Roman"/>
          <w:position w:val="-6"/>
        </w:rPr>
        <w:object w:dxaOrig="540" w:dyaOrig="279">
          <v:shape id="_x0000_i1120" type="#_x0000_t75" style="width:27.25pt;height:13.85pt" o:ole="">
            <v:imagedata r:id="rId201" o:title=""/>
          </v:shape>
          <o:OLEObject Type="Embed" ProgID="Equation.DSMT4" ShapeID="_x0000_i1120" DrawAspect="Content" ObjectID="_1808504116" r:id="rId202"/>
        </w:object>
      </w:r>
      <w:r w:rsidRPr="00453277">
        <w:rPr>
          <w:rFonts w:eastAsia="Calibri" w:cs="Times New Roman"/>
        </w:rPr>
        <w:t>.</w:t>
      </w:r>
      <w:r w:rsidRPr="00453277">
        <w:rPr>
          <w:rFonts w:eastAsia="Calibri" w:cs="Times New Roman"/>
          <w:b/>
          <w:color w:val="0000FF"/>
        </w:rPr>
        <w:tab/>
      </w:r>
      <w:r w:rsidRPr="00453277">
        <w:rPr>
          <w:rFonts w:eastAsia="Calibri" w:cs="Times New Roman"/>
          <w:b/>
          <w:color w:val="0000FF"/>
          <w:u w:val="single"/>
        </w:rPr>
        <w:t>D</w:t>
      </w:r>
      <w:r w:rsidRPr="00453277">
        <w:rPr>
          <w:rFonts w:eastAsia="Calibri" w:cs="Times New Roman"/>
          <w:b/>
          <w:color w:val="0000FF"/>
        </w:rPr>
        <w:t xml:space="preserve">. </w:t>
      </w:r>
      <w:r w:rsidRPr="00453277">
        <w:rPr>
          <w:rFonts w:eastAsia="Calibri" w:cs="Times New Roman"/>
          <w:position w:val="-6"/>
        </w:rPr>
        <w:object w:dxaOrig="560" w:dyaOrig="279">
          <v:shape id="_x0000_i1121" type="#_x0000_t75" style="width:28.15pt;height:13.85pt" o:ole="">
            <v:imagedata r:id="rId203" o:title=""/>
          </v:shape>
          <o:OLEObject Type="Embed" ProgID="Equation.DSMT4" ShapeID="_x0000_i1121" DrawAspect="Content" ObjectID="_1808504117" r:id="rId204"/>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bCs/>
          <w:color w:val="0000FF"/>
          <w:highlight w:val="green"/>
        </w:rPr>
      </w:pPr>
      <w:r w:rsidRPr="00453277">
        <w:rPr>
          <w:rFonts w:eastAsia="Calibri" w:cs="Times New Roman"/>
          <w:b/>
          <w:bCs/>
          <w:color w:val="0000FF"/>
          <w:highlight w:val="green"/>
        </w:rPr>
        <w:t>Chọn D</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Ta có </w:t>
      </w:r>
      <w:r w:rsidRPr="00453277">
        <w:rPr>
          <w:rFonts w:eastAsia="Calibri" w:cs="Times New Roman"/>
          <w:position w:val="-6"/>
        </w:rPr>
        <w:object w:dxaOrig="3940" w:dyaOrig="320">
          <v:shape id="_x0000_i1122" type="#_x0000_t75" style="width:196.6pt;height:16.15pt" o:ole="">
            <v:imagedata r:id="rId205" o:title=""/>
          </v:shape>
          <o:OLEObject Type="Embed" ProgID="Equation.DSMT4" ShapeID="_x0000_i1122" DrawAspect="Content" ObjectID="_1808504118" r:id="rId206"/>
        </w:object>
      </w:r>
      <w:r w:rsidRPr="00453277">
        <w:rPr>
          <w:rFonts w:eastAsia="Calibri" w:cs="Times New Roman"/>
        </w:rPr>
        <w:t>.</w:t>
      </w:r>
    </w:p>
    <w:p w:rsidR="00453277" w:rsidRPr="00453277" w:rsidRDefault="00453277" w:rsidP="00453277">
      <w:pPr>
        <w:numPr>
          <w:ilvl w:val="0"/>
          <w:numId w:val="29"/>
        </w:numPr>
        <w:spacing w:before="0" w:after="0" w:line="259" w:lineRule="auto"/>
        <w:rPr>
          <w:rFonts w:eastAsia="Calibri" w:cs="Times New Roman"/>
          <w:b/>
          <w:bCs/>
          <w:color w:val="0000FF"/>
          <w:szCs w:val="24"/>
        </w:rPr>
      </w:pPr>
      <w:r w:rsidRPr="00453277">
        <w:rPr>
          <w:rFonts w:eastAsia="Calibri" w:cs="Times New Roman"/>
          <w:szCs w:val="24"/>
        </w:rPr>
        <w:t xml:space="preserve">Cho cấp số cộng </w:t>
      </w:r>
      <w:r w:rsidRPr="00453277">
        <w:rPr>
          <w:rFonts w:eastAsia="Calibri" w:cs="Times New Roman"/>
          <w:position w:val="-14"/>
          <w:szCs w:val="24"/>
        </w:rPr>
        <w:object w:dxaOrig="480" w:dyaOrig="400">
          <v:shape id="_x0000_i1123" type="#_x0000_t75" style="width:24pt;height:19.85pt" o:ole="">
            <v:imagedata r:id="rId207" o:title=""/>
          </v:shape>
          <o:OLEObject Type="Embed" ProgID="Equation.DSMT4" ShapeID="_x0000_i1123" DrawAspect="Content" ObjectID="_1808504119" r:id="rId208"/>
        </w:object>
      </w:r>
      <w:r w:rsidRPr="00453277">
        <w:rPr>
          <w:rFonts w:eastAsia="Calibri" w:cs="Times New Roman"/>
          <w:szCs w:val="24"/>
        </w:rPr>
        <w:t xml:space="preserve"> với </w:t>
      </w:r>
      <w:r w:rsidRPr="00453277">
        <w:rPr>
          <w:rFonts w:eastAsia="Calibri" w:cs="Times New Roman"/>
          <w:position w:val="-12"/>
          <w:szCs w:val="24"/>
        </w:rPr>
        <w:object w:dxaOrig="620" w:dyaOrig="360">
          <v:shape id="_x0000_i1124" type="#_x0000_t75" style="width:30.9pt;height:18pt" o:ole="">
            <v:imagedata r:id="rId209" o:title=""/>
          </v:shape>
          <o:OLEObject Type="Embed" ProgID="Equation.DSMT4" ShapeID="_x0000_i1124" DrawAspect="Content" ObjectID="_1808504120" r:id="rId210"/>
        </w:object>
      </w:r>
      <w:r w:rsidRPr="00453277">
        <w:rPr>
          <w:rFonts w:eastAsia="Calibri" w:cs="Times New Roman"/>
          <w:szCs w:val="24"/>
        </w:rPr>
        <w:t xml:space="preserve"> và </w:t>
      </w:r>
      <w:r w:rsidRPr="00453277">
        <w:rPr>
          <w:rFonts w:eastAsia="Calibri" w:cs="Times New Roman"/>
          <w:position w:val="-6"/>
          <w:szCs w:val="24"/>
        </w:rPr>
        <w:object w:dxaOrig="560" w:dyaOrig="279">
          <v:shape id="_x0000_i1125" type="#_x0000_t75" style="width:28.15pt;height:13.85pt" o:ole="">
            <v:imagedata r:id="rId211" o:title=""/>
          </v:shape>
          <o:OLEObject Type="Embed" ProgID="Equation.DSMT4" ShapeID="_x0000_i1125" DrawAspect="Content" ObjectID="_1808504121" r:id="rId212"/>
        </w:object>
      </w:r>
      <w:r w:rsidRPr="00453277">
        <w:rPr>
          <w:rFonts w:eastAsia="Calibri" w:cs="Times New Roman"/>
          <w:szCs w:val="24"/>
        </w:rPr>
        <w:t xml:space="preserve">. Số hạng </w:t>
      </w:r>
      <w:r w:rsidRPr="00453277">
        <w:rPr>
          <w:rFonts w:eastAsia="Calibri" w:cs="Times New Roman"/>
          <w:position w:val="-12"/>
          <w:szCs w:val="24"/>
        </w:rPr>
        <w:object w:dxaOrig="340" w:dyaOrig="360">
          <v:shape id="_x0000_i1126" type="#_x0000_t75" style="width:17.1pt;height:18pt" o:ole="">
            <v:imagedata r:id="rId213" o:title=""/>
          </v:shape>
          <o:OLEObject Type="Embed" ProgID="Equation.DSMT4" ShapeID="_x0000_i1126" DrawAspect="Content" ObjectID="_1808504122" r:id="rId214"/>
        </w:object>
      </w:r>
      <w:r w:rsidRPr="00453277">
        <w:rPr>
          <w:rFonts w:eastAsia="Calibri" w:cs="Times New Roman"/>
          <w:szCs w:val="24"/>
        </w:rPr>
        <w:t xml:space="preserve"> của cấp số cộng đã cho bằng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u w:val="single"/>
        </w:rPr>
        <w:t>A</w:t>
      </w:r>
      <w:r w:rsidRPr="00453277">
        <w:rPr>
          <w:rFonts w:eastAsia="Calibri" w:cs="Times New Roman"/>
          <w:b/>
          <w:color w:val="0000FF"/>
        </w:rPr>
        <w:t xml:space="preserve">. </w:t>
      </w:r>
      <w:r w:rsidRPr="00453277">
        <w:rPr>
          <w:rFonts w:eastAsia="Calibri" w:cs="Times New Roman"/>
          <w:position w:val="-6"/>
        </w:rPr>
        <w:object w:dxaOrig="400" w:dyaOrig="279">
          <v:shape id="_x0000_i1127" type="#_x0000_t75" style="width:19.85pt;height:13.85pt" o:ole="">
            <v:imagedata r:id="rId215" o:title=""/>
          </v:shape>
          <o:OLEObject Type="Embed" ProgID="Equation.DSMT4" ShapeID="_x0000_i1127" DrawAspect="Content" ObjectID="_1808504123" r:id="rId216"/>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6"/>
        </w:rPr>
        <w:object w:dxaOrig="400" w:dyaOrig="279">
          <v:shape id="_x0000_i1128" type="#_x0000_t75" style="width:19.85pt;height:13.85pt" o:ole="">
            <v:imagedata r:id="rId217" o:title=""/>
          </v:shape>
          <o:OLEObject Type="Embed" ProgID="Equation.DSMT4" ShapeID="_x0000_i1128" DrawAspect="Content" ObjectID="_1808504124" r:id="rId218"/>
        </w:object>
      </w:r>
      <w:r w:rsidRPr="00453277">
        <w:rPr>
          <w:rFonts w:eastAsia="Calibri" w:cs="Times New Roman"/>
        </w:rPr>
        <w:t>.</w:t>
      </w:r>
      <w:r w:rsidRPr="00453277">
        <w:rPr>
          <w:rFonts w:eastAsia="Calibri" w:cs="Times New Roman"/>
          <w:b/>
          <w:color w:val="0000FF"/>
        </w:rPr>
        <w:tab/>
        <w:t xml:space="preserve">C. </w:t>
      </w:r>
      <w:r w:rsidRPr="00453277">
        <w:rPr>
          <w:rFonts w:eastAsia="Calibri" w:cs="Times New Roman"/>
          <w:position w:val="-4"/>
        </w:rPr>
        <w:object w:dxaOrig="279" w:dyaOrig="260">
          <v:shape id="_x0000_i1129" type="#_x0000_t75" style="width:13.85pt;height:12.9pt" o:ole="">
            <v:imagedata r:id="rId219" o:title=""/>
          </v:shape>
          <o:OLEObject Type="Embed" ProgID="Equation.DSMT4" ShapeID="_x0000_i1129" DrawAspect="Content" ObjectID="_1808504125" r:id="rId220"/>
        </w:object>
      </w:r>
      <w:r w:rsidRPr="00453277">
        <w:rPr>
          <w:rFonts w:eastAsia="Calibri" w:cs="Times New Roman"/>
        </w:rPr>
        <w:t>.</w:t>
      </w:r>
      <w:r w:rsidRPr="00453277">
        <w:rPr>
          <w:rFonts w:eastAsia="Calibri" w:cs="Times New Roman"/>
          <w:b/>
          <w:color w:val="0000FF"/>
        </w:rPr>
        <w:tab/>
        <w:t xml:space="preserve">D. </w:t>
      </w:r>
      <w:r w:rsidRPr="00453277">
        <w:rPr>
          <w:rFonts w:eastAsia="Calibri" w:cs="Times New Roman"/>
          <w:position w:val="-6"/>
        </w:rPr>
        <w:object w:dxaOrig="440" w:dyaOrig="279">
          <v:shape id="_x0000_i1130" type="#_x0000_t75" style="width:22.15pt;height:13.85pt" o:ole="">
            <v:imagedata r:id="rId221" o:title=""/>
          </v:shape>
          <o:OLEObject Type="Embed" ProgID="Equation.DSMT4" ShapeID="_x0000_i1130" DrawAspect="Content" ObjectID="_1808504126" r:id="rId222"/>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highlight w:val="green"/>
        </w:rPr>
      </w:pPr>
      <w:r w:rsidRPr="00453277">
        <w:rPr>
          <w:rFonts w:eastAsia="Calibri" w:cs="Times New Roman"/>
          <w:b/>
          <w:bCs/>
          <w:color w:val="0000FF"/>
          <w:highlight w:val="green"/>
        </w:rPr>
        <w:t>Chọn A</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Công thức tổng quát của cấp số cộng là </w:t>
      </w:r>
      <w:r w:rsidRPr="00453277">
        <w:rPr>
          <w:rFonts w:eastAsia="Calibri" w:cs="Times New Roman"/>
          <w:position w:val="-14"/>
        </w:rPr>
        <w:object w:dxaOrig="3800" w:dyaOrig="400">
          <v:shape id="_x0000_i1131" type="#_x0000_t75" style="width:190.15pt;height:19.85pt" o:ole="">
            <v:imagedata r:id="rId223" o:title=""/>
          </v:shape>
          <o:OLEObject Type="Embed" ProgID="Equation.DSMT4" ShapeID="_x0000_i1131" DrawAspect="Content" ObjectID="_1808504127" r:id="rId224"/>
        </w:object>
      </w:r>
      <w:r w:rsidRPr="00453277">
        <w:rPr>
          <w:rFonts w:eastAsia="Calibri" w:cs="Times New Roman"/>
        </w:rPr>
        <w:t>.</w:t>
      </w:r>
    </w:p>
    <w:p w:rsidR="00453277" w:rsidRPr="00453277" w:rsidRDefault="00453277" w:rsidP="00453277">
      <w:pPr>
        <w:numPr>
          <w:ilvl w:val="0"/>
          <w:numId w:val="29"/>
        </w:numPr>
        <w:spacing w:before="0" w:after="0" w:line="259" w:lineRule="auto"/>
        <w:rPr>
          <w:rFonts w:eastAsia="Calibri" w:cs="Times New Roman"/>
          <w:b/>
          <w:color w:val="0000FF"/>
          <w:szCs w:val="24"/>
        </w:rPr>
      </w:pPr>
      <w:r w:rsidRPr="00453277">
        <w:rPr>
          <w:rFonts w:eastAsia="Calibri" w:cs="Times New Roman"/>
          <w:szCs w:val="24"/>
        </w:rPr>
        <w:t xml:space="preserve">Cho hình hộp </w:t>
      </w:r>
      <w:r w:rsidRPr="00453277">
        <w:rPr>
          <w:rFonts w:eastAsia="Calibri" w:cs="Times New Roman"/>
          <w:position w:val="-12"/>
          <w:szCs w:val="24"/>
        </w:rPr>
        <w:object w:dxaOrig="1600" w:dyaOrig="360">
          <v:shape id="_x0000_i1132" type="#_x0000_t75" style="width:79.85pt;height:18pt" o:ole="">
            <v:imagedata r:id="rId225" o:title=""/>
          </v:shape>
          <o:OLEObject Type="Embed" ProgID="Equation.DSMT4" ShapeID="_x0000_i1132" DrawAspect="Content" ObjectID="_1808504128" r:id="rId226"/>
        </w:object>
      </w:r>
      <w:r w:rsidRPr="00453277">
        <w:rPr>
          <w:rFonts w:eastAsia="Calibri" w:cs="Times New Roman"/>
          <w:szCs w:val="24"/>
        </w:rPr>
        <w:t xml:space="preserve">. Chọn đẳng thức </w:t>
      </w:r>
      <w:r w:rsidRPr="00453277">
        <w:rPr>
          <w:rFonts w:eastAsia="Calibri" w:cs="Times New Roman"/>
          <w:b/>
          <w:bCs/>
          <w:szCs w:val="24"/>
        </w:rPr>
        <w:t>sai</w:t>
      </w:r>
      <w:r w:rsidRPr="00453277">
        <w:rPr>
          <w:rFonts w:eastAsia="Calibri"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rPr>
        <w:t xml:space="preserve">A. </w:t>
      </w:r>
      <w:r w:rsidRPr="00453277">
        <w:rPr>
          <w:rFonts w:eastAsia="Calibri" w:cs="Times New Roman"/>
          <w:position w:val="-12"/>
        </w:rPr>
        <w:object w:dxaOrig="2220" w:dyaOrig="400">
          <v:shape id="_x0000_i1133" type="#_x0000_t75" style="width:111.25pt;height:19.85pt" o:ole="">
            <v:imagedata r:id="rId227" o:title=""/>
          </v:shape>
          <o:OLEObject Type="Embed" ProgID="Equation.DSMT4" ShapeID="_x0000_i1133" DrawAspect="Content" ObjectID="_1808504129" r:id="rId228"/>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12"/>
        </w:rPr>
        <w:object w:dxaOrig="2340" w:dyaOrig="400">
          <v:shape id="_x0000_i1134" type="#_x0000_t75" style="width:117.25pt;height:19.85pt" o:ole="">
            <v:imagedata r:id="rId229" o:title=""/>
          </v:shape>
          <o:OLEObject Type="Embed" ProgID="Equation.DSMT4" ShapeID="_x0000_i1134" DrawAspect="Content" ObjectID="_1808504130" r:id="rId230"/>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rPr>
        <w:t xml:space="preserve">C. </w:t>
      </w:r>
      <w:r w:rsidRPr="00453277">
        <w:rPr>
          <w:rFonts w:eastAsia="Calibri" w:cs="Times New Roman"/>
          <w:position w:val="-12"/>
        </w:rPr>
        <w:object w:dxaOrig="2120" w:dyaOrig="400">
          <v:shape id="_x0000_i1135" type="#_x0000_t75" style="width:106.15pt;height:19.85pt" o:ole="">
            <v:imagedata r:id="rId231" o:title=""/>
          </v:shape>
          <o:OLEObject Type="Embed" ProgID="Equation.DSMT4" ShapeID="_x0000_i1135" DrawAspect="Content" ObjectID="_1808504131" r:id="rId232"/>
        </w:object>
      </w:r>
      <w:r w:rsidRPr="00453277">
        <w:rPr>
          <w:rFonts w:eastAsia="Calibri" w:cs="Times New Roman"/>
        </w:rPr>
        <w:t>.</w:t>
      </w:r>
      <w:r w:rsidRPr="00453277">
        <w:rPr>
          <w:rFonts w:eastAsia="Calibri" w:cs="Times New Roman"/>
          <w:b/>
          <w:color w:val="0000FF"/>
        </w:rPr>
        <w:tab/>
      </w:r>
      <w:r w:rsidRPr="00453277">
        <w:rPr>
          <w:rFonts w:eastAsia="Calibri" w:cs="Times New Roman"/>
          <w:b/>
          <w:color w:val="0000FF"/>
        </w:rPr>
        <w:tab/>
      </w:r>
      <w:r w:rsidRPr="00453277">
        <w:rPr>
          <w:rFonts w:eastAsia="Calibri" w:cs="Times New Roman"/>
          <w:b/>
          <w:color w:val="0000FF"/>
          <w:u w:val="single"/>
        </w:rPr>
        <w:t>D</w:t>
      </w:r>
      <w:r w:rsidRPr="00453277">
        <w:rPr>
          <w:rFonts w:eastAsia="Calibri" w:cs="Times New Roman"/>
          <w:b/>
          <w:color w:val="0000FF"/>
        </w:rPr>
        <w:t xml:space="preserve">. </w:t>
      </w:r>
      <w:r w:rsidRPr="00453277">
        <w:rPr>
          <w:rFonts w:eastAsia="Calibri" w:cs="Times New Roman"/>
          <w:position w:val="-12"/>
        </w:rPr>
        <w:object w:dxaOrig="2180" w:dyaOrig="400">
          <v:shape id="_x0000_i1136" type="#_x0000_t75" style="width:108.9pt;height:19.85pt" o:ole="">
            <v:imagedata r:id="rId233" o:title=""/>
          </v:shape>
          <o:OLEObject Type="Embed" ProgID="Equation.DSMT4" ShapeID="_x0000_i1136" DrawAspect="Content" ObjectID="_1808504132" r:id="rId234"/>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bCs/>
          <w:color w:val="0000FF"/>
          <w:highlight w:val="green"/>
        </w:rPr>
      </w:pPr>
      <w:r w:rsidRPr="00453277">
        <w:rPr>
          <w:rFonts w:eastAsia="Calibri" w:cs="Times New Roman"/>
          <w:b/>
          <w:bCs/>
          <w:color w:val="0000FF"/>
          <w:highlight w:val="green"/>
        </w:rPr>
        <w:t>Chọn D</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noProof/>
          <w:szCs w:val="24"/>
        </w:rPr>
        <w:drawing>
          <wp:inline distT="0" distB="0" distL="0" distR="0" wp14:anchorId="4F792BEA" wp14:editId="769690E3">
            <wp:extent cx="1649186" cy="1636860"/>
            <wp:effectExtent l="0" t="0" r="8255" b="1905"/>
            <wp:docPr id="2084891609" name="Picture 1" descr="A diagram of a cube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91609" name="Picture 1" descr="A diagram of a cube with lines and dots&#10;&#10;AI-generated content may be incorrect."/>
                    <pic:cNvPicPr/>
                  </pic:nvPicPr>
                  <pic:blipFill>
                    <a:blip r:embed="rId235"/>
                    <a:stretch>
                      <a:fillRect/>
                    </a:stretch>
                  </pic:blipFill>
                  <pic:spPr>
                    <a:xfrm>
                      <a:off x="0" y="0"/>
                      <a:ext cx="1658292" cy="1645898"/>
                    </a:xfrm>
                    <a:prstGeom prst="rect">
                      <a:avLst/>
                    </a:prstGeom>
                  </pic:spPr>
                </pic:pic>
              </a:graphicData>
            </a:graphic>
          </wp:inline>
        </w:drawing>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 Xét phương án </w:t>
      </w:r>
      <w:r w:rsidRPr="00453277">
        <w:rPr>
          <w:rFonts w:eastAsia="Calibri" w:cs="Times New Roman"/>
          <w:position w:val="-4"/>
          <w:szCs w:val="24"/>
        </w:rPr>
        <w:object w:dxaOrig="240" w:dyaOrig="260">
          <v:shape id="_x0000_i1137" type="#_x0000_t75" style="width:12pt;height:12.9pt" o:ole="">
            <v:imagedata r:id="rId236" o:title=""/>
          </v:shape>
          <o:OLEObject Type="Embed" ProgID="Equation.DSMT4" ShapeID="_x0000_i1137" DrawAspect="Content" ObjectID="_1808504133" r:id="rId237"/>
        </w:object>
      </w:r>
      <w:r w:rsidRPr="00453277">
        <w:rPr>
          <w:rFonts w:eastAsia="Calibri" w:cs="Times New Roman"/>
          <w:szCs w:val="24"/>
        </w:rPr>
        <w:t xml:space="preserve">. Theo tính chất cộng hình bình hành </w:t>
      </w:r>
      <w:r w:rsidRPr="00453277">
        <w:rPr>
          <w:rFonts w:eastAsia="Calibri" w:cs="Times New Roman"/>
          <w:position w:val="-36"/>
          <w:szCs w:val="24"/>
        </w:rPr>
        <w:object w:dxaOrig="1939" w:dyaOrig="840">
          <v:shape id="_x0000_i1138" type="#_x0000_t75" style="width:96.9pt;height:42pt" o:ole="">
            <v:imagedata r:id="rId238" o:title=""/>
          </v:shape>
          <o:OLEObject Type="Embed" ProgID="Equation.DSMT4" ShapeID="_x0000_i1138" DrawAspect="Content" ObjectID="_1808504134" r:id="rId239"/>
        </w:object>
      </w:r>
      <w:r w:rsidRPr="00453277">
        <w:rPr>
          <w:rFonts w:eastAsia="Calibri" w:cs="Times New Roman"/>
          <w:szCs w:val="24"/>
        </w:rPr>
        <w:t xml:space="preserve">, mà </w:t>
      </w:r>
      <w:r w:rsidRPr="00453277">
        <w:rPr>
          <w:rFonts w:eastAsia="Calibri" w:cs="Times New Roman"/>
          <w:position w:val="-12"/>
          <w:szCs w:val="24"/>
        </w:rPr>
        <w:object w:dxaOrig="1100" w:dyaOrig="400">
          <v:shape id="_x0000_i1139" type="#_x0000_t75" style="width:54.9pt;height:19.85pt" o:ole="">
            <v:imagedata r:id="rId240" o:title=""/>
          </v:shape>
          <o:OLEObject Type="Embed" ProgID="Equation.DSMT4" ShapeID="_x0000_i1139" DrawAspect="Content" ObjectID="_1808504135" r:id="rId241"/>
        </w:object>
      </w:r>
      <w:r w:rsidRPr="00453277">
        <w:rPr>
          <w:rFonts w:eastAsia="Calibri" w:cs="Times New Roman"/>
          <w:szCs w:val="24"/>
        </w:rPr>
        <w:t xml:space="preserve"> nên suy ra </w:t>
      </w:r>
      <w:r w:rsidRPr="00453277">
        <w:rPr>
          <w:rFonts w:eastAsia="Calibri" w:cs="Times New Roman"/>
          <w:position w:val="-12"/>
          <w:szCs w:val="24"/>
        </w:rPr>
        <w:object w:dxaOrig="2220" w:dyaOrig="400">
          <v:shape id="_x0000_i1140" type="#_x0000_t75" style="width:111.25pt;height:19.85pt" o:ole="">
            <v:imagedata r:id="rId242" o:title=""/>
          </v:shape>
          <o:OLEObject Type="Embed" ProgID="Equation.DSMT4" ShapeID="_x0000_i1140" DrawAspect="Content" ObjectID="_1808504136" r:id="rId243"/>
        </w:object>
      </w:r>
      <w:r w:rsidRPr="00453277">
        <w:rPr>
          <w:rFonts w:eastAsia="Calibri" w:cs="Times New Roman"/>
          <w:szCs w:val="24"/>
        </w:rPr>
        <w:t xml:space="preserve">. Suy ra phương án </w:t>
      </w:r>
      <w:r w:rsidRPr="00453277">
        <w:rPr>
          <w:rFonts w:eastAsia="Calibri" w:cs="Times New Roman"/>
          <w:position w:val="-4"/>
          <w:szCs w:val="24"/>
        </w:rPr>
        <w:object w:dxaOrig="240" w:dyaOrig="260">
          <v:shape id="_x0000_i1141" type="#_x0000_t75" style="width:12pt;height:12.9pt" o:ole="">
            <v:imagedata r:id="rId244" o:title=""/>
          </v:shape>
          <o:OLEObject Type="Embed" ProgID="Equation.DSMT4" ShapeID="_x0000_i1141" DrawAspect="Content" ObjectID="_1808504137" r:id="rId245"/>
        </w:object>
      </w:r>
      <w:r w:rsidRPr="00453277">
        <w:rPr>
          <w:rFonts w:eastAsia="Calibri" w:cs="Times New Roman"/>
          <w:szCs w:val="24"/>
        </w:rPr>
        <w:t xml:space="preserve"> đúng.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 Xét phương án </w:t>
      </w:r>
      <w:r w:rsidRPr="00453277">
        <w:rPr>
          <w:rFonts w:eastAsia="Calibri" w:cs="Times New Roman"/>
          <w:position w:val="-4"/>
          <w:szCs w:val="24"/>
        </w:rPr>
        <w:object w:dxaOrig="240" w:dyaOrig="260">
          <v:shape id="_x0000_i1142" type="#_x0000_t75" style="width:12pt;height:12.9pt" o:ole="">
            <v:imagedata r:id="rId246" o:title=""/>
          </v:shape>
          <o:OLEObject Type="Embed" ProgID="Equation.DSMT4" ShapeID="_x0000_i1142" DrawAspect="Content" ObjectID="_1808504138" r:id="rId247"/>
        </w:object>
      </w:r>
      <w:r w:rsidRPr="00453277">
        <w:rPr>
          <w:rFonts w:eastAsia="Calibri" w:cs="Times New Roman"/>
          <w:szCs w:val="24"/>
        </w:rPr>
        <w:t xml:space="preserve">. Theo tính chất hình lập phương, ta có </w:t>
      </w:r>
      <w:r w:rsidRPr="00453277">
        <w:rPr>
          <w:rFonts w:eastAsia="Calibri" w:cs="Times New Roman"/>
          <w:position w:val="-12"/>
          <w:szCs w:val="24"/>
        </w:rPr>
        <w:object w:dxaOrig="1240" w:dyaOrig="400">
          <v:shape id="_x0000_i1143" type="#_x0000_t75" style="width:61.85pt;height:19.85pt" o:ole="">
            <v:imagedata r:id="rId248" o:title=""/>
          </v:shape>
          <o:OLEObject Type="Embed" ProgID="Equation.DSMT4" ShapeID="_x0000_i1143" DrawAspect="Content" ObjectID="_1808504139" r:id="rId249"/>
        </w:object>
      </w:r>
      <w:r w:rsidRPr="00453277">
        <w:rPr>
          <w:rFonts w:eastAsia="Calibri" w:cs="Times New Roman"/>
          <w:szCs w:val="24"/>
        </w:rPr>
        <w:t xml:space="preserve"> và </w:t>
      </w:r>
      <w:r w:rsidRPr="00453277">
        <w:rPr>
          <w:rFonts w:eastAsia="Calibri" w:cs="Times New Roman"/>
          <w:position w:val="-12"/>
          <w:szCs w:val="24"/>
        </w:rPr>
        <w:object w:dxaOrig="1120" w:dyaOrig="400">
          <v:shape id="_x0000_i1144" type="#_x0000_t75" style="width:55.85pt;height:19.85pt" o:ole="">
            <v:imagedata r:id="rId250" o:title=""/>
          </v:shape>
          <o:OLEObject Type="Embed" ProgID="Equation.DSMT4" ShapeID="_x0000_i1144" DrawAspect="Content" ObjectID="_1808504140" r:id="rId251"/>
        </w:object>
      </w:r>
      <w:r w:rsidRPr="00453277">
        <w:rPr>
          <w:rFonts w:eastAsia="Calibri" w:cs="Times New Roman"/>
          <w:szCs w:val="24"/>
        </w:rPr>
        <w:t xml:space="preserve">, thay vào vế trái ta được </w:t>
      </w:r>
      <w:r w:rsidRPr="00453277">
        <w:rPr>
          <w:rFonts w:eastAsia="Calibri" w:cs="Times New Roman"/>
          <w:position w:val="-12"/>
          <w:szCs w:val="24"/>
        </w:rPr>
        <w:object w:dxaOrig="4060" w:dyaOrig="400">
          <v:shape id="_x0000_i1145" type="#_x0000_t75" style="width:203.1pt;height:19.85pt" o:ole="">
            <v:imagedata r:id="rId252" o:title=""/>
          </v:shape>
          <o:OLEObject Type="Embed" ProgID="Equation.DSMT4" ShapeID="_x0000_i1145" DrawAspect="Content" ObjectID="_1808504141" r:id="rId253"/>
        </w:object>
      </w:r>
      <w:r w:rsidRPr="00453277">
        <w:rPr>
          <w:rFonts w:eastAsia="Calibri" w:cs="Times New Roman"/>
          <w:szCs w:val="24"/>
        </w:rPr>
        <w:t xml:space="preserve">. Suy ra phương án </w:t>
      </w:r>
      <w:r w:rsidRPr="00453277">
        <w:rPr>
          <w:rFonts w:eastAsia="Calibri" w:cs="Times New Roman"/>
          <w:position w:val="-4"/>
          <w:szCs w:val="24"/>
        </w:rPr>
        <w:object w:dxaOrig="240" w:dyaOrig="260">
          <v:shape id="_x0000_i1146" type="#_x0000_t75" style="width:12pt;height:12.9pt" o:ole="">
            <v:imagedata r:id="rId254" o:title=""/>
          </v:shape>
          <o:OLEObject Type="Embed" ProgID="Equation.DSMT4" ShapeID="_x0000_i1146" DrawAspect="Content" ObjectID="_1808504142" r:id="rId255"/>
        </w:object>
      </w:r>
      <w:r w:rsidRPr="00453277">
        <w:rPr>
          <w:rFonts w:eastAsia="Calibri" w:cs="Times New Roman"/>
          <w:szCs w:val="24"/>
        </w:rPr>
        <w:t xml:space="preserve"> đúng.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 Xét phương án </w:t>
      </w:r>
      <w:r w:rsidRPr="00453277">
        <w:rPr>
          <w:rFonts w:eastAsia="Calibri" w:cs="Times New Roman"/>
          <w:position w:val="-6"/>
          <w:szCs w:val="24"/>
        </w:rPr>
        <w:object w:dxaOrig="240" w:dyaOrig="279">
          <v:shape id="_x0000_i1147" type="#_x0000_t75" style="width:12pt;height:13.85pt" o:ole="">
            <v:imagedata r:id="rId256" o:title=""/>
          </v:shape>
          <o:OLEObject Type="Embed" ProgID="Equation.DSMT4" ShapeID="_x0000_i1147" DrawAspect="Content" ObjectID="_1808504143" r:id="rId257"/>
        </w:object>
      </w:r>
      <w:r w:rsidRPr="00453277">
        <w:rPr>
          <w:rFonts w:eastAsia="Calibri" w:cs="Times New Roman"/>
          <w:szCs w:val="24"/>
        </w:rPr>
        <w:t xml:space="preserve">. Theo quy tắc hình hộp, ta có </w:t>
      </w:r>
      <w:r w:rsidRPr="00453277">
        <w:rPr>
          <w:rFonts w:eastAsia="Calibri" w:cs="Times New Roman"/>
          <w:position w:val="-12"/>
          <w:szCs w:val="24"/>
        </w:rPr>
        <w:object w:dxaOrig="2120" w:dyaOrig="400">
          <v:shape id="_x0000_i1148" type="#_x0000_t75" style="width:106.15pt;height:19.85pt" o:ole="">
            <v:imagedata r:id="rId258" o:title=""/>
          </v:shape>
          <o:OLEObject Type="Embed" ProgID="Equation.DSMT4" ShapeID="_x0000_i1148" DrawAspect="Content" ObjectID="_1808504144" r:id="rId259"/>
        </w:object>
      </w:r>
      <w:r w:rsidRPr="00453277">
        <w:rPr>
          <w:rFonts w:eastAsia="Calibri" w:cs="Times New Roman"/>
          <w:szCs w:val="24"/>
        </w:rPr>
        <w:t xml:space="preserve">. Suy ra phương án </w:t>
      </w:r>
      <w:r w:rsidRPr="00453277">
        <w:rPr>
          <w:rFonts w:eastAsia="Calibri" w:cs="Times New Roman"/>
          <w:position w:val="-6"/>
          <w:szCs w:val="24"/>
        </w:rPr>
        <w:object w:dxaOrig="240" w:dyaOrig="279">
          <v:shape id="_x0000_i1149" type="#_x0000_t75" style="width:12pt;height:13.85pt" o:ole="">
            <v:imagedata r:id="rId260" o:title=""/>
          </v:shape>
          <o:OLEObject Type="Embed" ProgID="Equation.DSMT4" ShapeID="_x0000_i1149" DrawAspect="Content" ObjectID="_1808504145" r:id="rId261"/>
        </w:object>
      </w:r>
      <w:r w:rsidRPr="00453277">
        <w:rPr>
          <w:rFonts w:eastAsia="Calibri" w:cs="Times New Roman"/>
          <w:szCs w:val="24"/>
        </w:rPr>
        <w:t xml:space="preserve"> đúng.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 Xét phương án </w:t>
      </w:r>
      <w:r w:rsidRPr="00453277">
        <w:rPr>
          <w:rFonts w:eastAsia="Calibri" w:cs="Times New Roman"/>
          <w:position w:val="-4"/>
          <w:szCs w:val="24"/>
        </w:rPr>
        <w:object w:dxaOrig="260" w:dyaOrig="260">
          <v:shape id="_x0000_i1150" type="#_x0000_t75" style="width:12.9pt;height:12.9pt" o:ole="">
            <v:imagedata r:id="rId262" o:title=""/>
          </v:shape>
          <o:OLEObject Type="Embed" ProgID="Equation.DSMT4" ShapeID="_x0000_i1150" DrawAspect="Content" ObjectID="_1808504146" r:id="rId263"/>
        </w:object>
      </w:r>
      <w:r w:rsidRPr="00453277">
        <w:rPr>
          <w:rFonts w:eastAsia="Calibri" w:cs="Times New Roman"/>
          <w:szCs w:val="24"/>
        </w:rPr>
        <w:t xml:space="preserve">. Ta có </w:t>
      </w:r>
      <w:r w:rsidRPr="00453277">
        <w:rPr>
          <w:rFonts w:eastAsia="Calibri" w:cs="Times New Roman"/>
          <w:position w:val="-12"/>
          <w:szCs w:val="24"/>
        </w:rPr>
        <w:object w:dxaOrig="5080" w:dyaOrig="400">
          <v:shape id="_x0000_i1151" type="#_x0000_t75" style="width:252.9pt;height:19.85pt" o:ole="">
            <v:imagedata r:id="rId264" o:title=""/>
          </v:shape>
          <o:OLEObject Type="Embed" ProgID="Equation.DSMT4" ShapeID="_x0000_i1151" DrawAspect="Content" ObjectID="_1808504147" r:id="rId265"/>
        </w:object>
      </w:r>
      <w:r w:rsidRPr="00453277">
        <w:rPr>
          <w:rFonts w:eastAsia="Calibri" w:cs="Times New Roman"/>
          <w:szCs w:val="24"/>
        </w:rPr>
        <w:t xml:space="preserve">. Suy ra phương án </w:t>
      </w:r>
      <w:r w:rsidRPr="00453277">
        <w:rPr>
          <w:rFonts w:eastAsia="Calibri" w:cs="Times New Roman"/>
          <w:position w:val="-4"/>
          <w:szCs w:val="24"/>
        </w:rPr>
        <w:object w:dxaOrig="260" w:dyaOrig="260">
          <v:shape id="_x0000_i1152" type="#_x0000_t75" style="width:12.9pt;height:12.9pt" o:ole="">
            <v:imagedata r:id="rId266" o:title=""/>
          </v:shape>
          <o:OLEObject Type="Embed" ProgID="Equation.DSMT4" ShapeID="_x0000_i1152" DrawAspect="Content" ObjectID="_1808504148" r:id="rId267"/>
        </w:object>
      </w:r>
      <w:r w:rsidRPr="00453277">
        <w:rPr>
          <w:rFonts w:eastAsia="Calibri" w:cs="Times New Roman"/>
          <w:szCs w:val="24"/>
        </w:rPr>
        <w:t xml:space="preserve"> sai.</w:t>
      </w:r>
    </w:p>
    <w:p w:rsidR="00453277" w:rsidRPr="00453277" w:rsidRDefault="00453277" w:rsidP="00453277">
      <w:pPr>
        <w:numPr>
          <w:ilvl w:val="0"/>
          <w:numId w:val="29"/>
        </w:numPr>
        <w:spacing w:before="0" w:after="0" w:line="259" w:lineRule="auto"/>
        <w:rPr>
          <w:rFonts w:eastAsia="Calibri" w:cs="Times New Roman"/>
          <w:szCs w:val="24"/>
        </w:rPr>
      </w:pPr>
      <w:r w:rsidRPr="00453277">
        <w:rPr>
          <w:rFonts w:eastAsia="Calibri" w:cs="Times New Roman"/>
          <w:szCs w:val="24"/>
        </w:rPr>
        <w:t xml:space="preserve">Cho hàm số </w:t>
      </w:r>
      <w:r w:rsidRPr="00453277">
        <w:rPr>
          <w:rFonts w:eastAsia="Calibri" w:cs="Times New Roman"/>
          <w:position w:val="-14"/>
          <w:szCs w:val="24"/>
        </w:rPr>
        <w:object w:dxaOrig="960" w:dyaOrig="400">
          <v:shape id="_x0000_i1153" type="#_x0000_t75" style="width:48pt;height:19.85pt" o:ole="">
            <v:imagedata r:id="rId268" o:title=""/>
          </v:shape>
          <o:OLEObject Type="Embed" ProgID="Equation.DSMT4" ShapeID="_x0000_i1153" DrawAspect="Content" ObjectID="_1808504149" r:id="rId269"/>
        </w:object>
      </w:r>
      <w:r w:rsidRPr="00453277">
        <w:rPr>
          <w:rFonts w:eastAsia="Calibri" w:cs="Times New Roman"/>
          <w:szCs w:val="24"/>
        </w:rPr>
        <w:t xml:space="preserve"> có đồ thị như hình vẽ. Hàm số đã cho đồng biến trên khoảng nào?</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noProof/>
          <w:color w:val="0000FF"/>
        </w:rPr>
        <w:drawing>
          <wp:inline distT="0" distB="0" distL="0" distR="0" wp14:anchorId="09414F5A" wp14:editId="298DDEFA">
            <wp:extent cx="1953215" cy="1583871"/>
            <wp:effectExtent l="0" t="0" r="9525" b="0"/>
            <wp:docPr id="1627485018"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85018" name="Picture 1" descr="A graph of a function&#10;&#10;AI-generated content may be incorrect."/>
                    <pic:cNvPicPr/>
                  </pic:nvPicPr>
                  <pic:blipFill rotWithShape="1">
                    <a:blip r:embed="rId270"/>
                    <a:srcRect l="9715"/>
                    <a:stretch/>
                  </pic:blipFill>
                  <pic:spPr bwMode="auto">
                    <a:xfrm>
                      <a:off x="0" y="0"/>
                      <a:ext cx="1953215" cy="1583871"/>
                    </a:xfrm>
                    <a:prstGeom prst="rect">
                      <a:avLst/>
                    </a:prstGeom>
                    <a:ln>
                      <a:noFill/>
                    </a:ln>
                    <a:extLst>
                      <a:ext uri="{53640926-AAD7-44D8-BBD7-CCE9431645EC}">
                        <a14:shadowObscured xmlns:a14="http://schemas.microsoft.com/office/drawing/2010/main"/>
                      </a:ext>
                    </a:extLst>
                  </pic:spPr>
                </pic:pic>
              </a:graphicData>
            </a:graphic>
          </wp:inline>
        </w:drawing>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t xml:space="preserve">A. </w:t>
      </w:r>
      <w:r w:rsidRPr="00453277">
        <w:rPr>
          <w:rFonts w:eastAsia="Calibri" w:cs="Times New Roman"/>
          <w:position w:val="-14"/>
        </w:rPr>
        <w:object w:dxaOrig="760" w:dyaOrig="400">
          <v:shape id="_x0000_i1154" type="#_x0000_t75" style="width:37.85pt;height:19.85pt" o:ole="">
            <v:imagedata r:id="rId271" o:title=""/>
          </v:shape>
          <o:OLEObject Type="Embed" ProgID="Equation.DSMT4" ShapeID="_x0000_i1154" DrawAspect="Content" ObjectID="_1808504150" r:id="rId272"/>
        </w:object>
      </w:r>
      <w:r w:rsidRPr="00453277">
        <w:rPr>
          <w:rFonts w:eastAsia="Calibri" w:cs="Times New Roman"/>
        </w:rPr>
        <w:t>.</w:t>
      </w:r>
      <w:r w:rsidRPr="00453277">
        <w:rPr>
          <w:rFonts w:eastAsia="Calibri" w:cs="Times New Roman"/>
          <w:b/>
          <w:color w:val="0000FF"/>
        </w:rPr>
        <w:tab/>
        <w:t xml:space="preserve">B. </w:t>
      </w:r>
      <w:r w:rsidRPr="00453277">
        <w:rPr>
          <w:rFonts w:eastAsia="Calibri" w:cs="Times New Roman"/>
          <w:position w:val="-14"/>
        </w:rPr>
        <w:object w:dxaOrig="520" w:dyaOrig="400">
          <v:shape id="_x0000_i1155" type="#_x0000_t75" style="width:25.85pt;height:19.85pt" o:ole="">
            <v:imagedata r:id="rId273" o:title=""/>
          </v:shape>
          <o:OLEObject Type="Embed" ProgID="Equation.DSMT4" ShapeID="_x0000_i1155" DrawAspect="Content" ObjectID="_1808504151" r:id="rId274"/>
        </w:object>
      </w:r>
      <w:r w:rsidRPr="00453277">
        <w:rPr>
          <w:rFonts w:eastAsia="Calibri" w:cs="Times New Roman"/>
        </w:rPr>
        <w:t>.</w:t>
      </w:r>
      <w:r w:rsidRPr="00453277">
        <w:rPr>
          <w:rFonts w:eastAsia="Calibri" w:cs="Times New Roman"/>
          <w:b/>
          <w:color w:val="0000FF"/>
        </w:rPr>
        <w:tab/>
      </w:r>
      <w:r w:rsidRPr="00453277">
        <w:rPr>
          <w:rFonts w:eastAsia="Calibri" w:cs="Times New Roman"/>
          <w:b/>
          <w:color w:val="0000FF"/>
          <w:u w:val="single"/>
        </w:rPr>
        <w:t>C</w:t>
      </w:r>
      <w:r w:rsidRPr="00453277">
        <w:rPr>
          <w:rFonts w:eastAsia="Calibri" w:cs="Times New Roman"/>
          <w:b/>
          <w:color w:val="0000FF"/>
        </w:rPr>
        <w:t xml:space="preserve">. </w:t>
      </w:r>
      <w:r w:rsidRPr="00453277">
        <w:rPr>
          <w:rFonts w:eastAsia="Calibri" w:cs="Times New Roman"/>
          <w:position w:val="-14"/>
        </w:rPr>
        <w:object w:dxaOrig="580" w:dyaOrig="400">
          <v:shape id="_x0000_i1156" type="#_x0000_t75" style="width:29.1pt;height:19.85pt" o:ole="">
            <v:imagedata r:id="rId275" o:title=""/>
          </v:shape>
          <o:OLEObject Type="Embed" ProgID="Equation.DSMT4" ShapeID="_x0000_i1156" DrawAspect="Content" ObjectID="_1808504152" r:id="rId276"/>
        </w:object>
      </w:r>
      <w:r w:rsidRPr="00453277">
        <w:rPr>
          <w:rFonts w:eastAsia="Calibri" w:cs="Times New Roman"/>
        </w:rPr>
        <w:t>.</w:t>
      </w:r>
      <w:r w:rsidRPr="00453277">
        <w:rPr>
          <w:rFonts w:eastAsia="Calibri" w:cs="Times New Roman"/>
          <w:b/>
          <w:color w:val="0000FF"/>
        </w:rPr>
        <w:tab/>
        <w:t xml:space="preserve">D. </w:t>
      </w:r>
      <w:r w:rsidRPr="00453277">
        <w:rPr>
          <w:rFonts w:eastAsia="Calibri" w:cs="Times New Roman"/>
          <w:position w:val="-14"/>
        </w:rPr>
        <w:object w:dxaOrig="580" w:dyaOrig="400">
          <v:shape id="_x0000_i1157" type="#_x0000_t75" style="width:29.1pt;height:19.85pt" o:ole="">
            <v:imagedata r:id="rId277" o:title=""/>
          </v:shape>
          <o:OLEObject Type="Embed" ProgID="Equation.DSMT4" ShapeID="_x0000_i1157" DrawAspect="Content" ObjectID="_1808504153" r:id="rId278"/>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color w:val="0000FF"/>
        </w:rPr>
        <w:lastRenderedPageBreak/>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Cs/>
          <w:highlight w:val="green"/>
        </w:rPr>
      </w:pPr>
      <w:r w:rsidRPr="00453277">
        <w:rPr>
          <w:rFonts w:eastAsia="Calibri" w:cs="Times New Roman"/>
          <w:b/>
          <w:bCs/>
          <w:color w:val="0000FF"/>
          <w:highlight w:val="green"/>
        </w:rPr>
        <w:t>Chọn C</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Quan sát đồ thị </w:t>
      </w:r>
      <w:r w:rsidRPr="00453277">
        <w:rPr>
          <w:rFonts w:eastAsia="Calibri" w:cs="Times New Roman"/>
          <w:position w:val="-14"/>
        </w:rPr>
        <w:object w:dxaOrig="960" w:dyaOrig="400">
          <v:shape id="_x0000_i1158" type="#_x0000_t75" style="width:48pt;height:19.85pt" o:ole="">
            <v:imagedata r:id="rId279" o:title=""/>
          </v:shape>
          <o:OLEObject Type="Embed" ProgID="Equation.DSMT4" ShapeID="_x0000_i1158" DrawAspect="Content" ObjectID="_1808504154" r:id="rId280"/>
        </w:object>
      </w:r>
      <w:r w:rsidRPr="00453277">
        <w:rPr>
          <w:rFonts w:eastAsia="Calibri" w:cs="Times New Roman"/>
        </w:rPr>
        <w:t xml:space="preserve"> ta thấy đồ thị đi lên trong khoảng </w:t>
      </w:r>
      <w:r w:rsidRPr="00453277">
        <w:rPr>
          <w:rFonts w:eastAsia="Calibri" w:cs="Times New Roman"/>
          <w:position w:val="-14"/>
        </w:rPr>
        <w:object w:dxaOrig="580" w:dyaOrig="400">
          <v:shape id="_x0000_i1159" type="#_x0000_t75" style="width:29.1pt;height:19.85pt" o:ole="">
            <v:imagedata r:id="rId281" o:title=""/>
          </v:shape>
          <o:OLEObject Type="Embed" ProgID="Equation.DSMT4" ShapeID="_x0000_i1159" DrawAspect="Content" ObjectID="_1808504155" r:id="rId282"/>
        </w:object>
      </w:r>
      <w:r w:rsidRPr="00453277">
        <w:rPr>
          <w:rFonts w:eastAsia="Calibri" w:cs="Times New Roman"/>
        </w:rPr>
        <w:t xml:space="preserve">, suy ra hàm số </w:t>
      </w:r>
      <w:r w:rsidRPr="00453277">
        <w:rPr>
          <w:rFonts w:eastAsia="Calibri" w:cs="Times New Roman"/>
          <w:position w:val="-14"/>
        </w:rPr>
        <w:object w:dxaOrig="960" w:dyaOrig="400">
          <v:shape id="_x0000_i1160" type="#_x0000_t75" style="width:48pt;height:19.85pt" o:ole="">
            <v:imagedata r:id="rId283" o:title=""/>
          </v:shape>
          <o:OLEObject Type="Embed" ProgID="Equation.DSMT4" ShapeID="_x0000_i1160" DrawAspect="Content" ObjectID="_1808504156" r:id="rId284"/>
        </w:object>
      </w:r>
      <w:r w:rsidRPr="00453277">
        <w:rPr>
          <w:rFonts w:eastAsia="Calibri" w:cs="Times New Roman"/>
        </w:rPr>
        <w:t xml:space="preserve"> đồng biến trong khoảng </w:t>
      </w:r>
      <w:r w:rsidRPr="00453277">
        <w:rPr>
          <w:rFonts w:eastAsia="Calibri" w:cs="Times New Roman"/>
          <w:position w:val="-14"/>
        </w:rPr>
        <w:object w:dxaOrig="580" w:dyaOrig="400">
          <v:shape id="_x0000_i1161" type="#_x0000_t75" style="width:29.1pt;height:19.85pt" o:ole="">
            <v:imagedata r:id="rId285" o:title=""/>
          </v:shape>
          <o:OLEObject Type="Embed" ProgID="Equation.DSMT4" ShapeID="_x0000_i1161" DrawAspect="Content" ObjectID="_1808504157" r:id="rId286"/>
        </w:object>
      </w:r>
      <w:r w:rsidRPr="00453277">
        <w:rPr>
          <w:rFonts w:eastAsia="Calibri" w:cs="Times New Roman"/>
        </w:rPr>
        <w:t>.</w:t>
      </w:r>
    </w:p>
    <w:p w:rsidR="00453277" w:rsidRPr="00453277" w:rsidRDefault="00453277" w:rsidP="00453277">
      <w:pPr>
        <w:spacing w:before="0" w:after="0" w:line="259" w:lineRule="auto"/>
        <w:rPr>
          <w:rFonts w:eastAsia="Calibri" w:cs="Times New Roman"/>
          <w:color w:val="FF0000"/>
          <w:szCs w:val="24"/>
        </w:rPr>
      </w:pPr>
      <w:r w:rsidRPr="00453277">
        <w:rPr>
          <w:rFonts w:eastAsia="Calibri" w:cs="Times New Roman"/>
          <w:b/>
          <w:bCs/>
          <w:color w:val="FF0000"/>
          <w:szCs w:val="24"/>
        </w:rPr>
        <w:t xml:space="preserve">PHẦN II. Câu trắc nghiệm đúng sai (4,0 điểm). </w:t>
      </w:r>
      <w:r w:rsidRPr="00453277">
        <w:rPr>
          <w:rFonts w:eastAsia="Calibri" w:cs="Times New Roman"/>
          <w:bCs/>
          <w:color w:val="FF0000"/>
          <w:szCs w:val="24"/>
        </w:rPr>
        <w:t>Thí sinh trả lời từ câu 1 đến câu 4. Trong mỗi ý a), b), c), d) ở mỗi câu, thí sinh chọn đúng hoặc sai.</w:t>
      </w:r>
    </w:p>
    <w:p w:rsidR="00453277" w:rsidRPr="00453277" w:rsidRDefault="00453277" w:rsidP="00453277">
      <w:pPr>
        <w:numPr>
          <w:ilvl w:val="0"/>
          <w:numId w:val="30"/>
        </w:numPr>
        <w:spacing w:before="0" w:after="0" w:line="259" w:lineRule="auto"/>
        <w:rPr>
          <w:rFonts w:eastAsia="Calibri" w:cs="Times New Roman"/>
          <w:szCs w:val="24"/>
        </w:rPr>
      </w:pPr>
      <w:r w:rsidRPr="00453277">
        <w:rPr>
          <w:rFonts w:eastAsia="Calibri" w:cs="Times New Roman"/>
          <w:color w:val="000000"/>
          <w:szCs w:val="24"/>
        </w:rPr>
        <w:t>Số giờ có ánh sáng mặt trời của thành phố</w:t>
      </w:r>
      <w:r w:rsidRPr="00453277">
        <w:rPr>
          <w:rFonts w:eastAsia="Times New Roman" w:cs="Times New Roman"/>
          <w:noProof/>
          <w:szCs w:val="24"/>
        </w:rPr>
        <w:t xml:space="preserve"> </w:t>
      </w:r>
      <w:r w:rsidRPr="00453277">
        <w:rPr>
          <w:rFonts w:eastAsia="Calibri" w:cs="Times New Roman"/>
          <w:noProof/>
          <w:position w:val="-4"/>
          <w:szCs w:val="24"/>
        </w:rPr>
        <w:object w:dxaOrig="240" w:dyaOrig="260">
          <v:shape id="_x0000_i1162" type="#_x0000_t75" style="width:12pt;height:12.45pt" o:ole="">
            <v:imagedata r:id="rId287" o:title=""/>
          </v:shape>
          <o:OLEObject Type="Embed" ProgID="Equation.DSMT4" ShapeID="_x0000_i1162" DrawAspect="Content" ObjectID="_1808504158" r:id="rId288"/>
        </w:object>
      </w:r>
      <w:r w:rsidRPr="00453277">
        <w:rPr>
          <w:rFonts w:eastAsia="Times New Roman" w:cs="Times New Roman"/>
          <w:noProof/>
          <w:szCs w:val="24"/>
        </w:rPr>
        <w:t xml:space="preserve"> ở vĩ độ </w:t>
      </w:r>
      <w:r w:rsidRPr="00453277">
        <w:rPr>
          <w:rFonts w:eastAsia="Calibri" w:cs="Times New Roman"/>
          <w:noProof/>
          <w:position w:val="-6"/>
          <w:szCs w:val="24"/>
        </w:rPr>
        <w:object w:dxaOrig="400" w:dyaOrig="279">
          <v:shape id="_x0000_i1163" type="#_x0000_t75" style="width:20.3pt;height:13.85pt" o:ole="">
            <v:imagedata r:id="rId289" o:title=""/>
          </v:shape>
          <o:OLEObject Type="Embed" ProgID="Equation.DSMT4" ShapeID="_x0000_i1163" DrawAspect="Content" ObjectID="_1808504159" r:id="rId290"/>
        </w:object>
      </w:r>
      <w:r w:rsidRPr="00453277">
        <w:rPr>
          <w:rFonts w:eastAsia="Times New Roman" w:cs="Times New Roman"/>
          <w:noProof/>
          <w:szCs w:val="24"/>
        </w:rPr>
        <w:t xml:space="preserve"> Bắc trong ngày thứ </w:t>
      </w:r>
      <w:r w:rsidRPr="00453277">
        <w:rPr>
          <w:rFonts w:eastAsia="Calibri" w:cs="Times New Roman"/>
          <w:noProof/>
          <w:position w:val="-6"/>
          <w:szCs w:val="24"/>
        </w:rPr>
        <w:object w:dxaOrig="139" w:dyaOrig="240">
          <v:shape id="_x0000_i1164" type="#_x0000_t75" style="width:6.9pt;height:12pt" o:ole="">
            <v:imagedata r:id="rId291" o:title=""/>
          </v:shape>
          <o:OLEObject Type="Embed" ProgID="Equation.DSMT4" ShapeID="_x0000_i1164" DrawAspect="Content" ObjectID="_1808504160" r:id="rId292"/>
        </w:object>
      </w:r>
      <w:r w:rsidRPr="00453277">
        <w:rPr>
          <w:rFonts w:eastAsia="Times New Roman" w:cs="Times New Roman"/>
          <w:noProof/>
          <w:szCs w:val="24"/>
        </w:rPr>
        <w:t xml:space="preserve"> của một năm không nhuận được cho bởi hàm số: </w:t>
      </w:r>
      <w:r w:rsidRPr="00453277">
        <w:rPr>
          <w:rFonts w:eastAsia="Calibri" w:cs="Times New Roman"/>
          <w:noProof/>
          <w:position w:val="-28"/>
          <w:szCs w:val="24"/>
        </w:rPr>
        <w:object w:dxaOrig="2940" w:dyaOrig="680">
          <v:shape id="_x0000_i1165" type="#_x0000_t75" style="width:149.1pt;height:33.25pt" o:ole="">
            <v:imagedata r:id="rId293" o:title=""/>
          </v:shape>
          <o:OLEObject Type="Embed" ProgID="Equation.DSMT4" ShapeID="_x0000_i1165" DrawAspect="Content" ObjectID="_1808504161" r:id="rId294"/>
        </w:object>
      </w:r>
      <w:r w:rsidRPr="00453277">
        <w:rPr>
          <w:rFonts w:eastAsia="Times New Roman" w:cs="Times New Roman"/>
          <w:noProof/>
          <w:szCs w:val="24"/>
        </w:rPr>
        <w:t xml:space="preserve"> với </w:t>
      </w:r>
      <w:r w:rsidRPr="00453277">
        <w:rPr>
          <w:rFonts w:eastAsia="Calibri" w:cs="Times New Roman"/>
          <w:noProof/>
          <w:position w:val="-6"/>
          <w:szCs w:val="24"/>
        </w:rPr>
        <w:object w:dxaOrig="560" w:dyaOrig="279">
          <v:shape id="_x0000_i1166" type="#_x0000_t75" style="width:28.15pt;height:13.85pt" o:ole="">
            <v:imagedata r:id="rId295" o:title=""/>
          </v:shape>
          <o:OLEObject Type="Embed" ProgID="Equation.DSMT4" ShapeID="_x0000_i1166" DrawAspect="Content" ObjectID="_1808504162" r:id="rId296"/>
        </w:object>
      </w:r>
      <w:r w:rsidRPr="00453277">
        <w:rPr>
          <w:rFonts w:eastAsia="Times New Roman" w:cs="Times New Roman"/>
          <w:noProof/>
          <w:szCs w:val="24"/>
        </w:rPr>
        <w:t xml:space="preserve"> và </w:t>
      </w:r>
      <w:r w:rsidRPr="00453277">
        <w:rPr>
          <w:rFonts w:eastAsia="Calibri" w:cs="Times New Roman"/>
          <w:noProof/>
          <w:position w:val="-6"/>
          <w:szCs w:val="24"/>
        </w:rPr>
        <w:object w:dxaOrig="1080" w:dyaOrig="279">
          <v:shape id="_x0000_i1167" type="#_x0000_t75" style="width:54.45pt;height:13.85pt" o:ole="">
            <v:imagedata r:id="rId297" o:title=""/>
          </v:shape>
          <o:OLEObject Type="Embed" ProgID="Equation.DSMT4" ShapeID="_x0000_i1167" DrawAspect="Content" ObjectID="_1808504163" r:id="rId298"/>
        </w:object>
      </w:r>
      <w:r w:rsidRPr="00453277">
        <w:rPr>
          <w:rFonts w:eastAsia="Times New Roman" w:cs="Times New Roman"/>
          <w:noProof/>
          <w:szCs w:val="24"/>
        </w:rPr>
        <w:t xml:space="preserve">. </w:t>
      </w:r>
    </w:p>
    <w:p w:rsidR="00453277" w:rsidRPr="00453277" w:rsidRDefault="00453277" w:rsidP="00453277">
      <w:pPr>
        <w:tabs>
          <w:tab w:val="left" w:pos="992"/>
          <w:tab w:val="left" w:pos="3402"/>
          <w:tab w:val="left" w:pos="5669"/>
          <w:tab w:val="left" w:pos="7937"/>
        </w:tabs>
        <w:spacing w:before="0" w:after="0" w:line="259" w:lineRule="auto"/>
        <w:ind w:left="992"/>
        <w:jc w:val="center"/>
        <w:rPr>
          <w:rFonts w:eastAsia="Calibri" w:cs="Times New Roman"/>
          <w:b/>
          <w:color w:val="0000FF"/>
          <w:szCs w:val="24"/>
        </w:rPr>
      </w:pPr>
      <w:r w:rsidRPr="00453277">
        <w:rPr>
          <w:rFonts w:eastAsia="Calibri" w:cs="Times New Roman"/>
          <w:noProof/>
          <w:szCs w:val="24"/>
        </w:rPr>
        <w:drawing>
          <wp:inline distT="0" distB="0" distL="0" distR="0" wp14:anchorId="42AFE7E6" wp14:editId="71603C8A">
            <wp:extent cx="2042337" cy="1981372"/>
            <wp:effectExtent l="0" t="0" r="0" b="0"/>
            <wp:docPr id="29" name="Picture 1" descr="A colorful poster with a city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46122" name="Picture 1" descr="A colorful poster with a city and sun&#10;&#10;AI-generated content may be incorrect."/>
                    <pic:cNvPicPr/>
                  </pic:nvPicPr>
                  <pic:blipFill>
                    <a:blip r:embed="rId299"/>
                    <a:stretch>
                      <a:fillRect/>
                    </a:stretch>
                  </pic:blipFill>
                  <pic:spPr>
                    <a:xfrm>
                      <a:off x="0" y="0"/>
                      <a:ext cx="2042337" cy="1981372"/>
                    </a:xfrm>
                    <a:prstGeom prst="rect">
                      <a:avLst/>
                    </a:prstGeom>
                  </pic:spPr>
                </pic:pic>
              </a:graphicData>
            </a:graphic>
          </wp:inline>
        </w:drawing>
      </w:r>
    </w:p>
    <w:p w:rsidR="00453277" w:rsidRPr="00453277" w:rsidRDefault="00453277" w:rsidP="00453277">
      <w:pPr>
        <w:tabs>
          <w:tab w:val="left" w:pos="992"/>
          <w:tab w:val="left" w:pos="3402"/>
          <w:tab w:val="left" w:pos="5669"/>
          <w:tab w:val="left" w:pos="7937"/>
        </w:tabs>
        <w:spacing w:before="0" w:after="0" w:line="276" w:lineRule="auto"/>
        <w:ind w:left="992"/>
        <w:rPr>
          <w:rFonts w:eastAsia="Times New Roman" w:cs="Times New Roman"/>
          <w:b/>
          <w:color w:val="0000FF"/>
          <w:szCs w:val="24"/>
        </w:rPr>
      </w:pPr>
      <w:r w:rsidRPr="00453277">
        <w:rPr>
          <w:rFonts w:eastAsia="Times New Roman" w:cs="Times New Roman"/>
          <w:b/>
          <w:color w:val="0000FF"/>
          <w:szCs w:val="24"/>
        </w:rPr>
        <w:t xml:space="preserve">a) [1] </w:t>
      </w:r>
      <w:r w:rsidRPr="00453277">
        <w:rPr>
          <w:rFonts w:eastAsia="Times New Roman" w:cs="Times New Roman"/>
          <w:szCs w:val="24"/>
        </w:rPr>
        <w:t xml:space="preserve">Ngày thứ </w:t>
      </w:r>
      <w:r w:rsidRPr="00453277">
        <w:rPr>
          <w:rFonts w:eastAsia="Times New Roman" w:cs="Times New Roman"/>
          <w:noProof/>
          <w:position w:val="-6"/>
          <w:szCs w:val="24"/>
        </w:rPr>
        <w:object w:dxaOrig="300" w:dyaOrig="279">
          <v:shape id="_x0000_i1168" type="#_x0000_t75" style="width:15.25pt;height:13.85pt" o:ole="">
            <v:imagedata r:id="rId300" o:title=""/>
          </v:shape>
          <o:OLEObject Type="Embed" ProgID="Equation.DSMT4" ShapeID="_x0000_i1168" DrawAspect="Content" ObjectID="_1808504164" r:id="rId301"/>
        </w:object>
      </w:r>
      <w:r w:rsidRPr="00453277">
        <w:rPr>
          <w:rFonts w:eastAsia="Times New Roman" w:cs="Times New Roman"/>
          <w:noProof/>
          <w:szCs w:val="24"/>
        </w:rPr>
        <w:t xml:space="preserve"> trong năm có đúng </w:t>
      </w:r>
      <w:r w:rsidRPr="00453277">
        <w:rPr>
          <w:rFonts w:eastAsia="Times New Roman" w:cs="Times New Roman"/>
          <w:noProof/>
          <w:position w:val="-6"/>
          <w:szCs w:val="24"/>
        </w:rPr>
        <w:object w:dxaOrig="279" w:dyaOrig="279">
          <v:shape id="_x0000_i1169" type="#_x0000_t75" style="width:14.3pt;height:13.85pt" o:ole="">
            <v:imagedata r:id="rId302" o:title=""/>
          </v:shape>
          <o:OLEObject Type="Embed" ProgID="Equation.DSMT4" ShapeID="_x0000_i1169" DrawAspect="Content" ObjectID="_1808504165" r:id="rId303"/>
        </w:object>
      </w:r>
      <w:r w:rsidRPr="00453277">
        <w:rPr>
          <w:rFonts w:eastAsia="Times New Roman" w:cs="Times New Roman"/>
          <w:noProof/>
          <w:szCs w:val="24"/>
        </w:rPr>
        <w:t xml:space="preserve"> giờ có ánh sáng mặt trời. </w:t>
      </w:r>
    </w:p>
    <w:p w:rsidR="00453277" w:rsidRPr="00453277" w:rsidRDefault="00453277" w:rsidP="00453277">
      <w:pPr>
        <w:tabs>
          <w:tab w:val="left" w:pos="992"/>
          <w:tab w:val="left" w:pos="3402"/>
          <w:tab w:val="left" w:pos="5669"/>
          <w:tab w:val="left" w:pos="7937"/>
        </w:tabs>
        <w:spacing w:before="0" w:after="0" w:line="276" w:lineRule="auto"/>
        <w:ind w:left="992"/>
        <w:rPr>
          <w:rFonts w:eastAsia="Times New Roman" w:cs="Times New Roman"/>
          <w:b/>
          <w:color w:val="0000FF"/>
          <w:szCs w:val="24"/>
        </w:rPr>
      </w:pPr>
      <w:r w:rsidRPr="00453277">
        <w:rPr>
          <w:rFonts w:eastAsia="Times New Roman" w:cs="Times New Roman"/>
          <w:b/>
          <w:color w:val="0000FF"/>
          <w:szCs w:val="24"/>
          <w:u w:val="single"/>
        </w:rPr>
        <w:t>b</w:t>
      </w:r>
      <w:r w:rsidRPr="00453277">
        <w:rPr>
          <w:rFonts w:eastAsia="Times New Roman" w:cs="Times New Roman"/>
          <w:b/>
          <w:color w:val="0000FF"/>
          <w:szCs w:val="24"/>
        </w:rPr>
        <w:t xml:space="preserve">) [2] </w:t>
      </w:r>
      <w:r w:rsidRPr="00453277">
        <w:rPr>
          <w:rFonts w:eastAsia="Times New Roman" w:cs="Times New Roman"/>
          <w:szCs w:val="24"/>
        </w:rPr>
        <w:t xml:space="preserve">Đạo hàm của hàm số đã cho là </w:t>
      </w:r>
      <w:r w:rsidRPr="00453277">
        <w:rPr>
          <w:rFonts w:eastAsia="Times New Roman" w:cs="Times New Roman"/>
          <w:noProof/>
          <w:position w:val="-28"/>
          <w:szCs w:val="24"/>
        </w:rPr>
        <w:object w:dxaOrig="2880" w:dyaOrig="680">
          <v:shape id="_x0000_i1170" type="#_x0000_t75" style="width:145.4pt;height:33.25pt" o:ole="">
            <v:imagedata r:id="rId304" o:title=""/>
          </v:shape>
          <o:OLEObject Type="Embed" ProgID="Equation.DSMT4" ShapeID="_x0000_i1170" DrawAspect="Content" ObjectID="_1808504166" r:id="rId305"/>
        </w:object>
      </w:r>
      <w:r w:rsidRPr="00453277">
        <w:rPr>
          <w:rFonts w:eastAsia="Times New Roman" w:cs="Times New Roman"/>
          <w:noProof/>
          <w:szCs w:val="24"/>
        </w:rPr>
        <w:t xml:space="preserve">. </w:t>
      </w:r>
    </w:p>
    <w:p w:rsidR="00453277" w:rsidRPr="00453277" w:rsidRDefault="00453277" w:rsidP="00453277">
      <w:pPr>
        <w:tabs>
          <w:tab w:val="left" w:pos="992"/>
          <w:tab w:val="left" w:pos="3402"/>
          <w:tab w:val="left" w:pos="5669"/>
          <w:tab w:val="left" w:pos="7937"/>
        </w:tabs>
        <w:spacing w:before="0" w:after="0" w:line="276" w:lineRule="auto"/>
        <w:ind w:left="992"/>
        <w:rPr>
          <w:rFonts w:eastAsia="Times New Roman" w:cs="Times New Roman"/>
          <w:b/>
          <w:color w:val="0000FF"/>
          <w:szCs w:val="24"/>
        </w:rPr>
      </w:pPr>
      <w:r w:rsidRPr="00453277">
        <w:rPr>
          <w:rFonts w:eastAsia="Times New Roman" w:cs="Times New Roman"/>
          <w:b/>
          <w:color w:val="0000FF"/>
          <w:szCs w:val="24"/>
          <w:u w:val="single"/>
        </w:rPr>
        <w:t>c</w:t>
      </w:r>
      <w:r w:rsidRPr="00453277">
        <w:rPr>
          <w:rFonts w:eastAsia="Times New Roman" w:cs="Times New Roman"/>
          <w:b/>
          <w:color w:val="0000FF"/>
          <w:szCs w:val="24"/>
        </w:rPr>
        <w:t xml:space="preserve">) [3] </w:t>
      </w:r>
      <w:r w:rsidRPr="00453277">
        <w:rPr>
          <w:rFonts w:eastAsia="Times New Roman" w:cs="Times New Roman"/>
          <w:szCs w:val="24"/>
        </w:rPr>
        <w:t xml:space="preserve">Nghiệm của phương trình </w:t>
      </w:r>
      <w:r w:rsidRPr="00453277">
        <w:rPr>
          <w:rFonts w:eastAsia="Times New Roman" w:cs="Times New Roman"/>
          <w:noProof/>
          <w:position w:val="-14"/>
          <w:szCs w:val="24"/>
        </w:rPr>
        <w:object w:dxaOrig="920" w:dyaOrig="400">
          <v:shape id="_x0000_i1171" type="#_x0000_t75" style="width:47.1pt;height:19.85pt" o:ole="">
            <v:imagedata r:id="rId306" o:title=""/>
          </v:shape>
          <o:OLEObject Type="Embed" ProgID="Equation.DSMT4" ShapeID="_x0000_i1171" DrawAspect="Content" ObjectID="_1808504167" r:id="rId307"/>
        </w:object>
      </w:r>
      <w:r w:rsidRPr="00453277">
        <w:rPr>
          <w:rFonts w:eastAsia="Times New Roman" w:cs="Times New Roman"/>
          <w:noProof/>
          <w:szCs w:val="24"/>
        </w:rPr>
        <w:t xml:space="preserve"> trên đoạn </w:t>
      </w:r>
      <w:r w:rsidRPr="00453277">
        <w:rPr>
          <w:rFonts w:eastAsia="Times New Roman" w:cs="Times New Roman"/>
          <w:noProof/>
          <w:position w:val="-14"/>
          <w:szCs w:val="24"/>
        </w:rPr>
        <w:object w:dxaOrig="700" w:dyaOrig="400">
          <v:shape id="_x0000_i1172" type="#_x0000_t75" style="width:35.55pt;height:19.85pt" o:ole="">
            <v:imagedata r:id="rId308" o:title=""/>
          </v:shape>
          <o:OLEObject Type="Embed" ProgID="Equation.DSMT4" ShapeID="_x0000_i1172" DrawAspect="Content" ObjectID="_1808504168" r:id="rId309"/>
        </w:object>
      </w:r>
      <w:r w:rsidRPr="00453277">
        <w:rPr>
          <w:rFonts w:eastAsia="Times New Roman" w:cs="Times New Roman"/>
          <w:noProof/>
          <w:szCs w:val="24"/>
        </w:rPr>
        <w:t xml:space="preserve"> là </w:t>
      </w:r>
      <w:r w:rsidRPr="00453277">
        <w:rPr>
          <w:rFonts w:eastAsia="Times New Roman" w:cs="Times New Roman"/>
          <w:noProof/>
          <w:position w:val="-6"/>
          <w:szCs w:val="24"/>
        </w:rPr>
        <w:object w:dxaOrig="700" w:dyaOrig="279">
          <v:shape id="_x0000_i1173" type="#_x0000_t75" style="width:35.55pt;height:13.85pt" o:ole="">
            <v:imagedata r:id="rId310" o:title=""/>
          </v:shape>
          <o:OLEObject Type="Embed" ProgID="Equation.DSMT4" ShapeID="_x0000_i1173" DrawAspect="Content" ObjectID="_1808504169" r:id="rId311"/>
        </w:object>
      </w:r>
      <w:r w:rsidRPr="00453277">
        <w:rPr>
          <w:rFonts w:eastAsia="Times New Roman" w:cs="Times New Roman"/>
          <w:noProof/>
          <w:szCs w:val="24"/>
        </w:rPr>
        <w:t xml:space="preserve">. </w:t>
      </w:r>
    </w:p>
    <w:p w:rsidR="00453277" w:rsidRPr="00453277" w:rsidRDefault="00453277" w:rsidP="00453277">
      <w:pPr>
        <w:tabs>
          <w:tab w:val="left" w:pos="992"/>
          <w:tab w:val="left" w:pos="3402"/>
          <w:tab w:val="left" w:pos="5669"/>
          <w:tab w:val="left" w:pos="7937"/>
        </w:tabs>
        <w:spacing w:before="0" w:after="0" w:line="276" w:lineRule="auto"/>
        <w:ind w:left="992"/>
        <w:rPr>
          <w:rFonts w:eastAsia="Times New Roman" w:cs="Times New Roman"/>
          <w:szCs w:val="24"/>
        </w:rPr>
      </w:pPr>
      <w:r w:rsidRPr="00453277">
        <w:rPr>
          <w:rFonts w:eastAsia="Times New Roman" w:cs="Times New Roman"/>
          <w:b/>
          <w:color w:val="0000FF"/>
          <w:szCs w:val="24"/>
        </w:rPr>
        <w:t xml:space="preserve">d) [4] </w:t>
      </w:r>
      <w:r w:rsidRPr="00453277">
        <w:rPr>
          <w:rFonts w:eastAsia="Times New Roman" w:cs="Times New Roman"/>
          <w:szCs w:val="24"/>
        </w:rPr>
        <w:t xml:space="preserve">Ngày thứ </w:t>
      </w:r>
      <w:r w:rsidRPr="00453277">
        <w:rPr>
          <w:rFonts w:eastAsia="Times New Roman" w:cs="Times New Roman"/>
          <w:noProof/>
          <w:position w:val="-6"/>
          <w:szCs w:val="24"/>
        </w:rPr>
        <w:object w:dxaOrig="400" w:dyaOrig="279">
          <v:shape id="_x0000_i1174" type="#_x0000_t75" style="width:20.3pt;height:13.85pt" o:ole="">
            <v:imagedata r:id="rId312" o:title=""/>
          </v:shape>
          <o:OLEObject Type="Embed" ProgID="Equation.DSMT4" ShapeID="_x0000_i1174" DrawAspect="Content" ObjectID="_1808504170" r:id="rId313"/>
        </w:object>
      </w:r>
      <w:r w:rsidRPr="00453277">
        <w:rPr>
          <w:rFonts w:eastAsia="Times New Roman" w:cs="Times New Roman"/>
          <w:noProof/>
          <w:szCs w:val="24"/>
        </w:rPr>
        <w:t xml:space="preserve"> có số giờ sáng lớn nhất trong năm. </w:t>
      </w:r>
    </w:p>
    <w:p w:rsidR="00453277" w:rsidRPr="00453277" w:rsidRDefault="00453277" w:rsidP="00453277">
      <w:pPr>
        <w:tabs>
          <w:tab w:val="left" w:pos="992"/>
          <w:tab w:val="left" w:pos="3402"/>
          <w:tab w:val="left" w:pos="5669"/>
          <w:tab w:val="left" w:pos="7937"/>
        </w:tabs>
        <w:spacing w:before="0" w:after="0" w:line="276" w:lineRule="auto"/>
        <w:ind w:left="992"/>
        <w:jc w:val="center"/>
        <w:rPr>
          <w:rFonts w:eastAsia="Times New Roman" w:cs="Times New Roman"/>
          <w:b/>
          <w:color w:val="0000FF"/>
          <w:szCs w:val="24"/>
        </w:rPr>
      </w:pPr>
      <w:r w:rsidRPr="00453277">
        <w:rPr>
          <w:rFonts w:eastAsia="Times New Roman" w:cs="Times New Roman"/>
          <w:b/>
          <w:color w:val="0000FF"/>
          <w:szCs w:val="24"/>
        </w:rPr>
        <w:t>Lời giải</w:t>
      </w:r>
    </w:p>
    <w:p w:rsidR="00453277" w:rsidRPr="00453277" w:rsidRDefault="00453277" w:rsidP="00453277">
      <w:pPr>
        <w:tabs>
          <w:tab w:val="left" w:pos="992"/>
          <w:tab w:val="left" w:pos="3402"/>
          <w:tab w:val="left" w:pos="5669"/>
          <w:tab w:val="left" w:pos="7937"/>
        </w:tabs>
        <w:spacing w:before="0" w:after="0" w:line="276" w:lineRule="auto"/>
        <w:ind w:left="992"/>
        <w:rPr>
          <w:rFonts w:eastAsia="Times New Roman" w:cs="Times New Roman"/>
          <w:szCs w:val="24"/>
        </w:rPr>
      </w:pPr>
      <w:r w:rsidRPr="00453277">
        <w:rPr>
          <w:rFonts w:eastAsia="Times New Roman" w:cs="Times New Roman"/>
          <w:b/>
          <w:color w:val="0000FF"/>
          <w:szCs w:val="24"/>
        </w:rPr>
        <w:t xml:space="preserve">a) </w:t>
      </w:r>
      <w:r w:rsidRPr="00453277">
        <w:rPr>
          <w:rFonts w:eastAsia="Times New Roman" w:cs="Times New Roman"/>
          <w:szCs w:val="24"/>
        </w:rPr>
        <w:t xml:space="preserve">Số giờ có ánh sáng của ngày thứ </w:t>
      </w:r>
      <w:r w:rsidRPr="00453277">
        <w:rPr>
          <w:rFonts w:eastAsia="Times New Roman" w:cs="Times New Roman"/>
          <w:noProof/>
          <w:position w:val="-6"/>
          <w:szCs w:val="24"/>
        </w:rPr>
        <w:object w:dxaOrig="300" w:dyaOrig="279">
          <v:shape id="_x0000_i1175" type="#_x0000_t75" style="width:15.25pt;height:13.85pt" o:ole="">
            <v:imagedata r:id="rId300" o:title=""/>
          </v:shape>
          <o:OLEObject Type="Embed" ProgID="Equation.DSMT4" ShapeID="_x0000_i1175" DrawAspect="Content" ObjectID="_1808504171" r:id="rId314"/>
        </w:object>
      </w:r>
      <w:r w:rsidRPr="00453277">
        <w:rPr>
          <w:rFonts w:eastAsia="Times New Roman" w:cs="Times New Roman"/>
          <w:noProof/>
          <w:szCs w:val="24"/>
        </w:rPr>
        <w:t xml:space="preserve"> trong năm là </w:t>
      </w:r>
      <w:r w:rsidRPr="00453277">
        <w:rPr>
          <w:rFonts w:eastAsia="Calibri" w:cs="Times New Roman"/>
          <w:position w:val="-28"/>
        </w:rPr>
        <w:object w:dxaOrig="3400" w:dyaOrig="680">
          <v:shape id="_x0000_i1176" type="#_x0000_t75" style="width:169.85pt;height:34.15pt" o:ole="">
            <v:imagedata r:id="rId315" o:title=""/>
          </v:shape>
          <o:OLEObject Type="Embed" ProgID="Equation.DSMT4" ShapeID="_x0000_i1176" DrawAspect="Content" ObjectID="_1808504172" r:id="rId316"/>
        </w:object>
      </w:r>
    </w:p>
    <w:p w:rsidR="00453277" w:rsidRPr="00453277" w:rsidRDefault="00453277" w:rsidP="00453277">
      <w:pPr>
        <w:tabs>
          <w:tab w:val="left" w:pos="992"/>
          <w:tab w:val="left" w:pos="3402"/>
          <w:tab w:val="left" w:pos="5669"/>
          <w:tab w:val="left" w:pos="7937"/>
        </w:tabs>
        <w:spacing w:before="0" w:after="0" w:line="276" w:lineRule="auto"/>
        <w:ind w:left="992"/>
        <w:rPr>
          <w:rFonts w:eastAsia="Times New Roman" w:cs="Times New Roman"/>
          <w:b/>
          <w:color w:val="008000"/>
          <w:szCs w:val="24"/>
        </w:rPr>
      </w:pPr>
      <w:r w:rsidRPr="00453277">
        <w:rPr>
          <w:rFonts w:eastAsia="Times New Roman" w:cs="Times New Roman"/>
          <w:b/>
          <w:color w:val="C00000"/>
          <w:szCs w:val="24"/>
        </w:rPr>
        <w:t xml:space="preserve">Chọn </w:t>
      </w:r>
      <w:r w:rsidRPr="00453277">
        <w:rPr>
          <w:rFonts w:eastAsia="Times New Roman" w:cs="Times New Roman"/>
          <w:color w:val="C00000"/>
          <w:szCs w:val="24"/>
        </w:rPr>
        <w:t>SAI.</w:t>
      </w:r>
    </w:p>
    <w:p w:rsidR="00453277" w:rsidRPr="00453277" w:rsidRDefault="00453277" w:rsidP="00453277">
      <w:pPr>
        <w:tabs>
          <w:tab w:val="left" w:pos="992"/>
          <w:tab w:val="left" w:pos="3402"/>
          <w:tab w:val="left" w:pos="5669"/>
          <w:tab w:val="left" w:pos="7937"/>
        </w:tabs>
        <w:spacing w:before="0" w:after="0" w:line="259" w:lineRule="auto"/>
        <w:ind w:left="992"/>
        <w:rPr>
          <w:rFonts w:eastAsia="Times New Roman" w:cs="Times New Roman"/>
          <w:noProof/>
          <w:szCs w:val="24"/>
        </w:rPr>
      </w:pPr>
      <w:r w:rsidRPr="00453277">
        <w:rPr>
          <w:rFonts w:eastAsia="Times New Roman" w:cs="Times New Roman"/>
          <w:b/>
          <w:color w:val="0000FF"/>
          <w:szCs w:val="24"/>
          <w:u w:val="single"/>
        </w:rPr>
        <w:t>b</w:t>
      </w:r>
      <w:r w:rsidRPr="00453277">
        <w:rPr>
          <w:rFonts w:eastAsia="Times New Roman" w:cs="Times New Roman"/>
          <w:b/>
          <w:color w:val="0000FF"/>
          <w:szCs w:val="24"/>
        </w:rPr>
        <w:t xml:space="preserve">) </w:t>
      </w:r>
      <w:r w:rsidRPr="00453277">
        <w:rPr>
          <w:rFonts w:eastAsia="Times New Roman" w:cs="Times New Roman"/>
          <w:szCs w:val="24"/>
        </w:rPr>
        <w:t xml:space="preserve">Đạo hàm của hàm số đã cho là </w:t>
      </w:r>
      <w:r w:rsidRPr="00453277">
        <w:rPr>
          <w:rFonts w:eastAsia="Times New Roman" w:cs="Times New Roman"/>
          <w:noProof/>
          <w:position w:val="-28"/>
          <w:szCs w:val="24"/>
        </w:rPr>
        <w:object w:dxaOrig="2880" w:dyaOrig="680">
          <v:shape id="_x0000_i1177" type="#_x0000_t75" style="width:145.4pt;height:33.25pt" o:ole="">
            <v:imagedata r:id="rId317" o:title=""/>
          </v:shape>
          <o:OLEObject Type="Embed" ProgID="Equation.DSMT4" ShapeID="_x0000_i1177" DrawAspect="Content" ObjectID="_1808504173" r:id="rId318"/>
        </w:object>
      </w:r>
      <w:r w:rsidRPr="00453277">
        <w:rPr>
          <w:rFonts w:eastAsia="Times New Roman" w:cs="Times New Roman"/>
          <w:noProof/>
          <w:szCs w:val="24"/>
        </w:rPr>
        <w:t xml:space="preserve">. </w:t>
      </w:r>
    </w:p>
    <w:p w:rsidR="00453277" w:rsidRPr="00453277" w:rsidRDefault="00453277" w:rsidP="00453277">
      <w:pPr>
        <w:tabs>
          <w:tab w:val="left" w:pos="992"/>
          <w:tab w:val="left" w:pos="3402"/>
          <w:tab w:val="left" w:pos="5669"/>
          <w:tab w:val="left" w:pos="7937"/>
        </w:tabs>
        <w:spacing w:before="0" w:after="0" w:line="259" w:lineRule="auto"/>
        <w:ind w:left="992"/>
        <w:rPr>
          <w:rFonts w:eastAsia="Times New Roman" w:cs="Times New Roman"/>
          <w:b/>
          <w:color w:val="008000"/>
          <w:szCs w:val="24"/>
        </w:rPr>
      </w:pPr>
      <w:r w:rsidRPr="00453277">
        <w:rPr>
          <w:rFonts w:eastAsia="Times New Roman" w:cs="Times New Roman"/>
          <w:b/>
          <w:color w:val="C00000"/>
          <w:szCs w:val="24"/>
        </w:rPr>
        <w:t xml:space="preserve">Chọn </w:t>
      </w:r>
      <w:r w:rsidRPr="00453277">
        <w:rPr>
          <w:rFonts w:eastAsia="Times New Roman" w:cs="Times New Roman"/>
          <w:color w:val="C00000"/>
          <w:szCs w:val="24"/>
        </w:rPr>
        <w:t>ĐÚNG.</w:t>
      </w:r>
    </w:p>
    <w:p w:rsidR="00453277" w:rsidRPr="00453277" w:rsidRDefault="00453277" w:rsidP="00453277">
      <w:pPr>
        <w:tabs>
          <w:tab w:val="left" w:pos="992"/>
          <w:tab w:val="left" w:pos="3402"/>
          <w:tab w:val="left" w:pos="5669"/>
          <w:tab w:val="left" w:pos="7937"/>
        </w:tabs>
        <w:spacing w:before="0" w:after="0" w:line="259" w:lineRule="auto"/>
        <w:ind w:left="992"/>
        <w:rPr>
          <w:rFonts w:eastAsia="Palatino Linotype" w:cs="Times New Roman"/>
          <w:noProof/>
          <w:szCs w:val="24"/>
        </w:rPr>
      </w:pPr>
      <w:r w:rsidRPr="00453277">
        <w:rPr>
          <w:rFonts w:eastAsia="Times New Roman" w:cs="Times New Roman"/>
          <w:b/>
          <w:color w:val="0000FF"/>
          <w:szCs w:val="24"/>
          <w:u w:val="single"/>
        </w:rPr>
        <w:t>c</w:t>
      </w:r>
      <w:r w:rsidRPr="00453277">
        <w:rPr>
          <w:rFonts w:eastAsia="Times New Roman" w:cs="Times New Roman"/>
          <w:b/>
          <w:color w:val="0000FF"/>
          <w:szCs w:val="24"/>
        </w:rPr>
        <w:t xml:space="preserve">) </w:t>
      </w:r>
      <w:r w:rsidRPr="00453277">
        <w:rPr>
          <w:rFonts w:eastAsia="Times New Roman" w:cs="Times New Roman"/>
          <w:szCs w:val="24"/>
        </w:rPr>
        <w:t xml:space="preserve">Ta có </w:t>
      </w:r>
      <w:r w:rsidRPr="00453277">
        <w:rPr>
          <w:rFonts w:eastAsia="Palatino Linotype" w:cs="Times New Roman"/>
          <w:noProof/>
          <w:position w:val="-28"/>
          <w:szCs w:val="24"/>
        </w:rPr>
        <w:object w:dxaOrig="3720" w:dyaOrig="680">
          <v:shape id="_x0000_i1178" type="#_x0000_t75" style="width:189.25pt;height:35.1pt" o:ole="">
            <v:imagedata r:id="rId319" o:title=""/>
          </v:shape>
          <o:OLEObject Type="Embed" ProgID="Equation.DSMT4" ShapeID="_x0000_i1178" DrawAspect="Content" ObjectID="_1808504174" r:id="rId320"/>
        </w:object>
      </w:r>
      <w:r w:rsidRPr="00453277">
        <w:rPr>
          <w:rFonts w:eastAsia="Palatino Linotype" w:cs="Times New Roman"/>
          <w:noProof/>
          <w:szCs w:val="24"/>
        </w:rPr>
        <w:t>.</w:t>
      </w:r>
    </w:p>
    <w:p w:rsidR="00453277" w:rsidRPr="00453277" w:rsidRDefault="00453277" w:rsidP="00453277">
      <w:pPr>
        <w:tabs>
          <w:tab w:val="left" w:pos="992"/>
          <w:tab w:val="left" w:pos="3402"/>
          <w:tab w:val="left" w:pos="5669"/>
          <w:tab w:val="left" w:pos="7937"/>
        </w:tabs>
        <w:spacing w:before="0" w:after="0" w:line="259" w:lineRule="auto"/>
        <w:ind w:left="992"/>
        <w:rPr>
          <w:rFonts w:eastAsia="Times New Roman" w:cs="Times New Roman"/>
          <w:szCs w:val="24"/>
        </w:rPr>
      </w:pPr>
      <w:r w:rsidRPr="00453277">
        <w:rPr>
          <w:rFonts w:eastAsia="Palatino Linotype" w:cs="Times New Roman"/>
          <w:noProof/>
          <w:position w:val="-46"/>
          <w:szCs w:val="24"/>
        </w:rPr>
        <w:object w:dxaOrig="5220" w:dyaOrig="1040">
          <v:shape id="_x0000_i1179" type="#_x0000_t75" style="width:266.75pt;height:53.1pt" o:ole="">
            <v:imagedata r:id="rId321" o:title=""/>
          </v:shape>
          <o:OLEObject Type="Embed" ProgID="Equation.DSMT4" ShapeID="_x0000_i1179" DrawAspect="Content" ObjectID="_1808504175" r:id="rId322"/>
        </w:object>
      </w:r>
      <w:r w:rsidRPr="00453277">
        <w:rPr>
          <w:rFonts w:eastAsia="Palatino Linotype" w:cs="Times New Roman"/>
          <w:noProof/>
          <w:szCs w:val="24"/>
        </w:rPr>
        <w:t>.</w:t>
      </w:r>
    </w:p>
    <w:p w:rsidR="00453277" w:rsidRPr="00453277" w:rsidRDefault="00453277" w:rsidP="00453277">
      <w:pPr>
        <w:tabs>
          <w:tab w:val="left" w:pos="992"/>
          <w:tab w:val="left" w:pos="3402"/>
          <w:tab w:val="left" w:pos="5669"/>
          <w:tab w:val="left" w:pos="7937"/>
        </w:tabs>
        <w:spacing w:before="0" w:after="0" w:line="276" w:lineRule="auto"/>
        <w:ind w:left="992"/>
        <w:rPr>
          <w:rFonts w:eastAsia="Times New Roman" w:cs="Times New Roman"/>
          <w:b/>
          <w:color w:val="008000"/>
          <w:szCs w:val="24"/>
        </w:rPr>
      </w:pPr>
      <w:r w:rsidRPr="00453277">
        <w:rPr>
          <w:rFonts w:eastAsia="Times New Roman" w:cs="Times New Roman"/>
          <w:b/>
          <w:color w:val="C00000"/>
          <w:szCs w:val="24"/>
        </w:rPr>
        <w:t xml:space="preserve">Chọn </w:t>
      </w:r>
      <w:r w:rsidRPr="00453277">
        <w:rPr>
          <w:rFonts w:eastAsia="Times New Roman" w:cs="Times New Roman"/>
          <w:color w:val="C00000"/>
          <w:szCs w:val="24"/>
        </w:rPr>
        <w:t>ĐÚNG.</w:t>
      </w:r>
    </w:p>
    <w:p w:rsidR="00453277" w:rsidRPr="00453277" w:rsidRDefault="00453277" w:rsidP="00453277">
      <w:pPr>
        <w:tabs>
          <w:tab w:val="left" w:pos="992"/>
          <w:tab w:val="left" w:pos="3402"/>
          <w:tab w:val="left" w:pos="5669"/>
          <w:tab w:val="left" w:pos="7937"/>
        </w:tabs>
        <w:spacing w:before="0" w:after="0" w:line="259" w:lineRule="auto"/>
        <w:ind w:left="992"/>
        <w:rPr>
          <w:rFonts w:eastAsia="Times New Roman" w:cs="Times New Roman"/>
          <w:noProof/>
          <w:szCs w:val="24"/>
        </w:rPr>
      </w:pPr>
      <w:r w:rsidRPr="00453277">
        <w:rPr>
          <w:rFonts w:eastAsia="Times New Roman" w:cs="Times New Roman"/>
          <w:b/>
          <w:color w:val="0000FF"/>
          <w:szCs w:val="24"/>
        </w:rPr>
        <w:t xml:space="preserve">d) </w:t>
      </w:r>
      <w:r w:rsidRPr="00453277">
        <w:rPr>
          <w:rFonts w:eastAsia="Times New Roman" w:cs="Times New Roman"/>
          <w:noProof/>
          <w:position w:val="-28"/>
          <w:szCs w:val="24"/>
        </w:rPr>
        <w:object w:dxaOrig="5020" w:dyaOrig="680">
          <v:shape id="_x0000_i1180" type="#_x0000_t75" style="width:254.75pt;height:33.25pt" o:ole="">
            <v:imagedata r:id="rId323" o:title=""/>
          </v:shape>
          <o:OLEObject Type="Embed" ProgID="Equation.DSMT4" ShapeID="_x0000_i1180" DrawAspect="Content" ObjectID="_1808504176" r:id="rId324"/>
        </w:object>
      </w:r>
      <w:r w:rsidRPr="00453277">
        <w:rPr>
          <w:rFonts w:eastAsia="Times New Roman" w:cs="Times New Roman"/>
          <w:noProof/>
          <w:szCs w:val="24"/>
        </w:rPr>
        <w:t xml:space="preserve">. </w:t>
      </w:r>
    </w:p>
    <w:p w:rsidR="00453277" w:rsidRPr="00453277" w:rsidRDefault="00453277" w:rsidP="00453277">
      <w:pPr>
        <w:tabs>
          <w:tab w:val="left" w:pos="992"/>
          <w:tab w:val="left" w:pos="3402"/>
          <w:tab w:val="left" w:pos="5669"/>
          <w:tab w:val="left" w:pos="7937"/>
        </w:tabs>
        <w:spacing w:before="0" w:after="0" w:line="259" w:lineRule="auto"/>
        <w:ind w:left="992"/>
        <w:rPr>
          <w:rFonts w:eastAsia="Times New Roman" w:cs="Times New Roman"/>
          <w:bCs/>
          <w:szCs w:val="24"/>
        </w:rPr>
      </w:pPr>
      <w:r w:rsidRPr="00453277">
        <w:rPr>
          <w:rFonts w:eastAsia="Times New Roman" w:cs="Times New Roman"/>
          <w:bCs/>
          <w:szCs w:val="24"/>
        </w:rPr>
        <w:t>Suy ra</w:t>
      </w:r>
    </w:p>
    <w:p w:rsidR="00453277" w:rsidRPr="00453277" w:rsidRDefault="00453277" w:rsidP="00453277">
      <w:pPr>
        <w:tabs>
          <w:tab w:val="left" w:pos="992"/>
          <w:tab w:val="left" w:pos="3402"/>
          <w:tab w:val="left" w:pos="5669"/>
          <w:tab w:val="left" w:pos="7937"/>
        </w:tabs>
        <w:spacing w:before="0" w:after="0" w:line="259" w:lineRule="auto"/>
        <w:ind w:left="992"/>
        <w:rPr>
          <w:rFonts w:eastAsia="Times New Roman" w:cs="Times New Roman"/>
          <w:bCs/>
          <w:szCs w:val="24"/>
        </w:rPr>
      </w:pPr>
      <w:r w:rsidRPr="00453277">
        <w:rPr>
          <w:rFonts w:eastAsia="Times New Roman" w:cs="Times New Roman"/>
          <w:noProof/>
          <w:position w:val="-46"/>
          <w:szCs w:val="24"/>
        </w:rPr>
        <w:object w:dxaOrig="6940" w:dyaOrig="1040">
          <v:shape id="_x0000_i1181" type="#_x0000_t75" style="width:351.25pt;height:51.25pt" o:ole="">
            <v:imagedata r:id="rId325" o:title=""/>
          </v:shape>
          <o:OLEObject Type="Embed" ProgID="Equation.DSMT4" ShapeID="_x0000_i1181" DrawAspect="Content" ObjectID="_1808504177" r:id="rId326"/>
        </w:object>
      </w:r>
      <w:r w:rsidRPr="00453277">
        <w:rPr>
          <w:rFonts w:eastAsia="Times New Roman" w:cs="Times New Roman"/>
          <w:noProof/>
          <w:szCs w:val="24"/>
        </w:rPr>
        <w:t>.</w:t>
      </w:r>
    </w:p>
    <w:p w:rsidR="00453277" w:rsidRPr="00453277" w:rsidRDefault="00453277" w:rsidP="00453277">
      <w:pPr>
        <w:tabs>
          <w:tab w:val="left" w:pos="992"/>
          <w:tab w:val="left" w:pos="3402"/>
          <w:tab w:val="left" w:pos="5669"/>
          <w:tab w:val="left" w:pos="7937"/>
        </w:tabs>
        <w:spacing w:before="0" w:after="0" w:line="259" w:lineRule="auto"/>
        <w:ind w:left="992"/>
        <w:rPr>
          <w:rFonts w:eastAsia="Times New Roman" w:cs="Times New Roman"/>
          <w:color w:val="C00000"/>
          <w:szCs w:val="24"/>
        </w:rPr>
      </w:pPr>
      <w:r w:rsidRPr="00453277">
        <w:rPr>
          <w:rFonts w:eastAsia="Times New Roman" w:cs="Times New Roman"/>
          <w:b/>
          <w:color w:val="C00000"/>
          <w:szCs w:val="24"/>
        </w:rPr>
        <w:t xml:space="preserve">Chọn </w:t>
      </w:r>
      <w:r w:rsidRPr="00453277">
        <w:rPr>
          <w:rFonts w:eastAsia="Times New Roman" w:cs="Times New Roman"/>
          <w:color w:val="C00000"/>
          <w:szCs w:val="24"/>
        </w:rPr>
        <w:t>SAI.</w:t>
      </w:r>
    </w:p>
    <w:p w:rsidR="00453277" w:rsidRPr="00453277" w:rsidRDefault="00453277" w:rsidP="00453277">
      <w:pPr>
        <w:numPr>
          <w:ilvl w:val="0"/>
          <w:numId w:val="30"/>
        </w:numPr>
        <w:spacing w:before="0" w:after="0" w:line="259" w:lineRule="auto"/>
        <w:rPr>
          <w:rFonts w:eastAsia="Calibri" w:cs="Times New Roman"/>
          <w:szCs w:val="24"/>
        </w:rPr>
      </w:pPr>
      <w:r w:rsidRPr="00453277">
        <w:rPr>
          <w:rFonts w:eastAsia="Calibri" w:cs="Times New Roman"/>
          <w:szCs w:val="24"/>
        </w:rPr>
        <w:t xml:space="preserve">Giá đóng cửa của một cổ phiếu là giá của cổ phiếu đó cuối một phiên giao dịch.Bảng sau thống kê giá đóng cửa (đơn vị:nghìn đồng) của hai mã cổ phiếu (A) và (B) trong 50 ngày giao dịch liên tiếp </w:t>
      </w:r>
    </w:p>
    <w:tbl>
      <w:tblPr>
        <w:tblStyle w:val="trongbang1"/>
        <w:tblW w:w="0" w:type="auto"/>
        <w:tblInd w:w="964" w:type="dxa"/>
        <w:tblLook w:val="04A0" w:firstRow="1" w:lastRow="0" w:firstColumn="1" w:lastColumn="0" w:noHBand="0" w:noVBand="1"/>
      </w:tblPr>
      <w:tblGrid>
        <w:gridCol w:w="1501"/>
        <w:gridCol w:w="1134"/>
        <w:gridCol w:w="1134"/>
        <w:gridCol w:w="1134"/>
        <w:gridCol w:w="1134"/>
        <w:gridCol w:w="1134"/>
      </w:tblGrid>
      <w:tr w:rsidR="00453277" w:rsidRPr="00453277" w:rsidTr="0062497D">
        <w:tc>
          <w:tcPr>
            <w:tcW w:w="1501" w:type="dxa"/>
          </w:tcPr>
          <w:p w:rsidR="00453277" w:rsidRPr="00453277" w:rsidRDefault="00453277" w:rsidP="00453277">
            <w:pPr>
              <w:tabs>
                <w:tab w:val="left" w:pos="283"/>
                <w:tab w:val="left" w:pos="2835"/>
                <w:tab w:val="left" w:pos="5386"/>
                <w:tab w:val="left" w:pos="7937"/>
              </w:tabs>
              <w:spacing w:before="0" w:after="0"/>
              <w:rPr>
                <w:rFonts w:eastAsia="Calibri"/>
              </w:rPr>
            </w:pPr>
            <w:bookmarkStart w:id="3" w:name="_Hlk195261599"/>
            <w:r w:rsidRPr="00453277">
              <w:rPr>
                <w:rFonts w:eastAsia="Calibri"/>
              </w:rPr>
              <w:lastRenderedPageBreak/>
              <w:t xml:space="preserve">Giá đóng cửa </w: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10"/>
                <w:szCs w:val="22"/>
                <w:lang w:val="vi-VN"/>
              </w:rPr>
              <w:object w:dxaOrig="720" w:dyaOrig="340">
                <v:shape id="_x0000_i1182" type="#_x0000_t75" style="width:36pt;height:17.55pt" o:ole="">
                  <v:imagedata r:id="rId327" o:title=""/>
                </v:shape>
                <o:OLEObject Type="Embed" ProgID="Equation.3" ShapeID="_x0000_i1182" DrawAspect="Content" ObjectID="_1808504178" r:id="rId328"/>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10"/>
                <w:szCs w:val="22"/>
                <w:lang w:val="vi-VN"/>
              </w:rPr>
              <w:object w:dxaOrig="740" w:dyaOrig="340">
                <v:shape id="_x0000_i1183" type="#_x0000_t75" style="width:36.45pt;height:17.55pt" o:ole="">
                  <v:imagedata r:id="rId329" o:title=""/>
                </v:shape>
                <o:OLEObject Type="Embed" ProgID="Equation.3" ShapeID="_x0000_i1183" DrawAspect="Content" ObjectID="_1808504179" r:id="rId330"/>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10"/>
                <w:szCs w:val="22"/>
                <w:lang w:val="vi-VN"/>
              </w:rPr>
              <w:object w:dxaOrig="740" w:dyaOrig="340">
                <v:shape id="_x0000_i1184" type="#_x0000_t75" style="width:36.45pt;height:17.55pt" o:ole="">
                  <v:imagedata r:id="rId331" o:title=""/>
                </v:shape>
                <o:OLEObject Type="Embed" ProgID="Equation.3" ShapeID="_x0000_i1184" DrawAspect="Content" ObjectID="_1808504180" r:id="rId332"/>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10"/>
                <w:szCs w:val="22"/>
                <w:lang w:val="vi-VN"/>
              </w:rPr>
              <w:object w:dxaOrig="740" w:dyaOrig="340">
                <v:shape id="_x0000_i1185" type="#_x0000_t75" style="width:36.45pt;height:17.55pt" o:ole="">
                  <v:imagedata r:id="rId333" o:title=""/>
                </v:shape>
                <o:OLEObject Type="Embed" ProgID="Equation.3" ShapeID="_x0000_i1185" DrawAspect="Content" ObjectID="_1808504181" r:id="rId334"/>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10"/>
                <w:szCs w:val="22"/>
                <w:lang w:val="vi-VN"/>
              </w:rPr>
              <w:object w:dxaOrig="740" w:dyaOrig="340">
                <v:shape id="_x0000_i1186" type="#_x0000_t75" style="width:36.45pt;height:17.55pt" o:ole="">
                  <v:imagedata r:id="rId335" o:title=""/>
                </v:shape>
                <o:OLEObject Type="Embed" ProgID="Equation.3" ShapeID="_x0000_i1186" DrawAspect="Content" ObjectID="_1808504182" r:id="rId336"/>
              </w:object>
            </w:r>
          </w:p>
        </w:tc>
      </w:tr>
      <w:tr w:rsidR="00453277" w:rsidRPr="00453277" w:rsidTr="0062497D">
        <w:tc>
          <w:tcPr>
            <w:tcW w:w="1501" w:type="dxa"/>
          </w:tcPr>
          <w:p w:rsidR="00453277" w:rsidRPr="00453277" w:rsidRDefault="00453277" w:rsidP="00453277">
            <w:pPr>
              <w:tabs>
                <w:tab w:val="left" w:pos="283"/>
                <w:tab w:val="left" w:pos="2835"/>
                <w:tab w:val="left" w:pos="5386"/>
                <w:tab w:val="left" w:pos="7937"/>
              </w:tabs>
              <w:spacing w:before="0" w:after="0"/>
              <w:rPr>
                <w:rFonts w:eastAsia="Calibri"/>
              </w:rPr>
            </w:pPr>
            <w:r w:rsidRPr="00453277">
              <w:rPr>
                <w:rFonts w:eastAsia="Calibri"/>
              </w:rPr>
              <w:t xml:space="preserve">Cổ phiếu A </w: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rPr>
            </w:pPr>
            <w:r w:rsidRPr="00453277">
              <w:rPr>
                <w:rFonts w:eastAsia="Calibri" w:cstheme="minorBidi"/>
                <w:position w:val="-6"/>
                <w:szCs w:val="22"/>
                <w:lang w:val="vi-VN"/>
              </w:rPr>
              <w:object w:dxaOrig="180" w:dyaOrig="279">
                <v:shape id="_x0000_i1187" type="#_x0000_t75" style="width:9.25pt;height:14.3pt" o:ole="">
                  <v:imagedata r:id="rId337" o:title=""/>
                </v:shape>
                <o:OLEObject Type="Embed" ProgID="Equation.3" ShapeID="_x0000_i1187" DrawAspect="Content" ObjectID="_1808504183" r:id="rId338"/>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6"/>
                <w:szCs w:val="22"/>
                <w:lang w:val="vi-VN"/>
              </w:rPr>
              <w:object w:dxaOrig="180" w:dyaOrig="279">
                <v:shape id="_x0000_i1188" type="#_x0000_t75" style="width:9.25pt;height:14.3pt" o:ole="">
                  <v:imagedata r:id="rId339" o:title=""/>
                </v:shape>
                <o:OLEObject Type="Embed" ProgID="Equation.3" ShapeID="_x0000_i1188" DrawAspect="Content" ObjectID="_1808504184" r:id="rId340"/>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4"/>
                <w:szCs w:val="22"/>
                <w:lang w:val="vi-VN"/>
              </w:rPr>
              <w:object w:dxaOrig="279" w:dyaOrig="260">
                <v:shape id="_x0000_i1189" type="#_x0000_t75" style="width:14.3pt;height:12.9pt" o:ole="">
                  <v:imagedata r:id="rId341" o:title=""/>
                </v:shape>
                <o:OLEObject Type="Embed" ProgID="Equation.3" ShapeID="_x0000_i1189" DrawAspect="Content" ObjectID="_1808504185" r:id="rId342"/>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6"/>
                <w:szCs w:val="22"/>
                <w:lang w:val="vi-VN"/>
              </w:rPr>
              <w:object w:dxaOrig="279" w:dyaOrig="279">
                <v:shape id="_x0000_i1190" type="#_x0000_t75" style="width:14.3pt;height:14.3pt" o:ole="">
                  <v:imagedata r:id="rId343" o:title=""/>
                </v:shape>
                <o:OLEObject Type="Embed" ProgID="Equation.3" ShapeID="_x0000_i1190" DrawAspect="Content" ObjectID="_1808504186" r:id="rId344"/>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4"/>
                <w:szCs w:val="22"/>
                <w:lang w:val="vi-VN"/>
              </w:rPr>
              <w:object w:dxaOrig="260" w:dyaOrig="260">
                <v:shape id="_x0000_i1191" type="#_x0000_t75" style="width:12.9pt;height:12.9pt" o:ole="">
                  <v:imagedata r:id="rId345" o:title=""/>
                </v:shape>
                <o:OLEObject Type="Embed" ProgID="Equation.3" ShapeID="_x0000_i1191" DrawAspect="Content" ObjectID="_1808504187" r:id="rId346"/>
              </w:object>
            </w:r>
          </w:p>
        </w:tc>
      </w:tr>
      <w:tr w:rsidR="00453277" w:rsidRPr="00453277" w:rsidTr="0062497D">
        <w:tc>
          <w:tcPr>
            <w:tcW w:w="1501" w:type="dxa"/>
          </w:tcPr>
          <w:p w:rsidR="00453277" w:rsidRPr="00453277" w:rsidRDefault="00453277" w:rsidP="00453277">
            <w:pPr>
              <w:tabs>
                <w:tab w:val="left" w:pos="283"/>
                <w:tab w:val="left" w:pos="2835"/>
                <w:tab w:val="left" w:pos="5386"/>
                <w:tab w:val="left" w:pos="7937"/>
              </w:tabs>
              <w:spacing w:before="0" w:after="0"/>
              <w:rPr>
                <w:rFonts w:eastAsia="Calibri"/>
              </w:rPr>
            </w:pPr>
            <w:r w:rsidRPr="00453277">
              <w:rPr>
                <w:rFonts w:eastAsia="Calibri"/>
              </w:rPr>
              <w:t>Cổ phiếu B</w: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6"/>
                <w:szCs w:val="22"/>
                <w:lang w:val="vi-VN"/>
              </w:rPr>
              <w:object w:dxaOrig="279" w:dyaOrig="279">
                <v:shape id="_x0000_i1192" type="#_x0000_t75" style="width:14.3pt;height:14.3pt" o:ole="">
                  <v:imagedata r:id="rId347" o:title=""/>
                </v:shape>
                <o:OLEObject Type="Embed" ProgID="Equation.3" ShapeID="_x0000_i1192" DrawAspect="Content" ObjectID="_1808504188" r:id="rId348"/>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4"/>
                <w:szCs w:val="22"/>
                <w:lang w:val="vi-VN"/>
              </w:rPr>
              <w:object w:dxaOrig="200" w:dyaOrig="260">
                <v:shape id="_x0000_i1193" type="#_x0000_t75" style="width:10.15pt;height:12.9pt" o:ole="">
                  <v:imagedata r:id="rId349" o:title=""/>
                </v:shape>
                <o:OLEObject Type="Embed" ProgID="Equation.3" ShapeID="_x0000_i1193" DrawAspect="Content" ObjectID="_1808504189" r:id="rId350"/>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6"/>
                <w:szCs w:val="22"/>
                <w:lang w:val="vi-VN"/>
              </w:rPr>
              <w:object w:dxaOrig="180" w:dyaOrig="279">
                <v:shape id="_x0000_i1194" type="#_x0000_t75" style="width:9.25pt;height:14.3pt" o:ole="">
                  <v:imagedata r:id="rId351" o:title=""/>
                </v:shape>
                <o:OLEObject Type="Embed" ProgID="Equation.3" ShapeID="_x0000_i1194" DrawAspect="Content" ObjectID="_1808504190" r:id="rId352"/>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6"/>
                <w:szCs w:val="22"/>
                <w:lang w:val="vi-VN"/>
              </w:rPr>
              <w:object w:dxaOrig="200" w:dyaOrig="279">
                <v:shape id="_x0000_i1195" type="#_x0000_t75" style="width:10.15pt;height:14.3pt" o:ole="">
                  <v:imagedata r:id="rId353" o:title=""/>
                </v:shape>
                <o:OLEObject Type="Embed" ProgID="Equation.3" ShapeID="_x0000_i1195" DrawAspect="Content" ObjectID="_1808504191" r:id="rId354"/>
              </w:object>
            </w:r>
          </w:p>
        </w:tc>
        <w:tc>
          <w:tcPr>
            <w:tcW w:w="1134" w:type="dxa"/>
          </w:tcPr>
          <w:p w:rsidR="00453277" w:rsidRPr="00453277" w:rsidRDefault="00453277" w:rsidP="00453277">
            <w:pPr>
              <w:tabs>
                <w:tab w:val="left" w:pos="283"/>
                <w:tab w:val="left" w:pos="2835"/>
                <w:tab w:val="left" w:pos="5386"/>
                <w:tab w:val="left" w:pos="7937"/>
              </w:tabs>
              <w:spacing w:before="0" w:after="0"/>
              <w:jc w:val="center"/>
              <w:rPr>
                <w:rFonts w:eastAsia="Calibri"/>
                <w:lang w:val="vi-VN"/>
              </w:rPr>
            </w:pPr>
            <w:r w:rsidRPr="00453277">
              <w:rPr>
                <w:rFonts w:eastAsia="Calibri" w:cstheme="minorBidi"/>
                <w:position w:val="-4"/>
                <w:szCs w:val="22"/>
                <w:lang w:val="vi-VN"/>
              </w:rPr>
              <w:object w:dxaOrig="300" w:dyaOrig="260">
                <v:shape id="_x0000_i1196" type="#_x0000_t75" style="width:15.25pt;height:12.9pt" o:ole="">
                  <v:imagedata r:id="rId355" o:title=""/>
                </v:shape>
                <o:OLEObject Type="Embed" ProgID="Equation.3" ShapeID="_x0000_i1196" DrawAspect="Content" ObjectID="_1808504192" r:id="rId356"/>
              </w:object>
            </w:r>
          </w:p>
        </w:tc>
      </w:tr>
    </w:tbl>
    <w:bookmarkEnd w:id="3"/>
    <w:p w:rsidR="00453277" w:rsidRPr="00453277" w:rsidRDefault="00453277" w:rsidP="00453277">
      <w:pPr>
        <w:tabs>
          <w:tab w:val="left" w:pos="283"/>
          <w:tab w:val="left" w:pos="2835"/>
          <w:tab w:val="left" w:pos="5386"/>
          <w:tab w:val="left" w:pos="7937"/>
        </w:tabs>
        <w:spacing w:before="0" w:after="0"/>
        <w:ind w:firstLine="283"/>
        <w:rPr>
          <w:rFonts w:eastAsia="Calibri" w:cs="Times New Roman"/>
          <w:b/>
          <w:u w:val="single"/>
        </w:rPr>
      </w:pPr>
      <w:r w:rsidRPr="00453277">
        <w:rPr>
          <w:rFonts w:eastAsia="Calibri" w:cs="Times New Roman"/>
          <w:noProof/>
        </w:rPr>
        <w:drawing>
          <wp:inline distT="0" distB="0" distL="0" distR="0" wp14:anchorId="13FF801C" wp14:editId="4BE25CF5">
            <wp:extent cx="5649218" cy="9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rotWithShape="1">
                    <a:blip r:embed="rId357" cstate="print">
                      <a:extLst>
                        <a:ext uri="{28A0092B-C50C-407E-A947-70E740481C1C}">
                          <a14:useLocalDpi xmlns:a14="http://schemas.microsoft.com/office/drawing/2010/main" val="0"/>
                        </a:ext>
                      </a:extLst>
                    </a:blip>
                    <a:srcRect l="7647" r="21412" b="19497"/>
                    <a:stretch/>
                  </pic:blipFill>
                  <pic:spPr bwMode="auto">
                    <a:xfrm>
                      <a:off x="0" y="0"/>
                      <a:ext cx="5649218"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u w:val="single"/>
        </w:rPr>
        <w:t>a)</w:t>
      </w:r>
      <w:r w:rsidRPr="00453277">
        <w:rPr>
          <w:rFonts w:eastAsia="Calibri" w:cs="Times New Roman"/>
        </w:rPr>
        <w:t xml:space="preserve"> </w:t>
      </w:r>
      <w:r w:rsidRPr="00453277">
        <w:rPr>
          <w:rFonts w:eastAsia="Times New Roman" w:cs="Times New Roman"/>
          <w:b/>
          <w:color w:val="0000FF"/>
          <w:szCs w:val="24"/>
        </w:rPr>
        <w:t xml:space="preserve">[1] </w:t>
      </w:r>
      <w:r w:rsidRPr="00453277">
        <w:rPr>
          <w:rFonts w:eastAsia="Calibri" w:cs="Times New Roman"/>
        </w:rPr>
        <w:t xml:space="preserve">Xét mẫu số liệu của cổ phiếu (A) ta có số trung bình là </w:t>
      </w:r>
      <w:bookmarkStart w:id="4" w:name="_Hlk195347536"/>
      <w:r w:rsidRPr="00453277">
        <w:rPr>
          <w:rFonts w:eastAsia="Calibri" w:cs="Times New Roman"/>
          <w:position w:val="-10"/>
          <w:lang w:val="vi-VN"/>
        </w:rPr>
        <w:object w:dxaOrig="1120" w:dyaOrig="380">
          <v:shape id="_x0000_i1197" type="#_x0000_t75" style="width:55.85pt;height:18.9pt" o:ole="">
            <v:imagedata r:id="rId358" o:title=""/>
          </v:shape>
          <o:OLEObject Type="Embed" ProgID="Equation.3" ShapeID="_x0000_i1197" DrawAspect="Content" ObjectID="_1808504193" r:id="rId359"/>
        </w:object>
      </w:r>
      <w:bookmarkEnd w:id="4"/>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u w:val="single"/>
        </w:rPr>
        <w:t>b)</w:t>
      </w:r>
      <w:r w:rsidRPr="00453277">
        <w:rPr>
          <w:rFonts w:eastAsia="Calibri" w:cs="Times New Roman"/>
        </w:rPr>
        <w:t xml:space="preserve"> </w:t>
      </w:r>
      <w:r w:rsidRPr="00453277">
        <w:rPr>
          <w:rFonts w:eastAsia="Times New Roman" w:cs="Times New Roman"/>
          <w:b/>
          <w:color w:val="0000FF"/>
          <w:szCs w:val="24"/>
        </w:rPr>
        <w:t xml:space="preserve">[2] </w:t>
      </w:r>
      <w:r w:rsidRPr="00453277">
        <w:rPr>
          <w:rFonts w:eastAsia="Calibri" w:cs="Times New Roman"/>
        </w:rPr>
        <w:t xml:space="preserve">Xét mẫu số liệu của cổ phiếu (A) ta có phương sai của mẫu số liệu ghép nhóm là </w:t>
      </w:r>
      <w:bookmarkStart w:id="5" w:name="_Hlk195347551"/>
      <w:r w:rsidRPr="00453277">
        <w:rPr>
          <w:rFonts w:eastAsia="Calibri" w:cs="Times New Roman"/>
          <w:position w:val="-10"/>
          <w:lang w:val="vi-VN"/>
        </w:rPr>
        <w:object w:dxaOrig="1320" w:dyaOrig="360">
          <v:shape id="_x0000_i1198" type="#_x0000_t75" style="width:66pt;height:18.9pt" o:ole="">
            <v:imagedata r:id="rId360" o:title=""/>
          </v:shape>
          <o:OLEObject Type="Embed" ProgID="Equation.3" ShapeID="_x0000_i1198" DrawAspect="Content" ObjectID="_1808504194" r:id="rId361"/>
        </w:object>
      </w:r>
      <w:bookmarkEnd w:id="5"/>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u w:val="single"/>
        </w:rPr>
        <w:t>c)</w:t>
      </w:r>
      <w:r w:rsidRPr="00453277">
        <w:rPr>
          <w:rFonts w:eastAsia="Calibri" w:cs="Times New Roman"/>
        </w:rPr>
        <w:t xml:space="preserve"> </w:t>
      </w:r>
      <w:r w:rsidRPr="00453277">
        <w:rPr>
          <w:rFonts w:eastAsia="Times New Roman" w:cs="Times New Roman"/>
          <w:b/>
          <w:color w:val="0000FF"/>
          <w:szCs w:val="24"/>
        </w:rPr>
        <w:t xml:space="preserve">[3] </w:t>
      </w:r>
      <w:r w:rsidRPr="00453277">
        <w:rPr>
          <w:rFonts w:eastAsia="Calibri" w:cs="Times New Roman"/>
        </w:rPr>
        <w:t xml:space="preserve">Xét mẫu số liệu của cổ phiếu (B) ta có số trung bình là </w:t>
      </w:r>
      <w:bookmarkStart w:id="6" w:name="_Hlk195347523"/>
      <w:r w:rsidRPr="00453277">
        <w:rPr>
          <w:rFonts w:eastAsia="Calibri" w:cs="Times New Roman"/>
          <w:position w:val="-10"/>
          <w:lang w:val="vi-VN"/>
        </w:rPr>
        <w:object w:dxaOrig="1120" w:dyaOrig="380">
          <v:shape id="_x0000_i1199" type="#_x0000_t75" style="width:55.85pt;height:18.9pt" o:ole="">
            <v:imagedata r:id="rId362" o:title=""/>
          </v:shape>
          <o:OLEObject Type="Embed" ProgID="Equation.3" ShapeID="_x0000_i1199" DrawAspect="Content" ObjectID="_1808504195" r:id="rId363"/>
        </w:object>
      </w:r>
      <w:bookmarkEnd w:id="6"/>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b/>
        </w:rPr>
        <w:t>d)</w:t>
      </w:r>
      <w:r w:rsidRPr="00453277">
        <w:rPr>
          <w:rFonts w:eastAsia="Calibri" w:cs="Times New Roman"/>
        </w:rPr>
        <w:t xml:space="preserve"> </w:t>
      </w:r>
      <w:r w:rsidRPr="00453277">
        <w:rPr>
          <w:rFonts w:eastAsia="Times New Roman" w:cs="Times New Roman"/>
          <w:b/>
          <w:color w:val="0000FF"/>
          <w:szCs w:val="24"/>
        </w:rPr>
        <w:t xml:space="preserve">[4] </w:t>
      </w:r>
      <w:r w:rsidRPr="00453277">
        <w:rPr>
          <w:rFonts w:eastAsia="Calibri" w:cs="Times New Roman"/>
        </w:rPr>
        <w:t>Cổ phiếu (A) có mức biến động giá lớn hơn cổ phiếu (B).</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00"/>
          <w:highlight w:val="green"/>
        </w:rPr>
      </w:pPr>
      <w:r w:rsidRPr="00453277">
        <w:rPr>
          <w:rFonts w:eastAsia="Calibri" w:cs="Times New Roman"/>
          <w:b/>
          <w:color w:val="000000"/>
          <w:highlight w:val="green"/>
        </w:rPr>
        <w:t xml:space="preserve">a) Đúng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Xét mẫu số liệu của cổ phiếu (A) ta có số trung bình là </w:t>
      </w:r>
      <w:r w:rsidRPr="00453277">
        <w:rPr>
          <w:rFonts w:eastAsia="Calibri" w:cs="Times New Roman"/>
          <w:position w:val="-24"/>
          <w:lang w:val="vi-VN"/>
        </w:rPr>
        <w:object w:dxaOrig="4740" w:dyaOrig="620">
          <v:shape id="_x0000_i1200" type="#_x0000_t75" style="width:237.25pt;height:30.9pt" o:ole="">
            <v:imagedata r:id="rId364" o:title=""/>
          </v:shape>
          <o:OLEObject Type="Embed" ProgID="Equation.3" ShapeID="_x0000_i1200" DrawAspect="Content" ObjectID="_1808504196" r:id="rId365"/>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00"/>
          <w:highlight w:val="green"/>
        </w:rPr>
      </w:pPr>
      <w:r w:rsidRPr="00453277">
        <w:rPr>
          <w:rFonts w:eastAsia="Calibri" w:cs="Times New Roman"/>
          <w:b/>
          <w:color w:val="000000"/>
          <w:highlight w:val="green"/>
        </w:rPr>
        <w:t xml:space="preserve">b) Đúng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rPr>
        <w:t xml:space="preserve">Xét mẫu số liệu của cổ phiếu (A) ta có phương sai của mẫu số liệu ghép nhóm là </w:t>
      </w:r>
      <w:r w:rsidRPr="00453277">
        <w:rPr>
          <w:rFonts w:eastAsia="Calibri" w:cs="Times New Roman"/>
          <w:position w:val="-46"/>
          <w:lang w:val="vi-VN"/>
        </w:rPr>
        <w:object w:dxaOrig="8919" w:dyaOrig="1040">
          <v:shape id="_x0000_i1201" type="#_x0000_t75" style="width:446.3pt;height:52.15pt" o:ole="">
            <v:imagedata r:id="rId366" o:title=""/>
          </v:shape>
          <o:OLEObject Type="Embed" ProgID="Equation.DSMT4" ShapeID="_x0000_i1201" DrawAspect="Content" ObjectID="_1808504197" r:id="rId367"/>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00"/>
          <w:highlight w:val="green"/>
        </w:rPr>
      </w:pPr>
      <w:r w:rsidRPr="00453277">
        <w:rPr>
          <w:rFonts w:eastAsia="Calibri" w:cs="Times New Roman"/>
          <w:b/>
          <w:color w:val="000000"/>
          <w:highlight w:val="green"/>
        </w:rPr>
        <w:t xml:space="preserve">c) Đúng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Xét mẫu số liệu của cổ phiếu (B) ta có số trung bình là </w:t>
      </w:r>
      <w:r w:rsidRPr="00453277">
        <w:rPr>
          <w:rFonts w:eastAsia="Calibri" w:cs="Times New Roman"/>
          <w:position w:val="-24"/>
          <w:lang w:val="vi-VN"/>
        </w:rPr>
        <w:object w:dxaOrig="4620" w:dyaOrig="620">
          <v:shape id="_x0000_i1202" type="#_x0000_t75" style="width:231.25pt;height:30.9pt" o:ole="">
            <v:imagedata r:id="rId368" o:title=""/>
          </v:shape>
          <o:OLEObject Type="Embed" ProgID="Equation.3" ShapeID="_x0000_i1202" DrawAspect="Content" ObjectID="_1808504198" r:id="rId369"/>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00"/>
          <w:highlight w:val="green"/>
        </w:rPr>
      </w:pPr>
      <w:r w:rsidRPr="00453277">
        <w:rPr>
          <w:rFonts w:eastAsia="Calibri" w:cs="Times New Roman"/>
          <w:b/>
          <w:color w:val="000000"/>
          <w:highlight w:val="green"/>
        </w:rPr>
        <w:t xml:space="preserve">d) Sai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lang w:val="vi-VN"/>
        </w:rPr>
      </w:pPr>
      <w:r w:rsidRPr="00453277">
        <w:rPr>
          <w:rFonts w:eastAsia="Calibri" w:cs="Times New Roman"/>
        </w:rPr>
        <w:t xml:space="preserve">Xét mẫu số liệu của cổ phiếu (B) ta có phương sai của mẫu số liệu ghép nhóm là </w:t>
      </w:r>
      <w:r w:rsidRPr="00453277">
        <w:rPr>
          <w:rFonts w:eastAsia="Calibri" w:cs="Times New Roman"/>
          <w:position w:val="-46"/>
          <w:lang w:val="vi-VN"/>
        </w:rPr>
        <w:object w:dxaOrig="8940" w:dyaOrig="1040">
          <v:shape id="_x0000_i1203" type="#_x0000_t75" style="width:447.25pt;height:52.15pt" o:ole="">
            <v:imagedata r:id="rId370" o:title=""/>
          </v:shape>
          <o:OLEObject Type="Embed" ProgID="Equation.DSMT4" ShapeID="_x0000_i1203" DrawAspect="Content" ObjectID="_1808504199" r:id="rId371"/>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lang w:val="vi-VN"/>
        </w:rPr>
      </w:pPr>
      <w:r w:rsidRPr="00453277">
        <w:rPr>
          <w:rFonts w:eastAsia="Calibri" w:cs="Times New Roman"/>
          <w:lang w:val="vi-VN"/>
        </w:rPr>
        <w:t>Ta thấy</w:t>
      </w:r>
      <w:r w:rsidRPr="00453277">
        <w:rPr>
          <w:rFonts w:eastAsia="Calibri" w:cs="Times New Roman"/>
          <w:b/>
          <w:lang w:val="vi-VN"/>
        </w:rPr>
        <w:t xml:space="preserve"> </w:t>
      </w:r>
      <w:r w:rsidRPr="00453277">
        <w:rPr>
          <w:rFonts w:eastAsia="Calibri" w:cs="Times New Roman"/>
          <w:position w:val="-6"/>
          <w:lang w:val="vi-VN"/>
        </w:rPr>
        <w:object w:dxaOrig="980" w:dyaOrig="320">
          <v:shape id="_x0000_i1204" type="#_x0000_t75" style="width:48.9pt;height:15.7pt" o:ole="">
            <v:imagedata r:id="rId372" o:title=""/>
          </v:shape>
          <o:OLEObject Type="Embed" ProgID="Equation.3" ShapeID="_x0000_i1204" DrawAspect="Content" ObjectID="_1808504200" r:id="rId373"/>
        </w:object>
      </w:r>
      <w:r w:rsidRPr="00453277">
        <w:rPr>
          <w:rFonts w:eastAsia="Calibri" w:cs="Times New Roman"/>
          <w:lang w:val="vi-VN"/>
        </w:rPr>
        <w:t xml:space="preserve"> nên cổ phiếu (B) biến động giá lớn hơn cổ phiếu (A).</w:t>
      </w:r>
    </w:p>
    <w:p w:rsidR="00453277" w:rsidRPr="00453277" w:rsidRDefault="00453277" w:rsidP="00453277">
      <w:pPr>
        <w:numPr>
          <w:ilvl w:val="0"/>
          <w:numId w:val="30"/>
        </w:numPr>
        <w:spacing w:before="0" w:after="0" w:line="259" w:lineRule="auto"/>
        <w:rPr>
          <w:rFonts w:eastAsia="Calibri" w:cs="Times New Roman"/>
          <w:szCs w:val="24"/>
          <w:lang w:val="nl-NL"/>
        </w:rPr>
      </w:pPr>
      <w:r w:rsidRPr="00453277">
        <w:rPr>
          <w:rFonts w:eastAsia="Calibri" w:cs="Times New Roman"/>
          <w:szCs w:val="24"/>
          <w:lang w:val="nl-NL"/>
        </w:rPr>
        <w:t>Một người điều khiển ô</w:t>
      </w:r>
      <w:r w:rsidRPr="00453277">
        <w:rPr>
          <w:rFonts w:eastAsia="Calibri" w:cs="Times New Roman"/>
          <w:szCs w:val="24"/>
        </w:rPr>
        <w:t>tô đang ở đường dẫn muốn nhập làn vào đường cao tốc</w:t>
      </w:r>
      <w:r w:rsidRPr="00453277">
        <w:rPr>
          <w:rFonts w:eastAsia="Calibri" w:cs="Times New Roman"/>
          <w:szCs w:val="24"/>
          <w:lang w:val="nl-NL"/>
        </w:rPr>
        <w:t xml:space="preserve">. Khi ô tô cách điểm nhập làn </w:t>
      </w:r>
      <w:r w:rsidRPr="00453277">
        <w:rPr>
          <w:rFonts w:eastAsia="Calibri" w:cs="Times New Roman"/>
          <w:position w:val="-10"/>
          <w:szCs w:val="24"/>
        </w:rPr>
        <w:object w:dxaOrig="639" w:dyaOrig="320">
          <v:shape id="_x0000_i1205" type="#_x0000_t75" style="width:31.85pt;height:16.15pt" o:ole="">
            <v:imagedata r:id="rId374" o:title=""/>
          </v:shape>
          <o:OLEObject Type="Embed" ProgID="Equation.DSMT4" ShapeID="_x0000_i1205" DrawAspect="Content" ObjectID="_1808504201" r:id="rId375"/>
        </w:object>
      </w:r>
      <w:r w:rsidRPr="00453277">
        <w:rPr>
          <w:rFonts w:eastAsia="Calibri" w:cs="Times New Roman"/>
          <w:szCs w:val="24"/>
          <w:lang w:val="nl-NL"/>
        </w:rPr>
        <w:t xml:space="preserve">, tốc độ của ô tô là </w:t>
      </w:r>
      <w:r w:rsidRPr="00453277">
        <w:rPr>
          <w:rFonts w:eastAsia="Calibri" w:cs="Times New Roman"/>
          <w:position w:val="-10"/>
          <w:szCs w:val="24"/>
        </w:rPr>
        <w:object w:dxaOrig="820" w:dyaOrig="320">
          <v:shape id="_x0000_i1206" type="#_x0000_t75" style="width:41.1pt;height:16.15pt" o:ole="">
            <v:imagedata r:id="rId376" o:title=""/>
          </v:shape>
          <o:OLEObject Type="Embed" ProgID="Equation.DSMT4" ShapeID="_x0000_i1206" DrawAspect="Content" ObjectID="_1808504202" r:id="rId377"/>
        </w:object>
      </w:r>
      <w:r w:rsidRPr="00453277">
        <w:rPr>
          <w:rFonts w:eastAsia="Calibri" w:cs="Times New Roman"/>
          <w:szCs w:val="24"/>
          <w:lang w:val="nl-NL"/>
        </w:rPr>
        <w:t xml:space="preserve">. Năm giây sau đó, ô tô bắt đầu tăng tốc với tốc độ </w:t>
      </w:r>
      <w:r w:rsidRPr="00453277">
        <w:rPr>
          <w:rFonts w:eastAsia="Calibri" w:cs="Times New Roman"/>
          <w:position w:val="-14"/>
          <w:szCs w:val="24"/>
        </w:rPr>
        <w:object w:dxaOrig="1820" w:dyaOrig="400">
          <v:shape id="_x0000_i1207" type="#_x0000_t75" style="width:90.9pt;height:19.85pt" o:ole="">
            <v:imagedata r:id="rId378" o:title=""/>
          </v:shape>
          <o:OLEObject Type="Embed" ProgID="Equation.DSMT4" ShapeID="_x0000_i1207" DrawAspect="Content" ObjectID="_1808504203" r:id="rId379"/>
        </w:object>
      </w:r>
      <w:r w:rsidRPr="00453277">
        <w:rPr>
          <w:rFonts w:eastAsia="Calibri" w:cs="Times New Roman"/>
          <w:position w:val="-14"/>
          <w:szCs w:val="24"/>
        </w:rPr>
        <w:object w:dxaOrig="1560" w:dyaOrig="400">
          <v:shape id="_x0000_i1208" type="#_x0000_t75" style="width:78pt;height:19.85pt" o:ole="">
            <v:imagedata r:id="rId380" o:title=""/>
          </v:shape>
          <o:OLEObject Type="Embed" ProgID="Equation.DSMT4" ShapeID="_x0000_i1208" DrawAspect="Content" ObjectID="_1808504204" r:id="rId381"/>
        </w:object>
      </w:r>
      <w:r w:rsidRPr="00453277">
        <w:rPr>
          <w:rFonts w:eastAsia="Calibri" w:cs="Times New Roman"/>
          <w:szCs w:val="24"/>
          <w:lang w:val="nl-NL"/>
        </w:rPr>
        <w:t xml:space="preserve">, trong đó </w:t>
      </w:r>
      <w:r w:rsidRPr="00453277">
        <w:rPr>
          <w:rFonts w:eastAsia="Calibri" w:cs="Times New Roman"/>
          <w:position w:val="-6"/>
          <w:szCs w:val="24"/>
        </w:rPr>
        <w:object w:dxaOrig="139" w:dyaOrig="240">
          <v:shape id="_x0000_i1209" type="#_x0000_t75" style="width:6.9pt;height:12pt" o:ole="">
            <v:imagedata r:id="rId382" o:title=""/>
          </v:shape>
          <o:OLEObject Type="Embed" ProgID="Equation.DSMT4" ShapeID="_x0000_i1209" DrawAspect="Content" ObjectID="_1808504205" r:id="rId383"/>
        </w:object>
      </w:r>
      <w:r w:rsidRPr="00453277">
        <w:rPr>
          <w:rFonts w:eastAsia="Calibri" w:cs="Times New Roman"/>
          <w:szCs w:val="24"/>
          <w:lang w:val="nl-NL"/>
        </w:rPr>
        <w:t xml:space="preserve"> là thời gian tính bằng giây kể từ khi bắt đầu tăng tốc. Biết rằng ô tô nhập làn sau 12 giây và duy trì sự tăng tốc trong 20 giây kể từ khi bắt đầu tăng tốc.</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lang w:val="nl-NL"/>
        </w:rPr>
      </w:pPr>
      <w:r w:rsidRPr="00453277">
        <w:rPr>
          <w:rFonts w:eastAsia="Calibri" w:cs="Times New Roman"/>
          <w:b/>
          <w:u w:val="single"/>
        </w:rPr>
        <w:t>a)</w:t>
      </w:r>
      <w:r w:rsidRPr="00453277">
        <w:rPr>
          <w:rFonts w:eastAsia="Calibri" w:cs="Times New Roman"/>
          <w:lang w:val="nl-NL"/>
        </w:rPr>
        <w:t xml:space="preserve"> </w:t>
      </w:r>
      <w:r w:rsidRPr="00453277">
        <w:rPr>
          <w:rFonts w:eastAsia="Times New Roman" w:cs="Times New Roman"/>
          <w:b/>
          <w:color w:val="0000FF"/>
          <w:szCs w:val="24"/>
        </w:rPr>
        <w:t xml:space="preserve">[1] </w:t>
      </w:r>
      <w:r w:rsidRPr="00453277">
        <w:rPr>
          <w:rFonts w:eastAsia="Calibri" w:cs="Times New Roman"/>
          <w:lang w:val="nl-NL"/>
        </w:rPr>
        <w:t xml:space="preserve">Quãng đường ô tô đi được từ khi bắt đầu tăng tốc đến khi nhập làn là </w:t>
      </w:r>
      <w:r w:rsidRPr="00453277">
        <w:rPr>
          <w:rFonts w:eastAsia="Calibri" w:cs="Times New Roman"/>
          <w:position w:val="-10"/>
        </w:rPr>
        <w:object w:dxaOrig="639" w:dyaOrig="320">
          <v:shape id="_x0000_i1210" type="#_x0000_t75" style="width:31.85pt;height:16.15pt" o:ole="">
            <v:imagedata r:id="rId384" o:title=""/>
          </v:shape>
          <o:OLEObject Type="Embed" ProgID="Equation.DSMT4" ShapeID="_x0000_i1210" DrawAspect="Content" ObjectID="_1808504206" r:id="rId385"/>
        </w:object>
      </w:r>
      <w:r w:rsidRPr="00453277">
        <w:rPr>
          <w:rFonts w:eastAsia="Calibri" w:cs="Times New Roman"/>
          <w:lang w:val="nl-NL"/>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lang w:val="nl-NL"/>
        </w:rPr>
      </w:pPr>
      <w:r w:rsidRPr="00453277">
        <w:rPr>
          <w:rFonts w:eastAsia="Calibri" w:cs="Times New Roman"/>
          <w:b/>
          <w:u w:val="single"/>
        </w:rPr>
        <w:t>b)</w:t>
      </w:r>
      <w:r w:rsidRPr="00453277">
        <w:rPr>
          <w:rFonts w:eastAsia="Calibri" w:cs="Times New Roman"/>
          <w:lang w:val="nl-NL"/>
        </w:rPr>
        <w:t xml:space="preserve"> </w:t>
      </w:r>
      <w:r w:rsidRPr="00453277">
        <w:rPr>
          <w:rFonts w:eastAsia="Times New Roman" w:cs="Times New Roman"/>
          <w:b/>
          <w:color w:val="0000FF"/>
          <w:szCs w:val="24"/>
        </w:rPr>
        <w:t xml:space="preserve">[2] </w:t>
      </w:r>
      <w:r w:rsidRPr="00453277">
        <w:rPr>
          <w:rFonts w:eastAsia="Calibri" w:cs="Times New Roman"/>
          <w:lang w:val="nl-NL"/>
        </w:rPr>
        <w:t xml:space="preserve">Giá trị của </w:t>
      </w:r>
      <w:r w:rsidRPr="00453277">
        <w:rPr>
          <w:rFonts w:eastAsia="Calibri" w:cs="Times New Roman"/>
          <w:position w:val="-6"/>
        </w:rPr>
        <w:object w:dxaOrig="200" w:dyaOrig="279">
          <v:shape id="_x0000_i1211" type="#_x0000_t75" style="width:10.15pt;height:13.85pt" o:ole="">
            <v:imagedata r:id="rId386" o:title=""/>
          </v:shape>
          <o:OLEObject Type="Embed" ProgID="Equation.DSMT4" ShapeID="_x0000_i1211" DrawAspect="Content" ObjectID="_1808504207" r:id="rId387"/>
        </w:object>
      </w:r>
      <w:r w:rsidRPr="00453277">
        <w:rPr>
          <w:rFonts w:eastAsia="Calibri" w:cs="Times New Roman"/>
          <w:lang w:val="nl-NL"/>
        </w:rPr>
        <w:t xml:space="preserve"> là 10.</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lang w:val="nl-NL"/>
        </w:rPr>
      </w:pPr>
      <w:r w:rsidRPr="00453277">
        <w:rPr>
          <w:rFonts w:eastAsia="Calibri" w:cs="Times New Roman"/>
          <w:b/>
          <w:lang w:val="nl-NL"/>
        </w:rPr>
        <w:t>c)</w:t>
      </w:r>
      <w:r w:rsidRPr="00453277">
        <w:rPr>
          <w:rFonts w:eastAsia="Calibri" w:cs="Times New Roman"/>
          <w:lang w:val="nl-NL"/>
        </w:rPr>
        <w:t xml:space="preserve"> </w:t>
      </w:r>
      <w:r w:rsidRPr="00453277">
        <w:rPr>
          <w:rFonts w:eastAsia="Times New Roman" w:cs="Times New Roman"/>
          <w:b/>
          <w:color w:val="0000FF"/>
          <w:szCs w:val="24"/>
        </w:rPr>
        <w:t xml:space="preserve">[3] </w:t>
      </w:r>
      <w:r w:rsidRPr="00453277">
        <w:rPr>
          <w:rFonts w:eastAsia="Calibri" w:cs="Times New Roman"/>
          <w:lang w:val="nl-NL"/>
        </w:rPr>
        <w:t xml:space="preserve">Quãng đường </w:t>
      </w:r>
      <w:r w:rsidRPr="00453277">
        <w:rPr>
          <w:rFonts w:eastAsia="Calibri" w:cs="Times New Roman"/>
          <w:position w:val="-14"/>
        </w:rPr>
        <w:object w:dxaOrig="499" w:dyaOrig="400">
          <v:shape id="_x0000_i1212" type="#_x0000_t75" style="width:24.9pt;height:19.85pt" o:ole="">
            <v:imagedata r:id="rId388" o:title=""/>
          </v:shape>
          <o:OLEObject Type="Embed" ProgID="Equation.DSMT4" ShapeID="_x0000_i1212" DrawAspect="Content" ObjectID="_1808504208" r:id="rId389"/>
        </w:object>
      </w:r>
      <w:r w:rsidRPr="00453277">
        <w:rPr>
          <w:rFonts w:eastAsia="Calibri" w:cs="Times New Roman"/>
          <w:lang w:val="nl-NL"/>
        </w:rPr>
        <w:t xml:space="preserve"> (đơn vị: mét) mà ô tô đi được trong thời gian </w:t>
      </w:r>
      <w:r w:rsidRPr="00453277">
        <w:rPr>
          <w:rFonts w:eastAsia="Calibri" w:cs="Times New Roman"/>
          <w:position w:val="-6"/>
        </w:rPr>
        <w:object w:dxaOrig="139" w:dyaOrig="240">
          <v:shape id="_x0000_i1213" type="#_x0000_t75" style="width:6.9pt;height:12pt" o:ole="">
            <v:imagedata r:id="rId390" o:title=""/>
          </v:shape>
          <o:OLEObject Type="Embed" ProgID="Equation.DSMT4" ShapeID="_x0000_i1213" DrawAspect="Content" ObjectID="_1808504209" r:id="rId391"/>
        </w:object>
      </w:r>
      <w:r w:rsidRPr="00453277">
        <w:rPr>
          <w:rFonts w:eastAsia="Calibri" w:cs="Times New Roman"/>
          <w:lang w:val="nl-NL"/>
        </w:rPr>
        <w:t xml:space="preserve"> giây </w:t>
      </w:r>
      <w:r w:rsidRPr="00453277">
        <w:rPr>
          <w:rFonts w:eastAsia="Calibri" w:cs="Times New Roman"/>
          <w:position w:val="-14"/>
        </w:rPr>
        <w:object w:dxaOrig="1160" w:dyaOrig="400">
          <v:shape id="_x0000_i1214" type="#_x0000_t75" style="width:58.15pt;height:19.85pt" o:ole="">
            <v:imagedata r:id="rId392" o:title=""/>
          </v:shape>
          <o:OLEObject Type="Embed" ProgID="Equation.DSMT4" ShapeID="_x0000_i1214" DrawAspect="Content" ObjectID="_1808504210" r:id="rId393"/>
        </w:object>
      </w:r>
      <w:r w:rsidRPr="00453277">
        <w:rPr>
          <w:rFonts w:eastAsia="Calibri" w:cs="Times New Roman"/>
          <w:lang w:val="nl-NL"/>
        </w:rPr>
        <w:t xml:space="preserve"> kể từ khi tăng tốc được tính theo công thức </w:t>
      </w:r>
      <w:r w:rsidRPr="00453277">
        <w:rPr>
          <w:rFonts w:eastAsia="Calibri" w:cs="Times New Roman"/>
          <w:position w:val="-32"/>
        </w:rPr>
        <w:object w:dxaOrig="1560" w:dyaOrig="740">
          <v:shape id="_x0000_i1215" type="#_x0000_t75" style="width:78pt;height:36.9pt" o:ole="">
            <v:imagedata r:id="rId394" o:title=""/>
          </v:shape>
          <o:OLEObject Type="Embed" ProgID="Equation.DSMT4" ShapeID="_x0000_i1215" DrawAspect="Content" ObjectID="_1808504211" r:id="rId395"/>
        </w:object>
      </w:r>
      <w:r w:rsidRPr="00453277">
        <w:rPr>
          <w:rFonts w:eastAsia="Calibri" w:cs="Times New Roman"/>
          <w:lang w:val="nl-NL"/>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lang w:val="nl-NL"/>
        </w:rPr>
      </w:pPr>
      <w:r w:rsidRPr="00453277">
        <w:rPr>
          <w:rFonts w:eastAsia="Calibri" w:cs="Times New Roman"/>
          <w:b/>
          <w:lang w:val="nl-NL"/>
        </w:rPr>
        <w:t>d)</w:t>
      </w:r>
      <w:r w:rsidRPr="00453277">
        <w:rPr>
          <w:rFonts w:eastAsia="Calibri" w:cs="Times New Roman"/>
          <w:lang w:val="nl-NL"/>
        </w:rPr>
        <w:t xml:space="preserve"> </w:t>
      </w:r>
      <w:r w:rsidRPr="00453277">
        <w:rPr>
          <w:rFonts w:eastAsia="Times New Roman" w:cs="Times New Roman"/>
          <w:b/>
          <w:color w:val="0000FF"/>
          <w:szCs w:val="24"/>
        </w:rPr>
        <w:t xml:space="preserve">[4] </w:t>
      </w:r>
      <w:r w:rsidRPr="00453277">
        <w:rPr>
          <w:rFonts w:eastAsia="Calibri" w:cs="Times New Roman"/>
          <w:lang w:val="nl-NL"/>
        </w:rPr>
        <w:t xml:space="preserve">Sau 20 giây kể từ khi tăng tốc, tốc độ của ô tô không vượt qua tốc độ tối đa cho phép là </w:t>
      </w:r>
      <w:r w:rsidRPr="00453277">
        <w:rPr>
          <w:rFonts w:eastAsia="Calibri" w:cs="Times New Roman"/>
          <w:position w:val="-10"/>
        </w:rPr>
        <w:object w:dxaOrig="920" w:dyaOrig="320">
          <v:shape id="_x0000_i1216" type="#_x0000_t75" style="width:46.15pt;height:16.15pt" o:ole="">
            <v:imagedata r:id="rId396" o:title=""/>
          </v:shape>
          <o:OLEObject Type="Embed" ProgID="Equation.DSMT4" ShapeID="_x0000_i1216" DrawAspect="Content" ObjectID="_1808504212" r:id="rId397"/>
        </w:object>
      </w:r>
      <w:r w:rsidRPr="00453277">
        <w:rPr>
          <w:rFonts w:eastAsia="Calibri" w:cs="Times New Roman"/>
          <w:lang w:val="nl-NL"/>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color w:val="0000FF"/>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a) Đúng.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Tốc độ ban đầu của ô tô là: </w:t>
      </w:r>
      <w:r w:rsidRPr="00453277">
        <w:rPr>
          <w:rFonts w:eastAsia="Calibri" w:cs="Times New Roman"/>
          <w:position w:val="-10"/>
        </w:rPr>
        <w:object w:dxaOrig="1660" w:dyaOrig="320">
          <v:shape id="_x0000_i1217" type="#_x0000_t75" style="width:83.1pt;height:16.15pt" o:ole="">
            <v:imagedata r:id="rId398" o:title=""/>
          </v:shape>
          <o:OLEObject Type="Embed" ProgID="Equation.DSMT4" ShapeID="_x0000_i1217" DrawAspect="Content" ObjectID="_1808504213" r:id="rId399"/>
        </w:object>
      </w:r>
      <w:r w:rsidRPr="00453277">
        <w:rPr>
          <w:rFonts w:eastAsia="Calibri" w:cs="Times New Roman"/>
          <w:lang w:val="nl-NL"/>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Quãng đường ô tô di chuyển trong 5 giây đầu tiên là: </w:t>
      </w:r>
      <w:r w:rsidRPr="00453277">
        <w:rPr>
          <w:rFonts w:eastAsia="Calibri" w:cs="Times New Roman"/>
          <w:position w:val="-14"/>
        </w:rPr>
        <w:object w:dxaOrig="1800" w:dyaOrig="400">
          <v:shape id="_x0000_i1218" type="#_x0000_t75" style="width:90pt;height:19.85pt" o:ole="">
            <v:imagedata r:id="rId400" o:title=""/>
          </v:shape>
          <o:OLEObject Type="Embed" ProgID="Equation.DSMT4" ShapeID="_x0000_i1218" DrawAspect="Content" ObjectID="_1808504214" r:id="rId401"/>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Quãng đường ô tô đi được kể từ khi bắt đầu tăng tốc đến lúc nhập làn là: </w:t>
      </w:r>
      <w:r w:rsidRPr="00453277">
        <w:rPr>
          <w:rFonts w:eastAsia="Calibri" w:cs="Times New Roman"/>
          <w:position w:val="-14"/>
        </w:rPr>
        <w:object w:dxaOrig="3340" w:dyaOrig="400">
          <v:shape id="_x0000_i1219" type="#_x0000_t75" style="width:166.6pt;height:19.85pt" o:ole="">
            <v:imagedata r:id="rId402" o:title=""/>
          </v:shape>
          <o:OLEObject Type="Embed" ProgID="Equation.DSMT4" ShapeID="_x0000_i1219" DrawAspect="Content" ObjectID="_1808504215" r:id="rId403"/>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b) Đúng.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lang w:val="nl-NL"/>
        </w:rPr>
      </w:pPr>
      <w:r w:rsidRPr="00453277">
        <w:rPr>
          <w:rFonts w:eastAsia="Calibri" w:cs="Times New Roman"/>
          <w:lang w:val="nl-NL"/>
        </w:rPr>
        <w:t xml:space="preserve">Thời điểm bắt đầu tăng tốc thì vận tốc của xe ô tô là </w:t>
      </w:r>
      <w:r w:rsidRPr="00453277">
        <w:rPr>
          <w:rFonts w:eastAsia="Calibri" w:cs="Times New Roman"/>
          <w:position w:val="-10"/>
        </w:rPr>
        <w:object w:dxaOrig="680" w:dyaOrig="320">
          <v:shape id="_x0000_i1220" type="#_x0000_t75" style="width:34.15pt;height:16.15pt" o:ole="">
            <v:imagedata r:id="rId404" o:title=""/>
          </v:shape>
          <o:OLEObject Type="Embed" ProgID="Equation.DSMT4" ShapeID="_x0000_i1220" DrawAspect="Content" ObjectID="_1808504216" r:id="rId405"/>
        </w:object>
      </w:r>
      <w:r w:rsidRPr="00453277">
        <w:rPr>
          <w:rFonts w:eastAsia="Calibri" w:cs="Times New Roman"/>
          <w:lang w:val="nl-NL"/>
        </w:rPr>
        <w:t xml:space="preserve"> do đó </w:t>
      </w:r>
      <w:r w:rsidRPr="00453277">
        <w:rPr>
          <w:rFonts w:eastAsia="Calibri" w:cs="Times New Roman"/>
          <w:position w:val="-6"/>
        </w:rPr>
        <w:object w:dxaOrig="2079" w:dyaOrig="279">
          <v:shape id="_x0000_i1221" type="#_x0000_t75" style="width:103.85pt;height:13.85pt" o:ole="">
            <v:imagedata r:id="rId406" o:title=""/>
          </v:shape>
          <o:OLEObject Type="Embed" ProgID="Equation.DSMT4" ShapeID="_x0000_i1221" DrawAspect="Content" ObjectID="_1808504217" r:id="rId407"/>
        </w:object>
      </w:r>
      <w:r w:rsidRPr="00453277">
        <w:rPr>
          <w:rFonts w:eastAsia="Calibri" w:cs="Times New Roman"/>
          <w:lang w:val="nl-NL"/>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lastRenderedPageBreak/>
        <w:t>c) Sai.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lang w:val="nl-NL"/>
        </w:rPr>
      </w:pPr>
      <w:r w:rsidRPr="00453277">
        <w:rPr>
          <w:rFonts w:eastAsia="Calibri" w:cs="Times New Roman"/>
          <w:lang w:val="nl-NL"/>
        </w:rPr>
        <w:t xml:space="preserve">Quãng đường </w:t>
      </w:r>
      <w:r w:rsidRPr="00453277">
        <w:rPr>
          <w:rFonts w:eastAsia="Calibri" w:cs="Times New Roman"/>
          <w:position w:val="-14"/>
        </w:rPr>
        <w:object w:dxaOrig="499" w:dyaOrig="400">
          <v:shape id="_x0000_i1222" type="#_x0000_t75" style="width:24.9pt;height:19.85pt" o:ole="">
            <v:imagedata r:id="rId408" o:title=""/>
          </v:shape>
          <o:OLEObject Type="Embed" ProgID="Equation.DSMT4" ShapeID="_x0000_i1222" DrawAspect="Content" ObjectID="_1808504218" r:id="rId409"/>
        </w:object>
      </w:r>
      <w:r w:rsidRPr="00453277">
        <w:rPr>
          <w:rFonts w:eastAsia="Calibri" w:cs="Times New Roman"/>
          <w:lang w:val="nl-NL"/>
        </w:rPr>
        <w:t xml:space="preserve"> mà ô tô đi được trong thời gian </w:t>
      </w:r>
      <w:r w:rsidRPr="00453277">
        <w:rPr>
          <w:rFonts w:eastAsia="Calibri" w:cs="Times New Roman"/>
          <w:position w:val="-6"/>
        </w:rPr>
        <w:object w:dxaOrig="139" w:dyaOrig="240">
          <v:shape id="_x0000_i1223" type="#_x0000_t75" style="width:6.9pt;height:12pt" o:ole="">
            <v:imagedata r:id="rId410" o:title=""/>
          </v:shape>
          <o:OLEObject Type="Embed" ProgID="Equation.DSMT4" ShapeID="_x0000_i1223" DrawAspect="Content" ObjectID="_1808504219" r:id="rId411"/>
        </w:object>
      </w:r>
      <w:r w:rsidRPr="00453277">
        <w:rPr>
          <w:rFonts w:eastAsia="Calibri" w:cs="Times New Roman"/>
          <w:lang w:val="nl-NL"/>
        </w:rPr>
        <w:t xml:space="preserve"> giây </w:t>
      </w:r>
      <w:r w:rsidRPr="00453277">
        <w:rPr>
          <w:rFonts w:eastAsia="Calibri" w:cs="Times New Roman"/>
          <w:position w:val="-14"/>
        </w:rPr>
        <w:object w:dxaOrig="1160" w:dyaOrig="400">
          <v:shape id="_x0000_i1224" type="#_x0000_t75" style="width:58.15pt;height:19.85pt" o:ole="">
            <v:imagedata r:id="rId412" o:title=""/>
          </v:shape>
          <o:OLEObject Type="Embed" ProgID="Equation.DSMT4" ShapeID="_x0000_i1224" DrawAspect="Content" ObjectID="_1808504220" r:id="rId413"/>
        </w:object>
      </w:r>
      <w:r w:rsidRPr="00453277">
        <w:rPr>
          <w:rFonts w:eastAsia="Calibri" w:cs="Times New Roman"/>
          <w:lang w:val="nl-NL"/>
        </w:rPr>
        <w:t xml:space="preserve"> kể từ khi tăng tốc được tính theo công thức </w:t>
      </w:r>
      <w:r w:rsidRPr="00453277">
        <w:rPr>
          <w:rFonts w:eastAsia="Calibri" w:cs="Times New Roman"/>
          <w:position w:val="-32"/>
        </w:rPr>
        <w:object w:dxaOrig="1520" w:dyaOrig="740">
          <v:shape id="_x0000_i1225" type="#_x0000_t75" style="width:76.15pt;height:36.9pt" o:ole="">
            <v:imagedata r:id="rId414" o:title=""/>
          </v:shape>
          <o:OLEObject Type="Embed" ProgID="Equation.DSMT4" ShapeID="_x0000_i1225" DrawAspect="Content" ObjectID="_1808504221" r:id="rId415"/>
        </w:object>
      </w:r>
      <w:r w:rsidRPr="00453277">
        <w:rPr>
          <w:rFonts w:eastAsia="Calibri" w:cs="Times New Roman"/>
          <w:lang w:val="nl-NL"/>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d) Sai.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Biết xe nhập làn sau 12 giây kể từ khi tăng tốc nên ta có:</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34"/>
        </w:rPr>
        <w:object w:dxaOrig="7160" w:dyaOrig="840">
          <v:shape id="_x0000_i1226" type="#_x0000_t75" style="width:358.15pt;height:42pt" o:ole="">
            <v:imagedata r:id="rId416" o:title=""/>
          </v:shape>
          <o:OLEObject Type="Embed" ProgID="Equation.DSMT4" ShapeID="_x0000_i1226" DrawAspect="Content" ObjectID="_1808504222" r:id="rId417"/>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Khi đó </w:t>
      </w:r>
      <w:r w:rsidRPr="00453277">
        <w:rPr>
          <w:rFonts w:eastAsia="Calibri" w:cs="Times New Roman"/>
          <w:position w:val="-24"/>
        </w:rPr>
        <w:object w:dxaOrig="2100" w:dyaOrig="620">
          <v:shape id="_x0000_i1227" type="#_x0000_t75" style="width:105.25pt;height:30.9pt" o:ole="">
            <v:imagedata r:id="rId418" o:title=""/>
          </v:shape>
          <o:OLEObject Type="Embed" ProgID="Equation.DSMT4" ShapeID="_x0000_i1227" DrawAspect="Content" ObjectID="_1808504223" r:id="rId419"/>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Tốc độ của xe sau 20 giây kể từ khi tăng tốc là:</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24"/>
        </w:rPr>
        <w:object w:dxaOrig="5600" w:dyaOrig="620">
          <v:shape id="_x0000_i1228" type="#_x0000_t75" style="width:280.6pt;height:30.9pt" o:ole="">
            <v:imagedata r:id="rId420" o:title=""/>
          </v:shape>
          <o:OLEObject Type="Embed" ProgID="Equation.DSMT4" ShapeID="_x0000_i1228" DrawAspect="Content" ObjectID="_1808504224" r:id="rId421"/>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lang w:val="nl-NL"/>
        </w:rPr>
        <w:t xml:space="preserve">Sau 20 giây kể từ khi tăng tốc, tốc độ của ô tô vượt tốc độ tối đa cho phép là </w:t>
      </w:r>
      <w:r w:rsidRPr="00453277">
        <w:rPr>
          <w:rFonts w:eastAsia="Calibri" w:cs="Times New Roman"/>
          <w:position w:val="-10"/>
        </w:rPr>
        <w:object w:dxaOrig="920" w:dyaOrig="320">
          <v:shape id="_x0000_i1229" type="#_x0000_t75" style="width:46.15pt;height:16.15pt" o:ole="">
            <v:imagedata r:id="rId422" o:title=""/>
          </v:shape>
          <o:OLEObject Type="Embed" ProgID="Equation.DSMT4" ShapeID="_x0000_i1229" DrawAspect="Content" ObjectID="_1808504225" r:id="rId423"/>
        </w:object>
      </w:r>
      <w:r w:rsidRPr="00453277">
        <w:rPr>
          <w:rFonts w:eastAsia="Calibri" w:cs="Times New Roman"/>
          <w:lang w:val="nl-NL"/>
        </w:rPr>
        <w:t>.</w:t>
      </w:r>
    </w:p>
    <w:p w:rsidR="00453277" w:rsidRPr="00453277" w:rsidRDefault="00453277" w:rsidP="00453277">
      <w:pPr>
        <w:numPr>
          <w:ilvl w:val="0"/>
          <w:numId w:val="30"/>
        </w:numPr>
        <w:spacing w:before="0" w:after="0" w:line="259" w:lineRule="auto"/>
        <w:rPr>
          <w:rFonts w:eastAsia="Calibri" w:cs="Times New Roman"/>
          <w:szCs w:val="24"/>
        </w:rPr>
      </w:pPr>
      <w:r w:rsidRPr="00453277">
        <w:rPr>
          <w:rFonts w:eastAsia="Calibri" w:cs="Times New Roman"/>
          <w:szCs w:val="24"/>
        </w:rPr>
        <w:t xml:space="preserve">Nguồn sáng phát ra từ một cây đèn pin khi chiếu vào một quả cầu phản quang sẽ cho ta hình ảnh của một mặt cầu tiếp xúc với các đường sinh của một hình nón (xem hình vẽ). giả sử nguồn sáng phát ra từ điểm </w:t>
      </w:r>
      <w:r w:rsidRPr="00453277">
        <w:rPr>
          <w:rFonts w:eastAsia="Calibri" w:cs="Times New Roman"/>
          <w:position w:val="-4"/>
          <w:szCs w:val="24"/>
        </w:rPr>
        <w:object w:dxaOrig="324" w:dyaOrig="264">
          <v:shape id="_x0000_i1230" type="#_x0000_t75" style="width:16.15pt;height:12.9pt" o:ole="">
            <v:imagedata r:id="rId424" o:title=""/>
          </v:shape>
          <o:OLEObject Type="Embed" ProgID="Equation.DSMT4" ShapeID="_x0000_i1230" DrawAspect="Content" ObjectID="_1808504226" r:id="rId425"/>
        </w:object>
      </w:r>
      <w:r w:rsidRPr="00453277">
        <w:rPr>
          <w:rFonts w:eastAsia="Calibri" w:cs="Times New Roman"/>
          <w:szCs w:val="24"/>
        </w:rPr>
        <w:t xml:space="preserve">, trong một hệ trục toạ độ </w:t>
      </w:r>
      <w:r w:rsidRPr="00453277">
        <w:rPr>
          <w:rFonts w:eastAsia="Calibri" w:cs="Times New Roman"/>
          <w:position w:val="-10"/>
          <w:szCs w:val="24"/>
        </w:rPr>
        <w:object w:dxaOrig="564" w:dyaOrig="324">
          <v:shape id="_x0000_i1231" type="#_x0000_t75" style="width:28.15pt;height:16.15pt" o:ole="">
            <v:imagedata r:id="rId426" o:title=""/>
          </v:shape>
          <o:OLEObject Type="Embed" ProgID="Equation.DSMT4" ShapeID="_x0000_i1231" DrawAspect="Content" ObjectID="_1808504227" r:id="rId427"/>
        </w:object>
      </w:r>
      <w:r w:rsidRPr="00453277">
        <w:rPr>
          <w:rFonts w:eastAsia="Calibri" w:cs="Times New Roman"/>
          <w:szCs w:val="24"/>
        </w:rPr>
        <w:t xml:space="preserve"> cho sẵn với đơn vị trên mỗi trục là mét, các tiếp tuyến </w:t>
      </w:r>
      <w:r w:rsidRPr="00453277">
        <w:rPr>
          <w:rFonts w:eastAsia="Calibri" w:cs="Times New Roman"/>
          <w:position w:val="-10"/>
          <w:szCs w:val="24"/>
        </w:rPr>
        <w:object w:dxaOrig="1308" w:dyaOrig="324">
          <v:shape id="_x0000_i1232" type="#_x0000_t75" style="width:65.55pt;height:16.15pt" o:ole="">
            <v:imagedata r:id="rId428" o:title=""/>
          </v:shape>
          <o:OLEObject Type="Embed" ProgID="Equation.DSMT4" ShapeID="_x0000_i1232" DrawAspect="Content" ObjectID="_1808504228" r:id="rId429"/>
        </w:object>
      </w:r>
      <w:r w:rsidRPr="00453277">
        <w:rPr>
          <w:rFonts w:eastAsia="Calibri" w:cs="Times New Roman"/>
          <w:szCs w:val="24"/>
        </w:rPr>
        <w:t xml:space="preserve"> thoả mãn </w:t>
      </w:r>
      <w:r w:rsidRPr="00453277">
        <w:rPr>
          <w:rFonts w:eastAsia="Calibri" w:cs="Times New Roman"/>
          <w:position w:val="-10"/>
          <w:szCs w:val="24"/>
        </w:rPr>
        <w:object w:dxaOrig="3636" w:dyaOrig="360">
          <v:shape id="_x0000_i1233" type="#_x0000_t75" style="width:181.85pt;height:18pt" o:ole="">
            <v:imagedata r:id="rId430" o:title=""/>
          </v:shape>
          <o:OLEObject Type="Embed" ProgID="Equation.DSMT4" ShapeID="_x0000_i1233" DrawAspect="Content" ObjectID="_1808504229" r:id="rId431"/>
        </w:object>
      </w:r>
      <w:r w:rsidRPr="00453277">
        <w:rPr>
          <w:rFonts w:eastAsia="Calibri" w:cs="Times New Roman"/>
          <w:szCs w:val="24"/>
        </w:rPr>
        <w:t xml:space="preserve">. Mặt cầu </w:t>
      </w:r>
      <w:r w:rsidRPr="00453277">
        <w:rPr>
          <w:rFonts w:eastAsia="Calibri" w:cs="Times New Roman"/>
          <w:position w:val="-10"/>
          <w:szCs w:val="24"/>
        </w:rPr>
        <w:object w:dxaOrig="384" w:dyaOrig="324">
          <v:shape id="_x0000_i1234" type="#_x0000_t75" style="width:18.9pt;height:16.15pt" o:ole="">
            <v:imagedata r:id="rId432" o:title=""/>
          </v:shape>
          <o:OLEObject Type="Embed" ProgID="Equation.DSMT4" ShapeID="_x0000_i1234" DrawAspect="Content" ObjectID="_1808504230" r:id="rId433"/>
        </w:object>
      </w:r>
      <w:r w:rsidRPr="00453277">
        <w:rPr>
          <w:rFonts w:eastAsia="Calibri" w:cs="Times New Roman"/>
          <w:szCs w:val="24"/>
        </w:rPr>
        <w:t xml:space="preserve"> có phương trình</w:t>
      </w:r>
      <w:r w:rsidRPr="00453277">
        <w:rPr>
          <w:rFonts w:eastAsia="Calibri" w:cs="Times New Roman"/>
          <w:position w:val="-10"/>
          <w:szCs w:val="24"/>
        </w:rPr>
        <w:object w:dxaOrig="3348" w:dyaOrig="360">
          <v:shape id="_x0000_i1235" type="#_x0000_t75" style="width:167.55pt;height:18pt" o:ole="">
            <v:imagedata r:id="rId434" o:title=""/>
          </v:shape>
          <o:OLEObject Type="Embed" ProgID="Equation.DSMT4" ShapeID="_x0000_i1235" DrawAspect="Content" ObjectID="_1808504231" r:id="rId435"/>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szCs w:val="24"/>
        </w:rPr>
      </w:pPr>
      <w:r w:rsidRPr="00453277">
        <w:rPr>
          <w:rFonts w:eastAsia="Calibri" w:cs="Times New Roman"/>
          <w:noProof/>
        </w:rPr>
        <w:drawing>
          <wp:inline distT="0" distB="0" distL="0" distR="0" wp14:anchorId="4614F1FA" wp14:editId="2C93EEE5">
            <wp:extent cx="5364480" cy="16265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387950" cy="1633646"/>
                    </a:xfrm>
                    <a:prstGeom prst="rect">
                      <a:avLst/>
                    </a:prstGeom>
                    <a:noFill/>
                    <a:ln>
                      <a:noFill/>
                    </a:ln>
                  </pic:spPr>
                </pic:pic>
              </a:graphicData>
            </a:graphic>
          </wp:inline>
        </w:drawing>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szCs w:val="24"/>
          <w:lang w:val="nl-NL"/>
        </w:rPr>
      </w:pPr>
      <w:r w:rsidRPr="00453277">
        <w:rPr>
          <w:rFonts w:eastAsia="Calibri" w:cs="Times New Roman"/>
          <w:b/>
          <w:color w:val="0000FF"/>
          <w:szCs w:val="24"/>
          <w:u w:val="single"/>
          <w:lang w:val="nl-NL"/>
        </w:rPr>
        <w:t>a</w:t>
      </w:r>
      <w:r w:rsidRPr="00453277">
        <w:rPr>
          <w:rFonts w:eastAsia="Calibri" w:cs="Times New Roman"/>
          <w:b/>
          <w:color w:val="0000FF"/>
          <w:szCs w:val="24"/>
          <w:lang w:val="nl-NL"/>
        </w:rPr>
        <w:t>)</w:t>
      </w:r>
      <w:r w:rsidRPr="00453277">
        <w:rPr>
          <w:rFonts w:eastAsia="Calibri" w:cs="Times New Roman"/>
          <w:szCs w:val="24"/>
          <w:lang w:val="nl-NL"/>
        </w:rPr>
        <w:t xml:space="preserve"> </w:t>
      </w:r>
      <w:r w:rsidRPr="00453277">
        <w:rPr>
          <w:rFonts w:eastAsia="Times New Roman" w:cs="Times New Roman"/>
          <w:b/>
          <w:color w:val="0000FF"/>
          <w:szCs w:val="24"/>
        </w:rPr>
        <w:t xml:space="preserve">[1] </w:t>
      </w:r>
      <w:r w:rsidRPr="00453277">
        <w:rPr>
          <w:rFonts w:eastAsia="Calibri" w:cs="Times New Roman"/>
          <w:szCs w:val="24"/>
          <w:lang w:val="nl-NL"/>
        </w:rPr>
        <w:t xml:space="preserve">Mặt cầu (S) có tâm </w:t>
      </w:r>
      <w:r w:rsidRPr="00453277">
        <w:rPr>
          <w:rFonts w:eastAsia="Calibri" w:cs="Times New Roman"/>
          <w:position w:val="-14"/>
        </w:rPr>
        <w:object w:dxaOrig="1008" w:dyaOrig="396">
          <v:shape id="_x0000_i1236" type="#_x0000_t75" style="width:50.3pt;height:19.85pt" o:ole="">
            <v:imagedata r:id="rId437" o:title=""/>
          </v:shape>
          <o:OLEObject Type="Embed" ProgID="Equation.DSMT4" ShapeID="_x0000_i1236" DrawAspect="Content" ObjectID="_1808504232" r:id="rId438"/>
        </w:object>
      </w:r>
      <w:r w:rsidRPr="00453277">
        <w:rPr>
          <w:rFonts w:eastAsia="Calibri" w:cs="Times New Roman"/>
        </w:rPr>
        <w:t xml:space="preserve"> và bán kính </w:t>
      </w:r>
      <w:r w:rsidRPr="00453277">
        <w:rPr>
          <w:rFonts w:eastAsia="Calibri" w:cs="Times New Roman"/>
          <w:position w:val="-8"/>
        </w:rPr>
        <w:object w:dxaOrig="876" w:dyaOrig="360">
          <v:shape id="_x0000_i1237" type="#_x0000_t75" style="width:43.85pt;height:18pt" o:ole="">
            <v:imagedata r:id="rId439" o:title=""/>
          </v:shape>
          <o:OLEObject Type="Embed" ProgID="Equation.DSMT4" ShapeID="_x0000_i1237" DrawAspect="Content" ObjectID="_1808504233" r:id="rId440"/>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szCs w:val="24"/>
          <w:lang w:val="nl-NL"/>
        </w:rPr>
        <w:t>b)</w:t>
      </w:r>
      <w:r w:rsidRPr="00453277">
        <w:rPr>
          <w:rFonts w:eastAsia="Calibri" w:cs="Times New Roman"/>
          <w:szCs w:val="24"/>
          <w:lang w:val="nl-NL"/>
        </w:rPr>
        <w:t xml:space="preserve"> </w:t>
      </w:r>
      <w:r w:rsidRPr="00453277">
        <w:rPr>
          <w:rFonts w:eastAsia="Times New Roman" w:cs="Times New Roman"/>
          <w:b/>
          <w:color w:val="0000FF"/>
          <w:szCs w:val="24"/>
        </w:rPr>
        <w:t xml:space="preserve">[2] </w:t>
      </w:r>
      <w:r w:rsidRPr="00453277">
        <w:rPr>
          <w:rFonts w:eastAsia="Calibri" w:cs="Times New Roman"/>
          <w:szCs w:val="24"/>
          <w:lang w:val="nl-NL"/>
        </w:rPr>
        <w:t xml:space="preserve">Nếu đặt </w:t>
      </w:r>
      <w:r w:rsidRPr="00453277">
        <w:rPr>
          <w:rFonts w:eastAsia="Calibri" w:cs="Times New Roman"/>
          <w:position w:val="-6"/>
        </w:rPr>
        <w:object w:dxaOrig="2352" w:dyaOrig="276">
          <v:shape id="_x0000_i1238" type="#_x0000_t75" style="width:117.7pt;height:13.85pt" o:ole="">
            <v:imagedata r:id="rId441" o:title=""/>
          </v:shape>
          <o:OLEObject Type="Embed" ProgID="Equation.DSMT4" ShapeID="_x0000_i1238" DrawAspect="Content" ObjectID="_1808504234" r:id="rId442"/>
        </w:object>
      </w:r>
      <w:r w:rsidRPr="00453277">
        <w:rPr>
          <w:rFonts w:eastAsia="Calibri" w:cs="Times New Roman"/>
        </w:rPr>
        <w:t xml:space="preserve"> thì </w:t>
      </w:r>
      <w:r w:rsidRPr="00453277">
        <w:rPr>
          <w:rFonts w:eastAsia="Calibri" w:cs="Times New Roman"/>
          <w:position w:val="-10"/>
        </w:rPr>
        <w:object w:dxaOrig="2916" w:dyaOrig="384">
          <v:shape id="_x0000_i1239" type="#_x0000_t75" style="width:145.85pt;height:18.9pt" o:ole="">
            <v:imagedata r:id="rId443" o:title=""/>
          </v:shape>
          <o:OLEObject Type="Embed" ProgID="Equation.DSMT4" ShapeID="_x0000_i1239" DrawAspect="Content" ObjectID="_1808504235" r:id="rId444"/>
        </w:object>
      </w:r>
      <w:r w:rsidRPr="00453277">
        <w:rPr>
          <w:rFonts w:eastAsia="Calibri" w:cs="Times New Roman"/>
          <w:szCs w:val="24"/>
          <w:lang w:val="nl-NL"/>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szCs w:val="24"/>
          <w:lang w:val="nl-NL"/>
        </w:rPr>
      </w:pPr>
      <w:r w:rsidRPr="00453277">
        <w:rPr>
          <w:rFonts w:eastAsia="Calibri" w:cs="Times New Roman"/>
          <w:b/>
          <w:color w:val="0000FF"/>
          <w:szCs w:val="24"/>
          <w:lang w:val="nl-NL"/>
        </w:rPr>
        <w:t>c)</w:t>
      </w:r>
      <w:r w:rsidRPr="00453277">
        <w:rPr>
          <w:rFonts w:eastAsia="Calibri" w:cs="Times New Roman"/>
          <w:szCs w:val="24"/>
          <w:lang w:val="nl-NL"/>
        </w:rPr>
        <w:t xml:space="preserve"> </w:t>
      </w:r>
      <w:r w:rsidRPr="00453277">
        <w:rPr>
          <w:rFonts w:eastAsia="Times New Roman" w:cs="Times New Roman"/>
          <w:b/>
          <w:color w:val="0000FF"/>
          <w:szCs w:val="24"/>
        </w:rPr>
        <w:t xml:space="preserve">[3] </w:t>
      </w:r>
      <w:r w:rsidRPr="00453277">
        <w:rPr>
          <w:rFonts w:eastAsia="Calibri" w:cs="Times New Roman"/>
          <w:szCs w:val="24"/>
          <w:lang w:val="nl-NL"/>
        </w:rPr>
        <w:t xml:space="preserve">Tam giác </w:t>
      </w:r>
      <w:r w:rsidRPr="00453277">
        <w:rPr>
          <w:rFonts w:eastAsia="Calibri" w:cs="Times New Roman"/>
          <w:position w:val="-6"/>
        </w:rPr>
        <w:object w:dxaOrig="564" w:dyaOrig="276">
          <v:shape id="_x0000_i1240" type="#_x0000_t75" style="width:28.15pt;height:13.85pt" o:ole="">
            <v:imagedata r:id="rId445" o:title=""/>
          </v:shape>
          <o:OLEObject Type="Embed" ProgID="Equation.DSMT4" ShapeID="_x0000_i1240" DrawAspect="Content" ObjectID="_1808504236" r:id="rId446"/>
        </w:object>
      </w:r>
      <w:r w:rsidRPr="00453277">
        <w:rPr>
          <w:rFonts w:eastAsia="Calibri" w:cs="Times New Roman"/>
          <w:szCs w:val="24"/>
          <w:lang w:val="nl-NL"/>
        </w:rPr>
        <w:t xml:space="preserve"> cân.</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lang w:val="nl-NL"/>
        </w:rPr>
      </w:pPr>
      <w:r w:rsidRPr="00453277">
        <w:rPr>
          <w:rFonts w:eastAsia="Calibri" w:cs="Times New Roman"/>
          <w:b/>
          <w:color w:val="0000FF"/>
          <w:szCs w:val="24"/>
          <w:u w:val="single"/>
          <w:lang w:val="nl-NL"/>
        </w:rPr>
        <w:t>d</w:t>
      </w:r>
      <w:r w:rsidRPr="00453277">
        <w:rPr>
          <w:rFonts w:eastAsia="Calibri" w:cs="Times New Roman"/>
          <w:b/>
          <w:color w:val="0000FF"/>
          <w:szCs w:val="24"/>
          <w:lang w:val="nl-NL"/>
        </w:rPr>
        <w:t>)</w:t>
      </w:r>
      <w:r w:rsidRPr="00453277">
        <w:rPr>
          <w:rFonts w:eastAsia="Calibri" w:cs="Times New Roman"/>
          <w:szCs w:val="24"/>
          <w:lang w:val="nl-NL"/>
        </w:rPr>
        <w:t xml:space="preserve"> </w:t>
      </w:r>
      <w:r w:rsidRPr="00453277">
        <w:rPr>
          <w:rFonts w:eastAsia="Times New Roman" w:cs="Times New Roman"/>
          <w:b/>
          <w:color w:val="0000FF"/>
          <w:szCs w:val="24"/>
        </w:rPr>
        <w:t xml:space="preserve">[4] </w:t>
      </w:r>
      <w:r w:rsidRPr="00453277">
        <w:rPr>
          <w:rFonts w:eastAsia="Calibri" w:cs="Times New Roman"/>
          <w:szCs w:val="24"/>
          <w:lang w:val="nl-NL"/>
        </w:rPr>
        <w:t xml:space="preserve">Độ dài bé nhất của </w:t>
      </w:r>
      <w:r w:rsidRPr="00453277">
        <w:rPr>
          <w:rFonts w:eastAsia="Calibri" w:cs="Times New Roman"/>
          <w:position w:val="-6"/>
        </w:rPr>
        <w:object w:dxaOrig="468" w:dyaOrig="276">
          <v:shape id="_x0000_i1241" type="#_x0000_t75" style="width:23.55pt;height:13.85pt" o:ole="">
            <v:imagedata r:id="rId447" o:title=""/>
          </v:shape>
          <o:OLEObject Type="Embed" ProgID="Equation.DSMT4" ShapeID="_x0000_i1241" DrawAspect="Content" ObjectID="_1808504237" r:id="rId448"/>
        </w:object>
      </w:r>
      <w:r w:rsidRPr="00453277">
        <w:rPr>
          <w:rFonts w:eastAsia="Calibri" w:cs="Times New Roman"/>
          <w:szCs w:val="24"/>
          <w:lang w:val="nl-NL"/>
        </w:rPr>
        <w:t xml:space="preserve"> là </w:t>
      </w:r>
      <w:r w:rsidRPr="00453277">
        <w:rPr>
          <w:rFonts w:eastAsia="Calibri" w:cs="Times New Roman"/>
          <w:position w:val="-10"/>
        </w:rPr>
        <w:object w:dxaOrig="516" w:dyaOrig="324">
          <v:shape id="_x0000_i1242" type="#_x0000_t75" style="width:25.85pt;height:16.15pt" o:ole="">
            <v:imagedata r:id="rId449" o:title=""/>
          </v:shape>
          <o:OLEObject Type="Embed" ProgID="Equation.DSMT4" ShapeID="_x0000_i1242" DrawAspect="Content" ObjectID="_1808504238" r:id="rId450"/>
        </w:object>
      </w:r>
      <w:r w:rsidRPr="00453277">
        <w:rPr>
          <w:rFonts w:eastAsia="Calibri" w:cs="Times New Roman"/>
          <w:szCs w:val="24"/>
          <w:lang w:val="nl-NL"/>
        </w:rPr>
        <w:t>(kết quả được làm tròn đến hàng phần trăm).</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8000"/>
          <w:szCs w:val="24"/>
        </w:rPr>
      </w:pPr>
      <w:r w:rsidRPr="00453277">
        <w:rPr>
          <w:rFonts w:eastAsia="Calibri" w:cs="Times New Roman"/>
          <w:b/>
          <w:bCs/>
          <w:color w:val="0000FF"/>
          <w:szCs w:val="24"/>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b/>
          <w:color w:val="0000FF"/>
          <w:szCs w:val="24"/>
          <w:u w:val="single"/>
          <w:lang w:val="nl-NL"/>
        </w:rPr>
        <w:t>a</w:t>
      </w:r>
      <w:r w:rsidRPr="00453277">
        <w:rPr>
          <w:rFonts w:eastAsia="Calibri" w:cs="Times New Roman"/>
          <w:b/>
          <w:color w:val="0000FF"/>
          <w:szCs w:val="24"/>
          <w:lang w:val="nl-NL"/>
        </w:rPr>
        <w:t>)</w:t>
      </w:r>
      <w:r w:rsidRPr="00453277">
        <w:rPr>
          <w:rFonts w:eastAsia="Calibri" w:cs="Times New Roman"/>
          <w:szCs w:val="24"/>
          <w:lang w:val="nl-NL"/>
        </w:rPr>
        <w:t xml:space="preserve"> </w:t>
      </w:r>
      <w:r w:rsidRPr="00453277">
        <w:rPr>
          <w:rFonts w:eastAsia="Calibri" w:cs="Times New Roman"/>
          <w:bCs/>
          <w:szCs w:val="24"/>
        </w:rPr>
        <w:t>Đúng.</w:t>
      </w:r>
      <w:r w:rsidRPr="00453277">
        <w:rPr>
          <w:rFonts w:eastAsia="Calibri" w:cs="Times New Roman"/>
          <w:szCs w:val="24"/>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8000"/>
          <w:szCs w:val="24"/>
        </w:rPr>
      </w:pPr>
      <w:r w:rsidRPr="00453277">
        <w:rPr>
          <w:rFonts w:eastAsia="Calibri" w:cs="Times New Roman"/>
          <w:position w:val="-14"/>
        </w:rPr>
        <w:object w:dxaOrig="8916" w:dyaOrig="444">
          <v:shape id="_x0000_i1243" type="#_x0000_t75" style="width:445.85pt;height:22.15pt" o:ole="">
            <v:imagedata r:id="rId451" o:title=""/>
          </v:shape>
          <o:OLEObject Type="Embed" ProgID="Equation.DSMT4" ShapeID="_x0000_i1243" DrawAspect="Content" ObjectID="_1808504239" r:id="rId452"/>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lang w:val="nl-NL"/>
        </w:rPr>
      </w:pPr>
      <w:r w:rsidRPr="00453277">
        <w:rPr>
          <w:rFonts w:eastAsia="Calibri" w:cs="Times New Roman"/>
          <w:b/>
          <w:color w:val="0000FF"/>
          <w:szCs w:val="24"/>
          <w:lang w:val="nl-NL"/>
        </w:rPr>
        <w:t>b)</w:t>
      </w:r>
      <w:r w:rsidRPr="00453277">
        <w:rPr>
          <w:rFonts w:eastAsia="Calibri" w:cs="Times New Roman"/>
          <w:szCs w:val="24"/>
          <w:lang w:val="nl-NL"/>
        </w:rPr>
        <w:t xml:space="preserve"> </w:t>
      </w:r>
      <w:r w:rsidRPr="00453277">
        <w:rPr>
          <w:rFonts w:eastAsia="Calibri" w:cs="Times New Roman"/>
          <w:bCs/>
          <w:szCs w:val="24"/>
          <w:lang w:val="nl-NL"/>
        </w:rPr>
        <w:t>Sai.</w:t>
      </w:r>
      <w:r w:rsidRPr="00453277">
        <w:rPr>
          <w:rFonts w:eastAsia="Calibri" w:cs="Times New Roman"/>
          <w:szCs w:val="24"/>
          <w:lang w:val="nl-NL"/>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lang w:val="nl-NL"/>
        </w:rPr>
      </w:pPr>
      <w:r w:rsidRPr="00453277">
        <w:rPr>
          <w:rFonts w:eastAsia="Calibri" w:cs="Times New Roman"/>
          <w:szCs w:val="24"/>
          <w:lang w:val="nl-NL"/>
        </w:rPr>
        <w:t xml:space="preserve">Tam giác </w:t>
      </w:r>
      <w:bookmarkStart w:id="7" w:name="_Hlk193657494"/>
      <w:r w:rsidRPr="00453277">
        <w:rPr>
          <w:rFonts w:eastAsia="Calibri" w:cs="Times New Roman"/>
          <w:position w:val="-4"/>
        </w:rPr>
        <w:object w:dxaOrig="576" w:dyaOrig="264">
          <v:shape id="_x0000_i1244" type="#_x0000_t75" style="width:29.1pt;height:12.9pt" o:ole="">
            <v:imagedata r:id="rId453" o:title=""/>
          </v:shape>
          <o:OLEObject Type="Embed" ProgID="Equation.DSMT4" ShapeID="_x0000_i1244" DrawAspect="Content" ObjectID="_1808504240" r:id="rId454"/>
        </w:object>
      </w:r>
      <w:bookmarkEnd w:id="7"/>
      <w:r w:rsidRPr="00453277">
        <w:rPr>
          <w:rFonts w:eastAsia="Calibri" w:cs="Times New Roman"/>
        </w:rPr>
        <w:t xml:space="preserve"> đều nên </w:t>
      </w:r>
      <w:r w:rsidRPr="00453277">
        <w:rPr>
          <w:rFonts w:eastAsia="Calibri" w:cs="Times New Roman"/>
          <w:position w:val="-6"/>
        </w:rPr>
        <w:object w:dxaOrig="780" w:dyaOrig="276">
          <v:shape id="_x0000_i1245" type="#_x0000_t75" style="width:39.25pt;height:13.85pt" o:ole="">
            <v:imagedata r:id="rId455" o:title=""/>
          </v:shape>
          <o:OLEObject Type="Embed" ProgID="Equation.DSMT4" ShapeID="_x0000_i1245" DrawAspect="Content" ObjectID="_1808504241" r:id="rId456"/>
        </w:object>
      </w:r>
      <w:r w:rsidRPr="00453277">
        <w:rPr>
          <w:rFonts w:eastAsia="Calibri" w:cs="Times New Roman"/>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szCs w:val="24"/>
          <w:lang w:val="nl-NL"/>
        </w:rPr>
        <w:t xml:space="preserve">Tam giác </w:t>
      </w:r>
      <w:r w:rsidRPr="00453277">
        <w:rPr>
          <w:rFonts w:eastAsia="Calibri" w:cs="Times New Roman"/>
          <w:position w:val="-6"/>
        </w:rPr>
        <w:object w:dxaOrig="600" w:dyaOrig="276">
          <v:shape id="_x0000_i1246" type="#_x0000_t75" style="width:30pt;height:13.85pt" o:ole="">
            <v:imagedata r:id="rId457" o:title=""/>
          </v:shape>
          <o:OLEObject Type="Embed" ProgID="Equation.DSMT4" ShapeID="_x0000_i1246" DrawAspect="Content" ObjectID="_1808504242" r:id="rId458"/>
        </w:object>
      </w:r>
      <w:r w:rsidRPr="00453277">
        <w:rPr>
          <w:rFonts w:eastAsia="Calibri" w:cs="Times New Roman"/>
        </w:rPr>
        <w:t xml:space="preserve"> vuông cân tại M nên </w:t>
      </w:r>
      <w:r w:rsidRPr="00453277">
        <w:rPr>
          <w:rFonts w:eastAsia="Calibri" w:cs="Times New Roman"/>
          <w:position w:val="-6"/>
        </w:rPr>
        <w:object w:dxaOrig="1080" w:dyaOrig="336">
          <v:shape id="_x0000_i1247" type="#_x0000_t75" style="width:54pt;height:17.1pt" o:ole="">
            <v:imagedata r:id="rId459" o:title=""/>
          </v:shape>
          <o:OLEObject Type="Embed" ProgID="Equation.DSMT4" ShapeID="_x0000_i1247" DrawAspect="Content" ObjectID="_1808504243" r:id="rId460"/>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8000"/>
          <w:szCs w:val="24"/>
          <w:lang w:val="nl-NL"/>
        </w:rPr>
      </w:pPr>
      <w:r w:rsidRPr="00453277">
        <w:rPr>
          <w:rFonts w:eastAsia="Calibri" w:cs="Times New Roman"/>
        </w:rPr>
        <w:t xml:space="preserve">Tam giác </w:t>
      </w:r>
      <w:r w:rsidRPr="00453277">
        <w:rPr>
          <w:rFonts w:eastAsia="Calibri" w:cs="Times New Roman"/>
          <w:position w:val="-6"/>
        </w:rPr>
        <w:object w:dxaOrig="600" w:dyaOrig="276">
          <v:shape id="_x0000_i1248" type="#_x0000_t75" style="width:30pt;height:13.85pt" o:ole="">
            <v:imagedata r:id="rId461" o:title=""/>
          </v:shape>
          <o:OLEObject Type="Embed" ProgID="Equation.DSMT4" ShapeID="_x0000_i1248" DrawAspect="Content" ObjectID="_1808504244" r:id="rId462"/>
        </w:object>
      </w:r>
      <w:r w:rsidRPr="00453277">
        <w:rPr>
          <w:rFonts w:eastAsia="Calibri" w:cs="Times New Roman"/>
        </w:rPr>
        <w:t xml:space="preserve"> có </w:t>
      </w:r>
      <w:r w:rsidRPr="00453277">
        <w:rPr>
          <w:rFonts w:eastAsia="Calibri" w:cs="Times New Roman"/>
          <w:position w:val="-8"/>
        </w:rPr>
        <w:object w:dxaOrig="5220" w:dyaOrig="360">
          <v:shape id="_x0000_i1249" type="#_x0000_t75" style="width:261.25pt;height:18pt" o:ole="">
            <v:imagedata r:id="rId463" o:title=""/>
          </v:shape>
          <o:OLEObject Type="Embed" ProgID="Equation.DSMT4" ShapeID="_x0000_i1249" DrawAspect="Content" ObjectID="_1808504245" r:id="rId464"/>
        </w:object>
      </w:r>
      <w:r w:rsidRPr="00453277">
        <w:rPr>
          <w:rFonts w:eastAsia="Calibri" w:cs="Times New Roman"/>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lang w:val="nl-NL"/>
        </w:rPr>
      </w:pPr>
      <w:r w:rsidRPr="00453277">
        <w:rPr>
          <w:rFonts w:eastAsia="Calibri" w:cs="Times New Roman"/>
          <w:b/>
          <w:color w:val="0000FF"/>
          <w:szCs w:val="24"/>
          <w:lang w:val="nl-NL"/>
        </w:rPr>
        <w:t>c)</w:t>
      </w:r>
      <w:r w:rsidRPr="00453277">
        <w:rPr>
          <w:rFonts w:eastAsia="Calibri" w:cs="Times New Roman"/>
          <w:szCs w:val="24"/>
          <w:lang w:val="nl-NL"/>
        </w:rPr>
        <w:t xml:space="preserve"> </w:t>
      </w:r>
      <w:r w:rsidRPr="00453277">
        <w:rPr>
          <w:rFonts w:eastAsia="Calibri" w:cs="Times New Roman"/>
          <w:bCs/>
          <w:szCs w:val="24"/>
        </w:rPr>
        <w:t>Sai.</w:t>
      </w:r>
      <w:r w:rsidRPr="00453277">
        <w:rPr>
          <w:rFonts w:eastAsia="Calibri" w:cs="Times New Roman"/>
          <w:szCs w:val="24"/>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8000"/>
          <w:szCs w:val="24"/>
          <w:lang w:val="nl-NL"/>
        </w:rPr>
      </w:pPr>
      <w:r w:rsidRPr="00453277">
        <w:rPr>
          <w:rFonts w:eastAsia="Calibri" w:cs="Times New Roman"/>
          <w:szCs w:val="24"/>
          <w:lang w:val="nl-NL"/>
        </w:rPr>
        <w:t xml:space="preserve">Ta có </w:t>
      </w:r>
      <w:r w:rsidRPr="00453277">
        <w:rPr>
          <w:rFonts w:eastAsia="Calibri" w:cs="Times New Roman"/>
          <w:position w:val="-6"/>
        </w:rPr>
        <w:object w:dxaOrig="2712" w:dyaOrig="324">
          <v:shape id="_x0000_i1250" type="#_x0000_t75" style="width:135.7pt;height:16.15pt" o:ole="">
            <v:imagedata r:id="rId465" o:title=""/>
          </v:shape>
          <o:OLEObject Type="Embed" ProgID="Equation.DSMT4" ShapeID="_x0000_i1250" DrawAspect="Content" ObjectID="_1808504246" r:id="rId466"/>
        </w:object>
      </w:r>
      <w:r w:rsidRPr="00453277">
        <w:rPr>
          <w:rFonts w:eastAsia="Calibri" w:cs="Times New Roman"/>
          <w:position w:val="-6"/>
        </w:rPr>
        <w:object w:dxaOrig="564" w:dyaOrig="276">
          <v:shape id="_x0000_i1251" type="#_x0000_t75" style="width:28.15pt;height:13.85pt" o:ole="">
            <v:imagedata r:id="rId445" o:title=""/>
          </v:shape>
          <o:OLEObject Type="Embed" ProgID="Equation.DSMT4" ShapeID="_x0000_i1251" DrawAspect="Content" ObjectID="_1808504247" r:id="rId467"/>
        </w:object>
      </w:r>
      <w:r w:rsidRPr="00453277">
        <w:rPr>
          <w:rFonts w:eastAsia="Calibri" w:cs="Times New Roman"/>
        </w:rPr>
        <w:t xml:space="preserve"> vuông tại B.</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lang w:val="nl-NL"/>
        </w:rPr>
      </w:pPr>
      <w:r w:rsidRPr="00453277">
        <w:rPr>
          <w:rFonts w:eastAsia="Calibri" w:cs="Times New Roman"/>
          <w:b/>
          <w:color w:val="0000FF"/>
          <w:szCs w:val="24"/>
          <w:u w:val="single"/>
          <w:lang w:val="nl-NL"/>
        </w:rPr>
        <w:t>d</w:t>
      </w:r>
      <w:r w:rsidRPr="00453277">
        <w:rPr>
          <w:rFonts w:eastAsia="Calibri" w:cs="Times New Roman"/>
          <w:b/>
          <w:color w:val="0000FF"/>
          <w:szCs w:val="24"/>
          <w:lang w:val="nl-NL"/>
        </w:rPr>
        <w:t>)</w:t>
      </w:r>
      <w:r w:rsidRPr="00453277">
        <w:rPr>
          <w:rFonts w:eastAsia="Calibri" w:cs="Times New Roman"/>
          <w:szCs w:val="24"/>
          <w:lang w:val="nl-NL"/>
        </w:rPr>
        <w:t xml:space="preserve"> </w:t>
      </w:r>
      <w:r w:rsidRPr="00453277">
        <w:rPr>
          <w:rFonts w:eastAsia="Calibri" w:cs="Times New Roman"/>
          <w:bCs/>
          <w:szCs w:val="24"/>
          <w:lang w:val="nl-NL"/>
        </w:rPr>
        <w:t>Đúng.</w:t>
      </w:r>
      <w:r w:rsidRPr="00453277">
        <w:rPr>
          <w:rFonts w:eastAsia="Calibri" w:cs="Times New Roman"/>
          <w:szCs w:val="24"/>
          <w:lang w:val="nl-NL"/>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szCs w:val="24"/>
          <w:lang w:val="nl-NL"/>
        </w:rPr>
        <w:t xml:space="preserve">Gọi K là trung điểm của AC ta có 3 điểm </w:t>
      </w:r>
      <w:bookmarkStart w:id="8" w:name="_Hlk193664849"/>
      <w:r w:rsidRPr="00453277">
        <w:rPr>
          <w:rFonts w:eastAsia="Calibri" w:cs="Times New Roman"/>
          <w:position w:val="-10"/>
        </w:rPr>
        <w:object w:dxaOrig="816" w:dyaOrig="324">
          <v:shape id="_x0000_i1252" type="#_x0000_t75" style="width:41.1pt;height:16.15pt" o:ole="">
            <v:imagedata r:id="rId468" o:title=""/>
          </v:shape>
          <o:OLEObject Type="Embed" ProgID="Equation.DSMT4" ShapeID="_x0000_i1252" DrawAspect="Content" ObjectID="_1808504248" r:id="rId469"/>
        </w:object>
      </w:r>
      <w:bookmarkEnd w:id="8"/>
      <w:r w:rsidRPr="00453277">
        <w:rPr>
          <w:rFonts w:eastAsia="Calibri" w:cs="Times New Roman"/>
        </w:rPr>
        <w:t xml:space="preserve"> thẳng hàng.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szCs w:val="24"/>
          <w:lang w:val="nl-NL"/>
        </w:rPr>
        <w:t xml:space="preserve">Xét tam giác </w:t>
      </w:r>
      <w:r w:rsidRPr="00453277">
        <w:rPr>
          <w:rFonts w:eastAsia="Calibri" w:cs="Times New Roman"/>
          <w:position w:val="-4"/>
        </w:rPr>
        <w:object w:dxaOrig="540" w:dyaOrig="264">
          <v:shape id="_x0000_i1253" type="#_x0000_t75" style="width:27.25pt;height:12.9pt" o:ole="">
            <v:imagedata r:id="rId470" o:title=""/>
          </v:shape>
          <o:OLEObject Type="Embed" ProgID="Equation.DSMT4" ShapeID="_x0000_i1253" DrawAspect="Content" ObjectID="_1808504249" r:id="rId471"/>
        </w:object>
      </w:r>
      <w:r w:rsidRPr="00453277">
        <w:rPr>
          <w:rFonts w:eastAsia="Calibri" w:cs="Times New Roman"/>
        </w:rPr>
        <w:t xml:space="preserve"> vuông tại A ta có </w:t>
      </w:r>
      <w:r w:rsidRPr="00453277">
        <w:rPr>
          <w:rFonts w:eastAsia="Calibri" w:cs="Times New Roman"/>
          <w:position w:val="-24"/>
        </w:rPr>
        <w:object w:dxaOrig="3264" w:dyaOrig="684">
          <v:shape id="_x0000_i1254" type="#_x0000_t75" style="width:162.9pt;height:34.15pt" o:ole="">
            <v:imagedata r:id="rId472" o:title=""/>
          </v:shape>
          <o:OLEObject Type="Embed" ProgID="Equation.DSMT4" ShapeID="_x0000_i1254" DrawAspect="Content" ObjectID="_1808504250" r:id="rId473"/>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Ta có </w:t>
      </w:r>
      <w:r w:rsidRPr="00453277">
        <w:rPr>
          <w:rFonts w:eastAsia="Calibri" w:cs="Times New Roman"/>
          <w:position w:val="-10"/>
        </w:rPr>
        <w:object w:dxaOrig="4896" w:dyaOrig="384">
          <v:shape id="_x0000_i1255" type="#_x0000_t75" style="width:244.6pt;height:18.9pt" o:ole="">
            <v:imagedata r:id="rId474" o:title=""/>
          </v:shape>
          <o:OLEObject Type="Embed" ProgID="Equation.DSMT4" ShapeID="_x0000_i1255" DrawAspect="Content" ObjectID="_1808504251" r:id="rId475"/>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lang w:val="nl-NL"/>
        </w:rPr>
      </w:pPr>
      <w:r w:rsidRPr="00453277">
        <w:rPr>
          <w:rFonts w:eastAsia="Calibri" w:cs="Times New Roman"/>
        </w:rPr>
        <w:t xml:space="preserve">Đẳng thức xảy ra khi </w:t>
      </w:r>
      <w:r w:rsidRPr="00453277">
        <w:rPr>
          <w:rFonts w:eastAsia="Calibri" w:cs="Times New Roman"/>
          <w:position w:val="-10"/>
        </w:rPr>
        <w:object w:dxaOrig="780" w:dyaOrig="324">
          <v:shape id="_x0000_i1256" type="#_x0000_t75" style="width:39.25pt;height:16.15pt" o:ole="">
            <v:imagedata r:id="rId476" o:title=""/>
          </v:shape>
          <o:OLEObject Type="Embed" ProgID="Equation.DSMT4" ShapeID="_x0000_i1256" DrawAspect="Content" ObjectID="_1808504252" r:id="rId477"/>
        </w:object>
      </w:r>
      <w:r w:rsidRPr="00453277">
        <w:rPr>
          <w:rFonts w:eastAsia="Calibri" w:cs="Times New Roman"/>
        </w:rPr>
        <w:t xml:space="preserve"> thẳng hàng.</w:t>
      </w:r>
    </w:p>
    <w:p w:rsidR="00453277" w:rsidRPr="00453277" w:rsidRDefault="00453277" w:rsidP="00453277">
      <w:pPr>
        <w:spacing w:before="0" w:after="0" w:line="259" w:lineRule="auto"/>
        <w:rPr>
          <w:rFonts w:eastAsia="Calibri" w:cs="Times New Roman"/>
          <w:color w:val="FF0000"/>
          <w:szCs w:val="24"/>
        </w:rPr>
      </w:pPr>
      <w:r w:rsidRPr="00453277">
        <w:rPr>
          <w:rFonts w:eastAsia="Calibri" w:cs="Times New Roman"/>
          <w:b/>
          <w:bCs/>
          <w:color w:val="FF0000"/>
          <w:szCs w:val="24"/>
        </w:rPr>
        <w:t xml:space="preserve">PHẦN III. Câu trắc nghiệm trả lời ngắn (3,0 điểm). </w:t>
      </w:r>
      <w:r w:rsidRPr="00453277">
        <w:rPr>
          <w:rFonts w:eastAsia="Calibri" w:cs="Times New Roman"/>
          <w:bCs/>
          <w:color w:val="FF0000"/>
          <w:szCs w:val="24"/>
        </w:rPr>
        <w:t>Thí sinh trả lời từ câu 1 đến câu 6.</w:t>
      </w:r>
    </w:p>
    <w:p w:rsidR="00453277" w:rsidRPr="00453277" w:rsidRDefault="00453277" w:rsidP="00453277">
      <w:pPr>
        <w:numPr>
          <w:ilvl w:val="0"/>
          <w:numId w:val="31"/>
        </w:numPr>
        <w:spacing w:before="0" w:after="0" w:line="259" w:lineRule="auto"/>
        <w:rPr>
          <w:rFonts w:eastAsia="Calibri" w:cs="Times New Roman"/>
          <w:szCs w:val="24"/>
        </w:rPr>
      </w:pPr>
      <w:r w:rsidRPr="00453277">
        <w:rPr>
          <w:rFonts w:eastAsia="Calibri" w:cs="Times New Roman"/>
          <w:szCs w:val="24"/>
        </w:rPr>
        <w:lastRenderedPageBreak/>
        <w:t xml:space="preserve">Một xe ôtô chở khách du lịch có sức chứa tối đa 45 hành khách. Trong khu du lịch Mỹ Sơn, một đoàn khách gồm 60 người đang đi bộ và muốn thuê xe về khách sạn. Người lái xe đưa ra thỏa thuận với đoàn khách du lịch như sau: Nếu một chuyến xe chở </w:t>
      </w:r>
      <w:r w:rsidRPr="00453277">
        <w:rPr>
          <w:rFonts w:eastAsia="Calibri" w:cs="Times New Roman"/>
          <w:position w:val="-6"/>
          <w:szCs w:val="24"/>
        </w:rPr>
        <w:object w:dxaOrig="200" w:dyaOrig="220">
          <v:shape id="_x0000_i1257" type="#_x0000_t75" style="width:10.15pt;height:11.1pt" o:ole="">
            <v:imagedata r:id="rId478" o:title=""/>
          </v:shape>
          <o:OLEObject Type="Embed" ProgID="Equation.DSMT4" ShapeID="_x0000_i1257" DrawAspect="Content" ObjectID="_1808504253" r:id="rId479"/>
        </w:object>
      </w:r>
      <w:r w:rsidRPr="00453277">
        <w:rPr>
          <w:rFonts w:eastAsia="Calibri" w:cs="Times New Roman"/>
          <w:szCs w:val="24"/>
        </w:rPr>
        <w:t xml:space="preserve"> (người) thì giá tiền cho mỗi người là </w:t>
      </w:r>
      <w:r w:rsidRPr="00453277">
        <w:rPr>
          <w:rFonts w:eastAsia="Calibri" w:cs="Times New Roman"/>
          <w:position w:val="-24"/>
          <w:szCs w:val="24"/>
        </w:rPr>
        <w:object w:dxaOrig="1060" w:dyaOrig="720">
          <v:shape id="_x0000_i1258" type="#_x0000_t75" style="width:53.1pt;height:36pt" o:ole="">
            <v:imagedata r:id="rId480" o:title=""/>
          </v:shape>
          <o:OLEObject Type="Embed" ProgID="Equation.DSMT4" ShapeID="_x0000_i1258" DrawAspect="Content" ObjectID="_1808504254" r:id="rId481"/>
        </w:object>
      </w:r>
      <w:r w:rsidRPr="00453277">
        <w:rPr>
          <w:rFonts w:eastAsia="Calibri" w:cs="Times New Roman"/>
          <w:szCs w:val="24"/>
        </w:rPr>
        <w:t xml:space="preserve"> (nghìn đồng) và một chuyến không chở dưới 21 người. Hỏi với thỏa thuận như trên thì cần trả ít nhất bao nhiêu nghìn đồng để cả đoàn được đưa về khách sạn bằng xe du lịch?</w:t>
      </w:r>
      <w:bookmarkStart w:id="9" w:name="_Hlk195348527"/>
      <w:r w:rsidRPr="00453277">
        <w:rPr>
          <w:rFonts w:eastAsia="Calibri" w:cs="Times New Roman"/>
          <w:szCs w:val="24"/>
        </w:rPr>
        <w:t xml:space="preserve"> (làm tròn đến hàng đơn vị)</w:t>
      </w:r>
      <w:bookmarkEnd w:id="9"/>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Đáp số: 6905</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Vì đoàn khách có 60 người, xe có sức chứa tối đa 45 hành khách nên đoàn khách phải chia ra di chuyển nhiều hơn </w:t>
      </w:r>
      <w:r w:rsidRPr="00453277">
        <w:rPr>
          <w:rFonts w:eastAsia="Calibri" w:cs="Times New Roman"/>
          <w:position w:val="-4"/>
        </w:rPr>
        <w:object w:dxaOrig="139" w:dyaOrig="260">
          <v:shape id="_x0000_i1259" type="#_x0000_t75" style="width:6.9pt;height:12.9pt" o:ole="">
            <v:imagedata r:id="rId482" o:title=""/>
          </v:shape>
          <o:OLEObject Type="Embed" ProgID="Equation.DSMT4" ShapeID="_x0000_i1259" DrawAspect="Content" ObjectID="_1808504255" r:id="rId483"/>
        </w:object>
      </w:r>
      <w:r w:rsidRPr="00453277">
        <w:rPr>
          <w:rFonts w:eastAsia="Calibri" w:cs="Times New Roman"/>
        </w:rPr>
        <w:t xml:space="preserve"> lượt.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Tuy nhiên, mỗi lần chở không dưới 21 người nên đoàn khách không thể chia thành </w:t>
      </w:r>
      <w:r w:rsidRPr="00453277">
        <w:rPr>
          <w:rFonts w:eastAsia="Calibri" w:cs="Times New Roman"/>
          <w:position w:val="-6"/>
        </w:rPr>
        <w:object w:dxaOrig="180" w:dyaOrig="279">
          <v:shape id="_x0000_i1260" type="#_x0000_t75" style="width:9.25pt;height:13.85pt" o:ole="">
            <v:imagedata r:id="rId484" o:title=""/>
          </v:shape>
          <o:OLEObject Type="Embed" ProgID="Equation.DSMT4" ShapeID="_x0000_i1260" DrawAspect="Content" ObjectID="_1808504256" r:id="rId485"/>
        </w:object>
      </w:r>
      <w:r w:rsidRPr="00453277">
        <w:rPr>
          <w:rFonts w:eastAsia="Calibri" w:cs="Times New Roman"/>
        </w:rPr>
        <w:t xml:space="preserve"> lượt đi trở lên.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Như vậy đoàn khách phải chia ra di chuyển thành </w:t>
      </w:r>
      <w:r w:rsidRPr="00453277">
        <w:rPr>
          <w:rFonts w:eastAsia="Calibri" w:cs="Times New Roman"/>
          <w:position w:val="-4"/>
        </w:rPr>
        <w:object w:dxaOrig="200" w:dyaOrig="260">
          <v:shape id="_x0000_i1261" type="#_x0000_t75" style="width:10.15pt;height:12.9pt" o:ole="">
            <v:imagedata r:id="rId486" o:title=""/>
          </v:shape>
          <o:OLEObject Type="Embed" ProgID="Equation.DSMT4" ShapeID="_x0000_i1261" DrawAspect="Content" ObjectID="_1808504257" r:id="rId487"/>
        </w:object>
      </w:r>
      <w:r w:rsidRPr="00453277">
        <w:rPr>
          <w:rFonts w:eastAsia="Calibri" w:cs="Times New Roman"/>
        </w:rPr>
        <w:t xml:space="preserve"> chuyến.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Gọi </w:t>
      </w:r>
      <w:r w:rsidRPr="00453277">
        <w:rPr>
          <w:rFonts w:eastAsia="Calibri" w:cs="Times New Roman"/>
          <w:position w:val="-6"/>
        </w:rPr>
        <w:object w:dxaOrig="200" w:dyaOrig="220">
          <v:shape id="_x0000_i1262" type="#_x0000_t75" style="width:10.15pt;height:11.1pt" o:ole="">
            <v:imagedata r:id="rId488" o:title=""/>
          </v:shape>
          <o:OLEObject Type="Embed" ProgID="Equation.DSMT4" ShapeID="_x0000_i1262" DrawAspect="Content" ObjectID="_1808504258" r:id="rId489"/>
        </w:object>
      </w:r>
      <w:r w:rsidRPr="00453277">
        <w:rPr>
          <w:rFonts w:eastAsia="Calibri" w:cs="Times New Roman"/>
        </w:rPr>
        <w:t xml:space="preserve"> (người) là lượng khách lần đầu tiên di chuyển về khách sạn </w:t>
      </w:r>
      <w:r w:rsidRPr="00453277">
        <w:rPr>
          <w:rFonts w:eastAsia="Calibri" w:cs="Times New Roman"/>
          <w:position w:val="-14"/>
        </w:rPr>
        <w:object w:dxaOrig="2040" w:dyaOrig="400">
          <v:shape id="_x0000_i1263" type="#_x0000_t75" style="width:102pt;height:19.85pt" o:ole="">
            <v:imagedata r:id="rId490" o:title=""/>
          </v:shape>
          <o:OLEObject Type="Embed" ProgID="Equation.DSMT4" ShapeID="_x0000_i1263" DrawAspect="Content" ObjectID="_1808504259" r:id="rId491"/>
        </w:object>
      </w:r>
      <w:r w:rsidRPr="00453277">
        <w:rPr>
          <w:rFonts w:eastAsia="Calibri" w:cs="Times New Roman"/>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6"/>
        </w:rPr>
        <w:object w:dxaOrig="300" w:dyaOrig="240">
          <v:shape id="_x0000_i1264" type="#_x0000_t75" style="width:15.25pt;height:12pt" o:ole="">
            <v:imagedata r:id="rId492" o:title=""/>
          </v:shape>
          <o:OLEObject Type="Embed" ProgID="Equation.DSMT4" ShapeID="_x0000_i1264" DrawAspect="Content" ObjectID="_1808504260" r:id="rId493"/>
        </w:object>
      </w:r>
      <w:r w:rsidRPr="00453277">
        <w:rPr>
          <w:rFonts w:eastAsia="Calibri" w:cs="Times New Roman"/>
        </w:rPr>
        <w:t xml:space="preserve"> Lượng khách đợt thứ hai là: </w:t>
      </w:r>
      <w:r w:rsidRPr="00453277">
        <w:rPr>
          <w:rFonts w:eastAsia="Calibri" w:cs="Times New Roman"/>
          <w:position w:val="-6"/>
        </w:rPr>
        <w:object w:dxaOrig="639" w:dyaOrig="279">
          <v:shape id="_x0000_i1265" type="#_x0000_t75" style="width:31.85pt;height:13.85pt" o:ole="">
            <v:imagedata r:id="rId494" o:title=""/>
          </v:shape>
          <o:OLEObject Type="Embed" ProgID="Equation.DSMT4" ShapeID="_x0000_i1265" DrawAspect="Content" ObjectID="_1808504261" r:id="rId495"/>
        </w:object>
      </w:r>
      <w:r w:rsidRPr="00453277">
        <w:rPr>
          <w:rFonts w:eastAsia="Calibri" w:cs="Times New Roman"/>
        </w:rPr>
        <w:t xml:space="preserve"> (người).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Theo thỏa thuận: </w:t>
      </w:r>
      <w:r w:rsidRPr="00453277">
        <w:rPr>
          <w:rFonts w:eastAsia="Calibri" w:cs="Times New Roman"/>
          <w:position w:val="-6"/>
        </w:rPr>
        <w:object w:dxaOrig="2060" w:dyaOrig="279">
          <v:shape id="_x0000_i1266" type="#_x0000_t75" style="width:102.9pt;height:13.85pt" o:ole="">
            <v:imagedata r:id="rId496" o:title=""/>
          </v:shape>
          <o:OLEObject Type="Embed" ProgID="Equation.DSMT4" ShapeID="_x0000_i1266" DrawAspect="Content" ObjectID="_1808504262" r:id="rId497"/>
        </w:object>
      </w:r>
      <w:r w:rsidRPr="00453277">
        <w:rPr>
          <w:rFonts w:eastAsia="Calibri" w:cs="Times New Roman"/>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Như vậy điều kiện của </w:t>
      </w:r>
      <w:r w:rsidRPr="00453277">
        <w:rPr>
          <w:rFonts w:eastAsia="Calibri" w:cs="Times New Roman"/>
          <w:position w:val="-6"/>
        </w:rPr>
        <w:object w:dxaOrig="200" w:dyaOrig="220">
          <v:shape id="_x0000_i1267" type="#_x0000_t75" style="width:10.15pt;height:11.1pt" o:ole="">
            <v:imagedata r:id="rId498" o:title=""/>
          </v:shape>
          <o:OLEObject Type="Embed" ProgID="Equation.DSMT4" ShapeID="_x0000_i1267" DrawAspect="Content" ObjectID="_1808504263" r:id="rId499"/>
        </w:object>
      </w:r>
      <w:r w:rsidRPr="00453277">
        <w:rPr>
          <w:rFonts w:eastAsia="Calibri" w:cs="Times New Roman"/>
        </w:rPr>
        <w:t xml:space="preserve"> là: </w:t>
      </w:r>
      <w:r w:rsidRPr="00453277">
        <w:rPr>
          <w:rFonts w:eastAsia="Calibri" w:cs="Times New Roman"/>
          <w:position w:val="-10"/>
        </w:rPr>
        <w:object w:dxaOrig="1860" w:dyaOrig="320">
          <v:shape id="_x0000_i1268" type="#_x0000_t75" style="width:93.25pt;height:16.15pt" o:ole="">
            <v:imagedata r:id="rId500" o:title=""/>
          </v:shape>
          <o:OLEObject Type="Embed" ProgID="Equation.DSMT4" ShapeID="_x0000_i1268" DrawAspect="Content" ObjectID="_1808504264" r:id="rId501"/>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Chi phí cho lượt di chuyển đầu tiên là: </w:t>
      </w:r>
      <w:r w:rsidRPr="00453277">
        <w:rPr>
          <w:rFonts w:eastAsia="Calibri" w:cs="Times New Roman"/>
          <w:position w:val="-24"/>
        </w:rPr>
        <w:object w:dxaOrig="4380" w:dyaOrig="720">
          <v:shape id="_x0000_i1269" type="#_x0000_t75" style="width:219.25pt;height:36pt" o:ole="">
            <v:imagedata r:id="rId502" o:title=""/>
          </v:shape>
          <o:OLEObject Type="Embed" ProgID="Equation.DSMT4" ShapeID="_x0000_i1269" DrawAspect="Content" ObjectID="_1808504265" r:id="rId503"/>
        </w:object>
      </w:r>
      <w:r w:rsidRPr="00453277">
        <w:rPr>
          <w:rFonts w:eastAsia="Calibri" w:cs="Times New Roman"/>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Chi phí cho lượt di chuyển thứ hai là: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24"/>
        </w:rPr>
        <w:object w:dxaOrig="6039" w:dyaOrig="740">
          <v:shape id="_x0000_i1270" type="#_x0000_t75" style="width:302.3pt;height:36.9pt" o:ole="">
            <v:imagedata r:id="rId504" o:title=""/>
          </v:shape>
          <o:OLEObject Type="Embed" ProgID="Equation.DSMT4" ShapeID="_x0000_i1270" DrawAspect="Content" ObjectID="_1808504266" r:id="rId505"/>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24"/>
        </w:rPr>
        <w:object w:dxaOrig="3400" w:dyaOrig="620">
          <v:shape id="_x0000_i1271" type="#_x0000_t75" style="width:169.85pt;height:30.9pt" o:ole="">
            <v:imagedata r:id="rId506" o:title=""/>
          </v:shape>
          <o:OLEObject Type="Embed" ProgID="Equation.DSMT4" ShapeID="_x0000_i1271" DrawAspect="Content" ObjectID="_1808504267" r:id="rId507"/>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Tổng chi phí cho việc di chuyển của đoàn khách về khách sạn là: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24"/>
        </w:rPr>
        <w:object w:dxaOrig="4780" w:dyaOrig="620">
          <v:shape id="_x0000_i1272" type="#_x0000_t75" style="width:239.1pt;height:30.9pt" o:ole="">
            <v:imagedata r:id="rId508" o:title=""/>
          </v:shape>
          <o:OLEObject Type="Embed" ProgID="Equation.DSMT4" ShapeID="_x0000_i1272" DrawAspect="Content" ObjectID="_1808504268" r:id="rId509"/>
        </w:object>
      </w:r>
      <w:r w:rsidRPr="00453277">
        <w:rPr>
          <w:rFonts w:eastAsia="Calibri" w:cs="Times New Roman"/>
        </w:rPr>
        <w:t xml:space="preserve"> (nghìn đồng).</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24"/>
        </w:rPr>
        <w:object w:dxaOrig="4160" w:dyaOrig="620">
          <v:shape id="_x0000_i1273" type="#_x0000_t75" style="width:207.7pt;height:30.9pt" o:ole="">
            <v:imagedata r:id="rId510" o:title=""/>
          </v:shape>
          <o:OLEObject Type="Embed" ProgID="Equation.DSMT4" ShapeID="_x0000_i1273" DrawAspect="Content" ObjectID="_1808504269" r:id="rId511"/>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So sánh </w:t>
      </w:r>
      <w:r w:rsidRPr="00453277">
        <w:rPr>
          <w:rFonts w:eastAsia="Calibri" w:cs="Times New Roman"/>
          <w:position w:val="-14"/>
        </w:rPr>
        <w:object w:dxaOrig="2140" w:dyaOrig="400">
          <v:shape id="_x0000_i1274" type="#_x0000_t75" style="width:107.1pt;height:20.3pt" o:ole="">
            <v:imagedata r:id="rId512" o:title=""/>
          </v:shape>
          <o:OLEObject Type="Embed" ProgID="Equation.DSMT4" ShapeID="_x0000_i1274" DrawAspect="Content" ObjectID="_1808504270" r:id="rId513"/>
        </w:object>
      </w:r>
      <w:r w:rsidRPr="00453277">
        <w:rPr>
          <w:rFonts w:eastAsia="Calibri" w:cs="Times New Roman"/>
        </w:rPr>
        <w:t xml:space="preserve"> ta được: chi phí thấp nhất để đoàn khách di chuyển về khách sạn như theo thỏa thuận là </w:t>
      </w:r>
      <w:r w:rsidRPr="00453277">
        <w:rPr>
          <w:rFonts w:eastAsia="Calibri" w:cs="Times New Roman"/>
          <w:position w:val="-14"/>
        </w:rPr>
        <w:object w:dxaOrig="3200" w:dyaOrig="400">
          <v:shape id="_x0000_i1275" type="#_x0000_t75" style="width:159.7pt;height:20.3pt" o:ole="">
            <v:imagedata r:id="rId514" o:title=""/>
          </v:shape>
          <o:OLEObject Type="Embed" ProgID="Equation.DSMT4" ShapeID="_x0000_i1275" DrawAspect="Content" ObjectID="_1808504271" r:id="rId515"/>
        </w:object>
      </w:r>
      <w:r w:rsidRPr="00453277">
        <w:rPr>
          <w:rFonts w:eastAsia="Calibri" w:cs="Times New Roman"/>
        </w:rPr>
        <w:t xml:space="preserve"> (nghìn đồng)</w:t>
      </w:r>
    </w:p>
    <w:p w:rsidR="00453277" w:rsidRPr="00453277" w:rsidRDefault="00453277" w:rsidP="00453277">
      <w:pPr>
        <w:numPr>
          <w:ilvl w:val="0"/>
          <w:numId w:val="31"/>
        </w:numPr>
        <w:spacing w:before="0" w:after="0" w:line="259" w:lineRule="auto"/>
        <w:rPr>
          <w:rFonts w:eastAsia="Calibri" w:cs="Times New Roman"/>
          <w:szCs w:val="24"/>
        </w:rPr>
      </w:pPr>
      <w:r w:rsidRPr="00453277">
        <w:rPr>
          <w:rFonts w:eastAsia="Calibri" w:cs="Times New Roman"/>
          <w:szCs w:val="24"/>
        </w:rPr>
        <w:t>Khu vực trung tâm một quảng trường có dạng hình tròn đường kính</w:t>
      </w:r>
      <w:r w:rsidRPr="00453277">
        <w:rPr>
          <w:rFonts w:eastAsia="Calibri" w:cs="Times New Roman"/>
          <w:szCs w:val="24"/>
          <w:lang w:val="vi-VN"/>
        </w:rPr>
        <w:t xml:space="preserve"> </w:t>
      </w:r>
      <w:r w:rsidRPr="00453277">
        <w:rPr>
          <w:rFonts w:eastAsia="Calibri" w:cs="Times New Roman"/>
          <w:position w:val="-4"/>
          <w:szCs w:val="24"/>
        </w:rPr>
        <w:object w:dxaOrig="400" w:dyaOrig="260">
          <v:shape id="_x0000_i1276" type="#_x0000_t75" style="width:19.85pt;height:12.9pt" o:ole="">
            <v:imagedata r:id="rId516" o:title=""/>
          </v:shape>
          <o:OLEObject Type="Embed" ProgID="Equation.DSMT4" ShapeID="_x0000_i1276" DrawAspect="Content" ObjectID="_1808504272" r:id="rId517"/>
        </w:object>
      </w:r>
      <w:r w:rsidRPr="00453277">
        <w:rPr>
          <w:rFonts w:eastAsia="Calibri" w:cs="Times New Roman"/>
          <w:szCs w:val="24"/>
        </w:rPr>
        <w:t xml:space="preserve"> bằng </w:t>
      </w:r>
      <w:r w:rsidRPr="00453277">
        <w:rPr>
          <w:rFonts w:eastAsia="Calibri" w:cs="Times New Roman"/>
          <w:position w:val="-6"/>
          <w:szCs w:val="24"/>
        </w:rPr>
        <w:object w:dxaOrig="480" w:dyaOrig="279">
          <v:shape id="_x0000_i1277" type="#_x0000_t75" style="width:24pt;height:13.85pt" o:ole="">
            <v:imagedata r:id="rId518" o:title=""/>
          </v:shape>
          <o:OLEObject Type="Embed" ProgID="Equation.DSMT4" ShapeID="_x0000_i1277" DrawAspect="Content" ObjectID="_1808504273" r:id="rId519"/>
        </w:object>
      </w:r>
      <w:r w:rsidRPr="00453277">
        <w:rPr>
          <w:rFonts w:eastAsia="Calibri" w:cs="Times New Roman"/>
          <w:szCs w:val="24"/>
        </w:rPr>
        <w:t xml:space="preserve">. Người ta trang trí khu vực này bằng hai đường </w:t>
      </w:r>
      <w:r w:rsidRPr="00453277">
        <w:rPr>
          <w:rFonts w:eastAsia="Calibri" w:cs="Times New Roman"/>
          <w:szCs w:val="24"/>
          <w:lang w:val="vi-VN"/>
        </w:rPr>
        <w:t>p</w:t>
      </w:r>
      <w:r w:rsidRPr="00453277">
        <w:rPr>
          <w:rFonts w:eastAsia="Calibri" w:cs="Times New Roman"/>
          <w:szCs w:val="24"/>
        </w:rPr>
        <w:t xml:space="preserve">arabol đối xứng nhau qua </w:t>
      </w:r>
      <w:r w:rsidRPr="00453277">
        <w:rPr>
          <w:rFonts w:eastAsia="Calibri" w:cs="Times New Roman"/>
          <w:position w:val="-4"/>
          <w:szCs w:val="24"/>
        </w:rPr>
        <w:object w:dxaOrig="400" w:dyaOrig="260">
          <v:shape id="_x0000_i1278" type="#_x0000_t75" style="width:19.85pt;height:12.9pt" o:ole="">
            <v:imagedata r:id="rId520" o:title=""/>
          </v:shape>
          <o:OLEObject Type="Embed" ProgID="Equation.DSMT4" ShapeID="_x0000_i1278" DrawAspect="Content" ObjectID="_1808504274" r:id="rId521"/>
        </w:object>
      </w:r>
      <w:r w:rsidRPr="00453277">
        <w:rPr>
          <w:rFonts w:eastAsia="Calibri" w:cs="Times New Roman"/>
          <w:szCs w:val="24"/>
        </w:rPr>
        <w:t xml:space="preserve">, nằm trong hình tròn, đi qua các điểm </w:t>
      </w:r>
      <w:r w:rsidRPr="00453277">
        <w:rPr>
          <w:rFonts w:eastAsia="Calibri" w:cs="Times New Roman"/>
          <w:position w:val="-10"/>
          <w:szCs w:val="24"/>
        </w:rPr>
        <w:object w:dxaOrig="480" w:dyaOrig="320">
          <v:shape id="_x0000_i1279" type="#_x0000_t75" style="width:24pt;height:16.15pt" o:ole="">
            <v:imagedata r:id="rId522" o:title=""/>
          </v:shape>
          <o:OLEObject Type="Embed" ProgID="Equation.DSMT4" ShapeID="_x0000_i1279" DrawAspect="Content" ObjectID="_1808504275" r:id="rId523"/>
        </w:object>
      </w:r>
      <w:r w:rsidRPr="00453277">
        <w:rPr>
          <w:rFonts w:eastAsia="Calibri" w:cs="Times New Roman"/>
          <w:szCs w:val="24"/>
        </w:rPr>
        <w:t xml:space="preserve"> và có đỉnh cách mép hình tròn </w:t>
      </w:r>
      <w:r w:rsidRPr="00453277">
        <w:rPr>
          <w:rFonts w:eastAsia="Calibri" w:cs="Times New Roman"/>
          <w:position w:val="-4"/>
          <w:szCs w:val="24"/>
        </w:rPr>
        <w:object w:dxaOrig="340" w:dyaOrig="260">
          <v:shape id="_x0000_i1280" type="#_x0000_t75" style="width:17.1pt;height:12.9pt" o:ole="">
            <v:imagedata r:id="rId524" o:title=""/>
          </v:shape>
          <o:OLEObject Type="Embed" ProgID="Equation.DSMT4" ShapeID="_x0000_i1280" DrawAspect="Content" ObjectID="_1808504276" r:id="rId525"/>
        </w:object>
      </w:r>
      <w:r w:rsidRPr="00453277">
        <w:rPr>
          <w:rFonts w:eastAsia="Calibri" w:cs="Times New Roman"/>
          <w:szCs w:val="24"/>
        </w:rPr>
        <w:t xml:space="preserve">. Phần giới hạn bởi </w:t>
      </w:r>
      <w:r w:rsidRPr="00453277">
        <w:rPr>
          <w:rFonts w:eastAsia="Calibri" w:cs="Times New Roman"/>
          <w:position w:val="-4"/>
          <w:szCs w:val="24"/>
        </w:rPr>
        <w:object w:dxaOrig="200" w:dyaOrig="260">
          <v:shape id="_x0000_i1281" type="#_x0000_t75" style="width:10.15pt;height:12.9pt" o:ole="">
            <v:imagedata r:id="rId526" o:title=""/>
          </v:shape>
          <o:OLEObject Type="Embed" ProgID="Equation.DSMT4" ShapeID="_x0000_i1281" DrawAspect="Content" ObjectID="_1808504277" r:id="rId527"/>
        </w:object>
      </w:r>
      <w:r w:rsidRPr="00453277">
        <w:rPr>
          <w:rFonts w:eastAsia="Calibri" w:cs="Times New Roman"/>
          <w:szCs w:val="24"/>
        </w:rPr>
        <w:t xml:space="preserve"> parabol được trồng hoa với chi phí </w:t>
      </w:r>
      <w:r w:rsidRPr="00453277">
        <w:rPr>
          <w:rFonts w:eastAsia="Calibri" w:cs="Times New Roman"/>
          <w:position w:val="-6"/>
          <w:szCs w:val="24"/>
        </w:rPr>
        <w:object w:dxaOrig="440" w:dyaOrig="279">
          <v:shape id="_x0000_i1282" type="#_x0000_t75" style="width:22.15pt;height:13.85pt" o:ole="">
            <v:imagedata r:id="rId528" o:title=""/>
          </v:shape>
          <o:OLEObject Type="Embed" ProgID="Equation.DSMT4" ShapeID="_x0000_i1282" DrawAspect="Content" ObjectID="_1808504278" r:id="rId529"/>
        </w:object>
      </w:r>
      <w:r w:rsidRPr="00453277">
        <w:rPr>
          <w:rFonts w:eastAsia="Calibri" w:cs="Times New Roman"/>
          <w:szCs w:val="24"/>
        </w:rPr>
        <w:t xml:space="preserve"> nghìn đồng </w:t>
      </w:r>
      <w:r w:rsidRPr="00453277">
        <w:rPr>
          <w:rFonts w:eastAsia="Calibri" w:cs="Times New Roman"/>
          <w:position w:val="-4"/>
          <w:szCs w:val="24"/>
        </w:rPr>
        <w:object w:dxaOrig="139" w:dyaOrig="260">
          <v:shape id="_x0000_i1283" type="#_x0000_t75" style="width:6.9pt;height:12.9pt" o:ole="">
            <v:imagedata r:id="rId530" o:title=""/>
          </v:shape>
          <o:OLEObject Type="Embed" ProgID="Equation.DSMT4" ShapeID="_x0000_i1283" DrawAspect="Content" ObjectID="_1808504279" r:id="rId531"/>
        </w:object>
      </w:r>
      <w:r w:rsidRPr="00453277">
        <w:rPr>
          <w:rFonts w:eastAsia="Calibri" w:cs="Times New Roman"/>
          <w:szCs w:val="24"/>
        </w:rPr>
        <w:t xml:space="preserve"> mét vuông, phần còn lại được lát gốm sứ với chi phí </w:t>
      </w:r>
      <w:r w:rsidRPr="00453277">
        <w:rPr>
          <w:rFonts w:eastAsia="Calibri" w:cs="Times New Roman"/>
          <w:position w:val="-6"/>
          <w:szCs w:val="24"/>
        </w:rPr>
        <w:object w:dxaOrig="420" w:dyaOrig="279">
          <v:shape id="_x0000_i1284" type="#_x0000_t75" style="width:21.25pt;height:13.85pt" o:ole="">
            <v:imagedata r:id="rId532" o:title=""/>
          </v:shape>
          <o:OLEObject Type="Embed" ProgID="Equation.DSMT4" ShapeID="_x0000_i1284" DrawAspect="Content" ObjectID="_1808504280" r:id="rId533"/>
        </w:object>
      </w:r>
      <w:r w:rsidRPr="00453277">
        <w:rPr>
          <w:rFonts w:eastAsia="Calibri" w:cs="Times New Roman"/>
          <w:szCs w:val="24"/>
        </w:rPr>
        <w:t xml:space="preserve"> nghìn đồng </w:t>
      </w:r>
      <w:r w:rsidRPr="00453277">
        <w:rPr>
          <w:rFonts w:eastAsia="Calibri" w:cs="Times New Roman"/>
          <w:position w:val="-4"/>
          <w:szCs w:val="24"/>
        </w:rPr>
        <w:object w:dxaOrig="139" w:dyaOrig="260">
          <v:shape id="_x0000_i1285" type="#_x0000_t75" style="width:6.9pt;height:12.9pt" o:ole="">
            <v:imagedata r:id="rId534" o:title=""/>
          </v:shape>
          <o:OLEObject Type="Embed" ProgID="Equation.DSMT4" ShapeID="_x0000_i1285" DrawAspect="Content" ObjectID="_1808504281" r:id="rId535"/>
        </w:object>
      </w:r>
      <w:r w:rsidRPr="00453277">
        <w:rPr>
          <w:rFonts w:eastAsia="Calibri" w:cs="Times New Roman"/>
          <w:szCs w:val="24"/>
        </w:rPr>
        <w:t xml:space="preserve"> mét vuông. Tính tổng chi phí để hoàn thành khu vực này (</w:t>
      </w:r>
      <w:bookmarkStart w:id="10" w:name="_Hlk195348946"/>
      <w:r w:rsidRPr="00453277">
        <w:rPr>
          <w:rFonts w:eastAsia="Calibri" w:cs="Times New Roman"/>
          <w:szCs w:val="24"/>
        </w:rPr>
        <w:t xml:space="preserve">đơn vị: triệu đồng, </w:t>
      </w:r>
      <w:bookmarkEnd w:id="10"/>
      <w:r w:rsidRPr="00453277">
        <w:rPr>
          <w:rFonts w:eastAsia="Calibri" w:cs="Times New Roman"/>
          <w:szCs w:val="24"/>
        </w:rPr>
        <w:t>làm tròn kết quả đến hàng phần chục).</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color w:val="0000FF"/>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Đáp số: 30,8.</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Times New Roman" w:cs="Times New Roman"/>
          <w:color w:val="000000"/>
        </w:rPr>
        <w:t>Xét hệ trục tọa độ như hình vẽ:</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Times New Roman" w:cs="Times New Roman"/>
          <w:noProof/>
          <w:color w:val="000000"/>
        </w:rPr>
        <w:drawing>
          <wp:inline distT="0" distB="0" distL="0" distR="0" wp14:anchorId="42409052" wp14:editId="41ED7E6B">
            <wp:extent cx="2446020" cy="2118360"/>
            <wp:effectExtent l="0" t="0" r="0" b="0"/>
            <wp:docPr id="190261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446020" cy="2118360"/>
                    </a:xfrm>
                    <a:prstGeom prst="rect">
                      <a:avLst/>
                    </a:prstGeom>
                    <a:noFill/>
                    <a:ln>
                      <a:noFill/>
                    </a:ln>
                  </pic:spPr>
                </pic:pic>
              </a:graphicData>
            </a:graphic>
          </wp:inline>
        </w:drawing>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Times New Roman" w:cs="Times New Roman"/>
          <w:color w:val="000000"/>
        </w:rPr>
        <w:lastRenderedPageBreak/>
        <w:t xml:space="preserve">Ta có </w:t>
      </w:r>
      <w:r w:rsidRPr="00453277">
        <w:rPr>
          <w:rFonts w:eastAsia="Calibri" w:cs="Times New Roman"/>
          <w:position w:val="-14"/>
        </w:rPr>
        <w:object w:dxaOrig="2520" w:dyaOrig="400">
          <v:shape id="_x0000_i1286" type="#_x0000_t75" style="width:126pt;height:19.85pt" o:ole="">
            <v:imagedata r:id="rId537" o:title=""/>
          </v:shape>
          <o:OLEObject Type="Embed" ProgID="Equation.DSMT4" ShapeID="_x0000_i1286" DrawAspect="Content" ObjectID="_1808504282" r:id="rId538"/>
        </w:object>
      </w:r>
      <w:r w:rsidRPr="00453277">
        <w:rPr>
          <w:rFonts w:eastAsia="Times New Roman" w:cs="Times New Roman"/>
          <w:color w:val="000000"/>
        </w:rPr>
        <w:t>.</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Times New Roman" w:cs="Times New Roman"/>
          <w:color w:val="000000"/>
        </w:rPr>
        <w:t xml:space="preserve">Giả sử phương trình </w:t>
      </w:r>
      <w:r w:rsidRPr="00453277">
        <w:rPr>
          <w:rFonts w:eastAsia="Times New Roman" w:cs="Times New Roman"/>
          <w:color w:val="000000"/>
          <w:lang w:val="vi-VN"/>
        </w:rPr>
        <w:t xml:space="preserve">của parabol </w:t>
      </w:r>
      <w:r w:rsidRPr="00453277">
        <w:rPr>
          <w:rFonts w:eastAsia="Times New Roman" w:cs="Times New Roman"/>
          <w:color w:val="000000"/>
        </w:rPr>
        <w:t xml:space="preserve">đi qua </w:t>
      </w:r>
      <w:r w:rsidRPr="00453277">
        <w:rPr>
          <w:rFonts w:eastAsia="Calibri" w:cs="Times New Roman"/>
          <w:position w:val="-6"/>
        </w:rPr>
        <w:object w:dxaOrig="180" w:dyaOrig="279">
          <v:shape id="_x0000_i1287" type="#_x0000_t75" style="width:9.25pt;height:13.85pt" o:ole="">
            <v:imagedata r:id="rId539" o:title=""/>
          </v:shape>
          <o:OLEObject Type="Embed" ProgID="Equation.DSMT4" ShapeID="_x0000_i1287" DrawAspect="Content" ObjectID="_1808504283" r:id="rId540"/>
        </w:object>
      </w:r>
      <w:r w:rsidRPr="00453277">
        <w:rPr>
          <w:rFonts w:eastAsia="Times New Roman" w:cs="Times New Roman"/>
          <w:color w:val="000000"/>
        </w:rPr>
        <w:t xml:space="preserve"> điểm </w:t>
      </w:r>
      <w:r w:rsidRPr="00453277">
        <w:rPr>
          <w:rFonts w:eastAsia="Calibri" w:cs="Times New Roman"/>
          <w:position w:val="-10"/>
        </w:rPr>
        <w:object w:dxaOrig="740" w:dyaOrig="320">
          <v:shape id="_x0000_i1288" type="#_x0000_t75" style="width:36.9pt;height:16.15pt" o:ole="">
            <v:imagedata r:id="rId541" o:title=""/>
          </v:shape>
          <o:OLEObject Type="Embed" ProgID="Equation.DSMT4" ShapeID="_x0000_i1288" DrawAspect="Content" ObjectID="_1808504284" r:id="rId542"/>
        </w:object>
      </w:r>
      <w:r w:rsidRPr="00453277">
        <w:rPr>
          <w:rFonts w:eastAsia="Calibri" w:cs="Times New Roman"/>
        </w:rPr>
        <w:t xml:space="preserve"> </w:t>
      </w:r>
      <w:r w:rsidRPr="00453277">
        <w:rPr>
          <w:rFonts w:eastAsia="Times New Roman" w:cs="Times New Roman"/>
          <w:color w:val="000000"/>
        </w:rPr>
        <w:t xml:space="preserve">có dạng </w:t>
      </w:r>
      <w:r w:rsidRPr="00453277">
        <w:rPr>
          <w:rFonts w:eastAsia="Calibri" w:cs="Times New Roman"/>
          <w:position w:val="-14"/>
        </w:rPr>
        <w:object w:dxaOrig="2340" w:dyaOrig="400">
          <v:shape id="_x0000_i1289" type="#_x0000_t75" style="width:117.25pt;height:19.85pt" o:ole="">
            <v:imagedata r:id="rId543" o:title=""/>
          </v:shape>
          <o:OLEObject Type="Embed" ProgID="Equation.DSMT4" ShapeID="_x0000_i1289" DrawAspect="Content" ObjectID="_1808504285" r:id="rId544"/>
        </w:object>
      </w:r>
      <w:r w:rsidRPr="00453277">
        <w:rPr>
          <w:rFonts w:eastAsia="Times New Roman" w:cs="Times New Roman"/>
          <w:color w:val="000000"/>
        </w:rPr>
        <w:t>.</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Times New Roman" w:cs="Times New Roman"/>
          <w:color w:val="000000"/>
        </w:rPr>
        <w:t xml:space="preserve">Ta có hệ phương trình sau </w:t>
      </w:r>
      <w:r w:rsidRPr="00453277">
        <w:rPr>
          <w:rFonts w:eastAsia="Calibri" w:cs="Times New Roman"/>
          <w:position w:val="-78"/>
        </w:rPr>
        <w:object w:dxaOrig="3660" w:dyaOrig="1680">
          <v:shape id="_x0000_i1290" type="#_x0000_t75" style="width:183.25pt;height:84pt" o:ole="">
            <v:imagedata r:id="rId545" o:title=""/>
          </v:shape>
          <o:OLEObject Type="Embed" ProgID="Equation.DSMT4" ShapeID="_x0000_i1290" DrawAspect="Content" ObjectID="_1808504286" r:id="rId546"/>
        </w:object>
      </w:r>
      <w:r w:rsidRPr="00453277">
        <w:rPr>
          <w:rFonts w:eastAsia="Calibri" w:cs="Times New Roman"/>
        </w:rPr>
        <w:t>.</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Times New Roman" w:cs="Times New Roman"/>
          <w:color w:val="000000"/>
        </w:rPr>
        <w:t xml:space="preserve">Parabol hướng bề lõm xuống dưới có dạng </w:t>
      </w:r>
      <w:r w:rsidRPr="00453277">
        <w:rPr>
          <w:rFonts w:eastAsia="Calibri" w:cs="Times New Roman"/>
          <w:position w:val="-24"/>
        </w:rPr>
        <w:object w:dxaOrig="1480" w:dyaOrig="620">
          <v:shape id="_x0000_i1291" type="#_x0000_t75" style="width:73.85pt;height:30.9pt" o:ole="">
            <v:imagedata r:id="rId547" o:title=""/>
          </v:shape>
          <o:OLEObject Type="Embed" ProgID="Equation.DSMT4" ShapeID="_x0000_i1291" DrawAspect="Content" ObjectID="_1808504287" r:id="rId548"/>
        </w:object>
      </w:r>
      <w:r w:rsidRPr="00453277">
        <w:rPr>
          <w:rFonts w:eastAsia="Calibri" w:cs="Times New Roman"/>
        </w:rPr>
        <w:t>.</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Times New Roman" w:cs="Times New Roman"/>
          <w:color w:val="000000"/>
        </w:rPr>
        <w:t xml:space="preserve">Diện tích phần trồng hoa là </w:t>
      </w:r>
      <w:r w:rsidRPr="00453277">
        <w:rPr>
          <w:rFonts w:eastAsia="Calibri" w:cs="Times New Roman"/>
          <w:position w:val="-32"/>
        </w:rPr>
        <w:object w:dxaOrig="3480" w:dyaOrig="740">
          <v:shape id="_x0000_i1292" type="#_x0000_t75" style="width:174pt;height:36.9pt" o:ole="">
            <v:imagedata r:id="rId549" o:title=""/>
          </v:shape>
          <o:OLEObject Type="Embed" ProgID="Equation.DSMT4" ShapeID="_x0000_i1292" DrawAspect="Content" ObjectID="_1808504288" r:id="rId550"/>
        </w:objec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lang w:val="vi-VN"/>
        </w:rPr>
      </w:pPr>
      <w:r w:rsidRPr="00453277">
        <w:rPr>
          <w:rFonts w:eastAsia="Times New Roman" w:cs="Times New Roman"/>
          <w:color w:val="000000"/>
        </w:rPr>
        <w:t xml:space="preserve">Diện tích quảng trường là </w:t>
      </w:r>
      <w:r w:rsidRPr="00453277">
        <w:rPr>
          <w:rFonts w:eastAsia="Calibri" w:cs="Times New Roman"/>
          <w:position w:val="-16"/>
        </w:rPr>
        <w:object w:dxaOrig="999" w:dyaOrig="440">
          <v:shape id="_x0000_i1293" type="#_x0000_t75" style="width:49.85pt;height:22.15pt" o:ole="">
            <v:imagedata r:id="rId551" o:title=""/>
          </v:shape>
          <o:OLEObject Type="Embed" ProgID="Equation.DSMT4" ShapeID="_x0000_i1293" DrawAspect="Content" ObjectID="_1808504289" r:id="rId552"/>
        </w:object>
      </w:r>
      <w:r w:rsidRPr="00453277">
        <w:rPr>
          <w:rFonts w:eastAsia="Calibri" w:cs="Times New Roman"/>
          <w:lang w:val="vi-VN"/>
        </w:rPr>
        <w:t>.</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lang w:val="vi-VN"/>
        </w:rPr>
      </w:pPr>
      <w:r w:rsidRPr="00453277">
        <w:rPr>
          <w:rFonts w:eastAsia="Times New Roman" w:cs="Times New Roman"/>
          <w:color w:val="000000"/>
        </w:rPr>
        <w:t xml:space="preserve">Diện tích phần lát gốm là </w:t>
      </w:r>
      <w:r w:rsidRPr="00453277">
        <w:rPr>
          <w:rFonts w:eastAsia="Calibri" w:cs="Times New Roman"/>
          <w:position w:val="-24"/>
        </w:rPr>
        <w:object w:dxaOrig="1579" w:dyaOrig="620">
          <v:shape id="_x0000_i1294" type="#_x0000_t75" style="width:78.9pt;height:30.9pt" o:ole="">
            <v:imagedata r:id="rId553" o:title=""/>
          </v:shape>
          <o:OLEObject Type="Embed" ProgID="Equation.DSMT4" ShapeID="_x0000_i1294" DrawAspect="Content" ObjectID="_1808504290" r:id="rId554"/>
        </w:object>
      </w:r>
      <w:r w:rsidRPr="00453277">
        <w:rPr>
          <w:rFonts w:eastAsia="Calibri" w:cs="Times New Roman"/>
          <w:lang w:val="vi-VN"/>
        </w:rPr>
        <w:t>.</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Times New Roman" w:cs="Times New Roman"/>
          <w:color w:val="000000"/>
        </w:rPr>
        <w:t>Tổng chi phí để làm khu vực trung tâm quảng trường là</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Calibri" w:cs="Times New Roman"/>
          <w:position w:val="-28"/>
        </w:rPr>
        <w:object w:dxaOrig="3400" w:dyaOrig="680">
          <v:shape id="_x0000_i1295" type="#_x0000_t75" style="width:169.85pt;height:34.15pt" o:ole="">
            <v:imagedata r:id="rId555" o:title=""/>
          </v:shape>
          <o:OLEObject Type="Embed" ProgID="Equation.DSMT4" ShapeID="_x0000_i1295" DrawAspect="Content" ObjectID="_1808504291" r:id="rId556"/>
        </w:object>
      </w:r>
      <w:r w:rsidRPr="00453277">
        <w:rPr>
          <w:rFonts w:eastAsia="Times New Roman" w:cs="Times New Roman"/>
          <w:color w:val="000000"/>
        </w:rPr>
        <w:t xml:space="preserve"> (triệu đồng)</w:t>
      </w:r>
    </w:p>
    <w:p w:rsidR="00453277" w:rsidRPr="00453277" w:rsidRDefault="00453277" w:rsidP="00453277">
      <w:pPr>
        <w:shd w:val="clear" w:color="auto" w:fill="FFFFFF"/>
        <w:tabs>
          <w:tab w:val="left" w:pos="283"/>
          <w:tab w:val="left" w:pos="2835"/>
          <w:tab w:val="left" w:pos="5386"/>
          <w:tab w:val="left" w:pos="7937"/>
        </w:tabs>
        <w:spacing w:before="0" w:after="0"/>
        <w:ind w:firstLine="283"/>
        <w:rPr>
          <w:rFonts w:eastAsia="Times New Roman" w:cs="Times New Roman"/>
          <w:color w:val="000000"/>
        </w:rPr>
      </w:pPr>
      <w:r w:rsidRPr="00453277">
        <w:rPr>
          <w:rFonts w:eastAsia="Times New Roman" w:cs="Times New Roman"/>
          <w:color w:val="000000"/>
        </w:rPr>
        <w:t xml:space="preserve">Vậy tổng chi phí để hoàn thành khu vực này là </w:t>
      </w:r>
      <w:r w:rsidRPr="00453277">
        <w:rPr>
          <w:rFonts w:eastAsia="Calibri" w:cs="Times New Roman"/>
          <w:position w:val="-10"/>
        </w:rPr>
        <w:object w:dxaOrig="499" w:dyaOrig="320">
          <v:shape id="_x0000_i1296" type="#_x0000_t75" style="width:24.9pt;height:16.15pt" o:ole="">
            <v:imagedata r:id="rId557" o:title=""/>
          </v:shape>
          <o:OLEObject Type="Embed" ProgID="Equation.DSMT4" ShapeID="_x0000_i1296" DrawAspect="Content" ObjectID="_1808504292" r:id="rId558"/>
        </w:object>
      </w:r>
      <w:r w:rsidRPr="00453277">
        <w:rPr>
          <w:rFonts w:eastAsia="Times New Roman" w:cs="Times New Roman"/>
          <w:color w:val="000000"/>
        </w:rPr>
        <w:t xml:space="preserve"> triệu đồng.</w:t>
      </w:r>
    </w:p>
    <w:p w:rsidR="00453277" w:rsidRPr="00453277" w:rsidRDefault="00453277" w:rsidP="00453277">
      <w:pPr>
        <w:numPr>
          <w:ilvl w:val="0"/>
          <w:numId w:val="31"/>
        </w:numPr>
        <w:spacing w:before="0" w:after="0" w:line="259" w:lineRule="auto"/>
        <w:rPr>
          <w:rFonts w:eastAsia="Calibri" w:cs="Times New Roman"/>
          <w:szCs w:val="24"/>
        </w:rPr>
      </w:pPr>
      <w:r w:rsidRPr="00453277">
        <w:rPr>
          <w:rFonts w:eastAsia="Times New Roman" w:cs="Times New Roman"/>
          <w:color w:val="000000"/>
          <w:szCs w:val="24"/>
        </w:rPr>
        <w:t>Một tháp phát sóng cao 50 m đặt ở góc A của sân hình chữ nhật ABCD. Để giữ cho tháp không bị đổ, người ta có cột rất nhiều dây cáp quanh tháp và cố định tại các vị trí trên mặt đất. Hai chú kiến vàng và kiến đen bắt đầu leo lên hai dây cáp CM và BN (từ C và B) với vận tốc lần lượt là 3 m/phút và 2,5 m/phút. Hỏi sau 10 phút thì hai chú kiến cách nhau bao nhiêu mét (làm tròn kết quả đến hàng phần trăm)?</w:t>
      </w:r>
      <w:r w:rsidRPr="00453277">
        <w:rPr>
          <w:rFonts w:eastAsia="Calibri" w:cs="Times New Roman"/>
          <w:noProof/>
          <w:szCs w:val="24"/>
        </w:rPr>
        <w:t xml:space="preserve"> </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Times New Roman" w:cs="Times New Roman"/>
          <w:noProof/>
          <w:color w:val="000000"/>
        </w:rPr>
        <w:drawing>
          <wp:inline distT="0" distB="0" distL="0" distR="0" wp14:anchorId="4F17A689" wp14:editId="595CC38A">
            <wp:extent cx="2375279"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2375279" cy="2160000"/>
                    </a:xfrm>
                    <a:prstGeom prst="rect">
                      <a:avLst/>
                    </a:prstGeom>
                  </pic:spPr>
                </pic:pic>
              </a:graphicData>
            </a:graphic>
          </wp:inline>
        </w:drawing>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color w:val="0000FF"/>
        </w:rPr>
      </w:pPr>
      <w:r w:rsidRPr="00453277">
        <w:rPr>
          <w:rFonts w:eastAsia="Calibri" w:cs="Times New Roman"/>
          <w:b/>
          <w:color w:val="0000FF"/>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Đáp số: 6,12</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Lắp trục </w:t>
      </w:r>
      <w:r w:rsidRPr="00453277">
        <w:rPr>
          <w:rFonts w:eastAsia="Calibri" w:cs="Times New Roman"/>
          <w:position w:val="-6"/>
        </w:rPr>
        <w:object w:dxaOrig="360" w:dyaOrig="279">
          <v:shape id="_x0000_i1297" type="#_x0000_t75" style="width:18pt;height:13.85pt" o:ole="">
            <v:imagedata r:id="rId560" o:title=""/>
          </v:shape>
          <o:OLEObject Type="Embed" ProgID="Equation.DSMT4" ShapeID="_x0000_i1297" DrawAspect="Content" ObjectID="_1808504293" r:id="rId561"/>
        </w:object>
      </w:r>
      <w:r w:rsidRPr="00453277">
        <w:rPr>
          <w:rFonts w:eastAsia="Calibri" w:cs="Times New Roman"/>
        </w:rPr>
        <w:t xml:space="preserve"> trùng tia </w:t>
      </w:r>
      <w:r w:rsidRPr="00453277">
        <w:rPr>
          <w:rFonts w:eastAsia="Calibri" w:cs="Times New Roman"/>
          <w:position w:val="-4"/>
        </w:rPr>
        <w:object w:dxaOrig="400" w:dyaOrig="260">
          <v:shape id="_x0000_i1298" type="#_x0000_t75" style="width:19.85pt;height:12.9pt" o:ole="">
            <v:imagedata r:id="rId562" o:title=""/>
          </v:shape>
          <o:OLEObject Type="Embed" ProgID="Equation.DSMT4" ShapeID="_x0000_i1298" DrawAspect="Content" ObjectID="_1808504294" r:id="rId563"/>
        </w:object>
      </w:r>
      <w:r w:rsidRPr="00453277">
        <w:rPr>
          <w:rFonts w:eastAsia="Calibri" w:cs="Times New Roman"/>
        </w:rPr>
        <w:t xml:space="preserve">, trục </w:t>
      </w:r>
      <w:r w:rsidRPr="00453277">
        <w:rPr>
          <w:rFonts w:eastAsia="Calibri" w:cs="Times New Roman"/>
          <w:position w:val="-10"/>
        </w:rPr>
        <w:object w:dxaOrig="360" w:dyaOrig="320">
          <v:shape id="_x0000_i1299" type="#_x0000_t75" style="width:18pt;height:16.15pt" o:ole="">
            <v:imagedata r:id="rId564" o:title=""/>
          </v:shape>
          <o:OLEObject Type="Embed" ProgID="Equation.DSMT4" ShapeID="_x0000_i1299" DrawAspect="Content" ObjectID="_1808504295" r:id="rId565"/>
        </w:object>
      </w:r>
      <w:r w:rsidRPr="00453277">
        <w:rPr>
          <w:rFonts w:eastAsia="Calibri" w:cs="Times New Roman"/>
        </w:rPr>
        <w:t xml:space="preserve"> trùng tia </w:t>
      </w:r>
      <w:r w:rsidRPr="00453277">
        <w:rPr>
          <w:rFonts w:eastAsia="Calibri" w:cs="Times New Roman"/>
          <w:position w:val="-4"/>
        </w:rPr>
        <w:object w:dxaOrig="420" w:dyaOrig="260">
          <v:shape id="_x0000_i1300" type="#_x0000_t75" style="width:21.25pt;height:12.9pt" o:ole="">
            <v:imagedata r:id="rId566" o:title=""/>
          </v:shape>
          <o:OLEObject Type="Embed" ProgID="Equation.DSMT4" ShapeID="_x0000_i1300" DrawAspect="Content" ObjectID="_1808504296" r:id="rId567"/>
        </w:object>
      </w:r>
      <w:r w:rsidRPr="00453277">
        <w:rPr>
          <w:rFonts w:eastAsia="Calibri" w:cs="Times New Roman"/>
        </w:rPr>
        <w:t xml:space="preserve"> và trục </w:t>
      </w:r>
      <w:r w:rsidRPr="00453277">
        <w:rPr>
          <w:rFonts w:eastAsia="Calibri" w:cs="Times New Roman"/>
          <w:position w:val="-6"/>
        </w:rPr>
        <w:object w:dxaOrig="340" w:dyaOrig="279">
          <v:shape id="_x0000_i1301" type="#_x0000_t75" style="width:17.1pt;height:13.85pt" o:ole="">
            <v:imagedata r:id="rId568" o:title=""/>
          </v:shape>
          <o:OLEObject Type="Embed" ProgID="Equation.DSMT4" ShapeID="_x0000_i1301" DrawAspect="Content" ObjectID="_1808504297" r:id="rId569"/>
        </w:object>
      </w:r>
      <w:r w:rsidRPr="00453277">
        <w:rPr>
          <w:rFonts w:eastAsia="Calibri" w:cs="Times New Roman"/>
        </w:rPr>
        <w:t xml:space="preserve"> trùng tia </w:t>
      </w:r>
      <w:r w:rsidRPr="00453277">
        <w:rPr>
          <w:rFonts w:eastAsia="Calibri" w:cs="Times New Roman"/>
          <w:position w:val="-4"/>
        </w:rPr>
        <w:object w:dxaOrig="480" w:dyaOrig="260">
          <v:shape id="_x0000_i1302" type="#_x0000_t75" style="width:24pt;height:12.9pt" o:ole="">
            <v:imagedata r:id="rId570" o:title=""/>
          </v:shape>
          <o:OLEObject Type="Embed" ProgID="Equation.DSMT4" ShapeID="_x0000_i1302" DrawAspect="Content" ObjectID="_1808504298" r:id="rId571"/>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Khi đó ta có: </w:t>
      </w:r>
      <w:r w:rsidRPr="00453277">
        <w:rPr>
          <w:rFonts w:eastAsia="Calibri" w:cs="Times New Roman"/>
          <w:position w:val="-14"/>
        </w:rPr>
        <w:object w:dxaOrig="960" w:dyaOrig="400">
          <v:shape id="_x0000_i1303" type="#_x0000_t75" style="width:48pt;height:19.85pt" o:ole="">
            <v:imagedata r:id="rId572" o:title=""/>
          </v:shape>
          <o:OLEObject Type="Embed" ProgID="Equation.DSMT4" ShapeID="_x0000_i1303" DrawAspect="Content" ObjectID="_1808504299" r:id="rId573"/>
        </w:object>
      </w:r>
      <w:r w:rsidRPr="00453277">
        <w:rPr>
          <w:rFonts w:eastAsia="Calibri" w:cs="Times New Roman"/>
        </w:rPr>
        <w:t xml:space="preserve">, </w:t>
      </w:r>
      <w:r w:rsidRPr="00453277">
        <w:rPr>
          <w:rFonts w:eastAsia="Calibri" w:cs="Times New Roman"/>
          <w:position w:val="-14"/>
        </w:rPr>
        <w:object w:dxaOrig="1060" w:dyaOrig="400">
          <v:shape id="_x0000_i1304" type="#_x0000_t75" style="width:53.1pt;height:19.85pt" o:ole="">
            <v:imagedata r:id="rId574" o:title=""/>
          </v:shape>
          <o:OLEObject Type="Embed" ProgID="Equation.DSMT4" ShapeID="_x0000_i1304" DrawAspect="Content" ObjectID="_1808504300" r:id="rId575"/>
        </w:object>
      </w:r>
      <w:r w:rsidRPr="00453277">
        <w:rPr>
          <w:rFonts w:eastAsia="Calibri" w:cs="Times New Roman"/>
        </w:rPr>
        <w:t xml:space="preserve">, </w:t>
      </w:r>
      <w:r w:rsidRPr="00453277">
        <w:rPr>
          <w:rFonts w:eastAsia="Calibri" w:cs="Times New Roman"/>
          <w:position w:val="-14"/>
        </w:rPr>
        <w:object w:dxaOrig="1140" w:dyaOrig="400">
          <v:shape id="_x0000_i1305" type="#_x0000_t75" style="width:57.25pt;height:19.85pt" o:ole="">
            <v:imagedata r:id="rId576" o:title=""/>
          </v:shape>
          <o:OLEObject Type="Embed" ProgID="Equation.DSMT4" ShapeID="_x0000_i1305" DrawAspect="Content" ObjectID="_1808504301" r:id="rId577"/>
        </w:object>
      </w:r>
      <w:r w:rsidRPr="00453277">
        <w:rPr>
          <w:rFonts w:eastAsia="Calibri" w:cs="Times New Roman"/>
        </w:rPr>
        <w:t xml:space="preserve">, </w:t>
      </w:r>
      <w:r w:rsidRPr="00453277">
        <w:rPr>
          <w:rFonts w:eastAsia="Calibri" w:cs="Times New Roman"/>
          <w:position w:val="-14"/>
        </w:rPr>
        <w:object w:dxaOrig="1180" w:dyaOrig="400">
          <v:shape id="_x0000_i1306" type="#_x0000_t75" style="width:59.1pt;height:19.85pt" o:ole="">
            <v:imagedata r:id="rId578" o:title=""/>
          </v:shape>
          <o:OLEObject Type="Embed" ProgID="Equation.DSMT4" ShapeID="_x0000_i1306" DrawAspect="Content" ObjectID="_1808504302" r:id="rId579"/>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Gọi </w:t>
      </w:r>
      <w:r w:rsidRPr="00453277">
        <w:rPr>
          <w:rFonts w:eastAsia="Calibri" w:cs="Times New Roman"/>
          <w:position w:val="-10"/>
        </w:rPr>
        <w:object w:dxaOrig="499" w:dyaOrig="320">
          <v:shape id="_x0000_i1307" type="#_x0000_t75" style="width:24.9pt;height:16.15pt" o:ole="">
            <v:imagedata r:id="rId580" o:title=""/>
          </v:shape>
          <o:OLEObject Type="Embed" ProgID="Equation.DSMT4" ShapeID="_x0000_i1307" DrawAspect="Content" ObjectID="_1808504303" r:id="rId581"/>
        </w:object>
      </w:r>
      <w:r w:rsidRPr="00453277">
        <w:rPr>
          <w:rFonts w:eastAsia="Calibri" w:cs="Times New Roman"/>
        </w:rPr>
        <w:t xml:space="preserve"> lần lượt là vị trí của chú kiến đen và chú kiến vàng sau 10 phút.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Cần tính độ dài đoạn </w:t>
      </w:r>
      <w:r w:rsidRPr="00453277">
        <w:rPr>
          <w:rFonts w:eastAsia="Calibri" w:cs="Times New Roman"/>
          <w:position w:val="-10"/>
        </w:rPr>
        <w:object w:dxaOrig="400" w:dyaOrig="320">
          <v:shape id="_x0000_i1308" type="#_x0000_t75" style="width:19.85pt;height:16.15pt" o:ole="">
            <v:imagedata r:id="rId582" o:title=""/>
          </v:shape>
          <o:OLEObject Type="Embed" ProgID="Equation.DSMT4" ShapeID="_x0000_i1308" DrawAspect="Content" ObjectID="_1808504304" r:id="rId583"/>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Ta có: </w:t>
      </w:r>
      <w:r w:rsidRPr="00453277">
        <w:rPr>
          <w:rFonts w:eastAsia="Calibri" w:cs="Times New Roman"/>
          <w:position w:val="-10"/>
        </w:rPr>
        <w:object w:dxaOrig="3680" w:dyaOrig="320">
          <v:shape id="_x0000_i1309" type="#_x0000_t75" style="width:184.15pt;height:16.15pt" o:ole="">
            <v:imagedata r:id="rId584" o:title=""/>
          </v:shape>
          <o:OLEObject Type="Embed" ProgID="Equation.DSMT4" ShapeID="_x0000_i1309" DrawAspect="Content" ObjectID="_1808504305" r:id="rId585"/>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14"/>
        </w:rPr>
        <w:object w:dxaOrig="3420" w:dyaOrig="420">
          <v:shape id="_x0000_i1310" type="#_x0000_t75" style="width:171.25pt;height:21.25pt" o:ole="">
            <v:imagedata r:id="rId586" o:title=""/>
          </v:shape>
          <o:OLEObject Type="Embed" ProgID="Equation.DSMT4" ShapeID="_x0000_i1310" DrawAspect="Content" ObjectID="_1808504306" r:id="rId587"/>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14"/>
        </w:rPr>
        <w:object w:dxaOrig="3800" w:dyaOrig="420">
          <v:shape id="_x0000_i1311" type="#_x0000_t75" style="width:190.15pt;height:21.25pt" o:ole="">
            <v:imagedata r:id="rId588" o:title=""/>
          </v:shape>
          <o:OLEObject Type="Embed" ProgID="Equation.DSMT4" ShapeID="_x0000_i1311" DrawAspect="Content" ObjectID="_1808504307" r:id="rId589"/>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 xml:space="preserve">Khi đó: </w:t>
      </w:r>
      <w:r w:rsidRPr="00453277">
        <w:rPr>
          <w:rFonts w:eastAsia="Calibri" w:cs="Times New Roman"/>
          <w:position w:val="-28"/>
        </w:rPr>
        <w:object w:dxaOrig="5200" w:dyaOrig="720">
          <v:shape id="_x0000_i1312" type="#_x0000_t75" style="width:259.85pt;height:36pt" o:ole="">
            <v:imagedata r:id="rId590" o:title=""/>
          </v:shape>
          <o:OLEObject Type="Embed" ProgID="Equation.DSMT4" ShapeID="_x0000_i1312" DrawAspect="Content" ObjectID="_1808504308" r:id="rId591"/>
        </w:objec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28"/>
        </w:rPr>
        <w:object w:dxaOrig="6039" w:dyaOrig="720">
          <v:shape id="_x0000_i1313" type="#_x0000_t75" style="width:302.3pt;height:36pt" o:ole="">
            <v:imagedata r:id="rId592" o:title=""/>
          </v:shape>
          <o:OLEObject Type="Embed" ProgID="Equation.DSMT4" ShapeID="_x0000_i1313" DrawAspect="Content" ObjectID="_1808504309" r:id="rId593"/>
        </w:object>
      </w:r>
      <w:r w:rsidRPr="00453277">
        <w:rPr>
          <w:rFonts w:eastAsia="Calibri" w:cs="Times New Roman"/>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lastRenderedPageBreak/>
        <w:t xml:space="preserve">Suy ra </w:t>
      </w:r>
      <w:r w:rsidRPr="00453277">
        <w:rPr>
          <w:rFonts w:eastAsia="Calibri" w:cs="Times New Roman"/>
          <w:position w:val="-30"/>
        </w:rPr>
        <w:object w:dxaOrig="6060" w:dyaOrig="800">
          <v:shape id="_x0000_i1314" type="#_x0000_t75" style="width:303.25pt;height:40.15pt" o:ole="">
            <v:imagedata r:id="rId594" o:title=""/>
          </v:shape>
          <o:OLEObject Type="Embed" ProgID="Equation.DSMT4" ShapeID="_x0000_i1314" DrawAspect="Content" ObjectID="_1808504310" r:id="rId595"/>
        </w:object>
      </w:r>
      <w:r w:rsidRPr="00453277">
        <w:rPr>
          <w:rFonts w:eastAsia="Calibri" w:cs="Times New Roman"/>
        </w:rPr>
        <w:t>.</w:t>
      </w:r>
    </w:p>
    <w:p w:rsidR="00453277" w:rsidRPr="00453277" w:rsidRDefault="00453277" w:rsidP="00453277">
      <w:pPr>
        <w:numPr>
          <w:ilvl w:val="0"/>
          <w:numId w:val="31"/>
        </w:numPr>
        <w:spacing w:before="0" w:after="0" w:line="259" w:lineRule="auto"/>
        <w:rPr>
          <w:rFonts w:eastAsia="Calibri" w:cs="Times New Roman"/>
          <w:szCs w:val="24"/>
        </w:rPr>
      </w:pPr>
      <w:r w:rsidRPr="00453277">
        <w:rPr>
          <w:rFonts w:eastAsia="Calibri" w:cs="Times New Roman"/>
          <w:szCs w:val="24"/>
        </w:rPr>
        <w:t xml:space="preserve">Cho lăng trụ đều </w:t>
      </w:r>
      <w:r w:rsidRPr="00453277">
        <w:rPr>
          <w:rFonts w:eastAsia="Calibri" w:cs="Times New Roman"/>
          <w:position w:val="-6"/>
          <w:szCs w:val="24"/>
        </w:rPr>
        <w:object w:dxaOrig="1240" w:dyaOrig="279">
          <v:shape id="_x0000_i1315" type="#_x0000_t75" style="width:61.85pt;height:13.85pt" o:ole="">
            <v:imagedata r:id="rId596" o:title=""/>
          </v:shape>
          <o:OLEObject Type="Embed" ProgID="Equation.DSMT4" ShapeID="_x0000_i1315" DrawAspect="Content" ObjectID="_1808504311" r:id="rId597"/>
        </w:object>
      </w:r>
      <w:r w:rsidRPr="00453277">
        <w:rPr>
          <w:rFonts w:eastAsia="Calibri" w:cs="Times New Roman"/>
          <w:szCs w:val="24"/>
        </w:rPr>
        <w:t xml:space="preserve"> có tất cả các cạnh có độ dài bằng </w:t>
      </w:r>
      <w:r w:rsidRPr="00453277">
        <w:rPr>
          <w:rFonts w:eastAsia="Calibri" w:cs="Times New Roman"/>
          <w:position w:val="-4"/>
          <w:szCs w:val="24"/>
        </w:rPr>
        <w:object w:dxaOrig="200" w:dyaOrig="260">
          <v:shape id="_x0000_i1316" type="#_x0000_t75" style="width:10.15pt;height:12.9pt" o:ole="">
            <v:imagedata r:id="rId598" o:title=""/>
          </v:shape>
          <o:OLEObject Type="Embed" ProgID="Equation.DSMT4" ShapeID="_x0000_i1316" DrawAspect="Content" ObjectID="_1808504312" r:id="rId599"/>
        </w:object>
      </w:r>
      <w:r w:rsidRPr="00453277">
        <w:rPr>
          <w:rFonts w:eastAsia="Calibri" w:cs="Times New Roman"/>
          <w:szCs w:val="24"/>
        </w:rPr>
        <w:t xml:space="preserve">. Gọi </w:t>
      </w:r>
      <w:r w:rsidRPr="00453277">
        <w:rPr>
          <w:rFonts w:eastAsia="Calibri" w:cs="Times New Roman"/>
          <w:position w:val="-4"/>
          <w:szCs w:val="24"/>
        </w:rPr>
        <w:object w:dxaOrig="320" w:dyaOrig="260">
          <v:shape id="_x0000_i1317" type="#_x0000_t75" style="width:16.15pt;height:12.9pt" o:ole="">
            <v:imagedata r:id="rId600" o:title=""/>
          </v:shape>
          <o:OLEObject Type="Embed" ProgID="Equation.DSMT4" ShapeID="_x0000_i1317" DrawAspect="Content" ObjectID="_1808504313" r:id="rId601"/>
        </w:object>
      </w:r>
      <w:r w:rsidRPr="00453277">
        <w:rPr>
          <w:rFonts w:eastAsia="Calibri" w:cs="Times New Roman"/>
          <w:szCs w:val="24"/>
        </w:rPr>
        <w:t xml:space="preserve"> là trung điểm của cạnh </w:t>
      </w:r>
      <w:r w:rsidRPr="00453277">
        <w:rPr>
          <w:rFonts w:eastAsia="Calibri" w:cs="Times New Roman"/>
          <w:position w:val="-6"/>
          <w:szCs w:val="24"/>
        </w:rPr>
        <w:object w:dxaOrig="400" w:dyaOrig="279">
          <v:shape id="_x0000_i1318" type="#_x0000_t75" style="width:20.3pt;height:13.85pt" o:ole="">
            <v:imagedata r:id="rId602" o:title=""/>
          </v:shape>
          <o:OLEObject Type="Embed" ProgID="Equation.DSMT4" ShapeID="_x0000_i1318" DrawAspect="Content" ObjectID="_1808504314" r:id="rId603"/>
        </w:object>
      </w:r>
      <w:r w:rsidRPr="00453277">
        <w:rPr>
          <w:rFonts w:eastAsia="Calibri" w:cs="Times New Roman"/>
          <w:szCs w:val="24"/>
        </w:rPr>
        <w:t xml:space="preserve">. Tính khoảng cách từ </w:t>
      </w:r>
      <w:r w:rsidRPr="00453277">
        <w:rPr>
          <w:rFonts w:eastAsia="Calibri" w:cs="Times New Roman"/>
          <w:position w:val="-4"/>
          <w:szCs w:val="24"/>
        </w:rPr>
        <w:object w:dxaOrig="279" w:dyaOrig="260">
          <v:shape id="_x0000_i1319" type="#_x0000_t75" style="width:13.85pt;height:12.9pt" o:ole="">
            <v:imagedata r:id="rId604" o:title=""/>
          </v:shape>
          <o:OLEObject Type="Embed" ProgID="Equation.DSMT4" ShapeID="_x0000_i1319" DrawAspect="Content" ObjectID="_1808504315" r:id="rId605"/>
        </w:object>
      </w:r>
      <w:r w:rsidRPr="00453277">
        <w:rPr>
          <w:rFonts w:eastAsia="Calibri" w:cs="Times New Roman"/>
          <w:szCs w:val="24"/>
        </w:rPr>
        <w:t xml:space="preserve"> đến mặt phẳng </w:t>
      </w:r>
      <w:r w:rsidRPr="00453277">
        <w:rPr>
          <w:rFonts w:eastAsia="Calibri" w:cs="Times New Roman"/>
          <w:position w:val="-14"/>
          <w:szCs w:val="24"/>
        </w:rPr>
        <w:object w:dxaOrig="859" w:dyaOrig="400">
          <v:shape id="_x0000_i1320" type="#_x0000_t75" style="width:43.85pt;height:20.3pt" o:ole="">
            <v:imagedata r:id="rId606" o:title=""/>
          </v:shape>
          <o:OLEObject Type="Embed" ProgID="Equation.DSMT4" ShapeID="_x0000_i1320" DrawAspect="Content" ObjectID="_1808504316" r:id="rId607"/>
        </w:object>
      </w:r>
      <w:r w:rsidRPr="00453277">
        <w:rPr>
          <w:rFonts w:eastAsia="Calibri" w:cs="Times New Roman"/>
          <w:szCs w:val="24"/>
        </w:rPr>
        <w:t>. (kết quả làm tròn đến hàng phần trăm).</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szCs w:val="24"/>
        </w:rPr>
      </w:pPr>
      <w:r w:rsidRPr="00453277">
        <w:rPr>
          <w:rFonts w:eastAsia="Calibri" w:cs="Times New Roman"/>
          <w:b/>
          <w:color w:val="0000FF"/>
          <w:szCs w:val="24"/>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Đáp số: 3,58</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noProof/>
          <w:szCs w:val="24"/>
        </w:rPr>
        <w:drawing>
          <wp:inline distT="0" distB="0" distL="0" distR="0" wp14:anchorId="56C662F1" wp14:editId="13CEA147">
            <wp:extent cx="1460500" cy="1697485"/>
            <wp:effectExtent l="0" t="0" r="6350" b="0"/>
            <wp:docPr id="1455687509" name="Picture 145568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471455" cy="1710218"/>
                    </a:xfrm>
                    <a:prstGeom prst="rect">
                      <a:avLst/>
                    </a:prstGeom>
                    <a:noFill/>
                    <a:ln>
                      <a:noFill/>
                    </a:ln>
                  </pic:spPr>
                </pic:pic>
              </a:graphicData>
            </a:graphic>
          </wp:inline>
        </w:drawing>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Gọi </w:t>
      </w:r>
      <w:r w:rsidRPr="00453277">
        <w:rPr>
          <w:rFonts w:eastAsia="Calibri" w:cs="Times New Roman"/>
          <w:position w:val="-4"/>
          <w:szCs w:val="24"/>
        </w:rPr>
        <w:object w:dxaOrig="240" w:dyaOrig="260">
          <v:shape id="_x0000_i1321" type="#_x0000_t75" style="width:12.45pt;height:12.9pt" o:ole="">
            <v:imagedata r:id="rId609" o:title=""/>
          </v:shape>
          <o:OLEObject Type="Embed" ProgID="Equation.DSMT4" ShapeID="_x0000_i1321" DrawAspect="Content" ObjectID="_1808504317" r:id="rId610"/>
        </w:object>
      </w:r>
      <w:r w:rsidRPr="00453277">
        <w:rPr>
          <w:rFonts w:eastAsia="Calibri" w:cs="Times New Roman"/>
          <w:szCs w:val="24"/>
        </w:rPr>
        <w:t xml:space="preserve"> là giao điểm của </w:t>
      </w:r>
      <w:r w:rsidRPr="00453277">
        <w:rPr>
          <w:rFonts w:eastAsia="Calibri" w:cs="Times New Roman"/>
          <w:position w:val="-6"/>
          <w:szCs w:val="24"/>
        </w:rPr>
        <w:object w:dxaOrig="499" w:dyaOrig="279">
          <v:shape id="_x0000_i1322" type="#_x0000_t75" style="width:24.9pt;height:13.85pt" o:ole="">
            <v:imagedata r:id="rId611" o:title=""/>
          </v:shape>
          <o:OLEObject Type="Embed" ProgID="Equation.DSMT4" ShapeID="_x0000_i1322" DrawAspect="Content" ObjectID="_1808504318" r:id="rId612"/>
        </w:object>
      </w:r>
      <w:r w:rsidRPr="00453277">
        <w:rPr>
          <w:rFonts w:eastAsia="Calibri" w:cs="Times New Roman"/>
          <w:szCs w:val="24"/>
        </w:rPr>
        <w:t xml:space="preserve"> và </w:t>
      </w:r>
      <w:r w:rsidRPr="00453277">
        <w:rPr>
          <w:rFonts w:eastAsia="Calibri" w:cs="Times New Roman"/>
          <w:position w:val="-6"/>
          <w:szCs w:val="24"/>
        </w:rPr>
        <w:object w:dxaOrig="460" w:dyaOrig="279">
          <v:shape id="_x0000_i1323" type="#_x0000_t75" style="width:23.1pt;height:13.85pt" o:ole="">
            <v:imagedata r:id="rId613" o:title=""/>
          </v:shape>
          <o:OLEObject Type="Embed" ProgID="Equation.DSMT4" ShapeID="_x0000_i1323" DrawAspect="Content" ObjectID="_1808504319" r:id="rId614"/>
        </w:object>
      </w:r>
      <w:r w:rsidRPr="00453277">
        <w:rPr>
          <w:rFonts w:eastAsia="Calibri"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Do </w:t>
      </w:r>
      <w:r w:rsidRPr="00453277">
        <w:rPr>
          <w:rFonts w:eastAsia="Calibri" w:cs="Times New Roman"/>
          <w:position w:val="-6"/>
          <w:szCs w:val="24"/>
        </w:rPr>
        <w:object w:dxaOrig="400" w:dyaOrig="279">
          <v:shape id="_x0000_i1324" type="#_x0000_t75" style="width:20.3pt;height:13.85pt" o:ole="">
            <v:imagedata r:id="rId615" o:title=""/>
          </v:shape>
          <o:OLEObject Type="Embed" ProgID="Equation.DSMT4" ShapeID="_x0000_i1324" DrawAspect="Content" ObjectID="_1808504320" r:id="rId616"/>
        </w:object>
      </w:r>
      <w:r w:rsidRPr="00453277">
        <w:rPr>
          <w:rFonts w:eastAsia="Calibri" w:cs="Times New Roman"/>
          <w:szCs w:val="24"/>
        </w:rPr>
        <w:t xml:space="preserve"> song song với </w:t>
      </w:r>
      <w:r w:rsidRPr="00453277">
        <w:rPr>
          <w:rFonts w:eastAsia="Calibri" w:cs="Times New Roman"/>
          <w:position w:val="-6"/>
          <w:szCs w:val="24"/>
        </w:rPr>
        <w:object w:dxaOrig="499" w:dyaOrig="279">
          <v:shape id="_x0000_i1325" type="#_x0000_t75" style="width:24.9pt;height:13.85pt" o:ole="">
            <v:imagedata r:id="rId617" o:title=""/>
          </v:shape>
          <o:OLEObject Type="Embed" ProgID="Equation.DSMT4" ShapeID="_x0000_i1325" DrawAspect="Content" ObjectID="_1808504321" r:id="rId618"/>
        </w:object>
      </w:r>
      <w:r w:rsidRPr="00453277">
        <w:rPr>
          <w:rFonts w:eastAsia="Calibri" w:cs="Times New Roman"/>
          <w:szCs w:val="24"/>
        </w:rPr>
        <w:t xml:space="preserve"> nên </w:t>
      </w:r>
      <w:r w:rsidRPr="00453277">
        <w:rPr>
          <w:rFonts w:eastAsia="Calibri" w:cs="Times New Roman"/>
          <w:position w:val="-24"/>
          <w:szCs w:val="24"/>
        </w:rPr>
        <w:object w:dxaOrig="2240" w:dyaOrig="620">
          <v:shape id="_x0000_i1326" type="#_x0000_t75" style="width:112.15pt;height:30.9pt" o:ole="">
            <v:imagedata r:id="rId619" o:title=""/>
          </v:shape>
          <o:OLEObject Type="Embed" ProgID="Equation.DSMT4" ShapeID="_x0000_i1326" DrawAspect="Content" ObjectID="_1808504322" r:id="rId620"/>
        </w:object>
      </w:r>
      <w:r w:rsidRPr="00453277">
        <w:rPr>
          <w:rFonts w:eastAsia="Calibri"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Ta có: </w:t>
      </w:r>
      <w:r w:rsidRPr="00453277">
        <w:rPr>
          <w:rFonts w:eastAsia="Calibri" w:cs="Times New Roman"/>
          <w:position w:val="-34"/>
          <w:szCs w:val="24"/>
        </w:rPr>
        <w:object w:dxaOrig="6100" w:dyaOrig="800">
          <v:shape id="_x0000_i1327" type="#_x0000_t75" style="width:305.1pt;height:40.15pt" o:ole="">
            <v:imagedata r:id="rId621" o:title=""/>
          </v:shape>
          <o:OLEObject Type="Embed" ProgID="Equation.DSMT4" ShapeID="_x0000_i1327" DrawAspect="Content" ObjectID="_1808504323" r:id="rId622"/>
        </w:object>
      </w:r>
      <w:r w:rsidRPr="00453277">
        <w:rPr>
          <w:rFonts w:eastAsia="Calibri"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Ta có: </w:t>
      </w:r>
      <w:r w:rsidRPr="00453277">
        <w:rPr>
          <w:rFonts w:eastAsia="Calibri" w:cs="Times New Roman"/>
          <w:position w:val="-30"/>
          <w:szCs w:val="24"/>
        </w:rPr>
        <w:object w:dxaOrig="5480" w:dyaOrig="720">
          <v:shape id="_x0000_i1328" type="#_x0000_t75" style="width:274.6pt;height:36pt" o:ole="">
            <v:imagedata r:id="rId623" o:title=""/>
          </v:shape>
          <o:OLEObject Type="Embed" ProgID="Equation.DSMT4" ShapeID="_x0000_i1328" DrawAspect="Content" ObjectID="_1808504324" r:id="rId624"/>
        </w:object>
      </w:r>
      <w:r w:rsidRPr="00453277">
        <w:rPr>
          <w:rFonts w:eastAsia="Calibri"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Ta có: </w:t>
      </w:r>
      <w:r w:rsidRPr="00453277">
        <w:rPr>
          <w:rFonts w:eastAsia="Calibri" w:cs="Times New Roman"/>
          <w:position w:val="-52"/>
          <w:szCs w:val="24"/>
        </w:rPr>
        <w:object w:dxaOrig="6979" w:dyaOrig="1160">
          <v:shape id="_x0000_i1329" type="#_x0000_t75" style="width:348.45pt;height:59.1pt" o:ole="">
            <v:imagedata r:id="rId625" o:title=""/>
          </v:shape>
          <o:OLEObject Type="Embed" ProgID="Equation.DSMT4" ShapeID="_x0000_i1329" DrawAspect="Content" ObjectID="_1808504325" r:id="rId626"/>
        </w:object>
      </w:r>
      <w:r w:rsidRPr="00453277">
        <w:rPr>
          <w:rFonts w:eastAsia="Calibri"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Xét tam giác </w:t>
      </w:r>
      <w:r w:rsidRPr="00453277">
        <w:rPr>
          <w:rFonts w:eastAsia="Calibri" w:cs="Times New Roman"/>
          <w:position w:val="-6"/>
          <w:szCs w:val="24"/>
        </w:rPr>
        <w:object w:dxaOrig="660" w:dyaOrig="279">
          <v:shape id="_x0000_i1330" type="#_x0000_t75" style="width:33.7pt;height:13.85pt" o:ole="">
            <v:imagedata r:id="rId627" o:title=""/>
          </v:shape>
          <o:OLEObject Type="Embed" ProgID="Equation.DSMT4" ShapeID="_x0000_i1330" DrawAspect="Content" ObjectID="_1808504326" r:id="rId628"/>
        </w:object>
      </w:r>
      <w:r w:rsidRPr="00453277">
        <w:rPr>
          <w:rFonts w:eastAsia="Calibri" w:cs="Times New Roman"/>
          <w:szCs w:val="24"/>
        </w:rPr>
        <w:t xml:space="preserve"> vuông tại </w:t>
      </w:r>
      <w:r w:rsidRPr="00453277">
        <w:rPr>
          <w:rFonts w:eastAsia="Calibri" w:cs="Times New Roman"/>
          <w:position w:val="-6"/>
          <w:szCs w:val="24"/>
        </w:rPr>
        <w:object w:dxaOrig="240" w:dyaOrig="279">
          <v:shape id="_x0000_i1331" type="#_x0000_t75" style="width:12.45pt;height:13.85pt" o:ole="">
            <v:imagedata r:id="rId629" o:title=""/>
          </v:shape>
          <o:OLEObject Type="Embed" ProgID="Equation.DSMT4" ShapeID="_x0000_i1331" DrawAspect="Content" ObjectID="_1808504327" r:id="rId630"/>
        </w:object>
      </w:r>
      <w:r w:rsidRPr="00453277">
        <w:rPr>
          <w:rFonts w:eastAsia="Calibri" w:cs="Times New Roman"/>
          <w:szCs w:val="24"/>
        </w:rPr>
        <w:t xml:space="preserve">, đường cao </w:t>
      </w:r>
      <w:r w:rsidRPr="00453277">
        <w:rPr>
          <w:rFonts w:eastAsia="Calibri" w:cs="Times New Roman"/>
          <w:position w:val="-6"/>
          <w:szCs w:val="24"/>
        </w:rPr>
        <w:object w:dxaOrig="440" w:dyaOrig="279">
          <v:shape id="_x0000_i1332" type="#_x0000_t75" style="width:22.15pt;height:13.85pt" o:ole="">
            <v:imagedata r:id="rId631" o:title=""/>
          </v:shape>
          <o:OLEObject Type="Embed" ProgID="Equation.DSMT4" ShapeID="_x0000_i1332" DrawAspect="Content" ObjectID="_1808504328" r:id="rId632"/>
        </w:object>
      </w:r>
      <w:r w:rsidRPr="00453277">
        <w:rPr>
          <w:rFonts w:eastAsia="Calibri"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Ta có: </w:t>
      </w:r>
      <w:r w:rsidRPr="00453277">
        <w:rPr>
          <w:rFonts w:eastAsia="Calibri" w:cs="Times New Roman"/>
          <w:position w:val="-24"/>
          <w:szCs w:val="24"/>
        </w:rPr>
        <w:object w:dxaOrig="8040" w:dyaOrig="680">
          <v:shape id="_x0000_i1333" type="#_x0000_t75" style="width:402pt;height:34.15pt" o:ole="">
            <v:imagedata r:id="rId633" o:title=""/>
          </v:shape>
          <o:OLEObject Type="Embed" ProgID="Equation.DSMT4" ShapeID="_x0000_i1333" DrawAspect="Content" ObjectID="_1808504329" r:id="rId634"/>
        </w:object>
      </w:r>
      <w:r w:rsidRPr="00453277">
        <w:rPr>
          <w:rFonts w:eastAsia="Calibri" w:cs="Times New Roman"/>
          <w:szCs w:val="24"/>
        </w:rPr>
        <w:t>.</w:t>
      </w:r>
    </w:p>
    <w:p w:rsidR="00453277" w:rsidRPr="00453277" w:rsidRDefault="00453277" w:rsidP="00453277">
      <w:pPr>
        <w:numPr>
          <w:ilvl w:val="0"/>
          <w:numId w:val="31"/>
        </w:numPr>
        <w:spacing w:before="0" w:after="0" w:line="259" w:lineRule="auto"/>
        <w:rPr>
          <w:rFonts w:eastAsia="Calibri" w:cs="Times New Roman"/>
          <w:szCs w:val="24"/>
          <w:lang w:val="nl-NL"/>
        </w:rPr>
      </w:pPr>
      <w:r w:rsidRPr="00453277">
        <w:rPr>
          <w:rFonts w:eastAsia="Calibri" w:cs="Times New Roman"/>
          <w:szCs w:val="24"/>
        </w:rPr>
        <w:t xml:space="preserve">Có hai thùng hàng </w:t>
      </w:r>
      <w:r w:rsidRPr="00453277">
        <w:rPr>
          <w:rFonts w:eastAsia="Calibri" w:cs="Times New Roman"/>
          <w:position w:val="-4"/>
          <w:szCs w:val="24"/>
        </w:rPr>
        <w:object w:dxaOrig="240" w:dyaOrig="260">
          <v:shape id="_x0000_i1334" type="#_x0000_t75" style="width:12pt;height:12.9pt" o:ole="">
            <v:imagedata r:id="rId635" o:title=""/>
          </v:shape>
          <o:OLEObject Type="Embed" ProgID="Equation.DSMT4" ShapeID="_x0000_i1334" DrawAspect="Content" ObjectID="_1808504330" r:id="rId636"/>
        </w:object>
      </w:r>
      <w:r w:rsidRPr="00453277">
        <w:rPr>
          <w:rFonts w:eastAsia="Calibri" w:cs="Times New Roman"/>
          <w:szCs w:val="24"/>
        </w:rPr>
        <w:t xml:space="preserve"> và </w:t>
      </w:r>
      <w:r w:rsidRPr="00453277">
        <w:rPr>
          <w:rFonts w:eastAsia="Calibri" w:cs="Times New Roman"/>
          <w:position w:val="-4"/>
          <w:szCs w:val="24"/>
        </w:rPr>
        <w:object w:dxaOrig="240" w:dyaOrig="260">
          <v:shape id="_x0000_i1335" type="#_x0000_t75" style="width:12pt;height:12.9pt" o:ole="">
            <v:imagedata r:id="rId637" o:title=""/>
          </v:shape>
          <o:OLEObject Type="Embed" ProgID="Equation.DSMT4" ShapeID="_x0000_i1335" DrawAspect="Content" ObjectID="_1808504331" r:id="rId638"/>
        </w:object>
      </w:r>
      <w:r w:rsidRPr="00453277">
        <w:rPr>
          <w:rFonts w:eastAsia="Calibri" w:cs="Times New Roman"/>
          <w:szCs w:val="24"/>
        </w:rPr>
        <w:t xml:space="preserve"> được đặt trên sàn nhà kho. Hai thùng được nối với nhau bằng một sợi dây dài </w:t>
      </w:r>
      <w:r w:rsidRPr="00453277">
        <w:rPr>
          <w:rFonts w:eastAsia="Calibri" w:cs="Times New Roman"/>
          <w:position w:val="-6"/>
          <w:szCs w:val="24"/>
        </w:rPr>
        <w:object w:dxaOrig="460" w:dyaOrig="279">
          <v:shape id="_x0000_i1336" type="#_x0000_t75" style="width:23.1pt;height:13.85pt" o:ole="">
            <v:imagedata r:id="rId639" o:title=""/>
          </v:shape>
          <o:OLEObject Type="Embed" ProgID="Equation.DSMT4" ShapeID="_x0000_i1336" DrawAspect="Content" ObjectID="_1808504332" r:id="rId640"/>
        </w:object>
      </w:r>
      <w:r w:rsidRPr="00453277">
        <w:rPr>
          <w:rFonts w:eastAsia="Calibri" w:cs="Times New Roman"/>
          <w:szCs w:val="24"/>
        </w:rPr>
        <w:t xml:space="preserve">, sợi dây luôn căng và được kéo qua một ròng rọc gần tại điểm </w:t>
      </w:r>
      <w:r w:rsidRPr="00453277">
        <w:rPr>
          <w:rFonts w:eastAsia="Calibri" w:cs="Times New Roman"/>
          <w:position w:val="-4"/>
          <w:szCs w:val="24"/>
        </w:rPr>
        <w:object w:dxaOrig="240" w:dyaOrig="260">
          <v:shape id="_x0000_i1337" type="#_x0000_t75" style="width:12pt;height:12.9pt" o:ole="">
            <v:imagedata r:id="rId641" o:title=""/>
          </v:shape>
          <o:OLEObject Type="Embed" ProgID="Equation.DSMT4" ShapeID="_x0000_i1337" DrawAspect="Content" ObjectID="_1808504333" r:id="rId642"/>
        </w:object>
      </w:r>
      <w:r w:rsidRPr="00453277">
        <w:rPr>
          <w:rFonts w:eastAsia="Calibri" w:cs="Times New Roman"/>
          <w:szCs w:val="24"/>
        </w:rPr>
        <w:t xml:space="preserve"> trên trần nhà. Biết trần nhà cao </w:t>
      </w:r>
      <w:r w:rsidRPr="00453277">
        <w:rPr>
          <w:rFonts w:eastAsia="Calibri" w:cs="Times New Roman"/>
          <w:position w:val="-6"/>
          <w:szCs w:val="24"/>
        </w:rPr>
        <w:object w:dxaOrig="380" w:dyaOrig="279">
          <v:shape id="_x0000_i1338" type="#_x0000_t75" style="width:18.9pt;height:13.85pt" o:ole="">
            <v:imagedata r:id="rId643" o:title=""/>
          </v:shape>
          <o:OLEObject Type="Embed" ProgID="Equation.DSMT4" ShapeID="_x0000_i1338" DrawAspect="Content" ObjectID="_1808504334" r:id="rId644"/>
        </w:object>
      </w:r>
      <w:r w:rsidRPr="00453277">
        <w:rPr>
          <w:rFonts w:eastAsia="Calibri" w:cs="Times New Roman"/>
          <w:szCs w:val="24"/>
        </w:rPr>
        <w:t xml:space="preserve"> so với mặt sản (đoạn </w:t>
      </w:r>
      <w:r w:rsidRPr="00453277">
        <w:rPr>
          <w:rFonts w:eastAsia="Calibri" w:cs="Times New Roman"/>
          <w:position w:val="-10"/>
          <w:szCs w:val="24"/>
        </w:rPr>
        <w:object w:dxaOrig="960" w:dyaOrig="320">
          <v:shape id="_x0000_i1339" type="#_x0000_t75" style="width:48pt;height:16.15pt" o:ole="">
            <v:imagedata r:id="rId645" o:title=""/>
          </v:shape>
          <o:OLEObject Type="Embed" ProgID="Equation.DSMT4" ShapeID="_x0000_i1339" DrawAspect="Content" ObjectID="_1808504335" r:id="rId646"/>
        </w:object>
      </w:r>
      <w:r w:rsidRPr="00453277">
        <w:rPr>
          <w:rFonts w:eastAsia="Calibri" w:cs="Times New Roman"/>
          <w:szCs w:val="24"/>
        </w:rPr>
        <w:t>) và trong quá trình di chuyển, hai thùng hàng luôn nằm trên mặt sản (bỏ qua lực ma sát).</w:t>
      </w:r>
    </w:p>
    <w:p w:rsidR="00453277" w:rsidRPr="00453277" w:rsidRDefault="00453277" w:rsidP="007307D8">
      <w:pPr>
        <w:tabs>
          <w:tab w:val="left" w:pos="283"/>
          <w:tab w:val="left" w:pos="2835"/>
          <w:tab w:val="left" w:pos="5386"/>
          <w:tab w:val="left" w:pos="7937"/>
        </w:tabs>
        <w:spacing w:before="0" w:after="0"/>
        <w:ind w:firstLine="283"/>
        <w:jc w:val="center"/>
        <w:rPr>
          <w:rFonts w:eastAsia="Calibri" w:cs="Times New Roman"/>
          <w:szCs w:val="24"/>
        </w:rPr>
      </w:pPr>
      <w:r w:rsidRPr="00453277">
        <w:rPr>
          <w:rFonts w:eastAsia="Calibri" w:cs="Times New Roman"/>
          <w:noProof/>
          <w:szCs w:val="24"/>
        </w:rPr>
        <w:drawing>
          <wp:inline distT="0" distB="0" distL="0" distR="0" wp14:anchorId="790DDF94" wp14:editId="24473936">
            <wp:extent cx="2541320" cy="1187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7"/>
                    <a:stretch>
                      <a:fillRect/>
                    </a:stretch>
                  </pic:blipFill>
                  <pic:spPr>
                    <a:xfrm>
                      <a:off x="0" y="0"/>
                      <a:ext cx="2554944" cy="1194298"/>
                    </a:xfrm>
                    <a:prstGeom prst="rect">
                      <a:avLst/>
                    </a:prstGeom>
                  </pic:spPr>
                </pic:pic>
              </a:graphicData>
            </a:graphic>
          </wp:inline>
        </w:drawing>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szCs w:val="24"/>
        </w:rPr>
      </w:pPr>
      <w:r w:rsidRPr="00453277">
        <w:rPr>
          <w:rFonts w:eastAsia="Calibri" w:cs="Times New Roman"/>
          <w:szCs w:val="24"/>
        </w:rPr>
        <w:t xml:space="preserve">Nếu thùng </w:t>
      </w:r>
      <w:r w:rsidRPr="00453277">
        <w:rPr>
          <w:rFonts w:eastAsia="Calibri" w:cs="Times New Roman"/>
          <w:position w:val="-4"/>
          <w:szCs w:val="24"/>
        </w:rPr>
        <w:object w:dxaOrig="240" w:dyaOrig="260">
          <v:shape id="_x0000_i1340" type="#_x0000_t75" style="width:12pt;height:12.9pt" o:ole="">
            <v:imagedata r:id="rId648" o:title=""/>
          </v:shape>
          <o:OLEObject Type="Embed" ProgID="Equation.DSMT4" ShapeID="_x0000_i1340" DrawAspect="Content" ObjectID="_1808504336" r:id="rId649"/>
        </w:object>
      </w:r>
      <w:r w:rsidRPr="00453277">
        <w:rPr>
          <w:rFonts w:eastAsia="Calibri" w:cs="Times New Roman"/>
          <w:szCs w:val="24"/>
        </w:rPr>
        <w:t xml:space="preserve"> cách </w:t>
      </w:r>
      <w:r w:rsidRPr="00453277">
        <w:rPr>
          <w:rFonts w:eastAsia="Calibri" w:cs="Times New Roman"/>
          <w:position w:val="-10"/>
          <w:szCs w:val="24"/>
        </w:rPr>
        <w:object w:dxaOrig="240" w:dyaOrig="320">
          <v:shape id="_x0000_i1341" type="#_x0000_t75" style="width:12pt;height:16.15pt" o:ole="">
            <v:imagedata r:id="rId650" o:title=""/>
          </v:shape>
          <o:OLEObject Type="Embed" ProgID="Equation.DSMT4" ShapeID="_x0000_i1341" DrawAspect="Content" ObjectID="_1808504337" r:id="rId651"/>
        </w:object>
      </w:r>
      <w:r w:rsidRPr="00453277">
        <w:rPr>
          <w:rFonts w:eastAsia="Calibri" w:cs="Times New Roman"/>
          <w:szCs w:val="24"/>
        </w:rPr>
        <w:t xml:space="preserve"> khoảng </w:t>
      </w:r>
      <w:r w:rsidRPr="00453277">
        <w:rPr>
          <w:rFonts w:eastAsia="Calibri" w:cs="Times New Roman"/>
          <w:position w:val="-6"/>
          <w:szCs w:val="24"/>
        </w:rPr>
        <w:object w:dxaOrig="360" w:dyaOrig="279">
          <v:shape id="_x0000_i1342" type="#_x0000_t75" style="width:18pt;height:13.85pt" o:ole="">
            <v:imagedata r:id="rId652" o:title=""/>
          </v:shape>
          <o:OLEObject Type="Embed" ProgID="Equation.DSMT4" ShapeID="_x0000_i1342" DrawAspect="Content" ObjectID="_1808504338" r:id="rId653"/>
        </w:object>
      </w:r>
      <w:r w:rsidRPr="00453277">
        <w:rPr>
          <w:rFonts w:eastAsia="Calibri" w:cs="Times New Roman"/>
          <w:szCs w:val="24"/>
        </w:rPr>
        <w:t xml:space="preserve"> và đang được kéo ra xa ở với tốc độ không đối </w:t>
      </w:r>
      <w:r w:rsidRPr="00453277">
        <w:rPr>
          <w:rFonts w:eastAsia="Calibri" w:cs="Times New Roman"/>
          <w:position w:val="-10"/>
          <w:szCs w:val="24"/>
        </w:rPr>
        <w:object w:dxaOrig="840" w:dyaOrig="320">
          <v:shape id="_x0000_i1343" type="#_x0000_t75" style="width:42pt;height:16.15pt" o:ole="">
            <v:imagedata r:id="rId654" o:title=""/>
          </v:shape>
          <o:OLEObject Type="Embed" ProgID="Equation.DSMT4" ShapeID="_x0000_i1343" DrawAspect="Content" ObjectID="_1808504339" r:id="rId655"/>
        </w:object>
      </w:r>
      <w:r w:rsidRPr="00453277">
        <w:rPr>
          <w:rFonts w:eastAsia="Calibri" w:cs="Times New Roman"/>
          <w:szCs w:val="24"/>
        </w:rPr>
        <w:t xml:space="preserve">, hỏi thùng ở </w:t>
      </w:r>
      <w:r w:rsidRPr="00453277">
        <w:rPr>
          <w:rFonts w:eastAsia="Calibri" w:cs="Times New Roman"/>
          <w:position w:val="-4"/>
          <w:szCs w:val="24"/>
        </w:rPr>
        <w:object w:dxaOrig="240" w:dyaOrig="260">
          <v:shape id="_x0000_i1344" type="#_x0000_t75" style="width:12pt;height:12.9pt" o:ole="">
            <v:imagedata r:id="rId656" o:title=""/>
          </v:shape>
          <o:OLEObject Type="Embed" ProgID="Equation.DSMT4" ShapeID="_x0000_i1344" DrawAspect="Content" ObjectID="_1808504340" r:id="rId657"/>
        </w:object>
      </w:r>
      <w:r w:rsidRPr="00453277">
        <w:rPr>
          <w:rFonts w:eastAsia="Calibri" w:cs="Times New Roman"/>
          <w:szCs w:val="24"/>
        </w:rPr>
        <w:t xml:space="preserve"> đang di chuyến về phía </w:t>
      </w:r>
      <w:r w:rsidRPr="00453277">
        <w:rPr>
          <w:rFonts w:eastAsia="Calibri" w:cs="Times New Roman"/>
          <w:position w:val="-10"/>
          <w:szCs w:val="24"/>
        </w:rPr>
        <w:object w:dxaOrig="240" w:dyaOrig="320">
          <v:shape id="_x0000_i1345" type="#_x0000_t75" style="width:12pt;height:16.15pt" o:ole="">
            <v:imagedata r:id="rId658" o:title=""/>
          </v:shape>
          <o:OLEObject Type="Embed" ProgID="Equation.DSMT4" ShapeID="_x0000_i1345" DrawAspect="Content" ObjectID="_1808504341" r:id="rId659"/>
        </w:object>
      </w:r>
      <w:r w:rsidRPr="00453277">
        <w:rPr>
          <w:rFonts w:eastAsia="Calibri" w:cs="Times New Roman"/>
          <w:szCs w:val="24"/>
        </w:rPr>
        <w:t xml:space="preserve"> với tốc độ bao nhiêu </w:t>
      </w:r>
      <w:r w:rsidRPr="00453277">
        <w:rPr>
          <w:rFonts w:eastAsia="Calibri" w:cs="Times New Roman"/>
          <w:position w:val="-6"/>
          <w:szCs w:val="24"/>
        </w:rPr>
        <w:object w:dxaOrig="520" w:dyaOrig="279">
          <v:shape id="_x0000_i1346" type="#_x0000_t75" style="width:26.3pt;height:13.85pt" o:ole="">
            <v:imagedata r:id="rId660" o:title=""/>
          </v:shape>
          <o:OLEObject Type="Embed" ProgID="Equation.DSMT4" ShapeID="_x0000_i1346" DrawAspect="Content" ObjectID="_1808504342" r:id="rId661"/>
        </w:object>
      </w:r>
      <w:r w:rsidRPr="00453277">
        <w:rPr>
          <w:rFonts w:eastAsia="Calibri" w:cs="Times New Roman"/>
          <w:szCs w:val="24"/>
        </w:rPr>
        <w:t xml:space="preserve"> (Làm tròn kết quả đến hàng phần trăm).</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color w:val="0000FF"/>
        </w:rPr>
      </w:pPr>
      <w:r w:rsidRPr="00453277">
        <w:rPr>
          <w:rFonts w:eastAsia="Calibri" w:cs="Times New Roman"/>
          <w:b/>
          <w:color w:val="0000FF"/>
        </w:rPr>
        <w:t>Lời giải</w:t>
      </w:r>
    </w:p>
    <w:p w:rsidR="00453277" w:rsidRPr="007307D8" w:rsidRDefault="00453277" w:rsidP="00453277">
      <w:pPr>
        <w:tabs>
          <w:tab w:val="left" w:pos="283"/>
          <w:tab w:val="left" w:pos="2835"/>
          <w:tab w:val="left" w:pos="5386"/>
          <w:tab w:val="left" w:pos="7937"/>
        </w:tabs>
        <w:spacing w:before="0" w:after="0"/>
        <w:ind w:firstLine="283"/>
        <w:rPr>
          <w:rFonts w:eastAsia="Calibri" w:cs="Times New Roman"/>
          <w:b/>
        </w:rPr>
      </w:pPr>
      <w:r w:rsidRPr="007307D8">
        <w:rPr>
          <w:rFonts w:eastAsia="Calibri" w:cs="Times New Roman"/>
          <w:b/>
        </w:rPr>
        <w:t xml:space="preserve">Đáp số: </w:t>
      </w:r>
      <w:r w:rsidR="0062497D" w:rsidRPr="007307D8">
        <w:rPr>
          <w:rFonts w:eastAsia="Calibri" w:cs="Times New Roman"/>
          <w:b/>
        </w:rPr>
        <w:t>0,33</w:t>
      </w:r>
    </w:p>
    <w:p w:rsidR="00D0762C" w:rsidRDefault="00D0762C" w:rsidP="00453277">
      <w:pPr>
        <w:tabs>
          <w:tab w:val="left" w:pos="283"/>
          <w:tab w:val="left" w:pos="2835"/>
          <w:tab w:val="left" w:pos="5386"/>
          <w:tab w:val="left" w:pos="7937"/>
        </w:tabs>
        <w:spacing w:before="0" w:after="0"/>
        <w:ind w:firstLine="283"/>
        <w:rPr>
          <w:rFonts w:eastAsia="Calibri" w:cs="Times New Roman"/>
        </w:rPr>
      </w:pPr>
      <w:r>
        <w:rPr>
          <w:rFonts w:eastAsia="Calibri" w:cs="Times New Roman"/>
        </w:rPr>
        <w:t xml:space="preserve">Giả sử </w:t>
      </w:r>
      <w:r w:rsidR="007307D8">
        <w:rPr>
          <w:rFonts w:eastAsia="Calibri" w:cs="Times New Roman"/>
        </w:rPr>
        <w:t xml:space="preserve">tại </w:t>
      </w:r>
      <w:r>
        <w:rPr>
          <w:rFonts w:eastAsia="Calibri" w:cs="Times New Roman"/>
        </w:rPr>
        <w:t xml:space="preserve">thời điểm ban đầu </w:t>
      </w:r>
      <w:r w:rsidR="007307D8" w:rsidRPr="007C6F41">
        <w:rPr>
          <w:position w:val="-4"/>
        </w:rPr>
        <w:object w:dxaOrig="240" w:dyaOrig="260">
          <v:shape id="_x0000_i1347" type="#_x0000_t75" style="width:12pt;height:12.9pt" o:ole="">
            <v:imagedata r:id="rId662" o:title=""/>
          </v:shape>
          <o:OLEObject Type="Embed" ProgID="Equation.DSMT4" ShapeID="_x0000_i1347" DrawAspect="Content" ObjectID="_1808504343" r:id="rId663"/>
        </w:object>
      </w:r>
      <w:r>
        <w:rPr>
          <w:rFonts w:eastAsia="Calibri" w:cs="Times New Roman"/>
        </w:rPr>
        <w:t xml:space="preserve"> trùng với </w:t>
      </w:r>
      <w:r w:rsidR="007307D8" w:rsidRPr="007C6F41">
        <w:rPr>
          <w:position w:val="-10"/>
        </w:rPr>
        <w:object w:dxaOrig="240" w:dyaOrig="320">
          <v:shape id="_x0000_i1348" type="#_x0000_t75" style="width:12pt;height:15.7pt" o:ole="">
            <v:imagedata r:id="rId664" o:title=""/>
          </v:shape>
          <o:OLEObject Type="Embed" ProgID="Equation.DSMT4" ShapeID="_x0000_i1348" DrawAspect="Content" ObjectID="_1808504344" r:id="rId665"/>
        </w:object>
      </w:r>
      <w:r>
        <w:rPr>
          <w:rFonts w:eastAsia="Calibri" w:cs="Times New Roman"/>
        </w:rPr>
        <w:t xml:space="preserve">, </w:t>
      </w:r>
      <w:r w:rsidR="007307D8" w:rsidRPr="007C6F41">
        <w:rPr>
          <w:position w:val="-4"/>
        </w:rPr>
        <w:object w:dxaOrig="240" w:dyaOrig="260">
          <v:shape id="_x0000_i1349" type="#_x0000_t75" style="width:12pt;height:12.9pt" o:ole="">
            <v:imagedata r:id="rId666" o:title=""/>
          </v:shape>
          <o:OLEObject Type="Embed" ProgID="Equation.DSMT4" ShapeID="_x0000_i1349" DrawAspect="Content" ObjectID="_1808504345" r:id="rId667"/>
        </w:object>
      </w:r>
      <w:r>
        <w:rPr>
          <w:rFonts w:eastAsia="Calibri" w:cs="Times New Roman"/>
        </w:rPr>
        <w:t xml:space="preserve"> nằm tại vị trí </w:t>
      </w:r>
      <w:r w:rsidR="007307D8" w:rsidRPr="007C6F41">
        <w:rPr>
          <w:position w:val="-12"/>
        </w:rPr>
        <w:object w:dxaOrig="300" w:dyaOrig="360">
          <v:shape id="_x0000_i1350" type="#_x0000_t75" style="width:15.25pt;height:18pt" o:ole="">
            <v:imagedata r:id="rId668" o:title=""/>
          </v:shape>
          <o:OLEObject Type="Embed" ProgID="Equation.DSMT4" ShapeID="_x0000_i1350" DrawAspect="Content" ObjectID="_1808504346" r:id="rId669"/>
        </w:object>
      </w:r>
      <w:r w:rsidR="007307D8">
        <w:t xml:space="preserve"> </w:t>
      </w:r>
      <w:r>
        <w:rPr>
          <w:rFonts w:eastAsia="Calibri" w:cs="Times New Roman"/>
        </w:rPr>
        <w:t xml:space="preserve">và </w:t>
      </w:r>
      <w:r w:rsidR="007307D8" w:rsidRPr="007C6F41">
        <w:rPr>
          <w:position w:val="-6"/>
        </w:rPr>
        <w:object w:dxaOrig="499" w:dyaOrig="279">
          <v:shape id="_x0000_i1351" type="#_x0000_t75" style="width:24.9pt;height:14.3pt" o:ole="">
            <v:imagedata r:id="rId670" o:title=""/>
          </v:shape>
          <o:OLEObject Type="Embed" ProgID="Equation.DSMT4" ShapeID="_x0000_i1351" DrawAspect="Content" ObjectID="_1808504347" r:id="rId671"/>
        </w:object>
      </w:r>
      <w:r>
        <w:rPr>
          <w:rFonts w:eastAsia="Calibri" w:cs="Times New Roman"/>
        </w:rPr>
        <w:t xml:space="preserve"> </w:t>
      </w:r>
      <w:r w:rsidR="007307D8">
        <w:rPr>
          <w:rFonts w:eastAsia="Calibri" w:cs="Times New Roman"/>
        </w:rPr>
        <w:t>(s)</w:t>
      </w:r>
      <w:r>
        <w:rPr>
          <w:rFonts w:eastAsia="Calibri" w:cs="Times New Roman"/>
        </w:rPr>
        <w:t>.</w:t>
      </w:r>
    </w:p>
    <w:p w:rsidR="00D0762C" w:rsidRDefault="00D0762C" w:rsidP="00453277">
      <w:pPr>
        <w:tabs>
          <w:tab w:val="left" w:pos="283"/>
          <w:tab w:val="left" w:pos="2835"/>
          <w:tab w:val="left" w:pos="5386"/>
          <w:tab w:val="left" w:pos="7937"/>
        </w:tabs>
        <w:spacing w:before="0" w:after="0"/>
        <w:ind w:firstLine="283"/>
      </w:pPr>
      <w:r>
        <w:rPr>
          <w:rFonts w:eastAsia="Calibri" w:cs="Times New Roman"/>
        </w:rPr>
        <w:t xml:space="preserve">Quãng đường </w:t>
      </w:r>
      <w:r w:rsidR="007307D8" w:rsidRPr="007C6F41">
        <w:rPr>
          <w:position w:val="-4"/>
        </w:rPr>
        <w:object w:dxaOrig="240" w:dyaOrig="260">
          <v:shape id="_x0000_i1352" type="#_x0000_t75" style="width:12pt;height:12.9pt" o:ole="">
            <v:imagedata r:id="rId662" o:title=""/>
          </v:shape>
          <o:OLEObject Type="Embed" ProgID="Equation.DSMT4" ShapeID="_x0000_i1352" DrawAspect="Content" ObjectID="_1808504348" r:id="rId672"/>
        </w:object>
      </w:r>
      <w:r>
        <w:rPr>
          <w:rFonts w:eastAsia="Calibri" w:cs="Times New Roman"/>
        </w:rPr>
        <w:t xml:space="preserve"> đi được sau </w:t>
      </w:r>
      <w:r w:rsidR="007307D8" w:rsidRPr="007C6F41">
        <w:rPr>
          <w:position w:val="-6"/>
        </w:rPr>
        <w:object w:dxaOrig="139" w:dyaOrig="240">
          <v:shape id="_x0000_i1353" type="#_x0000_t75" style="width:6.9pt;height:12pt" o:ole="">
            <v:imagedata r:id="rId673" o:title=""/>
          </v:shape>
          <o:OLEObject Type="Embed" ProgID="Equation.DSMT4" ShapeID="_x0000_i1353" DrawAspect="Content" ObjectID="_1808504349" r:id="rId674"/>
        </w:object>
      </w:r>
      <w:r>
        <w:rPr>
          <w:rFonts w:eastAsia="Calibri" w:cs="Times New Roman"/>
        </w:rPr>
        <w:t xml:space="preserve"> giây: </w:t>
      </w:r>
      <w:r w:rsidRPr="007C6F41">
        <w:rPr>
          <w:position w:val="-10"/>
        </w:rPr>
        <w:object w:dxaOrig="1420" w:dyaOrig="320">
          <v:shape id="_x0000_i1354" type="#_x0000_t75" style="width:71.1pt;height:15.7pt" o:ole="">
            <v:imagedata r:id="rId675" o:title=""/>
          </v:shape>
          <o:OLEObject Type="Embed" ProgID="Equation.DSMT4" ShapeID="_x0000_i1354" DrawAspect="Content" ObjectID="_1808504350" r:id="rId676"/>
        </w:object>
      </w:r>
      <w:r>
        <w:t xml:space="preserve"> (m).</w:t>
      </w:r>
    </w:p>
    <w:p w:rsidR="00D0762C" w:rsidRDefault="00D0762C" w:rsidP="00453277">
      <w:pPr>
        <w:tabs>
          <w:tab w:val="left" w:pos="283"/>
          <w:tab w:val="left" w:pos="2835"/>
          <w:tab w:val="left" w:pos="5386"/>
          <w:tab w:val="left" w:pos="7937"/>
        </w:tabs>
        <w:spacing w:before="0" w:after="0"/>
        <w:ind w:firstLine="283"/>
      </w:pPr>
      <w:r>
        <w:rPr>
          <w:rFonts w:eastAsia="Calibri" w:cs="Times New Roman"/>
        </w:rPr>
        <w:t xml:space="preserve"> Khi đó: </w:t>
      </w:r>
      <w:r w:rsidRPr="007C6F41">
        <w:rPr>
          <w:position w:val="-10"/>
        </w:rPr>
        <w:object w:dxaOrig="2920" w:dyaOrig="420">
          <v:shape id="_x0000_i1355" type="#_x0000_t75" style="width:146.3pt;height:21.25pt" o:ole="">
            <v:imagedata r:id="rId677" o:title=""/>
          </v:shape>
          <o:OLEObject Type="Embed" ProgID="Equation.DSMT4" ShapeID="_x0000_i1355" DrawAspect="Content" ObjectID="_1808504351" r:id="rId678"/>
        </w:object>
      </w:r>
      <w:r>
        <w:t xml:space="preserve"> (m) và </w:t>
      </w:r>
      <w:r w:rsidRPr="007C6F41">
        <w:rPr>
          <w:position w:val="-10"/>
        </w:rPr>
        <w:object w:dxaOrig="3220" w:dyaOrig="420">
          <v:shape id="_x0000_i1356" type="#_x0000_t75" style="width:160.6pt;height:21.25pt" o:ole="">
            <v:imagedata r:id="rId679" o:title=""/>
          </v:shape>
          <o:OLEObject Type="Embed" ProgID="Equation.DSMT4" ShapeID="_x0000_i1356" DrawAspect="Content" ObjectID="_1808504352" r:id="rId680"/>
        </w:object>
      </w:r>
      <w:r>
        <w:t xml:space="preserve"> (m).</w:t>
      </w:r>
    </w:p>
    <w:p w:rsidR="00D0762C" w:rsidRDefault="00D0762C" w:rsidP="00453277">
      <w:pPr>
        <w:tabs>
          <w:tab w:val="left" w:pos="283"/>
          <w:tab w:val="left" w:pos="2835"/>
          <w:tab w:val="left" w:pos="5386"/>
          <w:tab w:val="left" w:pos="7937"/>
        </w:tabs>
        <w:spacing w:before="0" w:after="0"/>
        <w:ind w:firstLine="283"/>
      </w:pPr>
      <w:r w:rsidRPr="007C6F41">
        <w:rPr>
          <w:position w:val="-24"/>
        </w:rPr>
        <w:object w:dxaOrig="4819" w:dyaOrig="680">
          <v:shape id="_x0000_i1357" type="#_x0000_t75" style="width:241.4pt;height:33.7pt" o:ole="">
            <v:imagedata r:id="rId681" o:title=""/>
          </v:shape>
          <o:OLEObject Type="Embed" ProgID="Equation.DSMT4" ShapeID="_x0000_i1357" DrawAspect="Content" ObjectID="_1808504353" r:id="rId682"/>
        </w:object>
      </w:r>
      <w:r>
        <w:t xml:space="preserve"> (m).</w:t>
      </w:r>
    </w:p>
    <w:p w:rsidR="00D0762C" w:rsidRDefault="00D0762C" w:rsidP="00453277">
      <w:pPr>
        <w:tabs>
          <w:tab w:val="left" w:pos="283"/>
          <w:tab w:val="left" w:pos="2835"/>
          <w:tab w:val="left" w:pos="5386"/>
          <w:tab w:val="left" w:pos="7937"/>
        </w:tabs>
        <w:spacing w:before="0" w:after="0"/>
        <w:ind w:firstLine="283"/>
      </w:pPr>
      <w:r>
        <w:rPr>
          <w:rFonts w:eastAsia="Calibri" w:cs="Times New Roman"/>
        </w:rPr>
        <w:lastRenderedPageBreak/>
        <w:t xml:space="preserve">Quãng đường </w:t>
      </w:r>
      <w:r w:rsidRPr="007C6F41">
        <w:rPr>
          <w:position w:val="-4"/>
        </w:rPr>
        <w:object w:dxaOrig="240" w:dyaOrig="260">
          <v:shape id="_x0000_i1358" type="#_x0000_t75" style="width:12pt;height:12.9pt" o:ole="">
            <v:imagedata r:id="rId683" o:title=""/>
          </v:shape>
          <o:OLEObject Type="Embed" ProgID="Equation.DSMT4" ShapeID="_x0000_i1358" DrawAspect="Content" ObjectID="_1808504354" r:id="rId684"/>
        </w:object>
      </w:r>
      <w:r>
        <w:t xml:space="preserve"> đi được sau </w:t>
      </w:r>
      <w:r w:rsidRPr="007C6F41">
        <w:rPr>
          <w:position w:val="-6"/>
        </w:rPr>
        <w:object w:dxaOrig="139" w:dyaOrig="240">
          <v:shape id="_x0000_i1359" type="#_x0000_t75" style="width:6.9pt;height:12pt" o:ole="">
            <v:imagedata r:id="rId685" o:title=""/>
          </v:shape>
          <o:OLEObject Type="Embed" ProgID="Equation.DSMT4" ShapeID="_x0000_i1359" DrawAspect="Content" ObjectID="_1808504355" r:id="rId686"/>
        </w:object>
      </w:r>
      <w:r>
        <w:t xml:space="preserve"> giây: </w:t>
      </w:r>
    </w:p>
    <w:p w:rsidR="00D0762C" w:rsidRDefault="00D0762C" w:rsidP="00453277">
      <w:pPr>
        <w:tabs>
          <w:tab w:val="left" w:pos="283"/>
          <w:tab w:val="left" w:pos="2835"/>
          <w:tab w:val="left" w:pos="5386"/>
          <w:tab w:val="left" w:pos="7937"/>
        </w:tabs>
        <w:spacing w:before="0" w:after="0"/>
        <w:ind w:firstLine="283"/>
      </w:pPr>
      <w:r w:rsidRPr="007C6F41">
        <w:rPr>
          <w:position w:val="-24"/>
        </w:rPr>
        <w:object w:dxaOrig="5539" w:dyaOrig="680">
          <v:shape id="_x0000_i1360" type="#_x0000_t75" style="width:277.4pt;height:33.7pt" o:ole="">
            <v:imagedata r:id="rId687" o:title=""/>
          </v:shape>
          <o:OLEObject Type="Embed" ProgID="Equation.DSMT4" ShapeID="_x0000_i1360" DrawAspect="Content" ObjectID="_1808504356" r:id="rId688"/>
        </w:object>
      </w:r>
      <w:r>
        <w:t xml:space="preserve"> (m).</w:t>
      </w:r>
    </w:p>
    <w:p w:rsidR="00D0762C" w:rsidRDefault="00D0762C" w:rsidP="00453277">
      <w:pPr>
        <w:tabs>
          <w:tab w:val="left" w:pos="283"/>
          <w:tab w:val="left" w:pos="2835"/>
          <w:tab w:val="left" w:pos="5386"/>
          <w:tab w:val="left" w:pos="7937"/>
        </w:tabs>
        <w:spacing w:before="0" w:after="0"/>
        <w:ind w:firstLine="283"/>
      </w:pPr>
      <w:r>
        <w:rPr>
          <w:rFonts w:eastAsia="Calibri" w:cs="Times New Roman"/>
        </w:rPr>
        <w:t xml:space="preserve">Khi </w:t>
      </w:r>
      <w:r w:rsidRPr="007C6F41">
        <w:rPr>
          <w:position w:val="-10"/>
        </w:rPr>
        <w:object w:dxaOrig="760" w:dyaOrig="320">
          <v:shape id="_x0000_i1361" type="#_x0000_t75" style="width:38.3pt;height:15.7pt" o:ole="">
            <v:imagedata r:id="rId689" o:title=""/>
          </v:shape>
          <o:OLEObject Type="Embed" ProgID="Equation.DSMT4" ShapeID="_x0000_i1361" DrawAspect="Content" ObjectID="_1808504357" r:id="rId690"/>
        </w:object>
      </w:r>
      <w:r>
        <w:t xml:space="preserve">, ta được </w:t>
      </w:r>
      <w:r w:rsidRPr="007C6F41">
        <w:rPr>
          <w:position w:val="-6"/>
        </w:rPr>
        <w:object w:dxaOrig="499" w:dyaOrig="279">
          <v:shape id="_x0000_i1362" type="#_x0000_t75" style="width:24.9pt;height:14.3pt" o:ole="">
            <v:imagedata r:id="rId691" o:title=""/>
          </v:shape>
          <o:OLEObject Type="Embed" ProgID="Equation.DSMT4" ShapeID="_x0000_i1362" DrawAspect="Content" ObjectID="_1808504358" r:id="rId692"/>
        </w:object>
      </w:r>
      <w:r>
        <w:t xml:space="preserve"> (s).</w:t>
      </w:r>
    </w:p>
    <w:p w:rsidR="00D0762C" w:rsidRDefault="00D0762C" w:rsidP="00453277">
      <w:pPr>
        <w:tabs>
          <w:tab w:val="left" w:pos="283"/>
          <w:tab w:val="left" w:pos="2835"/>
          <w:tab w:val="left" w:pos="5386"/>
          <w:tab w:val="left" w:pos="7937"/>
        </w:tabs>
        <w:spacing w:before="0" w:after="0"/>
        <w:ind w:firstLine="283"/>
        <w:rPr>
          <w:rFonts w:eastAsia="Calibri" w:cs="Times New Roman"/>
        </w:rPr>
      </w:pPr>
      <w:r>
        <w:rPr>
          <w:rFonts w:eastAsia="Calibri" w:cs="Times New Roman"/>
        </w:rPr>
        <w:t xml:space="preserve">Vậy tốc độ thùng hàng </w:t>
      </w:r>
      <w:r w:rsidRPr="007C6F41">
        <w:rPr>
          <w:position w:val="-4"/>
        </w:rPr>
        <w:object w:dxaOrig="240" w:dyaOrig="260">
          <v:shape id="_x0000_i1363" type="#_x0000_t75" style="width:12pt;height:12.9pt" o:ole="">
            <v:imagedata r:id="rId683" o:title=""/>
          </v:shape>
          <o:OLEObject Type="Embed" ProgID="Equation.DSMT4" ShapeID="_x0000_i1363" DrawAspect="Content" ObjectID="_1808504359" r:id="rId693"/>
        </w:object>
      </w:r>
      <w:r>
        <w:t xml:space="preserve"> tại thời điểm </w:t>
      </w:r>
      <w:r w:rsidRPr="007C6F41">
        <w:rPr>
          <w:position w:val="-6"/>
        </w:rPr>
        <w:object w:dxaOrig="499" w:dyaOrig="279">
          <v:shape id="_x0000_i1364" type="#_x0000_t75" style="width:24.9pt;height:14.3pt" o:ole="">
            <v:imagedata r:id="rId691" o:title=""/>
          </v:shape>
          <o:OLEObject Type="Embed" ProgID="Equation.DSMT4" ShapeID="_x0000_i1364" DrawAspect="Content" ObjectID="_1808504360" r:id="rId694"/>
        </w:object>
      </w:r>
      <w:r>
        <w:t xml:space="preserve"> (s) là: </w:t>
      </w:r>
      <w:r w:rsidRPr="007C6F41">
        <w:rPr>
          <w:position w:val="-14"/>
        </w:rPr>
        <w:object w:dxaOrig="1300" w:dyaOrig="400">
          <v:shape id="_x0000_i1365" type="#_x0000_t75" style="width:65.1pt;height:20.3pt" o:ole="">
            <v:imagedata r:id="rId695" o:title=""/>
          </v:shape>
          <o:OLEObject Type="Embed" ProgID="Equation.DSMT4" ShapeID="_x0000_i1365" DrawAspect="Content" ObjectID="_1808504361" r:id="rId696"/>
        </w:object>
      </w:r>
      <w:r w:rsidR="007307D8">
        <w:t xml:space="preserve"> (m/s).</w:t>
      </w:r>
    </w:p>
    <w:p w:rsidR="00453277" w:rsidRPr="00453277" w:rsidRDefault="00453277" w:rsidP="00453277">
      <w:pPr>
        <w:numPr>
          <w:ilvl w:val="0"/>
          <w:numId w:val="31"/>
        </w:numPr>
        <w:spacing w:before="0" w:after="0" w:line="259" w:lineRule="auto"/>
        <w:rPr>
          <w:rFonts w:eastAsia="Calibri" w:cs="Times New Roman"/>
          <w:szCs w:val="24"/>
        </w:rPr>
      </w:pPr>
      <w:bookmarkStart w:id="11" w:name="_Hlk173436239"/>
      <w:r w:rsidRPr="00453277">
        <w:rPr>
          <w:rFonts w:eastAsia="Georgia" w:cs="Times New Roman"/>
          <w:szCs w:val="24"/>
        </w:rPr>
        <w:t xml:space="preserve">Trong kì thi Tốt nghiệp trung học phổ thông năm 2024, một trường </w:t>
      </w:r>
      <w:r w:rsidRPr="00453277">
        <w:rPr>
          <w:rFonts w:eastAsia="Calibri" w:cs="Times New Roman"/>
          <w:position w:val="-4"/>
          <w:szCs w:val="24"/>
        </w:rPr>
        <w:object w:dxaOrig="288" w:dyaOrig="252">
          <v:shape id="_x0000_i1366" type="#_x0000_t75" style="width:14.3pt;height:12.9pt" o:ole="">
            <v:imagedata r:id="rId697" o:title=""/>
          </v:shape>
          <o:OLEObject Type="Embed" ProgID="Equation.DSMT4" ShapeID="_x0000_i1366" DrawAspect="Content" ObjectID="_1808504362" r:id="rId698"/>
        </w:object>
      </w:r>
      <w:r w:rsidRPr="00453277">
        <w:rPr>
          <w:rFonts w:eastAsia="Georgia" w:cs="Times New Roman"/>
          <w:szCs w:val="24"/>
        </w:rPr>
        <w:t xml:space="preserve"> có </w:t>
      </w:r>
      <w:r w:rsidRPr="00453277">
        <w:rPr>
          <w:rFonts w:eastAsia="Calibri" w:cs="Times New Roman"/>
          <w:position w:val="-6"/>
          <w:szCs w:val="24"/>
        </w:rPr>
        <w:object w:dxaOrig="516" w:dyaOrig="288">
          <v:shape id="_x0000_i1367" type="#_x0000_t75" style="width:24.9pt;height:14.3pt" o:ole="">
            <v:imagedata r:id="rId699" o:title=""/>
          </v:shape>
          <o:OLEObject Type="Embed" ProgID="Equation.DSMT4" ShapeID="_x0000_i1367" DrawAspect="Content" ObjectID="_1808504363" r:id="rId700"/>
        </w:object>
      </w:r>
      <w:r w:rsidRPr="00453277">
        <w:rPr>
          <w:rFonts w:eastAsia="Georgia" w:cs="Times New Roman"/>
          <w:szCs w:val="24"/>
        </w:rPr>
        <w:t xml:space="preserve"> học sinh lựa chọn tổ hợp</w:t>
      </w:r>
      <w:r w:rsidRPr="00453277">
        <w:rPr>
          <w:rFonts w:eastAsia="Times New Roman" w:cs="Times New Roman"/>
          <w:position w:val="-6"/>
          <w:szCs w:val="24"/>
        </w:rPr>
        <w:object w:dxaOrig="499" w:dyaOrig="279">
          <v:shape id="_x0000_i1368" type="#_x0000_t75" style="width:24.9pt;height:13.85pt" o:ole="">
            <v:imagedata r:id="rId701" o:title=""/>
          </v:shape>
          <o:OLEObject Type="Embed" ProgID="Equation.DSMT4" ShapeID="_x0000_i1368" DrawAspect="Content" ObjectID="_1808504364" r:id="rId702"/>
        </w:object>
      </w:r>
      <w:r w:rsidRPr="00453277">
        <w:rPr>
          <w:rFonts w:eastAsia="Georgia" w:cs="Times New Roman"/>
          <w:szCs w:val="24"/>
        </w:rPr>
        <w:t xml:space="preserve"> (gồm các môn Toán, Văn, Ngoại ngữ). Biết rằng, nếu một học sinh chọn tổ hợp </w:t>
      </w:r>
      <w:r w:rsidRPr="00453277">
        <w:rPr>
          <w:rFonts w:eastAsia="Times New Roman" w:cs="Times New Roman"/>
          <w:position w:val="-6"/>
          <w:szCs w:val="24"/>
        </w:rPr>
        <w:object w:dxaOrig="499" w:dyaOrig="279">
          <v:shape id="_x0000_i1369" type="#_x0000_t75" style="width:24.9pt;height:13.85pt" o:ole="">
            <v:imagedata r:id="rId701" o:title=""/>
          </v:shape>
          <o:OLEObject Type="Embed" ProgID="Equation.DSMT4" ShapeID="_x0000_i1369" DrawAspect="Content" ObjectID="_1808504365" r:id="rId703"/>
        </w:object>
      </w:r>
      <w:r w:rsidRPr="00453277">
        <w:rPr>
          <w:rFonts w:eastAsia="Georgia" w:cs="Times New Roman"/>
          <w:szCs w:val="24"/>
        </w:rPr>
        <w:t xml:space="preserve"> thì xác suất để học sinh đó đỗ Đại học là </w:t>
      </w:r>
      <w:r w:rsidRPr="00453277">
        <w:rPr>
          <w:rFonts w:eastAsia="Calibri" w:cs="Times New Roman"/>
          <w:position w:val="-10"/>
          <w:szCs w:val="24"/>
        </w:rPr>
        <w:object w:dxaOrig="400" w:dyaOrig="320">
          <v:shape id="_x0000_i1370" type="#_x0000_t75" style="width:18.9pt;height:16.15pt" o:ole="">
            <v:imagedata r:id="rId704" o:title=""/>
          </v:shape>
          <o:OLEObject Type="Embed" ProgID="Equation.DSMT4" ShapeID="_x0000_i1370" DrawAspect="Content" ObjectID="_1808504366" r:id="rId705"/>
        </w:object>
      </w:r>
      <w:r w:rsidRPr="00453277">
        <w:rPr>
          <w:rFonts w:eastAsia="Georgia" w:cs="Times New Roman"/>
          <w:szCs w:val="24"/>
        </w:rPr>
        <w:t>; còn nếu một học sinh kh</w:t>
      </w:r>
      <w:r w:rsidRPr="00453277">
        <w:rPr>
          <w:rFonts w:eastAsia="Georgia" w:cs="Times New Roman"/>
          <w:bCs/>
          <w:color w:val="000000"/>
          <w:szCs w:val="24"/>
        </w:rPr>
        <w:t>ông</w:t>
      </w:r>
      <w:r w:rsidRPr="00453277">
        <w:rPr>
          <w:rFonts w:eastAsia="Georgia" w:cs="Times New Roman"/>
          <w:szCs w:val="24"/>
        </w:rPr>
        <w:t xml:space="preserve"> chọn tổ hợp </w:t>
      </w:r>
      <w:r w:rsidRPr="00453277">
        <w:rPr>
          <w:rFonts w:eastAsia="Times New Roman" w:cs="Times New Roman"/>
          <w:position w:val="-6"/>
          <w:szCs w:val="24"/>
        </w:rPr>
        <w:object w:dxaOrig="499" w:dyaOrig="279">
          <v:shape id="_x0000_i1371" type="#_x0000_t75" style="width:24.9pt;height:13.85pt" o:ole="">
            <v:imagedata r:id="rId701" o:title=""/>
          </v:shape>
          <o:OLEObject Type="Embed" ProgID="Equation.DSMT4" ShapeID="_x0000_i1371" DrawAspect="Content" ObjectID="_1808504367" r:id="rId706"/>
        </w:object>
      </w:r>
      <w:r w:rsidRPr="00453277">
        <w:rPr>
          <w:rFonts w:eastAsia="Georgia" w:cs="Times New Roman"/>
          <w:szCs w:val="24"/>
        </w:rPr>
        <w:t xml:space="preserve"> thì xác suất để học sinh đó đỗ Đại học là </w:t>
      </w:r>
      <w:r w:rsidRPr="00453277">
        <w:rPr>
          <w:rFonts w:eastAsia="Calibri" w:cs="Times New Roman"/>
          <w:position w:val="-10"/>
          <w:szCs w:val="24"/>
        </w:rPr>
        <w:object w:dxaOrig="380" w:dyaOrig="320">
          <v:shape id="_x0000_i1372" type="#_x0000_t75" style="width:18.9pt;height:16.15pt" o:ole="">
            <v:imagedata r:id="rId707" o:title=""/>
          </v:shape>
          <o:OLEObject Type="Embed" ProgID="Equation.DSMT4" ShapeID="_x0000_i1372" DrawAspect="Content" ObjectID="_1808504368" r:id="rId708"/>
        </w:object>
      </w:r>
      <w:r w:rsidRPr="00453277">
        <w:rPr>
          <w:rFonts w:eastAsia="Georgia" w:cs="Times New Roman"/>
          <w:szCs w:val="24"/>
        </w:rPr>
        <w:t xml:space="preserve">. Chọn ngẫu nhiên một học sinh của trường </w:t>
      </w:r>
      <w:r w:rsidRPr="00453277">
        <w:rPr>
          <w:rFonts w:eastAsia="Times New Roman" w:cs="Times New Roman"/>
          <w:position w:val="-4"/>
          <w:szCs w:val="24"/>
        </w:rPr>
        <w:object w:dxaOrig="252" w:dyaOrig="252">
          <v:shape id="_x0000_i1373" type="#_x0000_t75" style="width:12.9pt;height:12.9pt" o:ole="">
            <v:imagedata r:id="rId709" o:title=""/>
          </v:shape>
          <o:OLEObject Type="Embed" ProgID="Equation.DSMT4" ShapeID="_x0000_i1373" DrawAspect="Content" ObjectID="_1808504369" r:id="rId710"/>
        </w:object>
      </w:r>
      <w:r w:rsidRPr="00453277">
        <w:rPr>
          <w:rFonts w:eastAsia="Georgia" w:cs="Times New Roman"/>
          <w:szCs w:val="24"/>
        </w:rPr>
        <w:t xml:space="preserve"> đã Tốt nghiệp trung học phố th</w:t>
      </w:r>
      <w:r w:rsidRPr="00453277">
        <w:rPr>
          <w:rFonts w:eastAsia="Georgia" w:cs="Times New Roman"/>
          <w:bCs/>
          <w:color w:val="000000"/>
          <w:szCs w:val="24"/>
        </w:rPr>
        <w:t xml:space="preserve">ông </w:t>
      </w:r>
      <w:r w:rsidRPr="00453277">
        <w:rPr>
          <w:rFonts w:eastAsia="Georgia" w:cs="Times New Roman"/>
          <w:szCs w:val="24"/>
        </w:rPr>
        <w:t xml:space="preserve">năm 2024. Biết rằng học sinh này đã đỗ Đại học. Tính xác suất để học sinh đó chọn tổ hợp </w:t>
      </w:r>
      <w:r w:rsidRPr="00453277">
        <w:rPr>
          <w:rFonts w:eastAsia="Times New Roman" w:cs="Times New Roman"/>
          <w:position w:val="-6"/>
          <w:szCs w:val="24"/>
        </w:rPr>
        <w:object w:dxaOrig="499" w:dyaOrig="279">
          <v:shape id="_x0000_i1374" type="#_x0000_t75" style="width:24.9pt;height:13.85pt" o:ole="">
            <v:imagedata r:id="rId701" o:title=""/>
          </v:shape>
          <o:OLEObject Type="Embed" ProgID="Equation.DSMT4" ShapeID="_x0000_i1374" DrawAspect="Content" ObjectID="_1808504370" r:id="rId711"/>
        </w:object>
      </w:r>
      <w:r w:rsidRPr="00453277">
        <w:rPr>
          <w:rFonts w:eastAsia="Georgia" w:cs="Times New Roman"/>
          <w:szCs w:val="24"/>
        </w:rPr>
        <w:t xml:space="preserve"> (làm tròn kết quả đến hàng phần trăm).</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b/>
          <w:color w:val="0000FF"/>
          <w:szCs w:val="24"/>
        </w:rPr>
      </w:pPr>
      <w:r w:rsidRPr="00453277">
        <w:rPr>
          <w:rFonts w:eastAsia="Calibri" w:cs="Times New Roman"/>
          <w:b/>
          <w:color w:val="0000FF"/>
          <w:szCs w:val="24"/>
        </w:rPr>
        <w:t>Lời giải</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t>Đáp số: 0,68</w:t>
      </w:r>
    </w:p>
    <w:p w:rsidR="00453277" w:rsidRPr="00453277" w:rsidRDefault="00453277" w:rsidP="00453277">
      <w:pPr>
        <w:tabs>
          <w:tab w:val="left" w:pos="283"/>
          <w:tab w:val="left" w:pos="2835"/>
          <w:tab w:val="left" w:pos="5386"/>
          <w:tab w:val="left" w:pos="7937"/>
        </w:tabs>
        <w:spacing w:before="0" w:after="0"/>
        <w:ind w:firstLine="283"/>
        <w:rPr>
          <w:rFonts w:eastAsia="Georgia" w:cs="Times New Roman"/>
          <w:szCs w:val="24"/>
        </w:rPr>
      </w:pPr>
      <w:r w:rsidRPr="00453277">
        <w:rPr>
          <w:rFonts w:eastAsia="Georgia" w:cs="Times New Roman"/>
          <w:szCs w:val="24"/>
        </w:rPr>
        <w:t xml:space="preserve">Gọi </w:t>
      </w:r>
      <w:r w:rsidRPr="00453277">
        <w:rPr>
          <w:rFonts w:eastAsia="Times New Roman" w:cs="Times New Roman"/>
          <w:position w:val="-4"/>
          <w:szCs w:val="24"/>
        </w:rPr>
        <w:object w:dxaOrig="240" w:dyaOrig="252">
          <v:shape id="_x0000_i1375" type="#_x0000_t75" style="width:12.45pt;height:12.9pt" o:ole="">
            <v:imagedata r:id="rId712" o:title=""/>
          </v:shape>
          <o:OLEObject Type="Embed" ProgID="Equation.DSMT4" ShapeID="_x0000_i1375" DrawAspect="Content" ObjectID="_1808504371" r:id="rId713"/>
        </w:object>
      </w:r>
      <w:r w:rsidRPr="00453277">
        <w:rPr>
          <w:rFonts w:eastAsia="Georgia" w:cs="Times New Roman"/>
          <w:szCs w:val="24"/>
        </w:rPr>
        <w:t xml:space="preserve"> là biến cố: "Học sinh đó chọn tổ hợp </w:t>
      </w:r>
      <w:r w:rsidRPr="00453277">
        <w:rPr>
          <w:rFonts w:eastAsia="Times New Roman" w:cs="Times New Roman"/>
          <w:position w:val="-6"/>
          <w:szCs w:val="24"/>
        </w:rPr>
        <w:object w:dxaOrig="499" w:dyaOrig="279">
          <v:shape id="_x0000_i1376" type="#_x0000_t75" style="width:24.9pt;height:13.85pt" o:ole="">
            <v:imagedata r:id="rId714" o:title=""/>
          </v:shape>
          <o:OLEObject Type="Embed" ProgID="Equation.DSMT4" ShapeID="_x0000_i1376" DrawAspect="Content" ObjectID="_1808504372" r:id="rId715"/>
        </w:object>
      </w:r>
      <w:r w:rsidRPr="00453277">
        <w:rPr>
          <w:rFonts w:eastAsia="Times New Roman" w:cs="Times New Roman"/>
          <w:szCs w:val="24"/>
        </w:rPr>
        <w:t xml:space="preserve"> "; </w:t>
      </w:r>
      <w:r w:rsidRPr="00453277">
        <w:rPr>
          <w:rFonts w:eastAsia="Times New Roman" w:cs="Times New Roman"/>
          <w:position w:val="-4"/>
          <w:szCs w:val="24"/>
        </w:rPr>
        <w:object w:dxaOrig="240" w:dyaOrig="252">
          <v:shape id="_x0000_i1377" type="#_x0000_t75" style="width:12.45pt;height:12.9pt" o:ole="">
            <v:imagedata r:id="rId716" o:title=""/>
          </v:shape>
          <o:OLEObject Type="Embed" ProgID="Equation.DSMT4" ShapeID="_x0000_i1377" DrawAspect="Content" ObjectID="_1808504373" r:id="rId717"/>
        </w:object>
      </w:r>
      <w:r w:rsidRPr="00453277">
        <w:rPr>
          <w:rFonts w:eastAsia="Georgia" w:cs="Times New Roman"/>
          <w:szCs w:val="24"/>
        </w:rPr>
        <w:t xml:space="preserve"> là biến cố: "Học sinh đó đỗ Đại học".</w:t>
      </w:r>
    </w:p>
    <w:p w:rsidR="00453277" w:rsidRPr="00453277" w:rsidRDefault="00453277" w:rsidP="00453277">
      <w:pPr>
        <w:tabs>
          <w:tab w:val="left" w:pos="283"/>
          <w:tab w:val="left" w:pos="2835"/>
          <w:tab w:val="left" w:pos="5386"/>
          <w:tab w:val="left" w:pos="7937"/>
        </w:tabs>
        <w:spacing w:before="0" w:after="0"/>
        <w:ind w:firstLine="283"/>
        <w:rPr>
          <w:rFonts w:eastAsia="Georgia" w:cs="Times New Roman"/>
          <w:szCs w:val="24"/>
        </w:rPr>
      </w:pPr>
      <w:r w:rsidRPr="00453277">
        <w:rPr>
          <w:rFonts w:eastAsia="Georgia" w:cs="Times New Roman"/>
          <w:szCs w:val="24"/>
        </w:rPr>
        <w:t xml:space="preserve">Ta cần tính </w:t>
      </w:r>
      <w:r w:rsidRPr="00453277">
        <w:rPr>
          <w:rFonts w:eastAsia="Times New Roman" w:cs="Times New Roman"/>
          <w:position w:val="-14"/>
          <w:szCs w:val="24"/>
        </w:rPr>
        <w:object w:dxaOrig="900" w:dyaOrig="408">
          <v:shape id="_x0000_i1378" type="#_x0000_t75" style="width:45.25pt;height:19.85pt" o:ole="">
            <v:imagedata r:id="rId718" o:title=""/>
          </v:shape>
          <o:OLEObject Type="Embed" ProgID="Equation.DSMT4" ShapeID="_x0000_i1378" DrawAspect="Content" ObjectID="_1808504374" r:id="rId719"/>
        </w:object>
      </w:r>
      <w:r w:rsidRPr="00453277">
        <w:rPr>
          <w:rFonts w:eastAsia="Georgia" w:cs="Times New Roman"/>
          <w:szCs w:val="24"/>
        </w:rPr>
        <w:t xml:space="preserve">. Theo công thức Bayes, ta cần biết: </w:t>
      </w:r>
    </w:p>
    <w:p w:rsidR="00453277" w:rsidRPr="00453277" w:rsidRDefault="00453277" w:rsidP="00453277">
      <w:pPr>
        <w:tabs>
          <w:tab w:val="left" w:pos="283"/>
          <w:tab w:val="left" w:pos="2835"/>
          <w:tab w:val="left" w:pos="5386"/>
          <w:tab w:val="left" w:pos="7937"/>
        </w:tabs>
        <w:spacing w:before="0" w:after="0"/>
        <w:ind w:firstLine="283"/>
        <w:rPr>
          <w:rFonts w:eastAsia="Georgia" w:cs="Times New Roman"/>
          <w:szCs w:val="24"/>
        </w:rPr>
      </w:pPr>
      <w:r w:rsidRPr="00453277">
        <w:rPr>
          <w:rFonts w:eastAsia="Times New Roman" w:cs="Times New Roman"/>
          <w:position w:val="-18"/>
          <w:szCs w:val="24"/>
        </w:rPr>
        <w:object w:dxaOrig="2196" w:dyaOrig="480">
          <v:shape id="_x0000_i1379" type="#_x0000_t75" style="width:108.9pt;height:24pt" o:ole="">
            <v:imagedata r:id="rId720" o:title=""/>
          </v:shape>
          <o:OLEObject Type="Embed" ProgID="Equation.DSMT4" ShapeID="_x0000_i1379" DrawAspect="Content" ObjectID="_1808504375" r:id="rId721"/>
        </w:object>
      </w:r>
      <w:r w:rsidRPr="00453277">
        <w:rPr>
          <w:rFonts w:eastAsia="Georgia" w:cs="Times New Roman"/>
          <w:szCs w:val="24"/>
        </w:rPr>
        <w:t xml:space="preserve"> và </w:t>
      </w:r>
      <w:r w:rsidRPr="00453277">
        <w:rPr>
          <w:rFonts w:eastAsia="Times New Roman" w:cs="Times New Roman"/>
          <w:position w:val="-18"/>
          <w:szCs w:val="24"/>
        </w:rPr>
        <w:object w:dxaOrig="900" w:dyaOrig="480">
          <v:shape id="_x0000_i1380" type="#_x0000_t75" style="width:45.25pt;height:24pt" o:ole="">
            <v:imagedata r:id="rId722" o:title=""/>
          </v:shape>
          <o:OLEObject Type="Embed" ProgID="Equation.DSMT4" ShapeID="_x0000_i1380" DrawAspect="Content" ObjectID="_1808504376" r:id="rId723"/>
        </w:object>
      </w:r>
      <w:r w:rsidRPr="00453277">
        <w:rPr>
          <w:rFonts w:eastAsia="Georgia" w:cs="Times New Roman"/>
          <w:szCs w:val="24"/>
        </w:rPr>
        <w:t>. Ta có:</w:t>
      </w:r>
    </w:p>
    <w:p w:rsidR="00453277" w:rsidRPr="00453277" w:rsidRDefault="00453277" w:rsidP="00453277">
      <w:pPr>
        <w:tabs>
          <w:tab w:val="left" w:pos="283"/>
          <w:tab w:val="left" w:pos="2835"/>
          <w:tab w:val="left" w:pos="5386"/>
          <w:tab w:val="left" w:pos="7937"/>
        </w:tabs>
        <w:spacing w:before="0" w:after="0"/>
        <w:ind w:firstLine="283"/>
        <w:rPr>
          <w:rFonts w:eastAsia="Times New Roman" w:cs="Times New Roman"/>
          <w:szCs w:val="24"/>
        </w:rPr>
      </w:pPr>
      <w:r w:rsidRPr="00453277">
        <w:rPr>
          <w:rFonts w:eastAsia="Times New Roman" w:cs="Times New Roman"/>
          <w:position w:val="-18"/>
          <w:szCs w:val="24"/>
        </w:rPr>
        <w:object w:dxaOrig="4260" w:dyaOrig="480">
          <v:shape id="_x0000_i1381" type="#_x0000_t75" style="width:213.25pt;height:24pt" o:ole="">
            <v:imagedata r:id="rId724" o:title=""/>
          </v:shape>
          <o:OLEObject Type="Embed" ProgID="Equation.DSMT4" ShapeID="_x0000_i1381" DrawAspect="Content" ObjectID="_1808504377" r:id="rId725"/>
        </w:object>
      </w:r>
      <w:r w:rsidRPr="00453277">
        <w:rPr>
          <w:rFonts w:eastAsia="Times New Roman" w:cs="Times New Roman"/>
          <w:szCs w:val="24"/>
        </w:rPr>
        <w:t>.</w:t>
      </w:r>
    </w:p>
    <w:p w:rsidR="00453277" w:rsidRPr="00453277" w:rsidRDefault="00453277" w:rsidP="00453277">
      <w:pPr>
        <w:tabs>
          <w:tab w:val="left" w:pos="283"/>
          <w:tab w:val="left" w:pos="2835"/>
          <w:tab w:val="left" w:pos="5386"/>
          <w:tab w:val="left" w:pos="7937"/>
        </w:tabs>
        <w:spacing w:before="0" w:after="0"/>
        <w:ind w:firstLine="283"/>
        <w:rPr>
          <w:rFonts w:eastAsia="Times New Roman" w:cs="Times New Roman"/>
          <w:szCs w:val="24"/>
        </w:rPr>
      </w:pPr>
      <w:r w:rsidRPr="00453277">
        <w:rPr>
          <w:rFonts w:eastAsia="Times New Roman" w:cs="Times New Roman"/>
          <w:position w:val="-14"/>
          <w:szCs w:val="24"/>
        </w:rPr>
        <w:object w:dxaOrig="900" w:dyaOrig="408">
          <v:shape id="_x0000_i1382" type="#_x0000_t75" style="width:45.25pt;height:19.85pt" o:ole="">
            <v:imagedata r:id="rId726" o:title=""/>
          </v:shape>
          <o:OLEObject Type="Embed" ProgID="Equation.DSMT4" ShapeID="_x0000_i1382" DrawAspect="Content" ObjectID="_1808504378" r:id="rId727"/>
        </w:object>
      </w:r>
      <w:r w:rsidRPr="00453277">
        <w:rPr>
          <w:rFonts w:eastAsia="Georgia" w:cs="Times New Roman"/>
          <w:szCs w:val="24"/>
        </w:rPr>
        <w:t xml:space="preserve"> là xác suất đế một học sinh đỗ đại học với điều kiện học sinh đó chọn tổ hợp </w:t>
      </w:r>
      <w:bookmarkStart w:id="12" w:name="_Hlk173436091"/>
      <w:r w:rsidRPr="00453277">
        <w:rPr>
          <w:rFonts w:eastAsia="Times New Roman" w:cs="Times New Roman"/>
          <w:position w:val="-6"/>
          <w:szCs w:val="24"/>
        </w:rPr>
        <w:object w:dxaOrig="499" w:dyaOrig="279">
          <v:shape id="_x0000_i1383" type="#_x0000_t75" style="width:24.9pt;height:13.85pt" o:ole="">
            <v:imagedata r:id="rId701" o:title=""/>
          </v:shape>
          <o:OLEObject Type="Embed" ProgID="Equation.DSMT4" ShapeID="_x0000_i1383" DrawAspect="Content" ObjectID="_1808504379" r:id="rId728"/>
        </w:object>
      </w:r>
      <w:bookmarkEnd w:id="12"/>
      <w:r w:rsidRPr="00453277">
        <w:rPr>
          <w:rFonts w:eastAsia="Times New Roman" w:cs="Times New Roman"/>
          <w:szCs w:val="24"/>
        </w:rPr>
        <w:t xml:space="preserve"> </w:t>
      </w:r>
      <w:r w:rsidRPr="00453277">
        <w:rPr>
          <w:rFonts w:eastAsia="Times New Roman" w:cs="Times New Roman"/>
          <w:position w:val="-14"/>
          <w:szCs w:val="24"/>
        </w:rPr>
        <w:object w:dxaOrig="1740" w:dyaOrig="408">
          <v:shape id="_x0000_i1384" type="#_x0000_t75" style="width:87.7pt;height:19.85pt" o:ole="">
            <v:imagedata r:id="rId729" o:title=""/>
          </v:shape>
          <o:OLEObject Type="Embed" ProgID="Equation.DSMT4" ShapeID="_x0000_i1384" DrawAspect="Content" ObjectID="_1808504380" r:id="rId730"/>
        </w:object>
      </w:r>
    </w:p>
    <w:p w:rsidR="00453277" w:rsidRPr="00453277" w:rsidRDefault="00453277" w:rsidP="00453277">
      <w:pPr>
        <w:tabs>
          <w:tab w:val="left" w:pos="283"/>
          <w:tab w:val="left" w:pos="2835"/>
          <w:tab w:val="left" w:pos="5386"/>
          <w:tab w:val="left" w:pos="7937"/>
        </w:tabs>
        <w:spacing w:before="0" w:after="0"/>
        <w:ind w:firstLine="283"/>
        <w:rPr>
          <w:rFonts w:eastAsia="Georgia" w:cs="Times New Roman"/>
          <w:szCs w:val="24"/>
        </w:rPr>
      </w:pPr>
      <w:r w:rsidRPr="00453277">
        <w:rPr>
          <w:rFonts w:eastAsia="Times New Roman" w:cs="Times New Roman"/>
          <w:position w:val="-18"/>
          <w:szCs w:val="24"/>
        </w:rPr>
        <w:object w:dxaOrig="900" w:dyaOrig="480">
          <v:shape id="_x0000_i1385" type="#_x0000_t75" style="width:45.25pt;height:24pt" o:ole="">
            <v:imagedata r:id="rId731" o:title=""/>
          </v:shape>
          <o:OLEObject Type="Embed" ProgID="Equation.DSMT4" ShapeID="_x0000_i1385" DrawAspect="Content" ObjectID="_1808504381" r:id="rId732"/>
        </w:object>
      </w:r>
      <w:r w:rsidRPr="00453277">
        <w:rPr>
          <w:rFonts w:eastAsia="Georgia" w:cs="Times New Roman"/>
          <w:szCs w:val="24"/>
        </w:rPr>
        <w:t xml:space="preserve"> là xác suất để một học sinh đỗ đại học với điều kiện học sinh đó không chọn tổ hợp</w:t>
      </w:r>
    </w:p>
    <w:p w:rsidR="00453277" w:rsidRPr="00453277" w:rsidRDefault="00453277" w:rsidP="00453277">
      <w:pPr>
        <w:tabs>
          <w:tab w:val="left" w:pos="283"/>
          <w:tab w:val="left" w:pos="2835"/>
          <w:tab w:val="left" w:pos="5386"/>
          <w:tab w:val="left" w:pos="7937"/>
        </w:tabs>
        <w:spacing w:before="0" w:after="0"/>
        <w:ind w:firstLine="283"/>
        <w:rPr>
          <w:rFonts w:eastAsia="Times New Roman" w:cs="Times New Roman"/>
          <w:szCs w:val="24"/>
        </w:rPr>
      </w:pPr>
      <w:r w:rsidRPr="00453277">
        <w:rPr>
          <w:rFonts w:eastAsia="Times New Roman" w:cs="Times New Roman"/>
          <w:position w:val="-6"/>
          <w:szCs w:val="24"/>
        </w:rPr>
        <w:object w:dxaOrig="499" w:dyaOrig="279">
          <v:shape id="_x0000_i1386" type="#_x0000_t75" style="width:24.9pt;height:13.85pt" o:ole="">
            <v:imagedata r:id="rId733" o:title=""/>
          </v:shape>
          <o:OLEObject Type="Embed" ProgID="Equation.DSMT4" ShapeID="_x0000_i1386" DrawAspect="Content" ObjectID="_1808504382" r:id="rId734"/>
        </w:object>
      </w:r>
      <w:r w:rsidRPr="00453277">
        <w:rPr>
          <w:rFonts w:eastAsia="Times New Roman" w:cs="Times New Roman"/>
          <w:szCs w:val="24"/>
        </w:rPr>
        <w:t xml:space="preserve">là </w:t>
      </w:r>
      <w:r w:rsidRPr="00453277">
        <w:rPr>
          <w:rFonts w:eastAsia="Times New Roman" w:cs="Times New Roman"/>
          <w:position w:val="-18"/>
          <w:szCs w:val="24"/>
        </w:rPr>
        <w:object w:dxaOrig="1476" w:dyaOrig="480">
          <v:shape id="_x0000_i1387" type="#_x0000_t75" style="width:73.85pt;height:24pt" o:ole="">
            <v:imagedata r:id="rId735" o:title=""/>
          </v:shape>
          <o:OLEObject Type="Embed" ProgID="Equation.DSMT4" ShapeID="_x0000_i1387" DrawAspect="Content" ObjectID="_1808504383" r:id="rId736"/>
        </w:object>
      </w:r>
    </w:p>
    <w:p w:rsidR="00453277" w:rsidRPr="00453277" w:rsidRDefault="00453277" w:rsidP="00453277">
      <w:pPr>
        <w:tabs>
          <w:tab w:val="left" w:pos="283"/>
          <w:tab w:val="left" w:pos="2835"/>
          <w:tab w:val="left" w:pos="5386"/>
          <w:tab w:val="left" w:pos="7937"/>
        </w:tabs>
        <w:spacing w:before="0" w:after="0"/>
        <w:ind w:firstLine="283"/>
        <w:rPr>
          <w:rFonts w:eastAsia="Georgia" w:cs="Times New Roman"/>
          <w:szCs w:val="24"/>
        </w:rPr>
      </w:pPr>
      <w:r w:rsidRPr="00453277">
        <w:rPr>
          <w:rFonts w:eastAsia="Georgia" w:cs="Times New Roman"/>
          <w:szCs w:val="24"/>
        </w:rPr>
        <w:t>Thay vào c</w:t>
      </w:r>
      <w:r w:rsidRPr="00453277">
        <w:rPr>
          <w:rFonts w:eastAsia="Georgia" w:cs="Times New Roman"/>
          <w:bCs/>
          <w:color w:val="000000"/>
          <w:szCs w:val="24"/>
        </w:rPr>
        <w:t>ông</w:t>
      </w:r>
      <w:r w:rsidRPr="00453277">
        <w:rPr>
          <w:rFonts w:eastAsia="Georgia" w:cs="Times New Roman"/>
          <w:szCs w:val="24"/>
        </w:rPr>
        <w:t xml:space="preserve"> thức Bayes ta được:</w:t>
      </w:r>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position w:val="-40"/>
          <w:szCs w:val="24"/>
        </w:rPr>
        <w:object w:dxaOrig="7080" w:dyaOrig="828">
          <v:shape id="_x0000_i1388" type="#_x0000_t75" style="width:354pt;height:41.1pt" o:ole="">
            <v:imagedata r:id="rId737" o:title=""/>
          </v:shape>
          <o:OLEObject Type="Embed" ProgID="Equation.DSMT4" ShapeID="_x0000_i1388" DrawAspect="Content" ObjectID="_1808504384" r:id="rId738"/>
        </w:object>
      </w:r>
      <w:bookmarkEnd w:id="11"/>
    </w:p>
    <w:p w:rsidR="00453277" w:rsidRPr="00453277" w:rsidRDefault="00453277" w:rsidP="00453277">
      <w:pPr>
        <w:tabs>
          <w:tab w:val="left" w:pos="283"/>
          <w:tab w:val="left" w:pos="2835"/>
          <w:tab w:val="left" w:pos="5386"/>
          <w:tab w:val="left" w:pos="7937"/>
        </w:tabs>
        <w:spacing w:before="0" w:after="0"/>
        <w:ind w:firstLine="283"/>
        <w:rPr>
          <w:rFonts w:eastAsia="Calibri" w:cs="Times New Roman"/>
        </w:rPr>
      </w:pPr>
      <w:r w:rsidRPr="00453277">
        <w:rPr>
          <w:rFonts w:eastAsia="Calibri" w:cs="Times New Roman"/>
        </w:rPr>
        <w:sym w:font="Wingdings" w:char="F096"/>
      </w:r>
      <w:r w:rsidRPr="00453277">
        <w:rPr>
          <w:rFonts w:eastAsia="Calibri" w:cs="Times New Roman"/>
        </w:rPr>
        <w:t xml:space="preserve"> </w:t>
      </w:r>
      <w:r w:rsidRPr="00453277">
        <w:rPr>
          <w:rFonts w:eastAsia="Calibri" w:cs="Times New Roman"/>
          <w:b/>
        </w:rPr>
        <w:t>HẾT</w:t>
      </w:r>
      <w:r w:rsidRPr="00453277">
        <w:rPr>
          <w:rFonts w:eastAsia="Calibri" w:cs="Times New Roman"/>
        </w:rPr>
        <w:t xml:space="preserve"> </w:t>
      </w:r>
      <w:r w:rsidRPr="00453277">
        <w:rPr>
          <w:rFonts w:eastAsia="Calibri" w:cs="Times New Roman"/>
        </w:rPr>
        <w:sym w:font="Wingdings" w:char="F097"/>
      </w:r>
    </w:p>
    <w:bookmarkEnd w:id="0"/>
    <w:p w:rsidR="009113A8" w:rsidRPr="00453277" w:rsidRDefault="009113A8" w:rsidP="00453277"/>
    <w:sectPr w:rsidR="009113A8" w:rsidRPr="00453277" w:rsidSect="00C5569C">
      <w:pgSz w:w="11906" w:h="16838" w:code="9"/>
      <w:pgMar w:top="680" w:right="567" w:bottom="680" w:left="851" w:header="227"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D7E" w:rsidRDefault="00366D7E" w:rsidP="009D23AE">
      <w:pPr>
        <w:spacing w:before="0" w:after="0"/>
      </w:pPr>
      <w:r>
        <w:separator/>
      </w:r>
    </w:p>
  </w:endnote>
  <w:endnote w:type="continuationSeparator" w:id="0">
    <w:p w:rsidR="00366D7E" w:rsidRDefault="00366D7E"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clid Symbol">
    <w:panose1 w:val="05050102010706020507"/>
    <w:charset w:val="02"/>
    <w:family w:val="roman"/>
    <w:pitch w:val="variable"/>
    <w:sig w:usb0="8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Italic">
    <w:altName w:val="Times New Roman"/>
    <w:panose1 w:val="00000000000000000000"/>
    <w:charset w:val="00"/>
    <w:family w:val="roman"/>
    <w:notTrueType/>
    <w:pitch w:val="default"/>
  </w:font>
  <w:font w:name="UTM Avo">
    <w:panose1 w:val="02040603050506020204"/>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D7E" w:rsidRDefault="00366D7E" w:rsidP="009D23AE">
      <w:pPr>
        <w:spacing w:before="0" w:after="0"/>
      </w:pPr>
      <w:r>
        <w:separator/>
      </w:r>
    </w:p>
  </w:footnote>
  <w:footnote w:type="continuationSeparator" w:id="0">
    <w:p w:rsidR="00366D7E" w:rsidRDefault="00366D7E" w:rsidP="009D23A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7" w15:restartNumberingAfterBreak="0">
    <w:nsid w:val="10610EBF"/>
    <w:multiLevelType w:val="hybridMultilevel"/>
    <w:tmpl w:val="E458862C"/>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377E24"/>
    <w:multiLevelType w:val="multilevel"/>
    <w:tmpl w:val="1DC69EC2"/>
    <w:lvl w:ilvl="0">
      <w:start w:val="1"/>
      <w:numFmt w:val="decimal"/>
      <w:pStyle w:val="MTDisplayEquation"/>
      <w:lvlText w:val="Câu %1:"/>
      <w:lvlJc w:val="left"/>
      <w:pPr>
        <w:ind w:left="992" w:hanging="992"/>
      </w:pPr>
      <w:rPr>
        <w:b/>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2F2278"/>
    <w:multiLevelType w:val="hybridMultilevel"/>
    <w:tmpl w:val="CFCA2D46"/>
    <w:lvl w:ilvl="0" w:tplc="8054887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53B39"/>
    <w:multiLevelType w:val="hybridMultilevel"/>
    <w:tmpl w:val="A4D8A1B0"/>
    <w:lvl w:ilvl="0" w:tplc="B1E4EFE0">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05FD7"/>
    <w:multiLevelType w:val="hybridMultilevel"/>
    <w:tmpl w:val="3E4EC7C8"/>
    <w:lvl w:ilvl="0" w:tplc="1E6670D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F6735"/>
    <w:multiLevelType w:val="hybridMultilevel"/>
    <w:tmpl w:val="6F2425E0"/>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1D1EE4"/>
    <w:multiLevelType w:val="hybridMultilevel"/>
    <w:tmpl w:val="7F16F706"/>
    <w:lvl w:ilvl="0" w:tplc="8374750A">
      <w:start w:val="4"/>
      <w:numFmt w:val="lowerLetter"/>
      <w:lvlText w:val="(%1)"/>
      <w:lvlJc w:val="left"/>
      <w:pPr>
        <w:ind w:left="1350" w:hanging="360"/>
      </w:pPr>
      <w:rPr>
        <w:rFonts w:hint="default"/>
        <w:b/>
        <w:color w:val="000000" w:themeColor="text1"/>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33F61906"/>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767DE"/>
    <w:multiLevelType w:val="hybridMultilevel"/>
    <w:tmpl w:val="484842E8"/>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4A105DA"/>
    <w:multiLevelType w:val="hybridMultilevel"/>
    <w:tmpl w:val="E458862C"/>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F66CB6"/>
    <w:multiLevelType w:val="hybridMultilevel"/>
    <w:tmpl w:val="BA2A6EA0"/>
    <w:lvl w:ilvl="0" w:tplc="44A24B8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354B46"/>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44F2D"/>
    <w:multiLevelType w:val="hybridMultilevel"/>
    <w:tmpl w:val="CFCA2D46"/>
    <w:lvl w:ilvl="0" w:tplc="8054887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EC4BBB"/>
    <w:multiLevelType w:val="hybridMultilevel"/>
    <w:tmpl w:val="BA2A6EA0"/>
    <w:lvl w:ilvl="0" w:tplc="44A24B8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BB75A7"/>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A17789"/>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C83AFF"/>
    <w:multiLevelType w:val="hybridMultilevel"/>
    <w:tmpl w:val="BA2A6EA0"/>
    <w:lvl w:ilvl="0" w:tplc="44A24B8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E57AEF"/>
    <w:multiLevelType w:val="multilevel"/>
    <w:tmpl w:val="DF6CF2E4"/>
    <w:lvl w:ilvl="0">
      <w:start w:val="1"/>
      <w:numFmt w:val="decimal"/>
      <w:lvlText w:val="Câu %1:"/>
      <w:lvlJc w:val="left"/>
      <w:pPr>
        <w:ind w:left="992" w:hanging="992"/>
      </w:pPr>
      <w:rPr>
        <w:b/>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5B7789"/>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F01E7"/>
    <w:multiLevelType w:val="hybridMultilevel"/>
    <w:tmpl w:val="E458862C"/>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681707"/>
    <w:multiLevelType w:val="hybridMultilevel"/>
    <w:tmpl w:val="A4D8A1B0"/>
    <w:lvl w:ilvl="0" w:tplc="B1E4EFE0">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105C99"/>
    <w:multiLevelType w:val="hybridMultilevel"/>
    <w:tmpl w:val="CFCA2D46"/>
    <w:lvl w:ilvl="0" w:tplc="8054887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FF438E"/>
    <w:multiLevelType w:val="hybridMultilevel"/>
    <w:tmpl w:val="A4D8A1B0"/>
    <w:lvl w:ilvl="0" w:tplc="B1E4EFE0">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7854B8"/>
    <w:multiLevelType w:val="hybridMultilevel"/>
    <w:tmpl w:val="B8EA79E8"/>
    <w:lvl w:ilvl="0" w:tplc="52422D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6"/>
  </w:num>
  <w:num w:numId="3">
    <w:abstractNumId w:val="16"/>
  </w:num>
  <w:num w:numId="4">
    <w:abstractNumId w:val="7"/>
  </w:num>
  <w:num w:numId="5">
    <w:abstractNumId w:val="24"/>
  </w:num>
  <w:num w:numId="6">
    <w:abstractNumId w:val="13"/>
  </w:num>
  <w:num w:numId="7">
    <w:abstractNumId w:val="11"/>
  </w:num>
  <w:num w:numId="8">
    <w:abstractNumId w:val="21"/>
  </w:num>
  <w:num w:numId="9">
    <w:abstractNumId w:val="25"/>
  </w:num>
  <w:num w:numId="10">
    <w:abstractNumId w:val="22"/>
  </w:num>
  <w:num w:numId="11">
    <w:abstractNumId w:val="14"/>
  </w:num>
  <w:num w:numId="12">
    <w:abstractNumId w:val="18"/>
  </w:num>
  <w:num w:numId="13">
    <w:abstractNumId w:val="30"/>
  </w:num>
  <w:num w:numId="14">
    <w:abstractNumId w:val="15"/>
  </w:num>
  <w:num w:numId="15">
    <w:abstractNumId w:val="12"/>
  </w:num>
  <w:num w:numId="16">
    <w:abstractNumId w:val="19"/>
  </w:num>
  <w:num w:numId="17">
    <w:abstractNumId w:val="28"/>
  </w:num>
  <w:num w:numId="18">
    <w:abstractNumId w:val="9"/>
  </w:num>
  <w:num w:numId="19">
    <w:abstractNumId w:val="5"/>
  </w:num>
  <w:num w:numId="20">
    <w:abstractNumId w:val="3"/>
  </w:num>
  <w:num w:numId="21">
    <w:abstractNumId w:val="2"/>
  </w:num>
  <w:num w:numId="22">
    <w:abstractNumId w:val="4"/>
  </w:num>
  <w:num w:numId="23">
    <w:abstractNumId w:val="1"/>
  </w:num>
  <w:num w:numId="24">
    <w:abstractNumId w:val="0"/>
  </w:num>
  <w:num w:numId="25">
    <w:abstractNumId w:val="6"/>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26">
    <w:abstractNumId w:val="29"/>
  </w:num>
  <w:num w:numId="27">
    <w:abstractNumId w:val="27"/>
  </w:num>
  <w:num w:numId="28">
    <w:abstractNumId w:val="10"/>
  </w:num>
  <w:num w:numId="29">
    <w:abstractNumId w:val="23"/>
  </w:num>
  <w:num w:numId="30">
    <w:abstractNumId w:val="17"/>
  </w:num>
  <w:num w:numId="3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738D8"/>
    <w:rsid w:val="00083EDF"/>
    <w:rsid w:val="00086ECE"/>
    <w:rsid w:val="00090CAE"/>
    <w:rsid w:val="000B4BCD"/>
    <w:rsid w:val="000C3E36"/>
    <w:rsid w:val="000F0761"/>
    <w:rsid w:val="001271DB"/>
    <w:rsid w:val="001B3D32"/>
    <w:rsid w:val="001D1053"/>
    <w:rsid w:val="001F0B64"/>
    <w:rsid w:val="001F6849"/>
    <w:rsid w:val="00204A9F"/>
    <w:rsid w:val="00227C0C"/>
    <w:rsid w:val="00232E5E"/>
    <w:rsid w:val="00242C05"/>
    <w:rsid w:val="00255B4D"/>
    <w:rsid w:val="00272FA1"/>
    <w:rsid w:val="00283677"/>
    <w:rsid w:val="002C2951"/>
    <w:rsid w:val="00363BD7"/>
    <w:rsid w:val="00366D7E"/>
    <w:rsid w:val="00373D90"/>
    <w:rsid w:val="00385EF5"/>
    <w:rsid w:val="003B7FD1"/>
    <w:rsid w:val="00453277"/>
    <w:rsid w:val="00455153"/>
    <w:rsid w:val="00481BEF"/>
    <w:rsid w:val="004D1888"/>
    <w:rsid w:val="00527E9E"/>
    <w:rsid w:val="0056376F"/>
    <w:rsid w:val="00592E10"/>
    <w:rsid w:val="005970C9"/>
    <w:rsid w:val="005C2776"/>
    <w:rsid w:val="005E6A3F"/>
    <w:rsid w:val="0062497D"/>
    <w:rsid w:val="007307D8"/>
    <w:rsid w:val="00733EBF"/>
    <w:rsid w:val="007856D5"/>
    <w:rsid w:val="007B58FB"/>
    <w:rsid w:val="007D730D"/>
    <w:rsid w:val="007E2450"/>
    <w:rsid w:val="00815A05"/>
    <w:rsid w:val="00820DBD"/>
    <w:rsid w:val="00827F44"/>
    <w:rsid w:val="00896591"/>
    <w:rsid w:val="008C01BF"/>
    <w:rsid w:val="008E39D7"/>
    <w:rsid w:val="008F47A2"/>
    <w:rsid w:val="009113A8"/>
    <w:rsid w:val="00921C44"/>
    <w:rsid w:val="00924ED8"/>
    <w:rsid w:val="00931E9F"/>
    <w:rsid w:val="009434D3"/>
    <w:rsid w:val="00973264"/>
    <w:rsid w:val="009D17FC"/>
    <w:rsid w:val="009D23AE"/>
    <w:rsid w:val="00A3218F"/>
    <w:rsid w:val="00A50A1A"/>
    <w:rsid w:val="00A90852"/>
    <w:rsid w:val="00AA7EB2"/>
    <w:rsid w:val="00AD3B56"/>
    <w:rsid w:val="00AF23CC"/>
    <w:rsid w:val="00B0088E"/>
    <w:rsid w:val="00B40B78"/>
    <w:rsid w:val="00B54A2B"/>
    <w:rsid w:val="00B57849"/>
    <w:rsid w:val="00BD63FF"/>
    <w:rsid w:val="00C07032"/>
    <w:rsid w:val="00C25F5A"/>
    <w:rsid w:val="00C41A5B"/>
    <w:rsid w:val="00C4225E"/>
    <w:rsid w:val="00C5569C"/>
    <w:rsid w:val="00C617AE"/>
    <w:rsid w:val="00C73C38"/>
    <w:rsid w:val="00CC0004"/>
    <w:rsid w:val="00CC231D"/>
    <w:rsid w:val="00CF0E23"/>
    <w:rsid w:val="00CF1A09"/>
    <w:rsid w:val="00D0762C"/>
    <w:rsid w:val="00D44922"/>
    <w:rsid w:val="00D852AF"/>
    <w:rsid w:val="00DA06A7"/>
    <w:rsid w:val="00DF02C5"/>
    <w:rsid w:val="00E11387"/>
    <w:rsid w:val="00E444F1"/>
    <w:rsid w:val="00E55D02"/>
    <w:rsid w:val="00E62059"/>
    <w:rsid w:val="00E915DD"/>
    <w:rsid w:val="00E97759"/>
    <w:rsid w:val="00EA4FA6"/>
    <w:rsid w:val="00EB7D44"/>
    <w:rsid w:val="00ED58DE"/>
    <w:rsid w:val="00EE03C8"/>
    <w:rsid w:val="00F626ED"/>
    <w:rsid w:val="00F62D1B"/>
    <w:rsid w:val="00F87698"/>
    <w:rsid w:val="00FA1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7A2D2"/>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aliases w:val="PHẦN"/>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uiPriority w:val="9"/>
    <w:unhideWhenUsed/>
    <w:qFormat/>
    <w:rsid w:val="001271DB"/>
    <w:pPr>
      <w:keepNext/>
      <w:keepLines/>
      <w:spacing w:before="160" w:after="80" w:line="259" w:lineRule="auto"/>
      <w:jc w:val="left"/>
      <w:outlineLvl w:val="2"/>
    </w:pPr>
    <w:rPr>
      <w:rFonts w:asciiTheme="minorHAnsi" w:eastAsiaTheme="majorEastAsia" w:hAnsiTheme="minorHAnsi" w:cstheme="majorBidi"/>
      <w:color w:val="2F5496" w:themeColor="accent1" w:themeShade="BF"/>
      <w:kern w:val="2"/>
      <w:sz w:val="28"/>
      <w:szCs w:val="28"/>
    </w:rPr>
  </w:style>
  <w:style w:type="paragraph" w:styleId="Heading4">
    <w:name w:val="heading 4"/>
    <w:basedOn w:val="Normal"/>
    <w:next w:val="Normal"/>
    <w:link w:val="Heading4Char"/>
    <w:uiPriority w:val="9"/>
    <w:unhideWhenUsed/>
    <w:qFormat/>
    <w:rsid w:val="001271DB"/>
    <w:pPr>
      <w:keepNext/>
      <w:keepLines/>
      <w:spacing w:before="80" w:line="259" w:lineRule="auto"/>
      <w:jc w:val="left"/>
      <w:outlineLvl w:val="3"/>
    </w:pPr>
    <w:rPr>
      <w:rFonts w:asciiTheme="minorHAnsi" w:eastAsiaTheme="majorEastAsia" w:hAnsiTheme="minorHAnsi" w:cstheme="majorBidi"/>
      <w:i/>
      <w:iCs/>
      <w:color w:val="2F5496" w:themeColor="accent1" w:themeShade="BF"/>
      <w:kern w:val="2"/>
    </w:rPr>
  </w:style>
  <w:style w:type="paragraph" w:styleId="Heading5">
    <w:name w:val="heading 5"/>
    <w:basedOn w:val="Normal"/>
    <w:next w:val="Normal"/>
    <w:link w:val="Heading5Char"/>
    <w:uiPriority w:val="9"/>
    <w:unhideWhenUsed/>
    <w:qFormat/>
    <w:rsid w:val="001271DB"/>
    <w:pPr>
      <w:keepNext/>
      <w:keepLines/>
      <w:spacing w:before="80" w:line="259" w:lineRule="auto"/>
      <w:jc w:val="left"/>
      <w:outlineLvl w:val="4"/>
    </w:pPr>
    <w:rPr>
      <w:rFonts w:asciiTheme="minorHAnsi" w:eastAsiaTheme="majorEastAsia" w:hAnsiTheme="minorHAnsi" w:cstheme="majorBidi"/>
      <w:color w:val="2F5496" w:themeColor="accent1" w:themeShade="BF"/>
      <w:kern w:val="2"/>
    </w:rPr>
  </w:style>
  <w:style w:type="paragraph" w:styleId="Heading6">
    <w:name w:val="heading 6"/>
    <w:basedOn w:val="Normal"/>
    <w:next w:val="Normal"/>
    <w:link w:val="Heading6Char"/>
    <w:uiPriority w:val="9"/>
    <w:unhideWhenUsed/>
    <w:qFormat/>
    <w:rsid w:val="001271DB"/>
    <w:pPr>
      <w:keepNext/>
      <w:keepLines/>
      <w:spacing w:after="0" w:line="259" w:lineRule="auto"/>
      <w:jc w:val="left"/>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1271DB"/>
    <w:pPr>
      <w:keepNext/>
      <w:keepLines/>
      <w:spacing w:after="0" w:line="259" w:lineRule="auto"/>
      <w:jc w:val="left"/>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1271DB"/>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1271DB"/>
    <w:pPr>
      <w:keepNext/>
      <w:keepLines/>
      <w:spacing w:before="0" w:after="0" w:line="259" w:lineRule="auto"/>
      <w:jc w:val="left"/>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aliases w:val="PHẦN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rsid w:val="009D23AE"/>
    <w:rPr>
      <w:rFonts w:ascii="Times New Roman" w:eastAsia="Times New Roman" w:hAnsi="Times New Roman" w:cs="Times New Roman"/>
      <w:sz w:val="24"/>
      <w:szCs w:val="24"/>
      <w:lang w:val="vi"/>
    </w:rPr>
  </w:style>
  <w:style w:type="paragraph" w:styleId="ListParagraph">
    <w:name w:val="List Paragraph"/>
    <w:aliases w:val="List Paragraph_FS,Câu dẫn,Dau -,List Paragraph3,HPL01,chuẩn không cần chỉnh,List Paragraph1,Đoạn của Danh sách1,List Paragraph11,List Paragraph111"/>
    <w:basedOn w:val="Normal"/>
    <w:link w:val="ListParagraphChar"/>
    <w:uiPriority w:val="34"/>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aliases w:val="Char2,Char2 Char, Char2, Char2 Char"/>
    <w:basedOn w:val="Normal"/>
    <w:link w:val="HeaderChar"/>
    <w:uiPriority w:val="99"/>
    <w:unhideWhenUsed/>
    <w:qFormat/>
    <w:rsid w:val="009D23AE"/>
    <w:pPr>
      <w:tabs>
        <w:tab w:val="center" w:pos="4680"/>
        <w:tab w:val="right" w:pos="9360"/>
      </w:tabs>
      <w:spacing w:before="0" w:after="0"/>
    </w:pPr>
  </w:style>
  <w:style w:type="character" w:customStyle="1" w:styleId="HeaderChar">
    <w:name w:val="Header Char"/>
    <w:aliases w:val="Char2 Char1,Char2 Char Char, Char2 Char1, Char2 Char Char"/>
    <w:basedOn w:val="DefaultParagraphFont"/>
    <w:link w:val="Header"/>
    <w:uiPriority w:val="99"/>
    <w:qFormat/>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aliases w:val="tham khao,trongbang"/>
    <w:basedOn w:val="TableNormal"/>
    <w:uiPriority w:val="39"/>
    <w:qFormat/>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semiHidden/>
    <w:unhideWhenUsed/>
    <w:rsid w:val="00815A0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A05"/>
    <w:rPr>
      <w:rFonts w:ascii="Segoe UI" w:hAnsi="Segoe UI" w:cs="Segoe UI"/>
      <w:sz w:val="18"/>
      <w:szCs w:val="18"/>
    </w:rPr>
  </w:style>
  <w:style w:type="character" w:customStyle="1" w:styleId="Heading3Char">
    <w:name w:val="Heading 3 Char"/>
    <w:basedOn w:val="DefaultParagraphFont"/>
    <w:link w:val="Heading3"/>
    <w:uiPriority w:val="9"/>
    <w:rsid w:val="001271DB"/>
    <w:rPr>
      <w:rFonts w:eastAsiaTheme="majorEastAsia" w:cstheme="majorBidi"/>
      <w:color w:val="2F5496" w:themeColor="accent1" w:themeShade="BF"/>
      <w:kern w:val="2"/>
      <w:sz w:val="28"/>
      <w:szCs w:val="28"/>
    </w:rPr>
  </w:style>
  <w:style w:type="character" w:customStyle="1" w:styleId="Heading4Char">
    <w:name w:val="Heading 4 Char"/>
    <w:basedOn w:val="DefaultParagraphFont"/>
    <w:link w:val="Heading4"/>
    <w:uiPriority w:val="9"/>
    <w:rsid w:val="001271DB"/>
    <w:rPr>
      <w:rFonts w:eastAsiaTheme="majorEastAsia" w:cstheme="majorBidi"/>
      <w:i/>
      <w:iCs/>
      <w:color w:val="2F5496" w:themeColor="accent1" w:themeShade="BF"/>
      <w:kern w:val="2"/>
      <w:sz w:val="24"/>
    </w:rPr>
  </w:style>
  <w:style w:type="character" w:customStyle="1" w:styleId="Heading5Char">
    <w:name w:val="Heading 5 Char"/>
    <w:basedOn w:val="DefaultParagraphFont"/>
    <w:link w:val="Heading5"/>
    <w:uiPriority w:val="9"/>
    <w:rsid w:val="001271DB"/>
    <w:rPr>
      <w:rFonts w:eastAsiaTheme="majorEastAsia" w:cstheme="majorBidi"/>
      <w:color w:val="2F5496" w:themeColor="accent1" w:themeShade="BF"/>
      <w:kern w:val="2"/>
      <w:sz w:val="24"/>
    </w:rPr>
  </w:style>
  <w:style w:type="character" w:customStyle="1" w:styleId="Heading6Char">
    <w:name w:val="Heading 6 Char"/>
    <w:basedOn w:val="DefaultParagraphFont"/>
    <w:link w:val="Heading6"/>
    <w:uiPriority w:val="9"/>
    <w:rsid w:val="001271DB"/>
    <w:rPr>
      <w:rFonts w:eastAsiaTheme="majorEastAsia" w:cstheme="majorBidi"/>
      <w:i/>
      <w:iCs/>
      <w:color w:val="595959" w:themeColor="text1" w:themeTint="A6"/>
      <w:kern w:val="2"/>
      <w:sz w:val="24"/>
    </w:rPr>
  </w:style>
  <w:style w:type="character" w:customStyle="1" w:styleId="Heading7Char">
    <w:name w:val="Heading 7 Char"/>
    <w:basedOn w:val="DefaultParagraphFont"/>
    <w:link w:val="Heading7"/>
    <w:uiPriority w:val="9"/>
    <w:semiHidden/>
    <w:rsid w:val="001271DB"/>
    <w:rPr>
      <w:rFonts w:eastAsiaTheme="majorEastAsia" w:cstheme="majorBidi"/>
      <w:color w:val="595959" w:themeColor="text1" w:themeTint="A6"/>
      <w:kern w:val="2"/>
      <w:sz w:val="24"/>
    </w:rPr>
  </w:style>
  <w:style w:type="character" w:customStyle="1" w:styleId="Heading8Char">
    <w:name w:val="Heading 8 Char"/>
    <w:basedOn w:val="DefaultParagraphFont"/>
    <w:link w:val="Heading8"/>
    <w:uiPriority w:val="9"/>
    <w:semiHidden/>
    <w:rsid w:val="001271DB"/>
    <w:rPr>
      <w:rFonts w:eastAsiaTheme="majorEastAsia" w:cstheme="majorBidi"/>
      <w:i/>
      <w:iCs/>
      <w:color w:val="272727" w:themeColor="text1" w:themeTint="D8"/>
      <w:kern w:val="2"/>
      <w:sz w:val="24"/>
    </w:rPr>
  </w:style>
  <w:style w:type="character" w:customStyle="1" w:styleId="Heading9Char">
    <w:name w:val="Heading 9 Char"/>
    <w:basedOn w:val="DefaultParagraphFont"/>
    <w:link w:val="Heading9"/>
    <w:uiPriority w:val="9"/>
    <w:semiHidden/>
    <w:rsid w:val="001271DB"/>
    <w:rPr>
      <w:rFonts w:eastAsiaTheme="majorEastAsia" w:cstheme="majorBidi"/>
      <w:color w:val="272727" w:themeColor="text1" w:themeTint="D8"/>
      <w:kern w:val="2"/>
      <w:sz w:val="24"/>
    </w:rPr>
  </w:style>
  <w:style w:type="paragraph" w:customStyle="1" w:styleId="Normal0">
    <w:name w:val="Normal_0"/>
    <w:link w:val="Normal0Char"/>
    <w:qFormat/>
    <w:rsid w:val="001271DB"/>
    <w:pPr>
      <w:widowControl w:val="0"/>
      <w:spacing w:after="0" w:line="240" w:lineRule="auto"/>
    </w:pPr>
    <w:rPr>
      <w:rFonts w:ascii="Calibri" w:eastAsia="Calibri" w:hAnsi="Calibri" w:cs="Times New Roman"/>
      <w:sz w:val="20"/>
      <w:szCs w:val="20"/>
    </w:rPr>
  </w:style>
  <w:style w:type="paragraph" w:styleId="Title">
    <w:name w:val="Title"/>
    <w:basedOn w:val="Normal"/>
    <w:next w:val="Normal"/>
    <w:link w:val="TitleChar"/>
    <w:uiPriority w:val="10"/>
    <w:qFormat/>
    <w:rsid w:val="001271DB"/>
    <w:pPr>
      <w:spacing w:before="0" w:after="8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DB"/>
    <w:pPr>
      <w:numPr>
        <w:ilvl w:val="1"/>
      </w:numPr>
      <w:spacing w:before="0" w:after="160" w:line="259" w:lineRule="auto"/>
      <w:jc w:val="left"/>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1271DB"/>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1271DB"/>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1271DB"/>
    <w:rPr>
      <w:rFonts w:ascii="Times New Roman" w:hAnsi="Times New Roman"/>
      <w:i/>
      <w:iCs/>
      <w:color w:val="404040" w:themeColor="text1" w:themeTint="BF"/>
      <w:kern w:val="2"/>
      <w:sz w:val="24"/>
    </w:rPr>
  </w:style>
  <w:style w:type="character" w:styleId="IntenseEmphasis">
    <w:name w:val="Intense Emphasis"/>
    <w:basedOn w:val="DefaultParagraphFont"/>
    <w:uiPriority w:val="21"/>
    <w:qFormat/>
    <w:rsid w:val="001271DB"/>
    <w:rPr>
      <w:i/>
      <w:iCs/>
      <w:color w:val="2F5496" w:themeColor="accent1" w:themeShade="BF"/>
    </w:rPr>
  </w:style>
  <w:style w:type="paragraph" w:styleId="IntenseQuote">
    <w:name w:val="Intense Quote"/>
    <w:basedOn w:val="Normal"/>
    <w:next w:val="Normal"/>
    <w:link w:val="IntenseQuoteChar"/>
    <w:uiPriority w:val="30"/>
    <w:qFormat/>
    <w:rsid w:val="001271D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rPr>
  </w:style>
  <w:style w:type="character" w:customStyle="1" w:styleId="IntenseQuoteChar">
    <w:name w:val="Intense Quote Char"/>
    <w:basedOn w:val="DefaultParagraphFont"/>
    <w:link w:val="IntenseQuote"/>
    <w:uiPriority w:val="30"/>
    <w:rsid w:val="001271DB"/>
    <w:rPr>
      <w:rFonts w:ascii="Times New Roman" w:hAnsi="Times New Roman"/>
      <w:i/>
      <w:iCs/>
      <w:color w:val="2F5496" w:themeColor="accent1" w:themeShade="BF"/>
      <w:kern w:val="2"/>
      <w:sz w:val="24"/>
    </w:rPr>
  </w:style>
  <w:style w:type="character" w:styleId="IntenseReference">
    <w:name w:val="Intense Reference"/>
    <w:basedOn w:val="DefaultParagraphFont"/>
    <w:uiPriority w:val="32"/>
    <w:qFormat/>
    <w:rsid w:val="001271DB"/>
    <w:rPr>
      <w:b/>
      <w:bCs/>
      <w:smallCaps/>
      <w:color w:val="2F5496" w:themeColor="accent1" w:themeShade="BF"/>
      <w:spacing w:val="5"/>
    </w:rPr>
  </w:style>
  <w:style w:type="paragraph" w:customStyle="1" w:styleId="MTDisplayEquation">
    <w:name w:val="MTDisplayEquation"/>
    <w:basedOn w:val="Normal"/>
    <w:link w:val="MTDisplayEquationChar"/>
    <w:qFormat/>
    <w:rsid w:val="001271DB"/>
    <w:pPr>
      <w:numPr>
        <w:numId w:val="1"/>
      </w:numPr>
      <w:spacing w:before="0" w:after="200" w:line="276" w:lineRule="auto"/>
      <w:jc w:val="left"/>
    </w:pPr>
    <w:rPr>
      <w:rFonts w:eastAsia="Calibri" w:cs="Times New Roman"/>
      <w:szCs w:val="24"/>
    </w:rPr>
  </w:style>
  <w:style w:type="character" w:customStyle="1" w:styleId="MTDisplayEquationChar">
    <w:name w:val="MTDisplayEquation Char"/>
    <w:link w:val="MTDisplayEquation"/>
    <w:qFormat/>
    <w:rsid w:val="001271DB"/>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List Paragraph1 Char,Đoạn của Danh sách1 Char,List Paragraph11 Char,List Paragraph111 Char"/>
    <w:link w:val="ListParagraph"/>
    <w:uiPriority w:val="34"/>
    <w:qFormat/>
    <w:rsid w:val="001271DB"/>
    <w:rPr>
      <w:rFonts w:ascii="Times New Roman" w:eastAsia="Times New Roman" w:hAnsi="Times New Roman" w:cs="Times New Roman"/>
      <w:lang w:val="vi"/>
    </w:rPr>
  </w:style>
  <w:style w:type="character" w:styleId="PageNumber">
    <w:name w:val="page number"/>
    <w:basedOn w:val="DefaultParagraphFont"/>
    <w:rsid w:val="00DF02C5"/>
    <w:rPr>
      <w:rFonts w:cs="Times New Roman"/>
    </w:rPr>
  </w:style>
  <w:style w:type="paragraph" w:styleId="NormalWeb">
    <w:name w:val="Normal (Web)"/>
    <w:basedOn w:val="Normal"/>
    <w:link w:val="NormalWebChar"/>
    <w:uiPriority w:val="99"/>
    <w:unhideWhenUsed/>
    <w:rsid w:val="00A3218F"/>
    <w:pPr>
      <w:spacing w:before="100" w:beforeAutospacing="1" w:after="100" w:afterAutospacing="1"/>
      <w:jc w:val="left"/>
    </w:pPr>
    <w:rPr>
      <w:rFonts w:eastAsia="Times New Roman" w:cs="Times New Roman"/>
      <w:szCs w:val="24"/>
    </w:rPr>
  </w:style>
  <w:style w:type="paragraph" w:styleId="NoSpacing">
    <w:name w:val="No Spacing"/>
    <w:link w:val="NoSpacingChar"/>
    <w:uiPriority w:val="1"/>
    <w:qFormat/>
    <w:rsid w:val="00A3218F"/>
    <w:pPr>
      <w:spacing w:after="0" w:line="240" w:lineRule="auto"/>
    </w:pPr>
    <w:rPr>
      <w:rFonts w:ascii="Times New Roman" w:eastAsia="Calibri" w:hAnsi="Times New Roman" w:cs="Times New Roman"/>
      <w:sz w:val="28"/>
      <w:lang w:val="vi-VN"/>
    </w:rPr>
  </w:style>
  <w:style w:type="paragraph" w:styleId="List2">
    <w:name w:val="List 2"/>
    <w:basedOn w:val="Normal"/>
    <w:uiPriority w:val="99"/>
    <w:unhideWhenUsed/>
    <w:rsid w:val="00A3218F"/>
    <w:pPr>
      <w:spacing w:before="0" w:after="160" w:line="256" w:lineRule="auto"/>
      <w:ind w:left="720" w:hanging="360"/>
      <w:contextualSpacing/>
      <w:jc w:val="left"/>
    </w:pPr>
    <w:rPr>
      <w:rFonts w:cs="Times New Roman"/>
      <w:szCs w:val="24"/>
    </w:rPr>
  </w:style>
  <w:style w:type="paragraph" w:styleId="BodyTextIndent">
    <w:name w:val="Body Text Indent"/>
    <w:basedOn w:val="Normal"/>
    <w:link w:val="BodyTextIndentChar"/>
    <w:uiPriority w:val="99"/>
    <w:semiHidden/>
    <w:unhideWhenUsed/>
    <w:rsid w:val="00A3218F"/>
    <w:pPr>
      <w:spacing w:before="0" w:after="120" w:line="259" w:lineRule="auto"/>
      <w:ind w:left="283"/>
      <w:jc w:val="left"/>
    </w:pPr>
    <w:rPr>
      <w:rFonts w:cs="Times New Roman"/>
      <w:szCs w:val="24"/>
    </w:rPr>
  </w:style>
  <w:style w:type="character" w:customStyle="1" w:styleId="BodyTextIndentChar">
    <w:name w:val="Body Text Indent Char"/>
    <w:basedOn w:val="DefaultParagraphFont"/>
    <w:link w:val="BodyTextIndent"/>
    <w:uiPriority w:val="99"/>
    <w:semiHidden/>
    <w:rsid w:val="00A3218F"/>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A3218F"/>
    <w:pPr>
      <w:spacing w:after="160" w:line="256" w:lineRule="auto"/>
      <w:ind w:left="360" w:firstLine="360"/>
    </w:pPr>
  </w:style>
  <w:style w:type="character" w:customStyle="1" w:styleId="BodyTextFirstIndent2Char">
    <w:name w:val="Body Text First Indent 2 Char"/>
    <w:basedOn w:val="BodyTextIndentChar"/>
    <w:link w:val="BodyTextFirstIndent2"/>
    <w:uiPriority w:val="99"/>
    <w:rsid w:val="00A3218F"/>
    <w:rPr>
      <w:rFonts w:ascii="Times New Roman" w:hAnsi="Times New Roman" w:cs="Times New Roman"/>
      <w:sz w:val="24"/>
      <w:szCs w:val="24"/>
    </w:rPr>
  </w:style>
  <w:style w:type="paragraph" w:customStyle="1" w:styleId="Default">
    <w:name w:val="Default"/>
    <w:rsid w:val="00E11387"/>
    <w:pPr>
      <w:autoSpaceDE w:val="0"/>
      <w:autoSpaceDN w:val="0"/>
      <w:adjustRightInd w:val="0"/>
      <w:spacing w:after="0" w:line="240" w:lineRule="auto"/>
    </w:pPr>
    <w:rPr>
      <w:rFonts w:ascii="Times New Roman" w:eastAsia="Calibri" w:hAnsi="Times New Roman" w:cs="Times New Roman"/>
      <w:color w:val="000000"/>
      <w:sz w:val="24"/>
      <w:szCs w:val="24"/>
      <w:lang w:val="vi-VN"/>
    </w:rPr>
  </w:style>
  <w:style w:type="paragraph" w:customStyle="1" w:styleId="oancuaDanhsach">
    <w:name w:val="Đoạn của Danh sách"/>
    <w:basedOn w:val="Normal"/>
    <w:link w:val="oancuaDanhsachChar"/>
    <w:qFormat/>
    <w:rsid w:val="00E11387"/>
    <w:pPr>
      <w:spacing w:before="0" w:after="200" w:line="276" w:lineRule="auto"/>
      <w:ind w:left="720"/>
      <w:jc w:val="left"/>
    </w:pPr>
    <w:rPr>
      <w:rFonts w:eastAsia="Arial" w:cs="Calibri"/>
      <w:szCs w:val="24"/>
    </w:rPr>
  </w:style>
  <w:style w:type="character" w:customStyle="1" w:styleId="oancuaDanhsachChar">
    <w:name w:val="Đoạn của Danh sách Char"/>
    <w:link w:val="oancuaDanhsach"/>
    <w:locked/>
    <w:rsid w:val="00E11387"/>
    <w:rPr>
      <w:rFonts w:ascii="Times New Roman" w:eastAsia="Arial" w:hAnsi="Times New Roman" w:cs="Calibri"/>
      <w:sz w:val="24"/>
      <w:szCs w:val="24"/>
    </w:rPr>
  </w:style>
  <w:style w:type="character" w:styleId="Strong">
    <w:name w:val="Strong"/>
    <w:uiPriority w:val="22"/>
    <w:qFormat/>
    <w:rsid w:val="00E11387"/>
    <w:rPr>
      <w:rFonts w:ascii="Times New Roman" w:hAnsi="Times New Roman" w:cs="Times New Roman" w:hint="default"/>
      <w:b/>
      <w:bCs/>
    </w:rPr>
  </w:style>
  <w:style w:type="paragraph" w:customStyle="1" w:styleId="msonormal0">
    <w:name w:val="msonormal"/>
    <w:basedOn w:val="Normal"/>
    <w:rsid w:val="00E11387"/>
    <w:pPr>
      <w:spacing w:before="100" w:beforeAutospacing="1" w:after="100" w:afterAutospacing="1"/>
      <w:jc w:val="left"/>
    </w:pPr>
    <w:rPr>
      <w:rFonts w:eastAsia="Calibri" w:cs="Times New Roman"/>
      <w:szCs w:val="24"/>
    </w:rPr>
  </w:style>
  <w:style w:type="paragraph" w:customStyle="1" w:styleId="Normal1">
    <w:name w:val="Normal1"/>
    <w:basedOn w:val="Normal"/>
    <w:rsid w:val="00E11387"/>
    <w:pPr>
      <w:spacing w:before="100" w:beforeAutospacing="1" w:after="100" w:afterAutospacing="1"/>
      <w:jc w:val="left"/>
    </w:pPr>
    <w:rPr>
      <w:rFonts w:eastAsia="Times New Roman" w:cs="Times New Roman"/>
      <w:szCs w:val="24"/>
    </w:rPr>
  </w:style>
  <w:style w:type="table" w:customStyle="1" w:styleId="TableGrid3">
    <w:name w:val="Table Grid3"/>
    <w:basedOn w:val="TableNormal"/>
    <w:next w:val="TableGrid"/>
    <w:uiPriority w:val="59"/>
    <w:rsid w:val="00E11387"/>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qFormat/>
    <w:rsid w:val="001D1053"/>
    <w:rPr>
      <w:rFonts w:ascii="Times New Roman" w:hAnsi="Times New Roman"/>
      <w:sz w:val="24"/>
    </w:rPr>
  </w:style>
  <w:style w:type="paragraph" w:customStyle="1" w:styleId="footnotedescription">
    <w:name w:val="footnote description"/>
    <w:next w:val="Normal"/>
    <w:link w:val="footnotedescriptionChar"/>
    <w:hidden/>
    <w:rsid w:val="001D1053"/>
    <w:pPr>
      <w:spacing w:after="0"/>
      <w:jc w:val="both"/>
    </w:pPr>
    <w:rPr>
      <w:rFonts w:ascii="Euclid Symbol" w:eastAsia="Euclid Symbol" w:hAnsi="Euclid Symbol" w:cs="Euclid Symbol"/>
      <w:color w:val="000000"/>
      <w:kern w:val="2"/>
      <w:sz w:val="24"/>
    </w:rPr>
  </w:style>
  <w:style w:type="character" w:customStyle="1" w:styleId="footnotedescriptionChar">
    <w:name w:val="footnote description Char"/>
    <w:link w:val="footnotedescription"/>
    <w:rsid w:val="001D1053"/>
    <w:rPr>
      <w:rFonts w:ascii="Euclid Symbol" w:eastAsia="Euclid Symbol" w:hAnsi="Euclid Symbol" w:cs="Euclid Symbol"/>
      <w:color w:val="000000"/>
      <w:kern w:val="2"/>
      <w:sz w:val="24"/>
    </w:rPr>
  </w:style>
  <w:style w:type="character" w:customStyle="1" w:styleId="footnotemark">
    <w:name w:val="footnote mark"/>
    <w:hidden/>
    <w:rsid w:val="001D1053"/>
    <w:rPr>
      <w:rFonts w:ascii="Times New Roman" w:eastAsia="Times New Roman" w:hAnsi="Times New Roman" w:cs="Times New Roman"/>
      <w:color w:val="000000"/>
      <w:sz w:val="21"/>
      <w:vertAlign w:val="superscript"/>
    </w:rPr>
  </w:style>
  <w:style w:type="table" w:customStyle="1" w:styleId="TableGrid0">
    <w:name w:val="TableGrid"/>
    <w:rsid w:val="001D1053"/>
    <w:pPr>
      <w:spacing w:after="0" w:line="240" w:lineRule="auto"/>
    </w:pPr>
    <w:rPr>
      <w:rFonts w:eastAsiaTheme="minorEastAsia"/>
      <w:kern w:val="2"/>
    </w:rPr>
    <w:tblPr>
      <w:tblCellMar>
        <w:top w:w="0" w:type="dxa"/>
        <w:left w:w="0" w:type="dxa"/>
        <w:bottom w:w="0" w:type="dxa"/>
        <w:right w:w="0" w:type="dxa"/>
      </w:tblCellMar>
    </w:tblPr>
  </w:style>
  <w:style w:type="numbering" w:customStyle="1" w:styleId="NoList1">
    <w:name w:val="No List1"/>
    <w:next w:val="NoList"/>
    <w:uiPriority w:val="99"/>
    <w:semiHidden/>
    <w:unhideWhenUsed/>
    <w:rsid w:val="001D1053"/>
  </w:style>
  <w:style w:type="paragraph" w:customStyle="1" w:styleId="Normal044">
    <w:name w:val="Normal_0_44"/>
    <w:qFormat/>
    <w:rsid w:val="001D1053"/>
    <w:pPr>
      <w:spacing w:after="0" w:line="240" w:lineRule="auto"/>
    </w:pPr>
    <w:rPr>
      <w:rFonts w:ascii="Times New Roman" w:eastAsia="Calibri" w:hAnsi="Times New Roman" w:cs="Times New Roman"/>
      <w:sz w:val="20"/>
      <w:szCs w:val="20"/>
    </w:rPr>
  </w:style>
  <w:style w:type="paragraph" w:styleId="BodyText2">
    <w:name w:val="Body Text 2"/>
    <w:basedOn w:val="Normal"/>
    <w:link w:val="BodyText2Char"/>
    <w:uiPriority w:val="99"/>
    <w:unhideWhenUsed/>
    <w:rsid w:val="001D1053"/>
    <w:pPr>
      <w:spacing w:before="0" w:after="120" w:line="480" w:lineRule="auto"/>
      <w:jc w:val="left"/>
    </w:pPr>
    <w:rPr>
      <w:rFonts w:asciiTheme="minorHAnsi" w:eastAsiaTheme="minorEastAsia" w:hAnsiTheme="minorHAnsi"/>
      <w:sz w:val="22"/>
    </w:rPr>
  </w:style>
  <w:style w:type="character" w:customStyle="1" w:styleId="BodyText2Char">
    <w:name w:val="Body Text 2 Char"/>
    <w:basedOn w:val="DefaultParagraphFont"/>
    <w:link w:val="BodyText2"/>
    <w:uiPriority w:val="99"/>
    <w:rsid w:val="001D1053"/>
    <w:rPr>
      <w:rFonts w:eastAsiaTheme="minorEastAsia"/>
    </w:rPr>
  </w:style>
  <w:style w:type="paragraph" w:styleId="BodyText3">
    <w:name w:val="Body Text 3"/>
    <w:basedOn w:val="Normal"/>
    <w:link w:val="BodyText3Char"/>
    <w:uiPriority w:val="99"/>
    <w:unhideWhenUsed/>
    <w:rsid w:val="001D1053"/>
    <w:pPr>
      <w:spacing w:before="0" w:after="120" w:line="276" w:lineRule="auto"/>
      <w:jc w:val="left"/>
    </w:pPr>
    <w:rPr>
      <w:rFonts w:asciiTheme="minorHAnsi" w:eastAsiaTheme="minorEastAsia" w:hAnsiTheme="minorHAnsi"/>
      <w:sz w:val="16"/>
      <w:szCs w:val="16"/>
    </w:rPr>
  </w:style>
  <w:style w:type="character" w:customStyle="1" w:styleId="BodyText3Char">
    <w:name w:val="Body Text 3 Char"/>
    <w:basedOn w:val="DefaultParagraphFont"/>
    <w:link w:val="BodyText3"/>
    <w:uiPriority w:val="99"/>
    <w:rsid w:val="001D1053"/>
    <w:rPr>
      <w:rFonts w:eastAsiaTheme="minorEastAsia"/>
      <w:sz w:val="16"/>
      <w:szCs w:val="16"/>
    </w:rPr>
  </w:style>
  <w:style w:type="paragraph" w:styleId="List">
    <w:name w:val="List"/>
    <w:basedOn w:val="Normal"/>
    <w:uiPriority w:val="99"/>
    <w:unhideWhenUsed/>
    <w:rsid w:val="001D1053"/>
    <w:pPr>
      <w:spacing w:before="0" w:after="200" w:line="276" w:lineRule="auto"/>
      <w:ind w:left="360" w:hanging="360"/>
      <w:contextualSpacing/>
      <w:jc w:val="left"/>
    </w:pPr>
    <w:rPr>
      <w:rFonts w:asciiTheme="minorHAnsi" w:eastAsiaTheme="minorEastAsia" w:hAnsiTheme="minorHAnsi"/>
      <w:sz w:val="22"/>
    </w:rPr>
  </w:style>
  <w:style w:type="paragraph" w:styleId="List3">
    <w:name w:val="List 3"/>
    <w:basedOn w:val="Normal"/>
    <w:uiPriority w:val="99"/>
    <w:unhideWhenUsed/>
    <w:rsid w:val="001D1053"/>
    <w:pPr>
      <w:spacing w:before="0" w:after="200" w:line="276" w:lineRule="auto"/>
      <w:ind w:left="1080" w:hanging="360"/>
      <w:contextualSpacing/>
      <w:jc w:val="left"/>
    </w:pPr>
    <w:rPr>
      <w:rFonts w:asciiTheme="minorHAnsi" w:eastAsiaTheme="minorEastAsia" w:hAnsiTheme="minorHAnsi"/>
      <w:sz w:val="22"/>
    </w:rPr>
  </w:style>
  <w:style w:type="paragraph" w:styleId="ListBullet">
    <w:name w:val="List Bullet"/>
    <w:basedOn w:val="Normal"/>
    <w:uiPriority w:val="99"/>
    <w:unhideWhenUsed/>
    <w:rsid w:val="001D1053"/>
    <w:pPr>
      <w:numPr>
        <w:numId w:val="19"/>
      </w:numPr>
      <w:spacing w:before="0" w:after="200" w:line="276" w:lineRule="auto"/>
      <w:contextualSpacing/>
      <w:jc w:val="left"/>
    </w:pPr>
    <w:rPr>
      <w:rFonts w:asciiTheme="minorHAnsi" w:eastAsiaTheme="minorEastAsia" w:hAnsiTheme="minorHAnsi"/>
      <w:sz w:val="22"/>
    </w:rPr>
  </w:style>
  <w:style w:type="paragraph" w:styleId="ListBullet2">
    <w:name w:val="List Bullet 2"/>
    <w:basedOn w:val="Normal"/>
    <w:uiPriority w:val="99"/>
    <w:unhideWhenUsed/>
    <w:rsid w:val="001D1053"/>
    <w:pPr>
      <w:numPr>
        <w:numId w:val="20"/>
      </w:numPr>
      <w:spacing w:before="0" w:after="200" w:line="276" w:lineRule="auto"/>
      <w:contextualSpacing/>
      <w:jc w:val="left"/>
    </w:pPr>
    <w:rPr>
      <w:rFonts w:asciiTheme="minorHAnsi" w:eastAsiaTheme="minorEastAsia" w:hAnsiTheme="minorHAnsi"/>
      <w:sz w:val="22"/>
    </w:rPr>
  </w:style>
  <w:style w:type="paragraph" w:styleId="ListBullet3">
    <w:name w:val="List Bullet 3"/>
    <w:basedOn w:val="Normal"/>
    <w:uiPriority w:val="99"/>
    <w:unhideWhenUsed/>
    <w:rsid w:val="001D1053"/>
    <w:pPr>
      <w:numPr>
        <w:numId w:val="21"/>
      </w:numPr>
      <w:spacing w:before="0" w:after="200" w:line="276" w:lineRule="auto"/>
      <w:contextualSpacing/>
      <w:jc w:val="left"/>
    </w:pPr>
    <w:rPr>
      <w:rFonts w:asciiTheme="minorHAnsi" w:eastAsiaTheme="minorEastAsia" w:hAnsiTheme="minorHAnsi"/>
      <w:sz w:val="22"/>
    </w:rPr>
  </w:style>
  <w:style w:type="paragraph" w:styleId="ListNumber">
    <w:name w:val="List Number"/>
    <w:basedOn w:val="Normal"/>
    <w:uiPriority w:val="99"/>
    <w:unhideWhenUsed/>
    <w:rsid w:val="001D1053"/>
    <w:pPr>
      <w:numPr>
        <w:numId w:val="22"/>
      </w:numPr>
      <w:spacing w:before="0" w:after="200" w:line="276" w:lineRule="auto"/>
      <w:contextualSpacing/>
      <w:jc w:val="left"/>
    </w:pPr>
    <w:rPr>
      <w:rFonts w:asciiTheme="minorHAnsi" w:eastAsiaTheme="minorEastAsia" w:hAnsiTheme="minorHAnsi"/>
      <w:sz w:val="22"/>
    </w:rPr>
  </w:style>
  <w:style w:type="paragraph" w:styleId="ListNumber2">
    <w:name w:val="List Number 2"/>
    <w:basedOn w:val="Normal"/>
    <w:uiPriority w:val="99"/>
    <w:unhideWhenUsed/>
    <w:rsid w:val="001D1053"/>
    <w:pPr>
      <w:numPr>
        <w:numId w:val="23"/>
      </w:numPr>
      <w:spacing w:before="0" w:after="200" w:line="276" w:lineRule="auto"/>
      <w:contextualSpacing/>
      <w:jc w:val="left"/>
    </w:pPr>
    <w:rPr>
      <w:rFonts w:asciiTheme="minorHAnsi" w:eastAsiaTheme="minorEastAsia" w:hAnsiTheme="minorHAnsi"/>
      <w:sz w:val="22"/>
    </w:rPr>
  </w:style>
  <w:style w:type="paragraph" w:styleId="ListNumber3">
    <w:name w:val="List Number 3"/>
    <w:basedOn w:val="Normal"/>
    <w:uiPriority w:val="99"/>
    <w:unhideWhenUsed/>
    <w:rsid w:val="001D1053"/>
    <w:pPr>
      <w:numPr>
        <w:numId w:val="24"/>
      </w:numPr>
      <w:spacing w:before="0" w:after="200" w:line="276" w:lineRule="auto"/>
      <w:contextualSpacing/>
      <w:jc w:val="left"/>
    </w:pPr>
    <w:rPr>
      <w:rFonts w:asciiTheme="minorHAnsi" w:eastAsiaTheme="minorEastAsia" w:hAnsiTheme="minorHAnsi"/>
      <w:sz w:val="22"/>
    </w:rPr>
  </w:style>
  <w:style w:type="paragraph" w:styleId="ListContinue">
    <w:name w:val="List Continue"/>
    <w:basedOn w:val="Normal"/>
    <w:uiPriority w:val="99"/>
    <w:unhideWhenUsed/>
    <w:rsid w:val="001D1053"/>
    <w:pPr>
      <w:spacing w:before="0" w:after="120" w:line="276" w:lineRule="auto"/>
      <w:ind w:left="360"/>
      <w:contextualSpacing/>
      <w:jc w:val="left"/>
    </w:pPr>
    <w:rPr>
      <w:rFonts w:asciiTheme="minorHAnsi" w:eastAsiaTheme="minorEastAsia" w:hAnsiTheme="minorHAnsi"/>
      <w:sz w:val="22"/>
    </w:rPr>
  </w:style>
  <w:style w:type="paragraph" w:styleId="ListContinue2">
    <w:name w:val="List Continue 2"/>
    <w:basedOn w:val="Normal"/>
    <w:uiPriority w:val="99"/>
    <w:unhideWhenUsed/>
    <w:rsid w:val="001D1053"/>
    <w:pPr>
      <w:spacing w:before="0" w:after="120" w:line="276" w:lineRule="auto"/>
      <w:ind w:left="720"/>
      <w:contextualSpacing/>
      <w:jc w:val="left"/>
    </w:pPr>
    <w:rPr>
      <w:rFonts w:asciiTheme="minorHAnsi" w:eastAsiaTheme="minorEastAsia" w:hAnsiTheme="minorHAnsi"/>
      <w:sz w:val="22"/>
    </w:rPr>
  </w:style>
  <w:style w:type="paragraph" w:styleId="ListContinue3">
    <w:name w:val="List Continue 3"/>
    <w:basedOn w:val="Normal"/>
    <w:uiPriority w:val="99"/>
    <w:unhideWhenUsed/>
    <w:rsid w:val="001D1053"/>
    <w:pPr>
      <w:spacing w:before="0" w:after="120" w:line="276" w:lineRule="auto"/>
      <w:ind w:left="1080"/>
      <w:contextualSpacing/>
      <w:jc w:val="left"/>
    </w:pPr>
    <w:rPr>
      <w:rFonts w:asciiTheme="minorHAnsi" w:eastAsiaTheme="minorEastAsia" w:hAnsiTheme="minorHAnsi"/>
      <w:sz w:val="22"/>
    </w:rPr>
  </w:style>
  <w:style w:type="paragraph" w:styleId="MacroText">
    <w:name w:val="macro"/>
    <w:link w:val="MacroTextChar"/>
    <w:uiPriority w:val="99"/>
    <w:unhideWhenUsed/>
    <w:rsid w:val="001D1053"/>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MacroTextChar">
    <w:name w:val="Macro Text Char"/>
    <w:basedOn w:val="DefaultParagraphFont"/>
    <w:link w:val="MacroText"/>
    <w:uiPriority w:val="99"/>
    <w:rsid w:val="001D1053"/>
    <w:rPr>
      <w:rFonts w:ascii="Courier" w:eastAsiaTheme="minorEastAsia" w:hAnsi="Courier"/>
      <w:sz w:val="20"/>
      <w:szCs w:val="20"/>
    </w:rPr>
  </w:style>
  <w:style w:type="paragraph" w:styleId="Caption">
    <w:name w:val="caption"/>
    <w:basedOn w:val="Normal"/>
    <w:next w:val="Normal"/>
    <w:uiPriority w:val="35"/>
    <w:semiHidden/>
    <w:unhideWhenUsed/>
    <w:qFormat/>
    <w:rsid w:val="001D1053"/>
    <w:pPr>
      <w:spacing w:before="0" w:after="200"/>
      <w:jc w:val="left"/>
    </w:pPr>
    <w:rPr>
      <w:rFonts w:asciiTheme="minorHAnsi" w:eastAsiaTheme="minorEastAsia" w:hAnsiTheme="minorHAnsi"/>
      <w:b/>
      <w:bCs/>
      <w:color w:val="4472C4" w:themeColor="accent1"/>
      <w:sz w:val="18"/>
      <w:szCs w:val="18"/>
    </w:rPr>
  </w:style>
  <w:style w:type="character" w:styleId="Emphasis">
    <w:name w:val="Emphasis"/>
    <w:basedOn w:val="DefaultParagraphFont"/>
    <w:uiPriority w:val="20"/>
    <w:qFormat/>
    <w:rsid w:val="001D1053"/>
    <w:rPr>
      <w:i/>
      <w:iCs/>
    </w:rPr>
  </w:style>
  <w:style w:type="character" w:styleId="SubtleEmphasis">
    <w:name w:val="Subtle Emphasis"/>
    <w:basedOn w:val="DefaultParagraphFont"/>
    <w:uiPriority w:val="19"/>
    <w:qFormat/>
    <w:rsid w:val="001D1053"/>
    <w:rPr>
      <w:i/>
      <w:iCs/>
      <w:color w:val="808080" w:themeColor="text1" w:themeTint="7F"/>
    </w:rPr>
  </w:style>
  <w:style w:type="character" w:styleId="SubtleReference">
    <w:name w:val="Subtle Reference"/>
    <w:basedOn w:val="DefaultParagraphFont"/>
    <w:uiPriority w:val="31"/>
    <w:qFormat/>
    <w:rsid w:val="001D1053"/>
    <w:rPr>
      <w:smallCaps/>
      <w:color w:val="ED7D31" w:themeColor="accent2"/>
      <w:u w:val="single"/>
    </w:rPr>
  </w:style>
  <w:style w:type="character" w:styleId="BookTitle">
    <w:name w:val="Book Title"/>
    <w:basedOn w:val="DefaultParagraphFont"/>
    <w:uiPriority w:val="33"/>
    <w:qFormat/>
    <w:rsid w:val="001D1053"/>
    <w:rPr>
      <w:b/>
      <w:bCs/>
      <w:smallCaps/>
      <w:spacing w:val="5"/>
    </w:rPr>
  </w:style>
  <w:style w:type="paragraph" w:styleId="TOCHeading">
    <w:name w:val="TOC Heading"/>
    <w:basedOn w:val="Heading1"/>
    <w:next w:val="Normal"/>
    <w:uiPriority w:val="39"/>
    <w:semiHidden/>
    <w:unhideWhenUsed/>
    <w:qFormat/>
    <w:rsid w:val="001D1053"/>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en-US"/>
    </w:rPr>
  </w:style>
  <w:style w:type="table" w:customStyle="1" w:styleId="TableGrid1">
    <w:name w:val="Table Grid1"/>
    <w:basedOn w:val="TableNormal"/>
    <w:next w:val="TableGrid"/>
    <w:uiPriority w:val="39"/>
    <w:rsid w:val="001D105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D1053"/>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1053"/>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D1053"/>
    <w:pPr>
      <w:spacing w:after="0" w:line="240" w:lineRule="auto"/>
    </w:pPr>
    <w:rPr>
      <w:rFonts w:eastAsiaTheme="minorEastAsia"/>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D1053"/>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D1053"/>
    <w:pPr>
      <w:spacing w:after="0" w:line="240" w:lineRule="auto"/>
    </w:pPr>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D1053"/>
    <w:pPr>
      <w:spacing w:after="0" w:line="240" w:lineRule="auto"/>
    </w:pPr>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D1053"/>
    <w:pPr>
      <w:spacing w:after="0" w:line="240" w:lineRule="auto"/>
    </w:pPr>
    <w:rPr>
      <w:rFonts w:eastAsiaTheme="minorEastAsia"/>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D1053"/>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D1053"/>
    <w:pPr>
      <w:spacing w:after="0" w:line="240" w:lineRule="auto"/>
    </w:pPr>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D1053"/>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D1053"/>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D1053"/>
    <w:pPr>
      <w:spacing w:after="0" w:line="240" w:lineRule="auto"/>
    </w:pPr>
    <w:rPr>
      <w:rFonts w:eastAsiaTheme="minorEastAsia"/>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D1053"/>
    <w:pPr>
      <w:spacing w:after="0" w:line="240" w:lineRule="auto"/>
    </w:pPr>
    <w:rPr>
      <w:rFonts w:eastAsiaTheme="minorEastAsi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D1053"/>
    <w:pPr>
      <w:spacing w:after="0" w:line="240" w:lineRule="auto"/>
    </w:pPr>
    <w:rPr>
      <w:rFonts w:eastAsiaTheme="minorEastAsi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D105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D1053"/>
    <w:pPr>
      <w:spacing w:after="0" w:line="240" w:lineRule="auto"/>
    </w:pPr>
    <w:rPr>
      <w:rFonts w:eastAsiaTheme="minorEastAsia"/>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D1053"/>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D1053"/>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D1053"/>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D1053"/>
    <w:pPr>
      <w:spacing w:after="0" w:line="240" w:lineRule="auto"/>
    </w:pPr>
    <w:rPr>
      <w:rFonts w:eastAsiaTheme="minorEastAsia"/>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D1053"/>
    <w:pPr>
      <w:spacing w:after="0" w:line="240" w:lineRule="auto"/>
    </w:pPr>
    <w:rPr>
      <w:rFonts w:eastAsiaTheme="minorEastAsia"/>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D1053"/>
    <w:pPr>
      <w:spacing w:after="0" w:line="240" w:lineRule="auto"/>
    </w:pPr>
    <w:rPr>
      <w:rFonts w:eastAsiaTheme="minorEastAsia"/>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D1053"/>
    <w:pPr>
      <w:spacing w:after="0" w:line="240" w:lineRule="auto"/>
    </w:pPr>
    <w:rPr>
      <w:rFonts w:eastAsiaTheme="minorEastAsia"/>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D105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D1053"/>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D1053"/>
    <w:pPr>
      <w:spacing w:after="0" w:line="240" w:lineRule="auto"/>
    </w:pPr>
    <w:rPr>
      <w:rFonts w:eastAsiaTheme="minorEastAsia"/>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D1053"/>
    <w:pPr>
      <w:spacing w:after="0" w:line="240" w:lineRule="auto"/>
    </w:pPr>
    <w:rPr>
      <w:rFonts w:eastAsiaTheme="minorEastAsia"/>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D1053"/>
    <w:pPr>
      <w:spacing w:after="0" w:line="240" w:lineRule="auto"/>
    </w:pPr>
    <w:rPr>
      <w:rFonts w:eastAsiaTheme="minorEastAsia"/>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D1053"/>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
    <w:name w:val="No List2"/>
    <w:next w:val="NoList"/>
    <w:uiPriority w:val="99"/>
    <w:semiHidden/>
    <w:unhideWhenUsed/>
    <w:rsid w:val="001D1053"/>
  </w:style>
  <w:style w:type="paragraph" w:customStyle="1" w:styleId="oncaDanhsch1">
    <w:name w:val="Đoạn của Danh sách1"/>
    <w:basedOn w:val="Normal"/>
    <w:rsid w:val="001D1053"/>
    <w:pPr>
      <w:widowControl w:val="0"/>
      <w:spacing w:before="0" w:after="0"/>
      <w:jc w:val="left"/>
    </w:pPr>
    <w:rPr>
      <w:rFonts w:ascii="Calibri" w:eastAsia="Times New Roman" w:hAnsi="Calibri" w:cs="Times New Roman"/>
      <w:sz w:val="22"/>
    </w:rPr>
  </w:style>
  <w:style w:type="table" w:customStyle="1" w:styleId="thamkhao1">
    <w:name w:val="tham khao1"/>
    <w:basedOn w:val="TableNormal"/>
    <w:next w:val="TableGrid"/>
    <w:uiPriority w:val="39"/>
    <w:qFormat/>
    <w:rsid w:val="001D1053"/>
    <w:pPr>
      <w:spacing w:after="0" w:line="240" w:lineRule="auto"/>
    </w:pPr>
    <w:rPr>
      <w:rFonts w:ascii="Calibri" w:eastAsia="Calibri" w:hAnsi="Calibri"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1D1053"/>
    <w:pPr>
      <w:spacing w:before="0" w:after="160" w:line="240" w:lineRule="exact"/>
      <w:ind w:firstLine="567"/>
      <w:jc w:val="left"/>
    </w:pPr>
    <w:rPr>
      <w:rFonts w:ascii="Arial" w:eastAsia="Times New Roman" w:hAnsi="Arial" w:cs="Verdana"/>
      <w:color w:val="800000"/>
      <w:sz w:val="20"/>
      <w:szCs w:val="20"/>
    </w:rPr>
  </w:style>
  <w:style w:type="character" w:customStyle="1" w:styleId="fontstyle01">
    <w:name w:val="fontstyle01"/>
    <w:rsid w:val="001D1053"/>
    <w:rPr>
      <w:rFonts w:ascii="Times New Roman" w:hAnsi="Times New Roman" w:cs="Times New Roman" w:hint="default"/>
      <w:b w:val="0"/>
      <w:bCs w:val="0"/>
      <w:i w:val="0"/>
      <w:iCs w:val="0"/>
      <w:color w:val="000000"/>
      <w:sz w:val="24"/>
      <w:szCs w:val="24"/>
    </w:rPr>
  </w:style>
  <w:style w:type="character" w:customStyle="1" w:styleId="Heading2Char1">
    <w:name w:val="Heading 2 Char1"/>
    <w:rsid w:val="001D1053"/>
    <w:rPr>
      <w:rFonts w:eastAsia="Times New Roman"/>
      <w:b/>
      <w:bCs/>
      <w:sz w:val="26"/>
      <w:szCs w:val="26"/>
      <w:lang w:val="pt-BR" w:eastAsia="en-US"/>
    </w:rPr>
  </w:style>
  <w:style w:type="character" w:styleId="CommentReference">
    <w:name w:val="annotation reference"/>
    <w:basedOn w:val="DefaultParagraphFont"/>
    <w:uiPriority w:val="99"/>
    <w:semiHidden/>
    <w:unhideWhenUsed/>
    <w:rsid w:val="001D1053"/>
    <w:rPr>
      <w:sz w:val="16"/>
      <w:szCs w:val="16"/>
    </w:rPr>
  </w:style>
  <w:style w:type="paragraph" w:styleId="CommentText">
    <w:name w:val="annotation text"/>
    <w:basedOn w:val="Normal"/>
    <w:link w:val="CommentTextChar"/>
    <w:uiPriority w:val="99"/>
    <w:semiHidden/>
    <w:unhideWhenUsed/>
    <w:rsid w:val="001D1053"/>
    <w:pPr>
      <w:spacing w:before="0" w:after="160"/>
      <w:jc w:val="left"/>
    </w:pPr>
    <w:rPr>
      <w:rFonts w:ascii="Palatino Linotype" w:hAnsi="Palatino Linotype"/>
      <w:sz w:val="20"/>
      <w:szCs w:val="20"/>
    </w:rPr>
  </w:style>
  <w:style w:type="character" w:customStyle="1" w:styleId="CommentTextChar">
    <w:name w:val="Comment Text Char"/>
    <w:basedOn w:val="DefaultParagraphFont"/>
    <w:link w:val="CommentText"/>
    <w:uiPriority w:val="99"/>
    <w:semiHidden/>
    <w:rsid w:val="001D1053"/>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1D1053"/>
    <w:rPr>
      <w:b/>
      <w:bCs/>
    </w:rPr>
  </w:style>
  <w:style w:type="character" w:customStyle="1" w:styleId="CommentSubjectChar">
    <w:name w:val="Comment Subject Char"/>
    <w:basedOn w:val="CommentTextChar"/>
    <w:link w:val="CommentSubject"/>
    <w:uiPriority w:val="99"/>
    <w:semiHidden/>
    <w:rsid w:val="001D1053"/>
    <w:rPr>
      <w:rFonts w:ascii="Palatino Linotype" w:hAnsi="Palatino Linotype"/>
      <w:b/>
      <w:bCs/>
      <w:sz w:val="20"/>
      <w:szCs w:val="20"/>
    </w:rPr>
  </w:style>
  <w:style w:type="numbering" w:customStyle="1" w:styleId="NoList11">
    <w:name w:val="No List11"/>
    <w:next w:val="NoList"/>
    <w:uiPriority w:val="99"/>
    <w:semiHidden/>
    <w:unhideWhenUsed/>
    <w:rsid w:val="001D1053"/>
  </w:style>
  <w:style w:type="table" w:customStyle="1" w:styleId="TableGrid11">
    <w:name w:val="Table Grid11"/>
    <w:basedOn w:val="TableNormal"/>
    <w:next w:val="TableGrid"/>
    <w:uiPriority w:val="59"/>
    <w:rsid w:val="001D1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link w:val="Normal0"/>
    <w:locked/>
    <w:rsid w:val="001D1053"/>
    <w:rPr>
      <w:rFonts w:ascii="Calibri" w:eastAsia="Calibri" w:hAnsi="Calibri" w:cs="Times New Roman"/>
      <w:sz w:val="20"/>
      <w:szCs w:val="20"/>
    </w:rPr>
  </w:style>
  <w:style w:type="character" w:customStyle="1" w:styleId="fontstyle21">
    <w:name w:val="fontstyle21"/>
    <w:rsid w:val="001D1053"/>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1D1053"/>
    <w:pPr>
      <w:spacing w:before="0" w:after="200" w:line="276" w:lineRule="auto"/>
      <w:ind w:left="720"/>
      <w:jc w:val="left"/>
    </w:pPr>
    <w:rPr>
      <w:rFonts w:ascii="Calibri" w:eastAsia="Times New Roman" w:hAnsi="Calibri" w:cs="Times New Roman"/>
      <w:sz w:val="22"/>
    </w:rPr>
  </w:style>
  <w:style w:type="character" w:customStyle="1" w:styleId="oncaDanhschChar">
    <w:name w:val="Đoạn của Danh sách Char"/>
    <w:link w:val="oncaDanhsch"/>
    <w:qFormat/>
    <w:locked/>
    <w:rsid w:val="001D1053"/>
    <w:rPr>
      <w:rFonts w:ascii="Calibri" w:eastAsia="Times New Roman" w:hAnsi="Calibri" w:cs="Times New Roman"/>
    </w:rPr>
  </w:style>
  <w:style w:type="character" w:customStyle="1" w:styleId="NormalWebChar">
    <w:name w:val="Normal (Web) Char"/>
    <w:link w:val="NormalWeb"/>
    <w:uiPriority w:val="99"/>
    <w:rsid w:val="001D1053"/>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1D1053"/>
    <w:rPr>
      <w:rFonts w:ascii="Times New Roman" w:eastAsia="Calibri" w:hAnsi="Times New Roman" w:cs="Times New Roman"/>
      <w:sz w:val="28"/>
      <w:lang w:val="vi-VN"/>
    </w:rPr>
  </w:style>
  <w:style w:type="character" w:customStyle="1" w:styleId="MTEquationSection">
    <w:name w:val="MTEquationSection"/>
    <w:basedOn w:val="DefaultParagraphFont"/>
    <w:rsid w:val="001D1053"/>
    <w:rPr>
      <w:rFonts w:ascii="Times New Roman" w:eastAsia="Times New Roman" w:hAnsi="Times New Roman" w:cs="Times New Roman"/>
      <w:b/>
      <w:vanish/>
      <w:color w:val="FF0000"/>
      <w:sz w:val="24"/>
      <w:lang w:val="en-US" w:eastAsia="vi-VN"/>
    </w:rPr>
  </w:style>
  <w:style w:type="character" w:customStyle="1" w:styleId="Bodytext20">
    <w:name w:val="Body text (2)"/>
    <w:rsid w:val="001D1053"/>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
    <w:link w:val="Mu2Char"/>
    <w:qFormat/>
    <w:rsid w:val="001D1053"/>
    <w:pPr>
      <w:widowControl w:val="0"/>
      <w:numPr>
        <w:numId w:val="25"/>
      </w:numPr>
      <w:tabs>
        <w:tab w:val="left" w:pos="2694"/>
      </w:tabs>
      <w:spacing w:before="0" w:after="0"/>
      <w:ind w:left="57"/>
      <w:jc w:val="left"/>
    </w:pPr>
    <w:rPr>
      <w:rFonts w:eastAsia="Calibri" w:cs="Times New Roman"/>
      <w:bCs/>
      <w:szCs w:val="24"/>
      <w:lang w:eastAsia="ja-JP"/>
    </w:rPr>
  </w:style>
  <w:style w:type="character" w:customStyle="1" w:styleId="Mu2Char">
    <w:name w:val="Mẫu 2 Char"/>
    <w:link w:val="Mu2"/>
    <w:rsid w:val="001D1053"/>
    <w:rPr>
      <w:rFonts w:ascii="Times New Roman" w:eastAsia="Calibri" w:hAnsi="Times New Roman" w:cs="Times New Roman"/>
      <w:bCs/>
      <w:sz w:val="24"/>
      <w:szCs w:val="24"/>
      <w:lang w:eastAsia="ja-JP"/>
    </w:rPr>
  </w:style>
  <w:style w:type="character" w:customStyle="1" w:styleId="Vnbnnidung510pt">
    <w:name w:val="Văn bản nội dung (5) + 10 pt"/>
    <w:rsid w:val="001D1053"/>
    <w:rPr>
      <w:b/>
      <w:bCs/>
      <w:i/>
      <w:iCs/>
      <w:sz w:val="20"/>
      <w:szCs w:val="20"/>
      <w:lang w:bidi="ar-SA"/>
    </w:rPr>
  </w:style>
  <w:style w:type="table" w:customStyle="1" w:styleId="TableGrid2">
    <w:name w:val="Table Grid2"/>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D1053"/>
  </w:style>
  <w:style w:type="table" w:customStyle="1" w:styleId="TableGrid4">
    <w:name w:val="Table Grid4"/>
    <w:basedOn w:val="TableNormal"/>
    <w:next w:val="TableGrid"/>
    <w:uiPriority w:val="39"/>
    <w:rsid w:val="001D105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D1053"/>
  </w:style>
  <w:style w:type="table" w:customStyle="1" w:styleId="thamkhao11">
    <w:name w:val="tham khao11"/>
    <w:basedOn w:val="TableNormal"/>
    <w:next w:val="TableGrid"/>
    <w:uiPriority w:val="59"/>
    <w:rsid w:val="001D1053"/>
    <w:pPr>
      <w:spacing w:after="0" w:line="240" w:lineRule="auto"/>
    </w:pPr>
    <w:rPr>
      <w:rFonts w:ascii="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D1053"/>
    <w:pPr>
      <w:spacing w:after="0" w:line="240" w:lineRule="auto"/>
    </w:pPr>
    <w:rPr>
      <w:rFonts w:ascii="Arial" w:hAnsi="Arial"/>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D1053"/>
  </w:style>
  <w:style w:type="table" w:customStyle="1" w:styleId="TableGrid6">
    <w:name w:val="Table Grid6"/>
    <w:basedOn w:val="TableNormal"/>
    <w:next w:val="TableGrid"/>
    <w:uiPriority w:val="3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D1053"/>
    <w:pPr>
      <w:spacing w:after="0" w:line="240" w:lineRule="auto"/>
    </w:pPr>
    <w:rPr>
      <w:rFonts w:ascii="Times New Roman" w:eastAsia="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D10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D1053"/>
    <w:pPr>
      <w:spacing w:after="0" w:line="240" w:lineRule="auto"/>
    </w:pPr>
    <w:rPr>
      <w:rFonts w:ascii="Times New Roman" w:eastAsia="Arial"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D1053"/>
    <w:pPr>
      <w:spacing w:after="0" w:line="240" w:lineRule="auto"/>
    </w:pPr>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53277"/>
  </w:style>
  <w:style w:type="table" w:customStyle="1" w:styleId="trongbang1">
    <w:name w:val="trongbang1"/>
    <w:basedOn w:val="TableNormal"/>
    <w:next w:val="TableGrid"/>
    <w:uiPriority w:val="39"/>
    <w:qFormat/>
    <w:rsid w:val="0045327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11836">
      <w:bodyDiv w:val="1"/>
      <w:marLeft w:val="0"/>
      <w:marRight w:val="0"/>
      <w:marTop w:val="0"/>
      <w:marBottom w:val="0"/>
      <w:divBdr>
        <w:top w:val="none" w:sz="0" w:space="0" w:color="auto"/>
        <w:left w:val="none" w:sz="0" w:space="0" w:color="auto"/>
        <w:bottom w:val="none" w:sz="0" w:space="0" w:color="auto"/>
        <w:right w:val="none" w:sz="0" w:space="0" w:color="auto"/>
      </w:divBdr>
    </w:div>
    <w:div w:id="1105657930">
      <w:bodyDiv w:val="1"/>
      <w:marLeft w:val="0"/>
      <w:marRight w:val="0"/>
      <w:marTop w:val="0"/>
      <w:marBottom w:val="0"/>
      <w:divBdr>
        <w:top w:val="none" w:sz="0" w:space="0" w:color="auto"/>
        <w:left w:val="none" w:sz="0" w:space="0" w:color="auto"/>
        <w:bottom w:val="none" w:sz="0" w:space="0" w:color="auto"/>
        <w:right w:val="none" w:sz="0" w:space="0" w:color="auto"/>
      </w:divBdr>
    </w:div>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27.bin"/><Relationship Id="rId21" Type="http://schemas.openxmlformats.org/officeDocument/2006/relationships/oleObject" Target="embeddings/oleObject7.bin"/><Relationship Id="rId324" Type="http://schemas.openxmlformats.org/officeDocument/2006/relationships/oleObject" Target="embeddings/oleObject156.bin"/><Relationship Id="rId531" Type="http://schemas.openxmlformats.org/officeDocument/2006/relationships/oleObject" Target="embeddings/oleObject259.bin"/><Relationship Id="rId629" Type="http://schemas.openxmlformats.org/officeDocument/2006/relationships/image" Target="media/image316.wmf"/><Relationship Id="rId170" Type="http://schemas.openxmlformats.org/officeDocument/2006/relationships/oleObject" Target="embeddings/oleObject80.bin"/><Relationship Id="rId268" Type="http://schemas.openxmlformats.org/officeDocument/2006/relationships/image" Target="media/image133.wmf"/><Relationship Id="rId475" Type="http://schemas.openxmlformats.org/officeDocument/2006/relationships/oleObject" Target="embeddings/oleObject231.bin"/><Relationship Id="rId682" Type="http://schemas.openxmlformats.org/officeDocument/2006/relationships/oleObject" Target="embeddings/oleObject333.bin"/><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oleObject" Target="embeddings/oleObject264.bin"/><Relationship Id="rId181" Type="http://schemas.openxmlformats.org/officeDocument/2006/relationships/image" Target="media/image89.wmf"/><Relationship Id="rId402" Type="http://schemas.openxmlformats.org/officeDocument/2006/relationships/image" Target="media/image201.wmf"/><Relationship Id="rId279" Type="http://schemas.openxmlformats.org/officeDocument/2006/relationships/image" Target="media/image139.wmf"/><Relationship Id="rId486" Type="http://schemas.openxmlformats.org/officeDocument/2006/relationships/image" Target="media/image243.wmf"/><Relationship Id="rId693" Type="http://schemas.openxmlformats.org/officeDocument/2006/relationships/oleObject" Target="embeddings/oleObject339.bin"/><Relationship Id="rId707" Type="http://schemas.openxmlformats.org/officeDocument/2006/relationships/image" Target="media/image353.wmf"/><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image" Target="media/image277.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oleObject" Target="embeddings/oleObject200.bin"/><Relationship Id="rId497" Type="http://schemas.openxmlformats.org/officeDocument/2006/relationships/oleObject" Target="embeddings/oleObject242.bin"/><Relationship Id="rId620" Type="http://schemas.openxmlformats.org/officeDocument/2006/relationships/oleObject" Target="embeddings/oleObject302.bin"/><Relationship Id="rId718" Type="http://schemas.openxmlformats.org/officeDocument/2006/relationships/image" Target="media/image358.wmf"/><Relationship Id="rId357" Type="http://schemas.openxmlformats.org/officeDocument/2006/relationships/image" Target="media/image178.emf"/><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image" Target="media/image283.wmf"/><Relationship Id="rId424" Type="http://schemas.openxmlformats.org/officeDocument/2006/relationships/image" Target="media/image212.wmf"/><Relationship Id="rId631" Type="http://schemas.openxmlformats.org/officeDocument/2006/relationships/image" Target="media/image317.wmf"/><Relationship Id="rId729" Type="http://schemas.openxmlformats.org/officeDocument/2006/relationships/image" Target="media/image363.wmf"/><Relationship Id="rId270" Type="http://schemas.openxmlformats.org/officeDocument/2006/relationships/image" Target="media/image134.png"/><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image" Target="media/image184.wmf"/><Relationship Id="rId575" Type="http://schemas.openxmlformats.org/officeDocument/2006/relationships/oleObject" Target="embeddings/oleObject280.bin"/><Relationship Id="rId228" Type="http://schemas.openxmlformats.org/officeDocument/2006/relationships/oleObject" Target="embeddings/oleObject109.bin"/><Relationship Id="rId435" Type="http://schemas.openxmlformats.org/officeDocument/2006/relationships/oleObject" Target="embeddings/oleObject211.bin"/><Relationship Id="rId642" Type="http://schemas.openxmlformats.org/officeDocument/2006/relationships/oleObject" Target="embeddings/oleObject313.bin"/><Relationship Id="rId281" Type="http://schemas.openxmlformats.org/officeDocument/2006/relationships/image" Target="media/image140.wmf"/><Relationship Id="rId502" Type="http://schemas.openxmlformats.org/officeDocument/2006/relationships/image" Target="media/image251.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3.bin"/><Relationship Id="rId586" Type="http://schemas.openxmlformats.org/officeDocument/2006/relationships/image" Target="media/image294.wmf"/><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16.bin"/><Relationship Id="rId653" Type="http://schemas.openxmlformats.org/officeDocument/2006/relationships/oleObject" Target="embeddings/oleObject318.bin"/><Relationship Id="rId292" Type="http://schemas.openxmlformats.org/officeDocument/2006/relationships/oleObject" Target="embeddings/oleObject140.bin"/><Relationship Id="rId306" Type="http://schemas.openxmlformats.org/officeDocument/2006/relationships/image" Target="media/image153.wmf"/><Relationship Id="rId87" Type="http://schemas.openxmlformats.org/officeDocument/2006/relationships/oleObject" Target="embeddings/oleObject39.bin"/><Relationship Id="rId513" Type="http://schemas.openxmlformats.org/officeDocument/2006/relationships/oleObject" Target="embeddings/oleObject250.bin"/><Relationship Id="rId597" Type="http://schemas.openxmlformats.org/officeDocument/2006/relationships/oleObject" Target="embeddings/oleObject291.bin"/><Relationship Id="rId720" Type="http://schemas.openxmlformats.org/officeDocument/2006/relationships/image" Target="media/image359.wmf"/><Relationship Id="rId152" Type="http://schemas.openxmlformats.org/officeDocument/2006/relationships/oleObject" Target="embeddings/oleObject71.bin"/><Relationship Id="rId457" Type="http://schemas.openxmlformats.org/officeDocument/2006/relationships/image" Target="media/image229.wmf"/><Relationship Id="rId664" Type="http://schemas.openxmlformats.org/officeDocument/2006/relationships/image" Target="media/image334.wmf"/><Relationship Id="rId14" Type="http://schemas.openxmlformats.org/officeDocument/2006/relationships/image" Target="media/image4.wmf"/><Relationship Id="rId317" Type="http://schemas.openxmlformats.org/officeDocument/2006/relationships/image" Target="media/image158.wmf"/><Relationship Id="rId524" Type="http://schemas.openxmlformats.org/officeDocument/2006/relationships/image" Target="media/image262.wmf"/><Relationship Id="rId731" Type="http://schemas.openxmlformats.org/officeDocument/2006/relationships/image" Target="media/image364.wmf"/><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image" Target="media/image185.wmf"/><Relationship Id="rId230" Type="http://schemas.openxmlformats.org/officeDocument/2006/relationships/oleObject" Target="embeddings/oleObject110.bin"/><Relationship Id="rId468" Type="http://schemas.openxmlformats.org/officeDocument/2006/relationships/image" Target="media/image234.wmf"/><Relationship Id="rId675" Type="http://schemas.openxmlformats.org/officeDocument/2006/relationships/image" Target="media/image339.wmf"/><Relationship Id="rId25" Type="http://schemas.openxmlformats.org/officeDocument/2006/relationships/oleObject" Target="embeddings/oleObject9.bin"/><Relationship Id="rId328" Type="http://schemas.openxmlformats.org/officeDocument/2006/relationships/oleObject" Target="embeddings/oleObject158.bin"/><Relationship Id="rId535" Type="http://schemas.openxmlformats.org/officeDocument/2006/relationships/oleObject" Target="embeddings/oleObject261.bin"/><Relationship Id="rId174" Type="http://schemas.openxmlformats.org/officeDocument/2006/relationships/oleObject" Target="embeddings/oleObject82.bin"/><Relationship Id="rId381" Type="http://schemas.openxmlformats.org/officeDocument/2006/relationships/oleObject" Target="embeddings/oleObject184.bin"/><Relationship Id="rId602" Type="http://schemas.openxmlformats.org/officeDocument/2006/relationships/image" Target="media/image302.wmf"/><Relationship Id="rId241" Type="http://schemas.openxmlformats.org/officeDocument/2006/relationships/oleObject" Target="embeddings/oleObject115.bin"/><Relationship Id="rId479" Type="http://schemas.openxmlformats.org/officeDocument/2006/relationships/oleObject" Target="embeddings/oleObject233.bin"/><Relationship Id="rId686" Type="http://schemas.openxmlformats.org/officeDocument/2006/relationships/oleObject" Target="embeddings/oleObject335.bin"/><Relationship Id="rId36" Type="http://schemas.openxmlformats.org/officeDocument/2006/relationships/oleObject" Target="embeddings/oleObject14.bin"/><Relationship Id="rId339" Type="http://schemas.openxmlformats.org/officeDocument/2006/relationships/image" Target="media/image169.wmf"/><Relationship Id="rId546" Type="http://schemas.openxmlformats.org/officeDocument/2006/relationships/oleObject" Target="embeddings/oleObject266.bin"/><Relationship Id="rId101" Type="http://schemas.openxmlformats.org/officeDocument/2006/relationships/oleObject" Target="embeddings/oleObject46.bin"/><Relationship Id="rId185" Type="http://schemas.openxmlformats.org/officeDocument/2006/relationships/image" Target="media/image91.wmf"/><Relationship Id="rId406" Type="http://schemas.openxmlformats.org/officeDocument/2006/relationships/image" Target="media/image203.wmf"/><Relationship Id="rId392" Type="http://schemas.openxmlformats.org/officeDocument/2006/relationships/image" Target="media/image196.wmf"/><Relationship Id="rId613" Type="http://schemas.openxmlformats.org/officeDocument/2006/relationships/image" Target="media/image308.wmf"/><Relationship Id="rId697" Type="http://schemas.openxmlformats.org/officeDocument/2006/relationships/image" Target="media/image349.wmf"/><Relationship Id="rId252" Type="http://schemas.openxmlformats.org/officeDocument/2006/relationships/image" Target="media/image125.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79.wmf"/><Relationship Id="rId196" Type="http://schemas.openxmlformats.org/officeDocument/2006/relationships/oleObject" Target="embeddings/oleObject93.bin"/><Relationship Id="rId417" Type="http://schemas.openxmlformats.org/officeDocument/2006/relationships/oleObject" Target="embeddings/oleObject202.bin"/><Relationship Id="rId624" Type="http://schemas.openxmlformats.org/officeDocument/2006/relationships/oleObject" Target="embeddings/oleObject304.bin"/><Relationship Id="rId263" Type="http://schemas.openxmlformats.org/officeDocument/2006/relationships/oleObject" Target="embeddings/oleObject126.bin"/><Relationship Id="rId470" Type="http://schemas.openxmlformats.org/officeDocument/2006/relationships/image" Target="media/image235.wmf"/><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59.bin"/><Relationship Id="rId568" Type="http://schemas.openxmlformats.org/officeDocument/2006/relationships/image" Target="media/image285.wmf"/><Relationship Id="rId428" Type="http://schemas.openxmlformats.org/officeDocument/2006/relationships/image" Target="media/image214.wmf"/><Relationship Id="rId635" Type="http://schemas.openxmlformats.org/officeDocument/2006/relationships/image" Target="media/image319.wmf"/><Relationship Id="rId274" Type="http://schemas.openxmlformats.org/officeDocument/2006/relationships/oleObject" Target="embeddings/oleObject131.bin"/><Relationship Id="rId481" Type="http://schemas.openxmlformats.org/officeDocument/2006/relationships/oleObject" Target="embeddings/oleObject234.bin"/><Relationship Id="rId702" Type="http://schemas.openxmlformats.org/officeDocument/2006/relationships/oleObject" Target="embeddings/oleObject344.bin"/><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oleObject" Target="embeddings/oleObject282.bin"/><Relationship Id="rId341" Type="http://schemas.openxmlformats.org/officeDocument/2006/relationships/image" Target="media/image170.wmf"/><Relationship Id="rId439" Type="http://schemas.openxmlformats.org/officeDocument/2006/relationships/image" Target="media/image220.wmf"/><Relationship Id="rId646" Type="http://schemas.openxmlformats.org/officeDocument/2006/relationships/oleObject" Target="embeddings/oleObject315.bin"/><Relationship Id="rId201" Type="http://schemas.openxmlformats.org/officeDocument/2006/relationships/image" Target="media/image99.wmf"/><Relationship Id="rId285" Type="http://schemas.openxmlformats.org/officeDocument/2006/relationships/image" Target="media/image142.wmf"/><Relationship Id="rId506" Type="http://schemas.openxmlformats.org/officeDocument/2006/relationships/image" Target="media/image253.wmf"/><Relationship Id="rId492" Type="http://schemas.openxmlformats.org/officeDocument/2006/relationships/image" Target="media/image246.wmf"/><Relationship Id="rId713" Type="http://schemas.openxmlformats.org/officeDocument/2006/relationships/oleObject" Target="embeddings/oleObject351.bin"/><Relationship Id="rId145" Type="http://schemas.openxmlformats.org/officeDocument/2006/relationships/oleObject" Target="embeddings/oleObject68.bin"/><Relationship Id="rId352" Type="http://schemas.openxmlformats.org/officeDocument/2006/relationships/oleObject" Target="embeddings/oleObject170.bin"/><Relationship Id="rId212" Type="http://schemas.openxmlformats.org/officeDocument/2006/relationships/oleObject" Target="embeddings/oleObject101.bin"/><Relationship Id="rId657" Type="http://schemas.openxmlformats.org/officeDocument/2006/relationships/oleObject" Target="embeddings/oleObject320.bin"/><Relationship Id="rId296" Type="http://schemas.openxmlformats.org/officeDocument/2006/relationships/oleObject" Target="embeddings/oleObject142.bin"/><Relationship Id="rId517" Type="http://schemas.openxmlformats.org/officeDocument/2006/relationships/oleObject" Target="embeddings/oleObject252.bin"/><Relationship Id="rId724" Type="http://schemas.openxmlformats.org/officeDocument/2006/relationships/image" Target="media/image361.wmf"/><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oleObject" Target="embeddings/oleObject175.bin"/><Relationship Id="rId570" Type="http://schemas.openxmlformats.org/officeDocument/2006/relationships/image" Target="media/image286.wmf"/><Relationship Id="rId223" Type="http://schemas.openxmlformats.org/officeDocument/2006/relationships/image" Target="media/image110.wmf"/><Relationship Id="rId430" Type="http://schemas.openxmlformats.org/officeDocument/2006/relationships/image" Target="media/image215.wmf"/><Relationship Id="rId668" Type="http://schemas.openxmlformats.org/officeDocument/2006/relationships/image" Target="media/image336.wmf"/><Relationship Id="rId18" Type="http://schemas.openxmlformats.org/officeDocument/2006/relationships/image" Target="media/image6.wmf"/><Relationship Id="rId528" Type="http://schemas.openxmlformats.org/officeDocument/2006/relationships/image" Target="media/image264.wmf"/><Relationship Id="rId735" Type="http://schemas.openxmlformats.org/officeDocument/2006/relationships/image" Target="media/image366.wmf"/><Relationship Id="rId167" Type="http://schemas.openxmlformats.org/officeDocument/2006/relationships/image" Target="media/image82.wmf"/><Relationship Id="rId374" Type="http://schemas.openxmlformats.org/officeDocument/2006/relationships/image" Target="media/image187.wmf"/><Relationship Id="rId581" Type="http://schemas.openxmlformats.org/officeDocument/2006/relationships/oleObject" Target="embeddings/oleObject283.bin"/><Relationship Id="rId71" Type="http://schemas.openxmlformats.org/officeDocument/2006/relationships/image" Target="media/image33.tmp"/><Relationship Id="rId234" Type="http://schemas.openxmlformats.org/officeDocument/2006/relationships/oleObject" Target="embeddings/oleObject112.bin"/><Relationship Id="rId679" Type="http://schemas.openxmlformats.org/officeDocument/2006/relationships/image" Target="media/image341.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21.wmf"/><Relationship Id="rId539" Type="http://schemas.openxmlformats.org/officeDocument/2006/relationships/image" Target="media/image270.wmf"/><Relationship Id="rId178" Type="http://schemas.openxmlformats.org/officeDocument/2006/relationships/oleObject" Target="embeddings/oleObject84.bin"/><Relationship Id="rId301" Type="http://schemas.openxmlformats.org/officeDocument/2006/relationships/oleObject" Target="embeddings/oleObject144.bin"/><Relationship Id="rId82" Type="http://schemas.openxmlformats.org/officeDocument/2006/relationships/image" Target="media/image39.wmf"/><Relationship Id="rId385" Type="http://schemas.openxmlformats.org/officeDocument/2006/relationships/oleObject" Target="embeddings/oleObject186.bin"/><Relationship Id="rId592" Type="http://schemas.openxmlformats.org/officeDocument/2006/relationships/image" Target="media/image297.wmf"/><Relationship Id="rId606" Type="http://schemas.openxmlformats.org/officeDocument/2006/relationships/image" Target="media/image304.wmf"/><Relationship Id="rId245" Type="http://schemas.openxmlformats.org/officeDocument/2006/relationships/oleObject" Target="embeddings/oleObject117.bin"/><Relationship Id="rId452" Type="http://schemas.openxmlformats.org/officeDocument/2006/relationships/oleObject" Target="embeddings/oleObject219.bin"/><Relationship Id="rId105" Type="http://schemas.openxmlformats.org/officeDocument/2006/relationships/oleObject" Target="embeddings/oleObject48.bin"/><Relationship Id="rId312" Type="http://schemas.openxmlformats.org/officeDocument/2006/relationships/image" Target="media/image156.wmf"/><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image" Target="media/image198.wmf"/><Relationship Id="rId617" Type="http://schemas.openxmlformats.org/officeDocument/2006/relationships/image" Target="media/image310.wmf"/><Relationship Id="rId214" Type="http://schemas.openxmlformats.org/officeDocument/2006/relationships/oleObject" Target="embeddings/oleObject102.bin"/><Relationship Id="rId256" Type="http://schemas.openxmlformats.org/officeDocument/2006/relationships/image" Target="media/image127.wmf"/><Relationship Id="rId298" Type="http://schemas.openxmlformats.org/officeDocument/2006/relationships/oleObject" Target="embeddings/oleObject143.bin"/><Relationship Id="rId421" Type="http://schemas.openxmlformats.org/officeDocument/2006/relationships/oleObject" Target="embeddings/oleObject204.bin"/><Relationship Id="rId463" Type="http://schemas.openxmlformats.org/officeDocument/2006/relationships/image" Target="media/image232.wmf"/><Relationship Id="rId519" Type="http://schemas.openxmlformats.org/officeDocument/2006/relationships/oleObject" Target="embeddings/oleObject253.bin"/><Relationship Id="rId670" Type="http://schemas.openxmlformats.org/officeDocument/2006/relationships/image" Target="media/image337.wmf"/><Relationship Id="rId116" Type="http://schemas.openxmlformats.org/officeDocument/2006/relationships/image" Target="media/image56.wmf"/><Relationship Id="rId158" Type="http://schemas.openxmlformats.org/officeDocument/2006/relationships/oleObject" Target="embeddings/oleObject74.bin"/><Relationship Id="rId323" Type="http://schemas.openxmlformats.org/officeDocument/2006/relationships/image" Target="media/image161.wmf"/><Relationship Id="rId530" Type="http://schemas.openxmlformats.org/officeDocument/2006/relationships/image" Target="media/image265.wmf"/><Relationship Id="rId726" Type="http://schemas.openxmlformats.org/officeDocument/2006/relationships/image" Target="media/image362.wmf"/><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oleObject" Target="embeddings/oleObject176.bin"/><Relationship Id="rId572" Type="http://schemas.openxmlformats.org/officeDocument/2006/relationships/image" Target="media/image287.wmf"/><Relationship Id="rId628" Type="http://schemas.openxmlformats.org/officeDocument/2006/relationships/oleObject" Target="embeddings/oleObject306.bin"/><Relationship Id="rId225" Type="http://schemas.openxmlformats.org/officeDocument/2006/relationships/image" Target="media/image111.wmf"/><Relationship Id="rId267" Type="http://schemas.openxmlformats.org/officeDocument/2006/relationships/oleObject" Target="embeddings/oleObject128.bin"/><Relationship Id="rId432" Type="http://schemas.openxmlformats.org/officeDocument/2006/relationships/image" Target="media/image216.wmf"/><Relationship Id="rId474" Type="http://schemas.openxmlformats.org/officeDocument/2006/relationships/image" Target="media/image237.wmf"/><Relationship Id="rId127" Type="http://schemas.openxmlformats.org/officeDocument/2006/relationships/oleObject" Target="embeddings/oleObject59.bin"/><Relationship Id="rId681" Type="http://schemas.openxmlformats.org/officeDocument/2006/relationships/image" Target="media/image342.wmf"/><Relationship Id="rId737" Type="http://schemas.openxmlformats.org/officeDocument/2006/relationships/image" Target="media/image367.wmf"/><Relationship Id="rId31" Type="http://schemas.openxmlformats.org/officeDocument/2006/relationships/image" Target="media/image13.wmf"/><Relationship Id="rId73" Type="http://schemas.openxmlformats.org/officeDocument/2006/relationships/oleObject" Target="embeddings/oleObject32.bin"/><Relationship Id="rId169" Type="http://schemas.openxmlformats.org/officeDocument/2006/relationships/image" Target="media/image83.wmf"/><Relationship Id="rId334" Type="http://schemas.openxmlformats.org/officeDocument/2006/relationships/oleObject" Target="embeddings/oleObject161.bin"/><Relationship Id="rId376" Type="http://schemas.openxmlformats.org/officeDocument/2006/relationships/image" Target="media/image188.wmf"/><Relationship Id="rId541" Type="http://schemas.openxmlformats.org/officeDocument/2006/relationships/image" Target="media/image271.wmf"/><Relationship Id="rId583" Type="http://schemas.openxmlformats.org/officeDocument/2006/relationships/oleObject" Target="embeddings/oleObject284.bin"/><Relationship Id="rId639" Type="http://schemas.openxmlformats.org/officeDocument/2006/relationships/image" Target="media/image321.wmf"/><Relationship Id="rId4" Type="http://schemas.openxmlformats.org/officeDocument/2006/relationships/settings" Target="settings.xml"/><Relationship Id="rId180" Type="http://schemas.openxmlformats.org/officeDocument/2006/relationships/oleObject" Target="embeddings/oleObject85.bin"/><Relationship Id="rId236" Type="http://schemas.openxmlformats.org/officeDocument/2006/relationships/image" Target="media/image117.wmf"/><Relationship Id="rId278" Type="http://schemas.openxmlformats.org/officeDocument/2006/relationships/oleObject" Target="embeddings/oleObject133.bin"/><Relationship Id="rId401" Type="http://schemas.openxmlformats.org/officeDocument/2006/relationships/oleObject" Target="embeddings/oleObject194.bin"/><Relationship Id="rId443" Type="http://schemas.openxmlformats.org/officeDocument/2006/relationships/image" Target="media/image222.wmf"/><Relationship Id="rId650" Type="http://schemas.openxmlformats.org/officeDocument/2006/relationships/image" Target="media/image327.wmf"/><Relationship Id="rId303" Type="http://schemas.openxmlformats.org/officeDocument/2006/relationships/oleObject" Target="embeddings/oleObject145.bin"/><Relationship Id="rId485" Type="http://schemas.openxmlformats.org/officeDocument/2006/relationships/oleObject" Target="embeddings/oleObject236.bin"/><Relationship Id="rId692" Type="http://schemas.openxmlformats.org/officeDocument/2006/relationships/oleObject" Target="embeddings/oleObject338.bin"/><Relationship Id="rId706" Type="http://schemas.openxmlformats.org/officeDocument/2006/relationships/oleObject" Target="embeddings/oleObject347.bin"/><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72.wmf"/><Relationship Id="rId387" Type="http://schemas.openxmlformats.org/officeDocument/2006/relationships/oleObject" Target="embeddings/oleObject187.bin"/><Relationship Id="rId510" Type="http://schemas.openxmlformats.org/officeDocument/2006/relationships/image" Target="media/image255.wmf"/><Relationship Id="rId552" Type="http://schemas.openxmlformats.org/officeDocument/2006/relationships/oleObject" Target="embeddings/oleObject269.bin"/><Relationship Id="rId594" Type="http://schemas.openxmlformats.org/officeDocument/2006/relationships/image" Target="media/image298.wmf"/><Relationship Id="rId608" Type="http://schemas.openxmlformats.org/officeDocument/2006/relationships/image" Target="media/image305.png"/><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oleObject" Target="embeddings/oleObject118.bin"/><Relationship Id="rId412" Type="http://schemas.openxmlformats.org/officeDocument/2006/relationships/image" Target="media/image206.wmf"/><Relationship Id="rId107" Type="http://schemas.openxmlformats.org/officeDocument/2006/relationships/oleObject" Target="embeddings/oleObject49.bin"/><Relationship Id="rId289" Type="http://schemas.openxmlformats.org/officeDocument/2006/relationships/image" Target="media/image144.wmf"/><Relationship Id="rId454" Type="http://schemas.openxmlformats.org/officeDocument/2006/relationships/oleObject" Target="embeddings/oleObject220.bin"/><Relationship Id="rId496" Type="http://schemas.openxmlformats.org/officeDocument/2006/relationships/image" Target="media/image248.wmf"/><Relationship Id="rId661" Type="http://schemas.openxmlformats.org/officeDocument/2006/relationships/oleObject" Target="embeddings/oleObject322.bin"/><Relationship Id="rId717" Type="http://schemas.openxmlformats.org/officeDocument/2006/relationships/oleObject" Target="embeddings/oleObject353.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image" Target="media/image199.wmf"/><Relationship Id="rId521" Type="http://schemas.openxmlformats.org/officeDocument/2006/relationships/oleObject" Target="embeddings/oleObject254.bin"/><Relationship Id="rId563" Type="http://schemas.openxmlformats.org/officeDocument/2006/relationships/oleObject" Target="embeddings/oleObject274.bin"/><Relationship Id="rId619" Type="http://schemas.openxmlformats.org/officeDocument/2006/relationships/image" Target="media/image311.wmf"/><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05.bin"/><Relationship Id="rId258" Type="http://schemas.openxmlformats.org/officeDocument/2006/relationships/image" Target="media/image128.wmf"/><Relationship Id="rId465" Type="http://schemas.openxmlformats.org/officeDocument/2006/relationships/image" Target="media/image233.wmf"/><Relationship Id="rId630" Type="http://schemas.openxmlformats.org/officeDocument/2006/relationships/oleObject" Target="embeddings/oleObject307.bin"/><Relationship Id="rId672" Type="http://schemas.openxmlformats.org/officeDocument/2006/relationships/oleObject" Target="embeddings/oleObject328.bin"/><Relationship Id="rId728" Type="http://schemas.openxmlformats.org/officeDocument/2006/relationships/oleObject" Target="embeddings/oleObject359.bin"/><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image" Target="media/image57.wmf"/><Relationship Id="rId325" Type="http://schemas.openxmlformats.org/officeDocument/2006/relationships/image" Target="media/image162.wmf"/><Relationship Id="rId367" Type="http://schemas.openxmlformats.org/officeDocument/2006/relationships/oleObject" Target="embeddings/oleObject177.bin"/><Relationship Id="rId532" Type="http://schemas.openxmlformats.org/officeDocument/2006/relationships/image" Target="media/image266.wmf"/><Relationship Id="rId574" Type="http://schemas.openxmlformats.org/officeDocument/2006/relationships/image" Target="media/image288.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oleObject" Target="embeddings/oleObject129.bin"/><Relationship Id="rId434" Type="http://schemas.openxmlformats.org/officeDocument/2006/relationships/image" Target="media/image217.wmf"/><Relationship Id="rId476" Type="http://schemas.openxmlformats.org/officeDocument/2006/relationships/image" Target="media/image238.wmf"/><Relationship Id="rId641" Type="http://schemas.openxmlformats.org/officeDocument/2006/relationships/image" Target="media/image322.wmf"/><Relationship Id="rId683" Type="http://schemas.openxmlformats.org/officeDocument/2006/relationships/image" Target="media/image343.wmf"/><Relationship Id="rId739" Type="http://schemas.openxmlformats.org/officeDocument/2006/relationships/fontTable" Target="fontTable.xml"/><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oleObject" Target="embeddings/oleObject244.bin"/><Relationship Id="rId543" Type="http://schemas.openxmlformats.org/officeDocument/2006/relationships/image" Target="media/image272.wmf"/><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oleObject" Target="embeddings/oleObject86.bin"/><Relationship Id="rId378" Type="http://schemas.openxmlformats.org/officeDocument/2006/relationships/image" Target="media/image189.wmf"/><Relationship Id="rId403" Type="http://schemas.openxmlformats.org/officeDocument/2006/relationships/oleObject" Target="embeddings/oleObject195.bin"/><Relationship Id="rId585" Type="http://schemas.openxmlformats.org/officeDocument/2006/relationships/oleObject" Target="embeddings/oleObject285.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3.wmf"/><Relationship Id="rId487" Type="http://schemas.openxmlformats.org/officeDocument/2006/relationships/oleObject" Target="embeddings/oleObject237.bin"/><Relationship Id="rId610" Type="http://schemas.openxmlformats.org/officeDocument/2006/relationships/oleObject" Target="embeddings/oleObject297.bin"/><Relationship Id="rId652" Type="http://schemas.openxmlformats.org/officeDocument/2006/relationships/image" Target="media/image328.wmf"/><Relationship Id="rId694" Type="http://schemas.openxmlformats.org/officeDocument/2006/relationships/oleObject" Target="embeddings/oleObject340.bin"/><Relationship Id="rId708" Type="http://schemas.openxmlformats.org/officeDocument/2006/relationships/oleObject" Target="embeddings/oleObject348.bin"/><Relationship Id="rId291" Type="http://schemas.openxmlformats.org/officeDocument/2006/relationships/image" Target="media/image145.wmf"/><Relationship Id="rId305" Type="http://schemas.openxmlformats.org/officeDocument/2006/relationships/oleObject" Target="embeddings/oleObject146.bin"/><Relationship Id="rId347" Type="http://schemas.openxmlformats.org/officeDocument/2006/relationships/image" Target="media/image173.wmf"/><Relationship Id="rId512" Type="http://schemas.openxmlformats.org/officeDocument/2006/relationships/image" Target="media/image256.wmf"/><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188.bin"/><Relationship Id="rId554" Type="http://schemas.openxmlformats.org/officeDocument/2006/relationships/oleObject" Target="embeddings/oleObject270.bin"/><Relationship Id="rId596" Type="http://schemas.openxmlformats.org/officeDocument/2006/relationships/image" Target="media/image299.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oleObject" Target="embeddings/oleObject119.bin"/><Relationship Id="rId414" Type="http://schemas.openxmlformats.org/officeDocument/2006/relationships/image" Target="media/image207.wmf"/><Relationship Id="rId456" Type="http://schemas.openxmlformats.org/officeDocument/2006/relationships/oleObject" Target="embeddings/oleObject221.bin"/><Relationship Id="rId498" Type="http://schemas.openxmlformats.org/officeDocument/2006/relationships/image" Target="media/image249.wmf"/><Relationship Id="rId621" Type="http://schemas.openxmlformats.org/officeDocument/2006/relationships/image" Target="media/image312.wmf"/><Relationship Id="rId663" Type="http://schemas.openxmlformats.org/officeDocument/2006/relationships/oleObject" Target="embeddings/oleObject323.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29.wmf"/><Relationship Id="rId316" Type="http://schemas.openxmlformats.org/officeDocument/2006/relationships/oleObject" Target="embeddings/oleObject152.bin"/><Relationship Id="rId523" Type="http://schemas.openxmlformats.org/officeDocument/2006/relationships/oleObject" Target="embeddings/oleObject255.bin"/><Relationship Id="rId719" Type="http://schemas.openxmlformats.org/officeDocument/2006/relationships/oleObject" Target="embeddings/oleObject354.bin"/><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image" Target="media/image179.wmf"/><Relationship Id="rId565" Type="http://schemas.openxmlformats.org/officeDocument/2006/relationships/oleObject" Target="embeddings/oleObject275.bin"/><Relationship Id="rId730" Type="http://schemas.openxmlformats.org/officeDocument/2006/relationships/oleObject" Target="embeddings/oleObject360.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06.bin"/><Relationship Id="rId467" Type="http://schemas.openxmlformats.org/officeDocument/2006/relationships/oleObject" Target="embeddings/oleObject227.bin"/><Relationship Id="rId632" Type="http://schemas.openxmlformats.org/officeDocument/2006/relationships/oleObject" Target="embeddings/oleObject308.bin"/><Relationship Id="rId271" Type="http://schemas.openxmlformats.org/officeDocument/2006/relationships/image" Target="media/image135.wmf"/><Relationship Id="rId674" Type="http://schemas.openxmlformats.org/officeDocument/2006/relationships/oleObject" Target="embeddings/oleObject329.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61.bin"/><Relationship Id="rId327" Type="http://schemas.openxmlformats.org/officeDocument/2006/relationships/image" Target="media/image163.wmf"/><Relationship Id="rId369" Type="http://schemas.openxmlformats.org/officeDocument/2006/relationships/oleObject" Target="embeddings/oleObject178.bin"/><Relationship Id="rId534" Type="http://schemas.openxmlformats.org/officeDocument/2006/relationships/image" Target="media/image267.wmf"/><Relationship Id="rId576" Type="http://schemas.openxmlformats.org/officeDocument/2006/relationships/image" Target="media/image289.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image" Target="media/image190.wmf"/><Relationship Id="rId436" Type="http://schemas.openxmlformats.org/officeDocument/2006/relationships/image" Target="media/image218.png"/><Relationship Id="rId601" Type="http://schemas.openxmlformats.org/officeDocument/2006/relationships/oleObject" Target="embeddings/oleObject293.bin"/><Relationship Id="rId643" Type="http://schemas.openxmlformats.org/officeDocument/2006/relationships/image" Target="media/image323.wmf"/><Relationship Id="rId240" Type="http://schemas.openxmlformats.org/officeDocument/2006/relationships/image" Target="media/image119.wmf"/><Relationship Id="rId478" Type="http://schemas.openxmlformats.org/officeDocument/2006/relationships/image" Target="media/image239.wmf"/><Relationship Id="rId685" Type="http://schemas.openxmlformats.org/officeDocument/2006/relationships/image" Target="media/image344.wmf"/><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oleObject" Target="embeddings/oleObject245.bin"/><Relationship Id="rId545" Type="http://schemas.openxmlformats.org/officeDocument/2006/relationships/image" Target="media/image273.wmf"/><Relationship Id="rId587" Type="http://schemas.openxmlformats.org/officeDocument/2006/relationships/oleObject" Target="embeddings/oleObject286.bin"/><Relationship Id="rId710" Type="http://schemas.openxmlformats.org/officeDocument/2006/relationships/oleObject" Target="embeddings/oleObject349.bin"/><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oleObject" Target="embeddings/oleObject87.bin"/><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4.wmf"/><Relationship Id="rId612" Type="http://schemas.openxmlformats.org/officeDocument/2006/relationships/oleObject" Target="embeddings/oleObject298.bin"/><Relationship Id="rId251" Type="http://schemas.openxmlformats.org/officeDocument/2006/relationships/oleObject" Target="embeddings/oleObject120.bin"/><Relationship Id="rId489" Type="http://schemas.openxmlformats.org/officeDocument/2006/relationships/oleObject" Target="embeddings/oleObject238.bin"/><Relationship Id="rId654" Type="http://schemas.openxmlformats.org/officeDocument/2006/relationships/image" Target="media/image329.wmf"/><Relationship Id="rId696" Type="http://schemas.openxmlformats.org/officeDocument/2006/relationships/oleObject" Target="embeddings/oleObject341.bin"/><Relationship Id="rId46" Type="http://schemas.openxmlformats.org/officeDocument/2006/relationships/oleObject" Target="embeddings/oleObject19.bin"/><Relationship Id="rId293" Type="http://schemas.openxmlformats.org/officeDocument/2006/relationships/image" Target="media/image146.wmf"/><Relationship Id="rId307" Type="http://schemas.openxmlformats.org/officeDocument/2006/relationships/oleObject" Target="embeddings/oleObject147.bin"/><Relationship Id="rId349" Type="http://schemas.openxmlformats.org/officeDocument/2006/relationships/image" Target="media/image174.wmf"/><Relationship Id="rId514" Type="http://schemas.openxmlformats.org/officeDocument/2006/relationships/image" Target="media/image257.wmf"/><Relationship Id="rId556" Type="http://schemas.openxmlformats.org/officeDocument/2006/relationships/oleObject" Target="embeddings/oleObject271.bin"/><Relationship Id="rId721" Type="http://schemas.openxmlformats.org/officeDocument/2006/relationships/oleObject" Target="embeddings/oleObject355.bin"/><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80.wmf"/><Relationship Id="rId416" Type="http://schemas.openxmlformats.org/officeDocument/2006/relationships/image" Target="media/image208.wmf"/><Relationship Id="rId598" Type="http://schemas.openxmlformats.org/officeDocument/2006/relationships/image" Target="media/image300.wmf"/><Relationship Id="rId220" Type="http://schemas.openxmlformats.org/officeDocument/2006/relationships/oleObject" Target="embeddings/oleObject105.bin"/><Relationship Id="rId458" Type="http://schemas.openxmlformats.org/officeDocument/2006/relationships/oleObject" Target="embeddings/oleObject222.bin"/><Relationship Id="rId623" Type="http://schemas.openxmlformats.org/officeDocument/2006/relationships/image" Target="media/image313.wmf"/><Relationship Id="rId665" Type="http://schemas.openxmlformats.org/officeDocument/2006/relationships/oleObject" Target="embeddings/oleObject324.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30.wmf"/><Relationship Id="rId318" Type="http://schemas.openxmlformats.org/officeDocument/2006/relationships/oleObject" Target="embeddings/oleObject153.bin"/><Relationship Id="rId525" Type="http://schemas.openxmlformats.org/officeDocument/2006/relationships/oleObject" Target="embeddings/oleObject256.bin"/><Relationship Id="rId567" Type="http://schemas.openxmlformats.org/officeDocument/2006/relationships/oleObject" Target="embeddings/oleObject276.bin"/><Relationship Id="rId732" Type="http://schemas.openxmlformats.org/officeDocument/2006/relationships/oleObject" Target="embeddings/oleObject361.bin"/><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oleObject" Target="embeddings/oleObject77.bin"/><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oleObject" Target="embeddings/oleObject228.bin"/><Relationship Id="rId634" Type="http://schemas.openxmlformats.org/officeDocument/2006/relationships/oleObject" Target="embeddings/oleObject309.bin"/><Relationship Id="rId676" Type="http://schemas.openxmlformats.org/officeDocument/2006/relationships/oleObject" Target="embeddings/oleObject330.bin"/><Relationship Id="rId26" Type="http://schemas.openxmlformats.org/officeDocument/2006/relationships/image" Target="media/image10.wmf"/><Relationship Id="rId231" Type="http://schemas.openxmlformats.org/officeDocument/2006/relationships/image" Target="media/image114.wmf"/><Relationship Id="rId273" Type="http://schemas.openxmlformats.org/officeDocument/2006/relationships/image" Target="media/image136.wmf"/><Relationship Id="rId329" Type="http://schemas.openxmlformats.org/officeDocument/2006/relationships/image" Target="media/image164.wmf"/><Relationship Id="rId480" Type="http://schemas.openxmlformats.org/officeDocument/2006/relationships/image" Target="media/image240.wmf"/><Relationship Id="rId536" Type="http://schemas.openxmlformats.org/officeDocument/2006/relationships/image" Target="media/image268.png"/><Relationship Id="rId701" Type="http://schemas.openxmlformats.org/officeDocument/2006/relationships/image" Target="media/image351.wmf"/><Relationship Id="rId68" Type="http://schemas.openxmlformats.org/officeDocument/2006/relationships/oleObject" Target="embeddings/oleObject30.bin"/><Relationship Id="rId133" Type="http://schemas.openxmlformats.org/officeDocument/2006/relationships/oleObject" Target="embeddings/oleObject62.bin"/><Relationship Id="rId175" Type="http://schemas.openxmlformats.org/officeDocument/2006/relationships/image" Target="media/image86.wmf"/><Relationship Id="rId340" Type="http://schemas.openxmlformats.org/officeDocument/2006/relationships/oleObject" Target="embeddings/oleObject164.bin"/><Relationship Id="rId578" Type="http://schemas.openxmlformats.org/officeDocument/2006/relationships/image" Target="media/image290.wmf"/><Relationship Id="rId200" Type="http://schemas.openxmlformats.org/officeDocument/2006/relationships/oleObject" Target="embeddings/oleObject95.bin"/><Relationship Id="rId382" Type="http://schemas.openxmlformats.org/officeDocument/2006/relationships/image" Target="media/image191.wmf"/><Relationship Id="rId438" Type="http://schemas.openxmlformats.org/officeDocument/2006/relationships/oleObject" Target="embeddings/oleObject212.bin"/><Relationship Id="rId603" Type="http://schemas.openxmlformats.org/officeDocument/2006/relationships/oleObject" Target="embeddings/oleObject294.bin"/><Relationship Id="rId645" Type="http://schemas.openxmlformats.org/officeDocument/2006/relationships/image" Target="media/image324.wmf"/><Relationship Id="rId687" Type="http://schemas.openxmlformats.org/officeDocument/2006/relationships/image" Target="media/image345.wmf"/><Relationship Id="rId242" Type="http://schemas.openxmlformats.org/officeDocument/2006/relationships/image" Target="media/image120.wmf"/><Relationship Id="rId284" Type="http://schemas.openxmlformats.org/officeDocument/2006/relationships/oleObject" Target="embeddings/oleObject136.bin"/><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image" Target="media/image355.wmf"/><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74.wmf"/><Relationship Id="rId589" Type="http://schemas.openxmlformats.org/officeDocument/2006/relationships/oleObject" Target="embeddings/oleObject287.bin"/><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image" Target="media/image175.wmf"/><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image" Target="media/image225.wmf"/><Relationship Id="rId614" Type="http://schemas.openxmlformats.org/officeDocument/2006/relationships/oleObject" Target="embeddings/oleObject299.bin"/><Relationship Id="rId656" Type="http://schemas.openxmlformats.org/officeDocument/2006/relationships/image" Target="media/image330.wmf"/><Relationship Id="rId211" Type="http://schemas.openxmlformats.org/officeDocument/2006/relationships/image" Target="media/image104.wmf"/><Relationship Id="rId253" Type="http://schemas.openxmlformats.org/officeDocument/2006/relationships/oleObject" Target="embeddings/oleObject121.bin"/><Relationship Id="rId295" Type="http://schemas.openxmlformats.org/officeDocument/2006/relationships/image" Target="media/image147.wmf"/><Relationship Id="rId309" Type="http://schemas.openxmlformats.org/officeDocument/2006/relationships/oleObject" Target="embeddings/oleObject148.bin"/><Relationship Id="rId460" Type="http://schemas.openxmlformats.org/officeDocument/2006/relationships/oleObject" Target="embeddings/oleObject223.bin"/><Relationship Id="rId516" Type="http://schemas.openxmlformats.org/officeDocument/2006/relationships/image" Target="media/image258.wmf"/><Relationship Id="rId698" Type="http://schemas.openxmlformats.org/officeDocument/2006/relationships/oleObject" Target="embeddings/oleObject342.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4.bin"/><Relationship Id="rId558" Type="http://schemas.openxmlformats.org/officeDocument/2006/relationships/oleObject" Target="embeddings/oleObject272.bin"/><Relationship Id="rId723" Type="http://schemas.openxmlformats.org/officeDocument/2006/relationships/oleObject" Target="embeddings/oleObject356.bin"/><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image" Target="media/image181.wmf"/><Relationship Id="rId418" Type="http://schemas.openxmlformats.org/officeDocument/2006/relationships/image" Target="media/image209.wmf"/><Relationship Id="rId625" Type="http://schemas.openxmlformats.org/officeDocument/2006/relationships/image" Target="media/image314.wmf"/><Relationship Id="rId222" Type="http://schemas.openxmlformats.org/officeDocument/2006/relationships/oleObject" Target="embeddings/oleObject106.bin"/><Relationship Id="rId264" Type="http://schemas.openxmlformats.org/officeDocument/2006/relationships/image" Target="media/image131.wmf"/><Relationship Id="rId471" Type="http://schemas.openxmlformats.org/officeDocument/2006/relationships/oleObject" Target="embeddings/oleObject229.bin"/><Relationship Id="rId667" Type="http://schemas.openxmlformats.org/officeDocument/2006/relationships/oleObject" Target="embeddings/oleObject325.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oleObject" Target="embeddings/oleObject257.bin"/><Relationship Id="rId569" Type="http://schemas.openxmlformats.org/officeDocument/2006/relationships/oleObject" Target="embeddings/oleObject277.bin"/><Relationship Id="rId734" Type="http://schemas.openxmlformats.org/officeDocument/2006/relationships/oleObject" Target="embeddings/oleObject362.bin"/><Relationship Id="rId70" Type="http://schemas.openxmlformats.org/officeDocument/2006/relationships/oleObject" Target="embeddings/oleObject31.bin"/><Relationship Id="rId166" Type="http://schemas.openxmlformats.org/officeDocument/2006/relationships/oleObject" Target="embeddings/oleObject78.bin"/><Relationship Id="rId331" Type="http://schemas.openxmlformats.org/officeDocument/2006/relationships/image" Target="media/image165.wmf"/><Relationship Id="rId373" Type="http://schemas.openxmlformats.org/officeDocument/2006/relationships/oleObject" Target="embeddings/oleObject180.bin"/><Relationship Id="rId429" Type="http://schemas.openxmlformats.org/officeDocument/2006/relationships/oleObject" Target="embeddings/oleObject208.bin"/><Relationship Id="rId580" Type="http://schemas.openxmlformats.org/officeDocument/2006/relationships/image" Target="media/image291.wmf"/><Relationship Id="rId636" Type="http://schemas.openxmlformats.org/officeDocument/2006/relationships/oleObject" Target="embeddings/oleObject310.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3.bin"/><Relationship Id="rId678" Type="http://schemas.openxmlformats.org/officeDocument/2006/relationships/oleObject" Target="embeddings/oleObject331.bin"/><Relationship Id="rId28" Type="http://schemas.openxmlformats.org/officeDocument/2006/relationships/image" Target="media/image11.png"/><Relationship Id="rId275" Type="http://schemas.openxmlformats.org/officeDocument/2006/relationships/image" Target="media/image137.wmf"/><Relationship Id="rId300" Type="http://schemas.openxmlformats.org/officeDocument/2006/relationships/image" Target="media/image150.wmf"/><Relationship Id="rId482" Type="http://schemas.openxmlformats.org/officeDocument/2006/relationships/image" Target="media/image241.wmf"/><Relationship Id="rId538" Type="http://schemas.openxmlformats.org/officeDocument/2006/relationships/oleObject" Target="embeddings/oleObject262.bin"/><Relationship Id="rId703" Type="http://schemas.openxmlformats.org/officeDocument/2006/relationships/oleObject" Target="embeddings/oleObject345.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image" Target="media/image87.wmf"/><Relationship Id="rId342" Type="http://schemas.openxmlformats.org/officeDocument/2006/relationships/oleObject" Target="embeddings/oleObject165.bin"/><Relationship Id="rId384" Type="http://schemas.openxmlformats.org/officeDocument/2006/relationships/image" Target="media/image192.wmf"/><Relationship Id="rId591" Type="http://schemas.openxmlformats.org/officeDocument/2006/relationships/oleObject" Target="embeddings/oleObject288.bin"/><Relationship Id="rId605" Type="http://schemas.openxmlformats.org/officeDocument/2006/relationships/oleObject" Target="embeddings/oleObject295.bin"/><Relationship Id="rId202" Type="http://schemas.openxmlformats.org/officeDocument/2006/relationships/oleObject" Target="embeddings/oleObject96.bin"/><Relationship Id="rId244" Type="http://schemas.openxmlformats.org/officeDocument/2006/relationships/image" Target="media/image121.wmf"/><Relationship Id="rId647" Type="http://schemas.openxmlformats.org/officeDocument/2006/relationships/image" Target="media/image325.png"/><Relationship Id="rId689" Type="http://schemas.openxmlformats.org/officeDocument/2006/relationships/image" Target="media/image346.wmf"/><Relationship Id="rId39" Type="http://schemas.openxmlformats.org/officeDocument/2006/relationships/image" Target="media/image17.wmf"/><Relationship Id="rId286" Type="http://schemas.openxmlformats.org/officeDocument/2006/relationships/oleObject" Target="embeddings/oleObject137.bin"/><Relationship Id="rId451" Type="http://schemas.openxmlformats.org/officeDocument/2006/relationships/image" Target="media/image226.wmf"/><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image" Target="media/image275.wmf"/><Relationship Id="rId714" Type="http://schemas.openxmlformats.org/officeDocument/2006/relationships/image" Target="media/image356.wmf"/><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89.bin"/><Relationship Id="rId311" Type="http://schemas.openxmlformats.org/officeDocument/2006/relationships/oleObject" Target="embeddings/oleObject149.bin"/><Relationship Id="rId353" Type="http://schemas.openxmlformats.org/officeDocument/2006/relationships/image" Target="media/image176.wmf"/><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image" Target="media/image281.wmf"/><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image" Target="media/image210.wmf"/><Relationship Id="rId616" Type="http://schemas.openxmlformats.org/officeDocument/2006/relationships/oleObject" Target="embeddings/oleObject300.bin"/><Relationship Id="rId658" Type="http://schemas.openxmlformats.org/officeDocument/2006/relationships/image" Target="media/image331.wmf"/><Relationship Id="rId255" Type="http://schemas.openxmlformats.org/officeDocument/2006/relationships/oleObject" Target="embeddings/oleObject122.bin"/><Relationship Id="rId297" Type="http://schemas.openxmlformats.org/officeDocument/2006/relationships/image" Target="media/image148.wmf"/><Relationship Id="rId462" Type="http://schemas.openxmlformats.org/officeDocument/2006/relationships/oleObject" Target="embeddings/oleObject224.bin"/><Relationship Id="rId518" Type="http://schemas.openxmlformats.org/officeDocument/2006/relationships/image" Target="media/image259.wmf"/><Relationship Id="rId725" Type="http://schemas.openxmlformats.org/officeDocument/2006/relationships/oleObject" Target="embeddings/oleObject357.bin"/><Relationship Id="rId115" Type="http://schemas.openxmlformats.org/officeDocument/2006/relationships/oleObject" Target="embeddings/oleObject53.bin"/><Relationship Id="rId157" Type="http://schemas.openxmlformats.org/officeDocument/2006/relationships/image" Target="media/image77.wmf"/><Relationship Id="rId322" Type="http://schemas.openxmlformats.org/officeDocument/2006/relationships/oleObject" Target="embeddings/oleObject155.bin"/><Relationship Id="rId364" Type="http://schemas.openxmlformats.org/officeDocument/2006/relationships/image" Target="media/image182.wmf"/><Relationship Id="rId61" Type="http://schemas.openxmlformats.org/officeDocument/2006/relationships/image" Target="media/image28.wmf"/><Relationship Id="rId199" Type="http://schemas.openxmlformats.org/officeDocument/2006/relationships/image" Target="media/image98.wmf"/><Relationship Id="rId571" Type="http://schemas.openxmlformats.org/officeDocument/2006/relationships/oleObject" Target="embeddings/oleObject278.bin"/><Relationship Id="rId627" Type="http://schemas.openxmlformats.org/officeDocument/2006/relationships/image" Target="media/image315.wmf"/><Relationship Id="rId669" Type="http://schemas.openxmlformats.org/officeDocument/2006/relationships/oleObject" Target="embeddings/oleObject326.bin"/><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image" Target="media/image132.wmf"/><Relationship Id="rId431" Type="http://schemas.openxmlformats.org/officeDocument/2006/relationships/oleObject" Target="embeddings/oleObject209.bin"/><Relationship Id="rId473" Type="http://schemas.openxmlformats.org/officeDocument/2006/relationships/oleObject" Target="embeddings/oleObject230.bin"/><Relationship Id="rId529" Type="http://schemas.openxmlformats.org/officeDocument/2006/relationships/oleObject" Target="embeddings/oleObject258.bin"/><Relationship Id="rId680" Type="http://schemas.openxmlformats.org/officeDocument/2006/relationships/oleObject" Target="embeddings/oleObject332.bin"/><Relationship Id="rId736" Type="http://schemas.openxmlformats.org/officeDocument/2006/relationships/oleObject" Target="embeddings/oleObject363.bin"/><Relationship Id="rId30" Type="http://schemas.openxmlformats.org/officeDocument/2006/relationships/oleObject" Target="embeddings/oleObject11.bin"/><Relationship Id="rId126" Type="http://schemas.openxmlformats.org/officeDocument/2006/relationships/image" Target="media/image61.wmf"/><Relationship Id="rId168" Type="http://schemas.openxmlformats.org/officeDocument/2006/relationships/oleObject" Target="embeddings/oleObject79.bin"/><Relationship Id="rId333" Type="http://schemas.openxmlformats.org/officeDocument/2006/relationships/image" Target="media/image166.wmf"/><Relationship Id="rId540" Type="http://schemas.openxmlformats.org/officeDocument/2006/relationships/oleObject" Target="embeddings/oleObject263.bin"/><Relationship Id="rId72" Type="http://schemas.openxmlformats.org/officeDocument/2006/relationships/image" Target="media/image34.wmf"/><Relationship Id="rId375" Type="http://schemas.openxmlformats.org/officeDocument/2006/relationships/oleObject" Target="embeddings/oleObject181.bin"/><Relationship Id="rId582" Type="http://schemas.openxmlformats.org/officeDocument/2006/relationships/image" Target="media/image292.wmf"/><Relationship Id="rId638" Type="http://schemas.openxmlformats.org/officeDocument/2006/relationships/oleObject" Target="embeddings/oleObject311.bin"/><Relationship Id="rId3" Type="http://schemas.openxmlformats.org/officeDocument/2006/relationships/styles" Target="styles.xml"/><Relationship Id="rId235" Type="http://schemas.openxmlformats.org/officeDocument/2006/relationships/image" Target="media/image116.png"/><Relationship Id="rId277" Type="http://schemas.openxmlformats.org/officeDocument/2006/relationships/image" Target="media/image138.wmf"/><Relationship Id="rId400" Type="http://schemas.openxmlformats.org/officeDocument/2006/relationships/image" Target="media/image200.wmf"/><Relationship Id="rId442" Type="http://schemas.openxmlformats.org/officeDocument/2006/relationships/oleObject" Target="embeddings/oleObject214.bin"/><Relationship Id="rId484" Type="http://schemas.openxmlformats.org/officeDocument/2006/relationships/image" Target="media/image242.wmf"/><Relationship Id="rId705" Type="http://schemas.openxmlformats.org/officeDocument/2006/relationships/oleObject" Target="embeddings/oleObject346.bin"/><Relationship Id="rId137" Type="http://schemas.openxmlformats.org/officeDocument/2006/relationships/oleObject" Target="embeddings/oleObject64.bin"/><Relationship Id="rId302" Type="http://schemas.openxmlformats.org/officeDocument/2006/relationships/image" Target="media/image151.wmf"/><Relationship Id="rId344" Type="http://schemas.openxmlformats.org/officeDocument/2006/relationships/oleObject" Target="embeddings/oleObject166.bin"/><Relationship Id="rId691" Type="http://schemas.openxmlformats.org/officeDocument/2006/relationships/image" Target="media/image347.wmf"/><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image" Target="media/image193.wmf"/><Relationship Id="rId551" Type="http://schemas.openxmlformats.org/officeDocument/2006/relationships/image" Target="media/image276.wmf"/><Relationship Id="rId593" Type="http://schemas.openxmlformats.org/officeDocument/2006/relationships/oleObject" Target="embeddings/oleObject289.bin"/><Relationship Id="rId607" Type="http://schemas.openxmlformats.org/officeDocument/2006/relationships/oleObject" Target="embeddings/oleObject296.bin"/><Relationship Id="rId649" Type="http://schemas.openxmlformats.org/officeDocument/2006/relationships/oleObject" Target="embeddings/oleObject316.bin"/><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22.wmf"/><Relationship Id="rId288" Type="http://schemas.openxmlformats.org/officeDocument/2006/relationships/oleObject" Target="embeddings/oleObject138.bin"/><Relationship Id="rId411" Type="http://schemas.openxmlformats.org/officeDocument/2006/relationships/oleObject" Target="embeddings/oleObject199.bin"/><Relationship Id="rId453" Type="http://schemas.openxmlformats.org/officeDocument/2006/relationships/image" Target="media/image227.wmf"/><Relationship Id="rId509" Type="http://schemas.openxmlformats.org/officeDocument/2006/relationships/oleObject" Target="embeddings/oleObject248.bin"/><Relationship Id="rId660" Type="http://schemas.openxmlformats.org/officeDocument/2006/relationships/image" Target="media/image332.wmf"/><Relationship Id="rId106" Type="http://schemas.openxmlformats.org/officeDocument/2006/relationships/image" Target="media/image51.wmf"/><Relationship Id="rId313" Type="http://schemas.openxmlformats.org/officeDocument/2006/relationships/oleObject" Target="embeddings/oleObject150.bin"/><Relationship Id="rId495" Type="http://schemas.openxmlformats.org/officeDocument/2006/relationships/oleObject" Target="embeddings/oleObject241.bin"/><Relationship Id="rId716" Type="http://schemas.openxmlformats.org/officeDocument/2006/relationships/image" Target="media/image357.wmf"/><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image" Target="media/image177.wmf"/><Relationship Id="rId397" Type="http://schemas.openxmlformats.org/officeDocument/2006/relationships/oleObject" Target="embeddings/oleObject192.bin"/><Relationship Id="rId520" Type="http://schemas.openxmlformats.org/officeDocument/2006/relationships/image" Target="media/image260.wmf"/><Relationship Id="rId562" Type="http://schemas.openxmlformats.org/officeDocument/2006/relationships/image" Target="media/image282.wmf"/><Relationship Id="rId618" Type="http://schemas.openxmlformats.org/officeDocument/2006/relationships/oleObject" Target="embeddings/oleObject301.bin"/><Relationship Id="rId215" Type="http://schemas.openxmlformats.org/officeDocument/2006/relationships/image" Target="media/image106.wmf"/><Relationship Id="rId257" Type="http://schemas.openxmlformats.org/officeDocument/2006/relationships/oleObject" Target="embeddings/oleObject123.bin"/><Relationship Id="rId422" Type="http://schemas.openxmlformats.org/officeDocument/2006/relationships/image" Target="media/image211.wmf"/><Relationship Id="rId464" Type="http://schemas.openxmlformats.org/officeDocument/2006/relationships/oleObject" Target="embeddings/oleObject225.bin"/><Relationship Id="rId299" Type="http://schemas.openxmlformats.org/officeDocument/2006/relationships/image" Target="media/image149.png"/><Relationship Id="rId727" Type="http://schemas.openxmlformats.org/officeDocument/2006/relationships/oleObject" Target="embeddings/oleObject358.bin"/><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image" Target="media/image183.wmf"/><Relationship Id="rId573" Type="http://schemas.openxmlformats.org/officeDocument/2006/relationships/oleObject" Target="embeddings/oleObject279.bin"/><Relationship Id="rId226" Type="http://schemas.openxmlformats.org/officeDocument/2006/relationships/oleObject" Target="embeddings/oleObject108.bin"/><Relationship Id="rId433" Type="http://schemas.openxmlformats.org/officeDocument/2006/relationships/oleObject" Target="embeddings/oleObject210.bin"/><Relationship Id="rId640" Type="http://schemas.openxmlformats.org/officeDocument/2006/relationships/oleObject" Target="embeddings/oleObject312.bin"/><Relationship Id="rId738" Type="http://schemas.openxmlformats.org/officeDocument/2006/relationships/oleObject" Target="embeddings/oleObject364.bin"/><Relationship Id="rId74" Type="http://schemas.openxmlformats.org/officeDocument/2006/relationships/image" Target="media/image35.wmf"/><Relationship Id="rId377" Type="http://schemas.openxmlformats.org/officeDocument/2006/relationships/oleObject" Target="embeddings/oleObject182.bin"/><Relationship Id="rId500" Type="http://schemas.openxmlformats.org/officeDocument/2006/relationships/image" Target="media/image250.wmf"/><Relationship Id="rId584" Type="http://schemas.openxmlformats.org/officeDocument/2006/relationships/image" Target="media/image293.wmf"/><Relationship Id="rId5" Type="http://schemas.openxmlformats.org/officeDocument/2006/relationships/webSettings" Target="webSettings.xml"/><Relationship Id="rId237" Type="http://schemas.openxmlformats.org/officeDocument/2006/relationships/oleObject" Target="embeddings/oleObject113.bin"/><Relationship Id="rId444" Type="http://schemas.openxmlformats.org/officeDocument/2006/relationships/oleObject" Target="embeddings/oleObject215.bin"/><Relationship Id="rId651" Type="http://schemas.openxmlformats.org/officeDocument/2006/relationships/oleObject" Target="embeddings/oleObject317.bin"/><Relationship Id="rId290" Type="http://schemas.openxmlformats.org/officeDocument/2006/relationships/oleObject" Target="embeddings/oleObject139.bin"/><Relationship Id="rId304" Type="http://schemas.openxmlformats.org/officeDocument/2006/relationships/image" Target="media/image152.wmf"/><Relationship Id="rId388" Type="http://schemas.openxmlformats.org/officeDocument/2006/relationships/image" Target="media/image194.wmf"/><Relationship Id="rId511" Type="http://schemas.openxmlformats.org/officeDocument/2006/relationships/oleObject" Target="embeddings/oleObject249.bin"/><Relationship Id="rId609" Type="http://schemas.openxmlformats.org/officeDocument/2006/relationships/image" Target="media/image306.wmf"/><Relationship Id="rId85" Type="http://schemas.openxmlformats.org/officeDocument/2006/relationships/oleObject" Target="embeddings/oleObject38.bin"/><Relationship Id="rId150" Type="http://schemas.openxmlformats.org/officeDocument/2006/relationships/image" Target="media/image73.png"/><Relationship Id="rId595" Type="http://schemas.openxmlformats.org/officeDocument/2006/relationships/oleObject" Target="embeddings/oleObject290.bin"/><Relationship Id="rId248" Type="http://schemas.openxmlformats.org/officeDocument/2006/relationships/image" Target="media/image123.wmf"/><Relationship Id="rId455" Type="http://schemas.openxmlformats.org/officeDocument/2006/relationships/image" Target="media/image228.wmf"/><Relationship Id="rId662" Type="http://schemas.openxmlformats.org/officeDocument/2006/relationships/image" Target="media/image333.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7.wmf"/><Relationship Id="rId522" Type="http://schemas.openxmlformats.org/officeDocument/2006/relationships/image" Target="media/image261.wmf"/><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193.bin"/><Relationship Id="rId259" Type="http://schemas.openxmlformats.org/officeDocument/2006/relationships/oleObject" Target="embeddings/oleObject124.bin"/><Relationship Id="rId466" Type="http://schemas.openxmlformats.org/officeDocument/2006/relationships/oleObject" Target="embeddings/oleObject226.bin"/><Relationship Id="rId673" Type="http://schemas.openxmlformats.org/officeDocument/2006/relationships/image" Target="media/image338.wmf"/><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7.bin"/><Relationship Id="rId533" Type="http://schemas.openxmlformats.org/officeDocument/2006/relationships/oleObject" Target="embeddings/oleObject260.bin"/><Relationship Id="rId740" Type="http://schemas.openxmlformats.org/officeDocument/2006/relationships/theme" Target="theme/theme1.xml"/><Relationship Id="rId172" Type="http://schemas.openxmlformats.org/officeDocument/2006/relationships/oleObject" Target="embeddings/oleObject81.bin"/><Relationship Id="rId477" Type="http://schemas.openxmlformats.org/officeDocument/2006/relationships/oleObject" Target="embeddings/oleObject232.bin"/><Relationship Id="rId600" Type="http://schemas.openxmlformats.org/officeDocument/2006/relationships/image" Target="media/image301.wmf"/><Relationship Id="rId684" Type="http://schemas.openxmlformats.org/officeDocument/2006/relationships/oleObject" Target="embeddings/oleObject334.bin"/><Relationship Id="rId337" Type="http://schemas.openxmlformats.org/officeDocument/2006/relationships/image" Target="media/image168.wmf"/><Relationship Id="rId34" Type="http://schemas.openxmlformats.org/officeDocument/2006/relationships/oleObject" Target="embeddings/oleObject13.bin"/><Relationship Id="rId544" Type="http://schemas.openxmlformats.org/officeDocument/2006/relationships/oleObject" Target="embeddings/oleObject265.bin"/><Relationship Id="rId183" Type="http://schemas.openxmlformats.org/officeDocument/2006/relationships/image" Target="media/image90.wmf"/><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307.wmf"/><Relationship Id="rId250" Type="http://schemas.openxmlformats.org/officeDocument/2006/relationships/image" Target="media/image124.wmf"/><Relationship Id="rId488" Type="http://schemas.openxmlformats.org/officeDocument/2006/relationships/image" Target="media/image244.wmf"/><Relationship Id="rId695" Type="http://schemas.openxmlformats.org/officeDocument/2006/relationships/image" Target="media/image348.wmf"/><Relationship Id="rId709" Type="http://schemas.openxmlformats.org/officeDocument/2006/relationships/image" Target="media/image354.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68.bin"/><Relationship Id="rId555" Type="http://schemas.openxmlformats.org/officeDocument/2006/relationships/image" Target="media/image278.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1.bin"/><Relationship Id="rId622" Type="http://schemas.openxmlformats.org/officeDocument/2006/relationships/oleObject" Target="embeddings/oleObject303.bin"/><Relationship Id="rId261" Type="http://schemas.openxmlformats.org/officeDocument/2006/relationships/oleObject" Target="embeddings/oleObject125.bin"/><Relationship Id="rId499" Type="http://schemas.openxmlformats.org/officeDocument/2006/relationships/oleObject" Target="embeddings/oleObject243.bin"/><Relationship Id="rId56" Type="http://schemas.openxmlformats.org/officeDocument/2006/relationships/oleObject" Target="embeddings/oleObject24.bin"/><Relationship Id="rId359" Type="http://schemas.openxmlformats.org/officeDocument/2006/relationships/oleObject" Target="embeddings/oleObject173.bin"/><Relationship Id="rId566" Type="http://schemas.openxmlformats.org/officeDocument/2006/relationships/image" Target="media/image284.wmf"/><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13.wmf"/><Relationship Id="rId633" Type="http://schemas.openxmlformats.org/officeDocument/2006/relationships/image" Target="media/image318.wmf"/><Relationship Id="rId67" Type="http://schemas.openxmlformats.org/officeDocument/2006/relationships/image" Target="media/image31.wmf"/><Relationship Id="rId272" Type="http://schemas.openxmlformats.org/officeDocument/2006/relationships/oleObject" Target="embeddings/oleObject130.bin"/><Relationship Id="rId577" Type="http://schemas.openxmlformats.org/officeDocument/2006/relationships/oleObject" Target="embeddings/oleObject281.bin"/><Relationship Id="rId700" Type="http://schemas.openxmlformats.org/officeDocument/2006/relationships/oleObject" Target="embeddings/oleObject343.bin"/><Relationship Id="rId132" Type="http://schemas.openxmlformats.org/officeDocument/2006/relationships/image" Target="media/image64.wmf"/><Relationship Id="rId437" Type="http://schemas.openxmlformats.org/officeDocument/2006/relationships/image" Target="media/image219.wmf"/><Relationship Id="rId644" Type="http://schemas.openxmlformats.org/officeDocument/2006/relationships/oleObject" Target="embeddings/oleObject314.bin"/><Relationship Id="rId283" Type="http://schemas.openxmlformats.org/officeDocument/2006/relationships/image" Target="media/image141.wmf"/><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oleObject" Target="embeddings/oleObject350.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69.bin"/><Relationship Id="rId588" Type="http://schemas.openxmlformats.org/officeDocument/2006/relationships/image" Target="media/image295.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17.bin"/><Relationship Id="rId655" Type="http://schemas.openxmlformats.org/officeDocument/2006/relationships/oleObject" Target="embeddings/oleObject319.bin"/><Relationship Id="rId294" Type="http://schemas.openxmlformats.org/officeDocument/2006/relationships/oleObject" Target="embeddings/oleObject141.bin"/><Relationship Id="rId308" Type="http://schemas.openxmlformats.org/officeDocument/2006/relationships/image" Target="media/image154.wmf"/><Relationship Id="rId515" Type="http://schemas.openxmlformats.org/officeDocument/2006/relationships/oleObject" Target="embeddings/oleObject251.bin"/><Relationship Id="rId722" Type="http://schemas.openxmlformats.org/officeDocument/2006/relationships/image" Target="media/image360.wmf"/><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oleObject" Target="embeddings/oleObject174.bin"/><Relationship Id="rId599" Type="http://schemas.openxmlformats.org/officeDocument/2006/relationships/oleObject" Target="embeddings/oleObject292.bin"/><Relationship Id="rId459" Type="http://schemas.openxmlformats.org/officeDocument/2006/relationships/image" Target="media/image230.wmf"/><Relationship Id="rId666" Type="http://schemas.openxmlformats.org/officeDocument/2006/relationships/image" Target="media/image335.wmf"/><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image" Target="media/image159.wmf"/><Relationship Id="rId526" Type="http://schemas.openxmlformats.org/officeDocument/2006/relationships/image" Target="media/image263.wmf"/><Relationship Id="rId733" Type="http://schemas.openxmlformats.org/officeDocument/2006/relationships/image" Target="media/image365.wmf"/><Relationship Id="rId165" Type="http://schemas.openxmlformats.org/officeDocument/2006/relationships/image" Target="media/image81.wmf"/><Relationship Id="rId372" Type="http://schemas.openxmlformats.org/officeDocument/2006/relationships/image" Target="media/image186.wmf"/><Relationship Id="rId677" Type="http://schemas.openxmlformats.org/officeDocument/2006/relationships/image" Target="media/image340.wmf"/><Relationship Id="rId232" Type="http://schemas.openxmlformats.org/officeDocument/2006/relationships/oleObject" Target="embeddings/oleObject111.bin"/><Relationship Id="rId27" Type="http://schemas.openxmlformats.org/officeDocument/2006/relationships/oleObject" Target="embeddings/oleObject10.bin"/><Relationship Id="rId537" Type="http://schemas.openxmlformats.org/officeDocument/2006/relationships/image" Target="media/image269.wmf"/><Relationship Id="rId80" Type="http://schemas.openxmlformats.org/officeDocument/2006/relationships/image" Target="media/image38.wmf"/><Relationship Id="rId176" Type="http://schemas.openxmlformats.org/officeDocument/2006/relationships/oleObject" Target="embeddings/oleObject83.bin"/><Relationship Id="rId383" Type="http://schemas.openxmlformats.org/officeDocument/2006/relationships/oleObject" Target="embeddings/oleObject185.bin"/><Relationship Id="rId590" Type="http://schemas.openxmlformats.org/officeDocument/2006/relationships/image" Target="media/image296.wmf"/><Relationship Id="rId604" Type="http://schemas.openxmlformats.org/officeDocument/2006/relationships/image" Target="media/image303.wmf"/><Relationship Id="rId243" Type="http://schemas.openxmlformats.org/officeDocument/2006/relationships/oleObject" Target="embeddings/oleObject116.bin"/><Relationship Id="rId450" Type="http://schemas.openxmlformats.org/officeDocument/2006/relationships/oleObject" Target="embeddings/oleObject218.bin"/><Relationship Id="rId688" Type="http://schemas.openxmlformats.org/officeDocument/2006/relationships/oleObject" Target="embeddings/oleObject336.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5.wmf"/><Relationship Id="rId548" Type="http://schemas.openxmlformats.org/officeDocument/2006/relationships/oleObject" Target="embeddings/oleObject267.bin"/><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image" Target="media/image309.wmf"/><Relationship Id="rId254" Type="http://schemas.openxmlformats.org/officeDocument/2006/relationships/image" Target="media/image126.wmf"/><Relationship Id="rId699" Type="http://schemas.openxmlformats.org/officeDocument/2006/relationships/image" Target="media/image350.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image" Target="media/image231.wmf"/><Relationship Id="rId559" Type="http://schemas.openxmlformats.org/officeDocument/2006/relationships/image" Target="media/image280.png"/><Relationship Id="rId198" Type="http://schemas.openxmlformats.org/officeDocument/2006/relationships/oleObject" Target="embeddings/oleObject94.bin"/><Relationship Id="rId321" Type="http://schemas.openxmlformats.org/officeDocument/2006/relationships/image" Target="media/image160.wmf"/><Relationship Id="rId419" Type="http://schemas.openxmlformats.org/officeDocument/2006/relationships/oleObject" Target="embeddings/oleObject203.bin"/><Relationship Id="rId626" Type="http://schemas.openxmlformats.org/officeDocument/2006/relationships/oleObject" Target="embeddings/oleObject305.bin"/><Relationship Id="rId265" Type="http://schemas.openxmlformats.org/officeDocument/2006/relationships/oleObject" Target="embeddings/oleObject127.bin"/><Relationship Id="rId472" Type="http://schemas.openxmlformats.org/officeDocument/2006/relationships/image" Target="media/image236.wmf"/><Relationship Id="rId125" Type="http://schemas.openxmlformats.org/officeDocument/2006/relationships/oleObject" Target="embeddings/oleObject58.bin"/><Relationship Id="rId332" Type="http://schemas.openxmlformats.org/officeDocument/2006/relationships/oleObject" Target="embeddings/oleObject160.bin"/><Relationship Id="rId637" Type="http://schemas.openxmlformats.org/officeDocument/2006/relationships/image" Target="media/image320.wmf"/><Relationship Id="rId276" Type="http://schemas.openxmlformats.org/officeDocument/2006/relationships/oleObject" Target="embeddings/oleObject132.bin"/><Relationship Id="rId483" Type="http://schemas.openxmlformats.org/officeDocument/2006/relationships/oleObject" Target="embeddings/oleObject235.bin"/><Relationship Id="rId690" Type="http://schemas.openxmlformats.org/officeDocument/2006/relationships/oleObject" Target="embeddings/oleObject337.bin"/><Relationship Id="rId704" Type="http://schemas.openxmlformats.org/officeDocument/2006/relationships/image" Target="media/image352.wmf"/><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image" Target="media/image171.wmf"/><Relationship Id="rId550" Type="http://schemas.openxmlformats.org/officeDocument/2006/relationships/oleObject" Target="embeddings/oleObject268.bin"/><Relationship Id="rId203" Type="http://schemas.openxmlformats.org/officeDocument/2006/relationships/image" Target="media/image100.wmf"/><Relationship Id="rId648" Type="http://schemas.openxmlformats.org/officeDocument/2006/relationships/image" Target="media/image326.wmf"/><Relationship Id="rId287" Type="http://schemas.openxmlformats.org/officeDocument/2006/relationships/image" Target="media/image143.wmf"/><Relationship Id="rId410" Type="http://schemas.openxmlformats.org/officeDocument/2006/relationships/image" Target="media/image205.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oleObject" Target="embeddings/oleObject352.bin"/><Relationship Id="rId147" Type="http://schemas.openxmlformats.org/officeDocument/2006/relationships/oleObject" Target="embeddings/oleObject69.bin"/><Relationship Id="rId354" Type="http://schemas.openxmlformats.org/officeDocument/2006/relationships/oleObject" Target="embeddings/oleObject171.bin"/><Relationship Id="rId51" Type="http://schemas.openxmlformats.org/officeDocument/2006/relationships/image" Target="media/image23.wmf"/><Relationship Id="rId561" Type="http://schemas.openxmlformats.org/officeDocument/2006/relationships/oleObject" Target="embeddings/oleObject273.bin"/><Relationship Id="rId659" Type="http://schemas.openxmlformats.org/officeDocument/2006/relationships/oleObject" Target="embeddings/oleObject3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35439-1C0F-46C4-8AA7-C2B147704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10</Pages>
  <Words>3061</Words>
  <Characters>17454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phuong</dc:creator>
  <cp:keywords/>
  <dc:description/>
  <cp:lastModifiedBy>Admin</cp:lastModifiedBy>
  <cp:revision>24</cp:revision>
  <cp:lastPrinted>2025-04-15T11:24:00Z</cp:lastPrinted>
  <dcterms:created xsi:type="dcterms:W3CDTF">2022-08-12T10:34:00Z</dcterms:created>
  <dcterms:modified xsi:type="dcterms:W3CDTF">2025-05-11T13:48:00Z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