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764F" w:rsidRPr="00B0764F" w:rsidRDefault="00B0764F" w:rsidP="00B0764F">
      <w:pPr>
        <w:pStyle w:val="Heading2"/>
        <w:tabs>
          <w:tab w:val="left" w:pos="283"/>
          <w:tab w:val="left" w:pos="2835"/>
          <w:tab w:val="left" w:pos="5386"/>
          <w:tab w:val="left" w:pos="7937"/>
        </w:tabs>
        <w:spacing w:before="0"/>
        <w:ind w:firstLine="283"/>
        <w:jc w:val="center"/>
        <w:rPr>
          <w:rFonts w:ascii="UTM Avo" w:hAnsi="UTM Avo"/>
          <w:i w:val="0"/>
          <w:color w:val="FF0000"/>
          <w:sz w:val="36"/>
          <w:lang w:val="en-US"/>
        </w:rPr>
      </w:pPr>
      <w:bookmarkStart w:id="0" w:name="_Hlk197889506"/>
      <w:r w:rsidRPr="00B0764F">
        <w:rPr>
          <w:rFonts w:ascii="UTM Avo" w:hAnsi="UTM Avo"/>
          <w:i w:val="0"/>
          <w:color w:val="FF0000"/>
          <w:sz w:val="36"/>
        </w:rPr>
        <w:t>ĐỀ 0</w:t>
      </w:r>
      <w:r w:rsidRPr="00B0764F">
        <w:rPr>
          <w:rFonts w:ascii="UTM Avo" w:hAnsi="UTM Avo"/>
          <w:i w:val="0"/>
          <w:color w:val="FF0000"/>
          <w:sz w:val="36"/>
          <w:lang w:val="en-US"/>
        </w:rPr>
        <w:t xml:space="preserve">6 </w:t>
      </w:r>
      <w:r w:rsidRPr="00B0764F">
        <w:rPr>
          <w:i w:val="0"/>
          <w:color w:val="FF0000"/>
          <w:sz w:val="36"/>
          <w:lang w:val="en-US"/>
        </w:rPr>
        <w:t>–</w:t>
      </w:r>
      <w:r w:rsidRPr="00B0764F">
        <w:rPr>
          <w:rFonts w:ascii="UTM Avo" w:hAnsi="UTM Avo"/>
          <w:i w:val="0"/>
          <w:color w:val="FF0000"/>
          <w:sz w:val="36"/>
          <w:lang w:val="en-US"/>
        </w:rPr>
        <w:t xml:space="preserve"> GIẢI</w:t>
      </w:r>
    </w:p>
    <w:p w:rsidR="00FA061C" w:rsidRPr="00F63B1A" w:rsidRDefault="00FA061C" w:rsidP="00F63B1A">
      <w:pPr>
        <w:spacing w:before="0" w:after="0"/>
        <w:rPr>
          <w:rFonts w:cs="Times New Roman"/>
          <w:color w:val="FF0000"/>
          <w:szCs w:val="24"/>
        </w:rPr>
      </w:pPr>
      <w:r w:rsidRPr="00F63B1A">
        <w:rPr>
          <w:rFonts w:cs="Times New Roman"/>
          <w:b/>
          <w:color w:val="FF0000"/>
          <w:szCs w:val="24"/>
        </w:rPr>
        <w:t>PHẦN I. Câu trắc  nghiệm nhiều phương án lựa chọn.</w:t>
      </w:r>
      <w:r w:rsidRPr="00F63B1A">
        <w:rPr>
          <w:rFonts w:cs="Times New Roman"/>
          <w:color w:val="FF0000"/>
          <w:szCs w:val="24"/>
        </w:rPr>
        <w:t xml:space="preserve"> Thí sinh trả lời từ câu 1 đến câu 12. Mỗi câu thí sinh chỉ chọn một phương án</w:t>
      </w:r>
    </w:p>
    <w:p w:rsidR="00FA061C" w:rsidRPr="005E5CA9" w:rsidRDefault="00FA061C" w:rsidP="00F63B1A">
      <w:pPr>
        <w:tabs>
          <w:tab w:val="left" w:pos="992"/>
        </w:tabs>
        <w:spacing w:before="0" w:after="0"/>
        <w:ind w:left="992" w:hanging="992"/>
        <w:rPr>
          <w:rFonts w:cs="Times New Roman"/>
          <w:szCs w:val="24"/>
        </w:rPr>
      </w:pPr>
      <w:r w:rsidRPr="005E5CA9">
        <w:rPr>
          <w:rFonts w:cs="Times New Roman"/>
          <w:b/>
          <w:color w:val="0000FF"/>
          <w:szCs w:val="24"/>
        </w:rPr>
        <w:t>Câu 1.</w:t>
      </w:r>
      <w:r w:rsidRPr="005E5CA9">
        <w:rPr>
          <w:rFonts w:cs="Times New Roman"/>
          <w:b/>
          <w:color w:val="0000FF"/>
          <w:szCs w:val="24"/>
        </w:rPr>
        <w:tab/>
      </w:r>
      <w:r w:rsidRPr="005E5CA9">
        <w:rPr>
          <w:rFonts w:cs="Times New Roman"/>
          <w:szCs w:val="24"/>
        </w:rPr>
        <w:t xml:space="preserve">Cho hàm số </w:t>
      </w:r>
      <w:r w:rsidRPr="005E5CA9">
        <w:rPr>
          <w:rFonts w:eastAsia="Aptos" w:cs="Times New Roman"/>
          <w:position w:val="-14"/>
          <w:szCs w:val="24"/>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3pt" o:ole="">
            <v:imagedata r:id="rId8" o:title=""/>
          </v:shape>
          <o:OLEObject Type="Embed" ProgID="Equation.DSMT4" ShapeID="_x0000_i1025" DrawAspect="Content" ObjectID="_1808506043" r:id="rId9"/>
        </w:object>
      </w:r>
      <w:r w:rsidRPr="005E5CA9">
        <w:rPr>
          <w:rFonts w:cs="Times New Roman"/>
          <w:szCs w:val="24"/>
        </w:rPr>
        <w:t xml:space="preserve"> có đồ thị như hình dưới đây.</w:t>
      </w:r>
    </w:p>
    <w:p w:rsidR="00FA061C" w:rsidRPr="005E5CA9" w:rsidRDefault="00FA061C" w:rsidP="00F63B1A">
      <w:pPr>
        <w:spacing w:before="0" w:after="0"/>
        <w:ind w:left="992"/>
        <w:jc w:val="center"/>
        <w:rPr>
          <w:rFonts w:cs="Times New Roman"/>
          <w:szCs w:val="24"/>
        </w:rPr>
      </w:pPr>
      <w:r w:rsidRPr="005E5CA9">
        <w:rPr>
          <w:rFonts w:cs="Times New Roman"/>
          <w:noProof/>
          <w:szCs w:val="24"/>
        </w:rPr>
        <w:drawing>
          <wp:inline distT="0" distB="0" distL="0" distR="0" wp14:anchorId="1FD7E99C" wp14:editId="3929CE0E">
            <wp:extent cx="1950669" cy="1805305"/>
            <wp:effectExtent l="0" t="0" r="0" b="4445"/>
            <wp:docPr id="1255436669" name="image151.png" descr="A graph of a func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51.png" descr="A graph of a function&#10;&#10;Description automatically generated"/>
                    <pic:cNvPicPr preferRelativeResize="0"/>
                  </pic:nvPicPr>
                  <pic:blipFill rotWithShape="1">
                    <a:blip r:embed="rId10"/>
                    <a:srcRect t="3638" b="10176"/>
                    <a:stretch/>
                  </pic:blipFill>
                  <pic:spPr bwMode="auto">
                    <a:xfrm>
                      <a:off x="0" y="0"/>
                      <a:ext cx="1951200" cy="1805796"/>
                    </a:xfrm>
                    <a:prstGeom prst="rect">
                      <a:avLst/>
                    </a:prstGeom>
                    <a:ln>
                      <a:noFill/>
                    </a:ln>
                    <a:extLst>
                      <a:ext uri="{53640926-AAD7-44D8-BBD7-CCE9431645EC}">
                        <a14:shadowObscured xmlns:a14="http://schemas.microsoft.com/office/drawing/2010/main"/>
                      </a:ext>
                    </a:extLst>
                  </pic:spPr>
                </pic:pic>
              </a:graphicData>
            </a:graphic>
          </wp:inline>
        </w:drawing>
      </w:r>
    </w:p>
    <w:p w:rsidR="00FA061C" w:rsidRPr="005E5CA9" w:rsidRDefault="00FA061C" w:rsidP="00F63B1A">
      <w:pPr>
        <w:spacing w:before="0" w:after="0"/>
        <w:ind w:left="992"/>
        <w:rPr>
          <w:rFonts w:cs="Times New Roman"/>
          <w:b/>
          <w:color w:val="0000FF"/>
          <w:szCs w:val="24"/>
        </w:rPr>
      </w:pPr>
      <w:r w:rsidRPr="005E5CA9">
        <w:rPr>
          <w:rFonts w:cs="Times New Roman"/>
          <w:szCs w:val="24"/>
        </w:rPr>
        <w:t xml:space="preserve">Biểu thức </w:t>
      </w:r>
      <w:r w:rsidRPr="005E5CA9">
        <w:rPr>
          <w:rFonts w:cs="Times New Roman"/>
          <w:position w:val="-14"/>
          <w:szCs w:val="24"/>
        </w:rPr>
        <w:object w:dxaOrig="580" w:dyaOrig="400">
          <v:shape id="_x0000_i1026" type="#_x0000_t75" style="width:29.1pt;height:20.3pt" o:ole="">
            <v:imagedata r:id="rId11" o:title=""/>
          </v:shape>
          <o:OLEObject Type="Embed" ProgID="Equation.DSMT4" ShapeID="_x0000_i1026" DrawAspect="Content" ObjectID="_1808506044" r:id="rId12"/>
        </w:object>
      </w:r>
      <w:r w:rsidRPr="005E5CA9">
        <w:rPr>
          <w:rFonts w:cs="Times New Roman"/>
          <w:szCs w:val="24"/>
        </w:rPr>
        <w:t xml:space="preserve"> là biểu thức nào sau đây?</w:t>
      </w:r>
    </w:p>
    <w:p w:rsidR="00FA061C" w:rsidRPr="005E5CA9" w:rsidRDefault="00FA061C" w:rsidP="00F63B1A">
      <w:pPr>
        <w:tabs>
          <w:tab w:val="left" w:pos="992"/>
          <w:tab w:val="left" w:pos="3402"/>
          <w:tab w:val="left" w:pos="5669"/>
          <w:tab w:val="left" w:pos="7937"/>
        </w:tabs>
        <w:spacing w:before="0" w:after="0"/>
        <w:ind w:left="992"/>
        <w:rPr>
          <w:rFonts w:cs="Times New Roman"/>
          <w:szCs w:val="24"/>
          <w:lang w:val="sv-SE"/>
        </w:rPr>
      </w:pPr>
      <w:r w:rsidRPr="005E5CA9">
        <w:rPr>
          <w:rFonts w:cs="Times New Roman"/>
          <w:b/>
          <w:color w:val="0000FF"/>
          <w:szCs w:val="24"/>
          <w:lang w:val="sv-SE"/>
        </w:rPr>
        <w:t xml:space="preserve">A. </w:t>
      </w:r>
      <w:r w:rsidRPr="005E5CA9">
        <w:rPr>
          <w:rFonts w:cs="Times New Roman"/>
          <w:position w:val="-24"/>
          <w:szCs w:val="24"/>
        </w:rPr>
        <w:object w:dxaOrig="580" w:dyaOrig="620">
          <v:shape id="_x0000_i1027" type="#_x0000_t75" style="width:29.1pt;height:30.9pt" o:ole="">
            <v:imagedata r:id="rId13" o:title=""/>
          </v:shape>
          <o:OLEObject Type="Embed" ProgID="Equation.DSMT4" ShapeID="_x0000_i1027" DrawAspect="Content" ObjectID="_1808506045" r:id="rId14"/>
        </w:object>
      </w:r>
      <w:r w:rsidRPr="005E5CA9">
        <w:rPr>
          <w:rFonts w:cs="Times New Roman"/>
          <w:szCs w:val="24"/>
          <w:lang w:val="sv-SE"/>
        </w:rPr>
        <w:t>.</w:t>
      </w:r>
      <w:r w:rsidRPr="005E5CA9">
        <w:rPr>
          <w:rFonts w:cs="Times New Roman"/>
          <w:b/>
          <w:color w:val="0000FF"/>
          <w:szCs w:val="24"/>
          <w:lang w:val="sv-SE"/>
        </w:rPr>
        <w:tab/>
        <w:t xml:space="preserve">B. </w:t>
      </w:r>
      <w:r w:rsidRPr="005E5CA9">
        <w:rPr>
          <w:rFonts w:cs="Times New Roman"/>
          <w:position w:val="-6"/>
          <w:szCs w:val="24"/>
        </w:rPr>
        <w:object w:dxaOrig="1160" w:dyaOrig="320">
          <v:shape id="_x0000_i1028" type="#_x0000_t75" style="width:57.7pt;height:15.7pt" o:ole="">
            <v:imagedata r:id="rId15" o:title=""/>
          </v:shape>
          <o:OLEObject Type="Embed" ProgID="Equation.DSMT4" ShapeID="_x0000_i1028" DrawAspect="Content" ObjectID="_1808506046" r:id="rId16"/>
        </w:object>
      </w:r>
      <w:r w:rsidRPr="005E5CA9">
        <w:rPr>
          <w:rFonts w:cs="Times New Roman"/>
          <w:szCs w:val="24"/>
          <w:lang w:val="sv-SE"/>
        </w:rPr>
        <w:t>.</w:t>
      </w:r>
      <w:r w:rsidRPr="005E5CA9">
        <w:rPr>
          <w:rFonts w:cs="Times New Roman"/>
          <w:b/>
          <w:color w:val="0000FF"/>
          <w:szCs w:val="24"/>
          <w:lang w:val="sv-SE"/>
        </w:rPr>
        <w:tab/>
        <w:t xml:space="preserve">C. </w:t>
      </w:r>
      <w:r w:rsidRPr="005E5CA9">
        <w:rPr>
          <w:rFonts w:cs="Times New Roman"/>
          <w:position w:val="-6"/>
          <w:szCs w:val="24"/>
        </w:rPr>
        <w:object w:dxaOrig="580" w:dyaOrig="320">
          <v:shape id="_x0000_i1029" type="#_x0000_t75" style="width:29.1pt;height:15.7pt" o:ole="">
            <v:imagedata r:id="rId17" o:title=""/>
          </v:shape>
          <o:OLEObject Type="Embed" ProgID="Equation.DSMT4" ShapeID="_x0000_i1029" DrawAspect="Content" ObjectID="_1808506047" r:id="rId18"/>
        </w:object>
      </w:r>
      <w:r w:rsidRPr="005E5CA9">
        <w:rPr>
          <w:rFonts w:cs="Times New Roman"/>
          <w:szCs w:val="24"/>
          <w:lang w:val="sv-SE"/>
        </w:rPr>
        <w:t>.</w:t>
      </w:r>
      <w:r w:rsidRPr="005E5CA9">
        <w:rPr>
          <w:rFonts w:cs="Times New Roman"/>
          <w:b/>
          <w:color w:val="0000FF"/>
          <w:szCs w:val="24"/>
          <w:lang w:val="sv-SE"/>
        </w:rPr>
        <w:tab/>
      </w:r>
      <w:r w:rsidRPr="005E5CA9">
        <w:rPr>
          <w:rFonts w:cs="Times New Roman"/>
          <w:b/>
          <w:color w:val="0000FF"/>
          <w:szCs w:val="24"/>
          <w:u w:val="single"/>
          <w:lang w:val="sv-SE"/>
        </w:rPr>
        <w:t>D</w:t>
      </w:r>
      <w:r w:rsidRPr="005E5CA9">
        <w:rPr>
          <w:rFonts w:cs="Times New Roman"/>
          <w:b/>
          <w:color w:val="0000FF"/>
          <w:szCs w:val="24"/>
          <w:lang w:val="sv-SE"/>
        </w:rPr>
        <w:t xml:space="preserve">. </w:t>
      </w:r>
      <w:r w:rsidRPr="005E5CA9">
        <w:rPr>
          <w:rFonts w:cs="Times New Roman"/>
          <w:position w:val="-24"/>
          <w:szCs w:val="24"/>
        </w:rPr>
        <w:object w:dxaOrig="520" w:dyaOrig="620">
          <v:shape id="_x0000_i1030" type="#_x0000_t75" style="width:26.3pt;height:30.9pt" o:ole="">
            <v:imagedata r:id="rId19" o:title=""/>
          </v:shape>
          <o:OLEObject Type="Embed" ProgID="Equation.DSMT4" ShapeID="_x0000_i1030" DrawAspect="Content" ObjectID="_1808506048" r:id="rId20"/>
        </w:object>
      </w:r>
      <w:r w:rsidRPr="005E5CA9">
        <w:rPr>
          <w:rFonts w:cs="Times New Roman"/>
          <w:szCs w:val="24"/>
          <w:lang w:val="sv-SE"/>
        </w:rPr>
        <w:t>.</w:t>
      </w:r>
    </w:p>
    <w:p w:rsidR="00FA061C" w:rsidRPr="005E5CA9" w:rsidRDefault="00FA061C" w:rsidP="00F63B1A">
      <w:pPr>
        <w:spacing w:before="0" w:after="0"/>
        <w:ind w:left="992"/>
        <w:jc w:val="center"/>
        <w:rPr>
          <w:rFonts w:cs="Times New Roman"/>
          <w:szCs w:val="24"/>
          <w:lang w:val="sv-SE"/>
        </w:rPr>
      </w:pPr>
      <w:r w:rsidRPr="005E5CA9">
        <w:rPr>
          <w:rFonts w:cs="Times New Roman"/>
          <w:b/>
          <w:color w:val="0000FF"/>
          <w:szCs w:val="24"/>
          <w:lang w:val="sv-SE"/>
        </w:rPr>
        <w:t>Lời giải</w:t>
      </w:r>
    </w:p>
    <w:p w:rsidR="00FA061C" w:rsidRPr="005E5CA9" w:rsidRDefault="00FA061C" w:rsidP="00F63B1A">
      <w:pPr>
        <w:spacing w:before="0" w:after="0"/>
        <w:ind w:left="992"/>
        <w:rPr>
          <w:rFonts w:cs="Times New Roman"/>
          <w:szCs w:val="24"/>
          <w:highlight w:val="green"/>
          <w:lang w:val="sv-SE"/>
        </w:rPr>
      </w:pPr>
      <w:r w:rsidRPr="005E5CA9">
        <w:rPr>
          <w:rFonts w:cs="Times New Roman"/>
          <w:b/>
          <w:color w:val="0000FF"/>
          <w:szCs w:val="24"/>
          <w:highlight w:val="green"/>
          <w:lang w:val="sv-SE"/>
        </w:rPr>
        <w:t>Chọn D</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Đồ thị hàm số </w:t>
      </w:r>
      <w:r w:rsidRPr="005E5CA9">
        <w:rPr>
          <w:rFonts w:cs="Times New Roman"/>
          <w:position w:val="-14"/>
          <w:szCs w:val="24"/>
        </w:rPr>
        <w:object w:dxaOrig="960" w:dyaOrig="400">
          <v:shape id="_x0000_i1031" type="#_x0000_t75" style="width:48pt;height:20.3pt" o:ole="">
            <v:imagedata r:id="rId8" o:title=""/>
          </v:shape>
          <o:OLEObject Type="Embed" ProgID="Equation.DSMT4" ShapeID="_x0000_i1031" DrawAspect="Content" ObjectID="_1808506049" r:id="rId21"/>
        </w:object>
      </w:r>
      <w:r w:rsidRPr="005E5CA9">
        <w:rPr>
          <w:rFonts w:cs="Times New Roman"/>
          <w:szCs w:val="24"/>
          <w:lang w:val="sv-SE"/>
        </w:rPr>
        <w:t xml:space="preserve">có tiệm cận đứng là </w:t>
      </w:r>
      <w:r w:rsidRPr="005E5CA9">
        <w:rPr>
          <w:rFonts w:cs="Times New Roman"/>
          <w:position w:val="-6"/>
          <w:szCs w:val="24"/>
        </w:rPr>
        <w:object w:dxaOrig="680" w:dyaOrig="279">
          <v:shape id="_x0000_i1032" type="#_x0000_t75" style="width:33.7pt;height:14.3pt" o:ole="">
            <v:imagedata r:id="rId22" o:title=""/>
          </v:shape>
          <o:OLEObject Type="Embed" ProgID="Equation.DSMT4" ShapeID="_x0000_i1032" DrawAspect="Content" ObjectID="_1808506050" r:id="rId23"/>
        </w:object>
      </w:r>
      <w:r w:rsidRPr="005E5CA9">
        <w:rPr>
          <w:rFonts w:cs="Times New Roman"/>
          <w:szCs w:val="24"/>
          <w:lang w:val="sv-SE"/>
        </w:rPr>
        <w:t xml:space="preserve"> nên biểu thức </w:t>
      </w:r>
      <w:r w:rsidRPr="005E5CA9">
        <w:rPr>
          <w:rFonts w:cs="Times New Roman"/>
          <w:position w:val="-14"/>
          <w:szCs w:val="24"/>
        </w:rPr>
        <w:object w:dxaOrig="580" w:dyaOrig="400">
          <v:shape id="_x0000_i1033" type="#_x0000_t75" style="width:29.1pt;height:20.3pt" o:ole="">
            <v:imagedata r:id="rId11" o:title=""/>
          </v:shape>
          <o:OLEObject Type="Embed" ProgID="Equation.DSMT4" ShapeID="_x0000_i1033" DrawAspect="Content" ObjectID="_1808506051" r:id="rId24"/>
        </w:object>
      </w:r>
      <w:r w:rsidRPr="005E5CA9">
        <w:rPr>
          <w:rFonts w:cs="Times New Roman"/>
          <w:szCs w:val="24"/>
          <w:lang w:val="sv-SE"/>
        </w:rPr>
        <w:t xml:space="preserve"> là </w:t>
      </w:r>
      <w:r w:rsidRPr="005E5CA9">
        <w:rPr>
          <w:rFonts w:cs="Times New Roman"/>
          <w:position w:val="-24"/>
          <w:szCs w:val="24"/>
        </w:rPr>
        <w:object w:dxaOrig="520" w:dyaOrig="620">
          <v:shape id="_x0000_i1034" type="#_x0000_t75" style="width:26.3pt;height:30.9pt" o:ole="">
            <v:imagedata r:id="rId19" o:title=""/>
          </v:shape>
          <o:OLEObject Type="Embed" ProgID="Equation.DSMT4" ShapeID="_x0000_i1034" DrawAspect="Content" ObjectID="_1808506052" r:id="rId25"/>
        </w:object>
      </w:r>
      <w:r w:rsidRPr="005E5CA9">
        <w:rPr>
          <w:rFonts w:cs="Times New Roman"/>
          <w:szCs w:val="24"/>
          <w:lang w:val="sv-SE"/>
        </w:rPr>
        <w:t>.</w:t>
      </w:r>
    </w:p>
    <w:p w:rsidR="00FA061C" w:rsidRPr="005E5CA9" w:rsidRDefault="00F63B1A" w:rsidP="00F63B1A">
      <w:pPr>
        <w:tabs>
          <w:tab w:val="left" w:pos="992"/>
        </w:tabs>
        <w:spacing w:before="0" w:after="0"/>
        <w:ind w:left="992" w:hanging="992"/>
        <w:rPr>
          <w:rFonts w:cs="Times New Roman"/>
          <w:szCs w:val="24"/>
          <w:lang w:val="sv-SE"/>
        </w:rPr>
      </w:pPr>
      <w:bookmarkStart w:id="1" w:name="BMN_QUESTION2"/>
      <w:bookmarkEnd w:id="1"/>
      <w:r w:rsidRPr="005E5CA9">
        <w:rPr>
          <w:rFonts w:cs="Times New Roman"/>
          <w:noProof/>
          <w:szCs w:val="24"/>
        </w:rPr>
        <w:drawing>
          <wp:anchor distT="0" distB="0" distL="114300" distR="114300" simplePos="0" relativeHeight="251665408" behindDoc="0" locked="0" layoutInCell="1" allowOverlap="1" wp14:anchorId="13D2B466">
            <wp:simplePos x="0" y="0"/>
            <wp:positionH relativeFrom="column">
              <wp:posOffset>4067641</wp:posOffset>
            </wp:positionH>
            <wp:positionV relativeFrom="paragraph">
              <wp:posOffset>17145</wp:posOffset>
            </wp:positionV>
            <wp:extent cx="2562860" cy="1980000"/>
            <wp:effectExtent l="0" t="0" r="8890" b="1270"/>
            <wp:wrapSquare wrapText="bothSides"/>
            <wp:docPr id="535891164" name="image150.png" descr="A graph of a functio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50.png" descr="A graph of a function&#10;&#10;Description automatically generated"/>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562860" cy="1980000"/>
                    </a:xfrm>
                    <a:prstGeom prst="rect">
                      <a:avLst/>
                    </a:prstGeom>
                    <a:ln/>
                  </pic:spPr>
                </pic:pic>
              </a:graphicData>
            </a:graphic>
            <wp14:sizeRelH relativeFrom="page">
              <wp14:pctWidth>0</wp14:pctWidth>
            </wp14:sizeRelH>
            <wp14:sizeRelV relativeFrom="page">
              <wp14:pctHeight>0</wp14:pctHeight>
            </wp14:sizeRelV>
          </wp:anchor>
        </w:drawing>
      </w:r>
      <w:r w:rsidR="00FA061C" w:rsidRPr="005E5CA9">
        <w:rPr>
          <w:rFonts w:cs="Times New Roman"/>
          <w:b/>
          <w:color w:val="0000FF"/>
          <w:szCs w:val="24"/>
          <w:lang w:val="sv-SE"/>
        </w:rPr>
        <w:t>Câu 2.</w:t>
      </w:r>
      <w:r w:rsidR="00FA061C" w:rsidRPr="005E5CA9">
        <w:rPr>
          <w:rFonts w:cs="Times New Roman"/>
          <w:b/>
          <w:color w:val="0000FF"/>
          <w:szCs w:val="24"/>
          <w:lang w:val="sv-SE"/>
        </w:rPr>
        <w:tab/>
      </w:r>
      <w:r w:rsidR="00FA061C" w:rsidRPr="005E5CA9">
        <w:rPr>
          <w:rFonts w:cs="Times New Roman"/>
          <w:szCs w:val="24"/>
          <w:lang w:val="sv-SE"/>
        </w:rPr>
        <w:t xml:space="preserve">Cho hàm số </w:t>
      </w:r>
      <w:r w:rsidR="00FA061C" w:rsidRPr="005E5CA9">
        <w:rPr>
          <w:rFonts w:eastAsia="Aptos" w:cs="Times New Roman"/>
          <w:position w:val="-14"/>
          <w:szCs w:val="24"/>
        </w:rPr>
        <w:object w:dxaOrig="580" w:dyaOrig="400">
          <v:shape id="_x0000_i1035" type="#_x0000_t75" style="width:29.1pt;height:20.3pt" o:ole="">
            <v:imagedata r:id="rId11" o:title=""/>
          </v:shape>
          <o:OLEObject Type="Embed" ProgID="Equation.DSMT4" ShapeID="_x0000_i1035" DrawAspect="Content" ObjectID="_1808506053" r:id="rId27"/>
        </w:object>
      </w:r>
      <w:r w:rsidR="00FA061C" w:rsidRPr="005E5CA9">
        <w:rPr>
          <w:rFonts w:cs="Times New Roman"/>
          <w:szCs w:val="24"/>
          <w:lang w:val="sv-SE"/>
        </w:rPr>
        <w:t xml:space="preserve"> liên tục trên </w:t>
      </w:r>
      <w:r w:rsidR="00FA061C" w:rsidRPr="005E5CA9">
        <w:rPr>
          <w:rFonts w:eastAsia="Aptos" w:cs="Times New Roman"/>
          <w:position w:val="-14"/>
          <w:szCs w:val="24"/>
        </w:rPr>
        <w:object w:dxaOrig="660" w:dyaOrig="400">
          <v:shape id="_x0000_i1036" type="#_x0000_t75" style="width:33.25pt;height:20.3pt" o:ole="">
            <v:imagedata r:id="rId28" o:title=""/>
          </v:shape>
          <o:OLEObject Type="Embed" ProgID="Equation.DSMT4" ShapeID="_x0000_i1036" DrawAspect="Content" ObjectID="_1808506054" r:id="rId29"/>
        </w:object>
      </w:r>
      <w:r w:rsidR="00FA061C" w:rsidRPr="005E5CA9">
        <w:rPr>
          <w:rFonts w:cs="Times New Roman"/>
          <w:szCs w:val="24"/>
          <w:lang w:val="sv-SE"/>
        </w:rPr>
        <w:t xml:space="preserve"> và có đồ thị trên đoạn </w:t>
      </w:r>
      <w:r w:rsidR="00FA061C" w:rsidRPr="005E5CA9">
        <w:rPr>
          <w:rFonts w:eastAsia="Aptos" w:cs="Times New Roman"/>
          <w:position w:val="-14"/>
          <w:szCs w:val="24"/>
        </w:rPr>
        <w:object w:dxaOrig="660" w:dyaOrig="400">
          <v:shape id="_x0000_i1037" type="#_x0000_t75" style="width:33.25pt;height:20.3pt" o:ole="">
            <v:imagedata r:id="rId28" o:title=""/>
          </v:shape>
          <o:OLEObject Type="Embed" ProgID="Equation.DSMT4" ShapeID="_x0000_i1037" DrawAspect="Content" ObjectID="_1808506055" r:id="rId30"/>
        </w:object>
      </w:r>
      <w:r w:rsidR="00FA061C" w:rsidRPr="005E5CA9">
        <w:rPr>
          <w:rFonts w:cs="Times New Roman"/>
          <w:szCs w:val="24"/>
          <w:lang w:val="sv-SE"/>
        </w:rPr>
        <w:t xml:space="preserve"> như hình vẽ bên dưới. Tổng giá trị lớn nhất và giá trị nhỏ nhất của hàm số </w:t>
      </w:r>
      <w:r w:rsidR="00FA061C" w:rsidRPr="005E5CA9">
        <w:rPr>
          <w:rFonts w:eastAsia="Aptos" w:cs="Times New Roman"/>
          <w:position w:val="-14"/>
          <w:szCs w:val="24"/>
        </w:rPr>
        <w:object w:dxaOrig="580" w:dyaOrig="400">
          <v:shape id="_x0000_i1038" type="#_x0000_t75" style="width:29.1pt;height:20.3pt" o:ole="">
            <v:imagedata r:id="rId11" o:title=""/>
          </v:shape>
          <o:OLEObject Type="Embed" ProgID="Equation.DSMT4" ShapeID="_x0000_i1038" DrawAspect="Content" ObjectID="_1808506056" r:id="rId31"/>
        </w:object>
      </w:r>
      <w:r w:rsidR="00FA061C" w:rsidRPr="005E5CA9">
        <w:rPr>
          <w:rFonts w:cs="Times New Roman"/>
          <w:szCs w:val="24"/>
          <w:lang w:val="sv-SE"/>
        </w:rPr>
        <w:t xml:space="preserve"> trên đoạn </w:t>
      </w:r>
      <w:r w:rsidR="00FA061C" w:rsidRPr="005E5CA9">
        <w:rPr>
          <w:rFonts w:eastAsia="Aptos" w:cs="Times New Roman"/>
          <w:position w:val="-14"/>
          <w:szCs w:val="24"/>
        </w:rPr>
        <w:object w:dxaOrig="660" w:dyaOrig="400">
          <v:shape id="_x0000_i1039" type="#_x0000_t75" style="width:33.25pt;height:20.3pt" o:ole="">
            <v:imagedata r:id="rId28" o:title=""/>
          </v:shape>
          <o:OLEObject Type="Embed" ProgID="Equation.DSMT4" ShapeID="_x0000_i1039" DrawAspect="Content" ObjectID="_1808506057" r:id="rId32"/>
        </w:object>
      </w:r>
      <w:r w:rsidR="00FA061C" w:rsidRPr="005E5CA9">
        <w:rPr>
          <w:rFonts w:cs="Times New Roman"/>
          <w:szCs w:val="24"/>
          <w:lang w:val="sv-SE"/>
        </w:rPr>
        <w:t>bằng</w:t>
      </w:r>
    </w:p>
    <w:p w:rsidR="00FA061C" w:rsidRPr="005E5CA9" w:rsidRDefault="00FA061C" w:rsidP="00F63B1A">
      <w:pPr>
        <w:spacing w:before="0" w:after="0"/>
        <w:ind w:left="992"/>
        <w:rPr>
          <w:rFonts w:cs="Times New Roman"/>
          <w:b/>
          <w:color w:val="0000FF"/>
          <w:szCs w:val="24"/>
        </w:rPr>
      </w:pPr>
    </w:p>
    <w:p w:rsidR="00F63B1A" w:rsidRDefault="00FA061C" w:rsidP="00F63B1A">
      <w:pPr>
        <w:tabs>
          <w:tab w:val="left" w:pos="992"/>
          <w:tab w:val="left" w:pos="3402"/>
          <w:tab w:val="left" w:pos="5669"/>
          <w:tab w:val="left" w:pos="7937"/>
        </w:tabs>
        <w:spacing w:before="0" w:after="0"/>
        <w:ind w:left="992"/>
        <w:rPr>
          <w:rFonts w:cs="Times New Roman"/>
          <w:b/>
          <w:color w:val="0000FF"/>
          <w:szCs w:val="24"/>
          <w:lang w:val="sv-SE"/>
        </w:rPr>
      </w:pPr>
      <w:r w:rsidRPr="005E5CA9">
        <w:rPr>
          <w:rFonts w:cs="Times New Roman"/>
          <w:b/>
          <w:color w:val="0000FF"/>
          <w:szCs w:val="24"/>
          <w:lang w:val="sv-SE"/>
        </w:rPr>
        <w:t xml:space="preserve">A. </w:t>
      </w:r>
      <w:r w:rsidRPr="005E5CA9">
        <w:rPr>
          <w:rFonts w:cs="Times New Roman"/>
          <w:position w:val="-4"/>
          <w:szCs w:val="24"/>
        </w:rPr>
        <w:object w:dxaOrig="200" w:dyaOrig="260">
          <v:shape id="_x0000_i1040" type="#_x0000_t75" style="width:9.7pt;height:12.9pt" o:ole="">
            <v:imagedata r:id="rId33" o:title=""/>
          </v:shape>
          <o:OLEObject Type="Embed" ProgID="Equation.DSMT4" ShapeID="_x0000_i1040" DrawAspect="Content" ObjectID="_1808506058" r:id="rId34"/>
        </w:object>
      </w:r>
      <w:r w:rsidRPr="005E5CA9">
        <w:rPr>
          <w:rFonts w:cs="Times New Roman"/>
          <w:szCs w:val="24"/>
          <w:lang w:val="sv-SE"/>
        </w:rPr>
        <w:t>.</w:t>
      </w:r>
      <w:r w:rsidRPr="005E5CA9">
        <w:rPr>
          <w:rFonts w:cs="Times New Roman"/>
          <w:b/>
          <w:color w:val="0000FF"/>
          <w:szCs w:val="24"/>
          <w:lang w:val="sv-SE"/>
        </w:rPr>
        <w:tab/>
      </w:r>
      <w:r w:rsidRPr="005E5CA9">
        <w:rPr>
          <w:rFonts w:cs="Times New Roman"/>
          <w:b/>
          <w:color w:val="0000FF"/>
          <w:szCs w:val="24"/>
          <w:u w:val="single"/>
          <w:lang w:val="sv-SE"/>
        </w:rPr>
        <w:t>B</w:t>
      </w:r>
      <w:r w:rsidRPr="005E5CA9">
        <w:rPr>
          <w:rFonts w:cs="Times New Roman"/>
          <w:b/>
          <w:color w:val="0000FF"/>
          <w:szCs w:val="24"/>
          <w:lang w:val="sv-SE"/>
        </w:rPr>
        <w:t xml:space="preserve">. </w:t>
      </w:r>
      <w:r w:rsidRPr="005E5CA9">
        <w:rPr>
          <w:rFonts w:cs="Times New Roman"/>
          <w:position w:val="-4"/>
          <w:szCs w:val="24"/>
        </w:rPr>
        <w:object w:dxaOrig="139" w:dyaOrig="260">
          <v:shape id="_x0000_i1041" type="#_x0000_t75" style="width:6.9pt;height:12.9pt" o:ole="">
            <v:imagedata r:id="rId35" o:title=""/>
          </v:shape>
          <o:OLEObject Type="Embed" ProgID="Equation.DSMT4" ShapeID="_x0000_i1041" DrawAspect="Content" ObjectID="_1808506059" r:id="rId36"/>
        </w:object>
      </w:r>
      <w:r w:rsidRPr="005E5CA9">
        <w:rPr>
          <w:rFonts w:cs="Times New Roman"/>
          <w:szCs w:val="24"/>
          <w:lang w:val="sv-SE"/>
        </w:rPr>
        <w:t>.</w:t>
      </w:r>
      <w:r w:rsidRPr="005E5CA9">
        <w:rPr>
          <w:rFonts w:cs="Times New Roman"/>
          <w:b/>
          <w:color w:val="0000FF"/>
          <w:szCs w:val="24"/>
          <w:lang w:val="sv-SE"/>
        </w:rPr>
        <w:tab/>
      </w:r>
    </w:p>
    <w:p w:rsidR="00FA061C" w:rsidRPr="005E5CA9" w:rsidRDefault="00FA061C" w:rsidP="00F63B1A">
      <w:pPr>
        <w:tabs>
          <w:tab w:val="left" w:pos="992"/>
          <w:tab w:val="left" w:pos="3402"/>
          <w:tab w:val="left" w:pos="5669"/>
          <w:tab w:val="left" w:pos="7937"/>
        </w:tabs>
        <w:spacing w:before="0" w:after="0"/>
        <w:ind w:left="992"/>
        <w:rPr>
          <w:rFonts w:cs="Times New Roman"/>
          <w:szCs w:val="24"/>
          <w:lang w:val="sv-SE"/>
        </w:rPr>
      </w:pPr>
      <w:r w:rsidRPr="005E5CA9">
        <w:rPr>
          <w:rFonts w:cs="Times New Roman"/>
          <w:b/>
          <w:color w:val="0000FF"/>
          <w:szCs w:val="24"/>
          <w:lang w:val="sv-SE"/>
        </w:rPr>
        <w:t xml:space="preserve">C. </w:t>
      </w:r>
      <w:r w:rsidRPr="005E5CA9">
        <w:rPr>
          <w:rFonts w:cs="Times New Roman"/>
          <w:position w:val="-4"/>
          <w:szCs w:val="24"/>
        </w:rPr>
        <w:object w:dxaOrig="200" w:dyaOrig="260">
          <v:shape id="_x0000_i1042" type="#_x0000_t75" style="width:9.7pt;height:12.9pt" o:ole="">
            <v:imagedata r:id="rId37" o:title=""/>
          </v:shape>
          <o:OLEObject Type="Embed" ProgID="Equation.DSMT4" ShapeID="_x0000_i1042" DrawAspect="Content" ObjectID="_1808506060" r:id="rId38"/>
        </w:object>
      </w:r>
      <w:r w:rsidRPr="005E5CA9">
        <w:rPr>
          <w:rFonts w:cs="Times New Roman"/>
          <w:szCs w:val="24"/>
          <w:lang w:val="sv-SE"/>
        </w:rPr>
        <w:t>.</w:t>
      </w:r>
      <w:r w:rsidRPr="005E5CA9">
        <w:rPr>
          <w:rFonts w:cs="Times New Roman"/>
          <w:b/>
          <w:color w:val="0000FF"/>
          <w:szCs w:val="24"/>
          <w:lang w:val="sv-SE"/>
        </w:rPr>
        <w:tab/>
        <w:t xml:space="preserve">D. </w:t>
      </w:r>
      <w:r w:rsidRPr="005E5CA9">
        <w:rPr>
          <w:rFonts w:cs="Times New Roman"/>
          <w:position w:val="-4"/>
          <w:szCs w:val="24"/>
        </w:rPr>
        <w:object w:dxaOrig="300" w:dyaOrig="260">
          <v:shape id="_x0000_i1043" type="#_x0000_t75" style="width:15.25pt;height:12.9pt" o:ole="">
            <v:imagedata r:id="rId39" o:title=""/>
          </v:shape>
          <o:OLEObject Type="Embed" ProgID="Equation.DSMT4" ShapeID="_x0000_i1043" DrawAspect="Content" ObjectID="_1808506061" r:id="rId40"/>
        </w:object>
      </w:r>
      <w:r w:rsidRPr="005E5CA9">
        <w:rPr>
          <w:rFonts w:cs="Times New Roman"/>
          <w:szCs w:val="24"/>
          <w:lang w:val="sv-SE"/>
        </w:rPr>
        <w:t>.</w:t>
      </w:r>
    </w:p>
    <w:p w:rsidR="00FA061C" w:rsidRPr="005E5CA9" w:rsidRDefault="00FA061C" w:rsidP="00F63B1A">
      <w:pPr>
        <w:spacing w:before="0" w:after="0"/>
        <w:ind w:left="992"/>
        <w:jc w:val="center"/>
        <w:rPr>
          <w:rFonts w:cs="Times New Roman"/>
          <w:szCs w:val="24"/>
          <w:lang w:val="sv-SE"/>
        </w:rPr>
      </w:pPr>
      <w:r w:rsidRPr="005E5CA9">
        <w:rPr>
          <w:rFonts w:cs="Times New Roman"/>
          <w:b/>
          <w:color w:val="0000FF"/>
          <w:szCs w:val="24"/>
          <w:lang w:val="sv-SE"/>
        </w:rPr>
        <w:t>Lời giải</w:t>
      </w:r>
    </w:p>
    <w:p w:rsidR="00FA061C" w:rsidRPr="005E5CA9" w:rsidRDefault="00FA061C" w:rsidP="00F63B1A">
      <w:pPr>
        <w:spacing w:before="0" w:after="0"/>
        <w:ind w:left="992"/>
        <w:rPr>
          <w:rFonts w:cs="Times New Roman"/>
          <w:szCs w:val="24"/>
          <w:highlight w:val="green"/>
          <w:lang w:val="sv-SE"/>
        </w:rPr>
      </w:pPr>
      <w:r w:rsidRPr="005E5CA9">
        <w:rPr>
          <w:rFonts w:cs="Times New Roman"/>
          <w:b/>
          <w:color w:val="0000FF"/>
          <w:szCs w:val="24"/>
          <w:highlight w:val="green"/>
          <w:lang w:val="sv-SE"/>
        </w:rPr>
        <w:t>Chọn B</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Quan sát đồ thị ta có: </w:t>
      </w:r>
      <w:r w:rsidRPr="005E5CA9">
        <w:rPr>
          <w:rFonts w:cs="Times New Roman"/>
          <w:position w:val="-24"/>
          <w:szCs w:val="24"/>
        </w:rPr>
        <w:object w:dxaOrig="2880" w:dyaOrig="499">
          <v:shape id="_x0000_i1044" type="#_x0000_t75" style="width:143.1pt;height:24.9pt" o:ole="">
            <v:imagedata r:id="rId41" o:title=""/>
          </v:shape>
          <o:OLEObject Type="Embed" ProgID="Equation.DSMT4" ShapeID="_x0000_i1044" DrawAspect="Content" ObjectID="_1808506062" r:id="rId42"/>
        </w:object>
      </w:r>
      <w:r w:rsidRPr="005E5CA9">
        <w:rPr>
          <w:rFonts w:cs="Times New Roman"/>
          <w:szCs w:val="24"/>
          <w:lang w:val="sv-SE"/>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Vậy tổng giá trị lớn nhất và giá trị nhỏ nhất của hàm số </w:t>
      </w:r>
      <w:r w:rsidRPr="005E5CA9">
        <w:rPr>
          <w:rFonts w:cs="Times New Roman"/>
          <w:position w:val="-14"/>
          <w:szCs w:val="24"/>
        </w:rPr>
        <w:object w:dxaOrig="580" w:dyaOrig="400">
          <v:shape id="_x0000_i1045" type="#_x0000_t75" style="width:29.1pt;height:20.3pt" o:ole="">
            <v:imagedata r:id="rId11" o:title=""/>
          </v:shape>
          <o:OLEObject Type="Embed" ProgID="Equation.DSMT4" ShapeID="_x0000_i1045" DrawAspect="Content" ObjectID="_1808506063" r:id="rId43"/>
        </w:object>
      </w:r>
      <w:r w:rsidRPr="005E5CA9">
        <w:rPr>
          <w:rFonts w:cs="Times New Roman"/>
          <w:szCs w:val="24"/>
          <w:lang w:val="sv-SE"/>
        </w:rPr>
        <w:t xml:space="preserve"> trên đoạn </w:t>
      </w:r>
      <w:r w:rsidRPr="005E5CA9">
        <w:rPr>
          <w:rFonts w:cs="Times New Roman"/>
          <w:position w:val="-14"/>
          <w:szCs w:val="24"/>
        </w:rPr>
        <w:object w:dxaOrig="660" w:dyaOrig="400">
          <v:shape id="_x0000_i1046" type="#_x0000_t75" style="width:33.25pt;height:20.3pt" o:ole="">
            <v:imagedata r:id="rId28" o:title=""/>
          </v:shape>
          <o:OLEObject Type="Embed" ProgID="Equation.DSMT4" ShapeID="_x0000_i1046" DrawAspect="Content" ObjectID="_1808506064" r:id="rId44"/>
        </w:object>
      </w:r>
      <w:r w:rsidRPr="005E5CA9">
        <w:rPr>
          <w:rFonts w:cs="Times New Roman"/>
          <w:szCs w:val="24"/>
          <w:lang w:val="sv-SE"/>
        </w:rPr>
        <w:t xml:space="preserve">bằng </w:t>
      </w:r>
      <w:r w:rsidRPr="005E5CA9">
        <w:rPr>
          <w:rFonts w:cs="Times New Roman"/>
          <w:position w:val="-4"/>
          <w:szCs w:val="24"/>
        </w:rPr>
        <w:object w:dxaOrig="139" w:dyaOrig="260">
          <v:shape id="_x0000_i1047" type="#_x0000_t75" style="width:6.9pt;height:12.9pt" o:ole="">
            <v:imagedata r:id="rId35" o:title=""/>
          </v:shape>
          <o:OLEObject Type="Embed" ProgID="Equation.DSMT4" ShapeID="_x0000_i1047" DrawAspect="Content" ObjectID="_1808506065" r:id="rId45"/>
        </w:object>
      </w:r>
      <w:r w:rsidRPr="005E5CA9">
        <w:rPr>
          <w:rFonts w:cs="Times New Roman"/>
          <w:szCs w:val="24"/>
          <w:lang w:val="sv-SE"/>
        </w:rPr>
        <w:t>.</w:t>
      </w:r>
    </w:p>
    <w:p w:rsidR="00FA061C" w:rsidRPr="005E5CA9" w:rsidRDefault="00FA061C" w:rsidP="00F63B1A">
      <w:pPr>
        <w:tabs>
          <w:tab w:val="left" w:pos="992"/>
        </w:tabs>
        <w:spacing w:before="0" w:after="0"/>
        <w:ind w:left="992" w:hanging="992"/>
        <w:rPr>
          <w:rFonts w:cs="Times New Roman"/>
          <w:b/>
          <w:color w:val="0000FF"/>
          <w:szCs w:val="24"/>
          <w:lang w:val="sv-SE"/>
        </w:rPr>
      </w:pPr>
      <w:bookmarkStart w:id="2" w:name="BMN_QUESTION3"/>
      <w:bookmarkEnd w:id="2"/>
      <w:r w:rsidRPr="005E5CA9">
        <w:rPr>
          <w:rFonts w:cs="Times New Roman"/>
          <w:b/>
          <w:color w:val="0000FF"/>
          <w:szCs w:val="24"/>
          <w:lang w:val="sv-SE"/>
        </w:rPr>
        <w:t>Câu 3.</w:t>
      </w:r>
      <w:r w:rsidRPr="005E5CA9">
        <w:rPr>
          <w:rFonts w:cs="Times New Roman"/>
          <w:b/>
          <w:color w:val="0000FF"/>
          <w:szCs w:val="24"/>
          <w:lang w:val="sv-SE"/>
        </w:rPr>
        <w:tab/>
      </w:r>
      <w:r w:rsidRPr="005E5CA9">
        <w:rPr>
          <w:rFonts w:cs="Times New Roman"/>
          <w:szCs w:val="24"/>
          <w:lang w:val="sv-SE"/>
        </w:rPr>
        <w:t xml:space="preserve">Trong không gian </w:t>
      </w:r>
      <w:r w:rsidRPr="005E5CA9">
        <w:rPr>
          <w:rFonts w:eastAsia="Aptos" w:cs="Times New Roman"/>
          <w:position w:val="-10"/>
          <w:szCs w:val="24"/>
        </w:rPr>
        <w:object w:dxaOrig="560" w:dyaOrig="320">
          <v:shape id="_x0000_i1048" type="#_x0000_t75" style="width:27.7pt;height:15.7pt" o:ole="">
            <v:imagedata r:id="rId46" o:title=""/>
          </v:shape>
          <o:OLEObject Type="Embed" ProgID="Equation.DSMT4" ShapeID="_x0000_i1048" DrawAspect="Content" ObjectID="_1808506066" r:id="rId47"/>
        </w:object>
      </w:r>
      <w:r w:rsidRPr="005E5CA9">
        <w:rPr>
          <w:rFonts w:cs="Times New Roman"/>
          <w:szCs w:val="24"/>
          <w:lang w:val="sv-SE"/>
        </w:rPr>
        <w:t xml:space="preserve">, đường thẳng đi qua điểm </w:t>
      </w:r>
      <w:r w:rsidRPr="005E5CA9">
        <w:rPr>
          <w:rFonts w:eastAsia="Aptos" w:cs="Times New Roman"/>
          <w:position w:val="-14"/>
          <w:szCs w:val="24"/>
        </w:rPr>
        <w:object w:dxaOrig="840" w:dyaOrig="400">
          <v:shape id="_x0000_i1049" type="#_x0000_t75" style="width:41.1pt;height:20.3pt" o:ole="">
            <v:imagedata r:id="rId48" o:title=""/>
          </v:shape>
          <o:OLEObject Type="Embed" ProgID="Equation.DSMT4" ShapeID="_x0000_i1049" DrawAspect="Content" ObjectID="_1808506067" r:id="rId49"/>
        </w:object>
      </w:r>
      <w:r w:rsidRPr="005E5CA9">
        <w:rPr>
          <w:rFonts w:cs="Times New Roman"/>
          <w:szCs w:val="24"/>
          <w:lang w:val="sv-SE"/>
        </w:rPr>
        <w:t xml:space="preserve"> và vuông góc với mặt phẳng tọa độ </w:t>
      </w:r>
      <w:r w:rsidRPr="005E5CA9">
        <w:rPr>
          <w:rFonts w:eastAsia="Aptos" w:cs="Times New Roman"/>
          <w:position w:val="-14"/>
          <w:szCs w:val="24"/>
        </w:rPr>
        <w:object w:dxaOrig="639" w:dyaOrig="400">
          <v:shape id="_x0000_i1050" type="#_x0000_t75" style="width:32.3pt;height:20.3pt" o:ole="">
            <v:imagedata r:id="rId50" o:title=""/>
          </v:shape>
          <o:OLEObject Type="Embed" ProgID="Equation.DSMT4" ShapeID="_x0000_i1050" DrawAspect="Content" ObjectID="_1808506068" r:id="rId51"/>
        </w:object>
      </w:r>
      <w:r w:rsidRPr="005E5CA9">
        <w:rPr>
          <w:rFonts w:cs="Times New Roman"/>
          <w:szCs w:val="24"/>
          <w:lang w:val="sv-SE"/>
        </w:rPr>
        <w:t>có phương trình tham số là</w:t>
      </w:r>
    </w:p>
    <w:p w:rsidR="00FA061C" w:rsidRPr="005E5CA9" w:rsidRDefault="00FA061C" w:rsidP="00F63B1A">
      <w:pPr>
        <w:tabs>
          <w:tab w:val="left" w:pos="992"/>
          <w:tab w:val="left" w:pos="3402"/>
          <w:tab w:val="left" w:pos="5669"/>
          <w:tab w:val="left" w:pos="7937"/>
        </w:tabs>
        <w:spacing w:before="0" w:after="0"/>
        <w:ind w:left="992"/>
        <w:rPr>
          <w:rFonts w:cs="Times New Roman"/>
          <w:szCs w:val="24"/>
          <w:lang w:val="sv-SE"/>
        </w:rPr>
      </w:pPr>
      <w:r w:rsidRPr="005E5CA9">
        <w:rPr>
          <w:rFonts w:cs="Times New Roman"/>
          <w:b/>
          <w:color w:val="0000FF"/>
          <w:szCs w:val="24"/>
          <w:u w:val="single"/>
          <w:lang w:val="sv-SE"/>
        </w:rPr>
        <w:t>A</w:t>
      </w:r>
      <w:r w:rsidRPr="005E5CA9">
        <w:rPr>
          <w:rFonts w:cs="Times New Roman"/>
          <w:b/>
          <w:color w:val="0000FF"/>
          <w:szCs w:val="24"/>
          <w:lang w:val="sv-SE"/>
        </w:rPr>
        <w:t xml:space="preserve">. </w:t>
      </w:r>
      <w:r w:rsidRPr="005E5CA9">
        <w:rPr>
          <w:rFonts w:cs="Times New Roman"/>
          <w:position w:val="-50"/>
          <w:szCs w:val="24"/>
        </w:rPr>
        <w:object w:dxaOrig="920" w:dyaOrig="1120">
          <v:shape id="_x0000_i1051" type="#_x0000_t75" style="width:45.7pt;height:56.3pt" o:ole="">
            <v:imagedata r:id="rId52" o:title=""/>
          </v:shape>
          <o:OLEObject Type="Embed" ProgID="Equation.DSMT4" ShapeID="_x0000_i1051" DrawAspect="Content" ObjectID="_1808506069" r:id="rId53"/>
        </w:object>
      </w:r>
      <w:r w:rsidRPr="005E5CA9">
        <w:rPr>
          <w:rFonts w:cs="Times New Roman"/>
          <w:szCs w:val="24"/>
          <w:lang w:val="sv-SE"/>
        </w:rPr>
        <w:t>.</w:t>
      </w:r>
      <w:r w:rsidRPr="005E5CA9">
        <w:rPr>
          <w:rFonts w:cs="Times New Roman"/>
          <w:b/>
          <w:color w:val="0000FF"/>
          <w:szCs w:val="24"/>
          <w:lang w:val="sv-SE"/>
        </w:rPr>
        <w:tab/>
        <w:t xml:space="preserve">B. </w:t>
      </w:r>
      <w:r w:rsidRPr="005E5CA9">
        <w:rPr>
          <w:rFonts w:cs="Times New Roman"/>
          <w:position w:val="-50"/>
          <w:szCs w:val="24"/>
        </w:rPr>
        <w:object w:dxaOrig="940" w:dyaOrig="1120">
          <v:shape id="_x0000_i1052" type="#_x0000_t75" style="width:47.1pt;height:56.3pt" o:ole="">
            <v:imagedata r:id="rId54" o:title=""/>
          </v:shape>
          <o:OLEObject Type="Embed" ProgID="Equation.DSMT4" ShapeID="_x0000_i1052" DrawAspect="Content" ObjectID="_1808506070" r:id="rId55"/>
        </w:object>
      </w:r>
      <w:r w:rsidRPr="005E5CA9">
        <w:rPr>
          <w:rFonts w:cs="Times New Roman"/>
          <w:szCs w:val="24"/>
          <w:lang w:val="sv-SE"/>
        </w:rPr>
        <w:t>.</w:t>
      </w:r>
      <w:r w:rsidRPr="005E5CA9">
        <w:rPr>
          <w:rFonts w:cs="Times New Roman"/>
          <w:b/>
          <w:color w:val="0000FF"/>
          <w:szCs w:val="24"/>
          <w:lang w:val="sv-SE"/>
        </w:rPr>
        <w:tab/>
        <w:t xml:space="preserve">C. </w:t>
      </w:r>
      <w:r w:rsidRPr="005E5CA9">
        <w:rPr>
          <w:rFonts w:cs="Times New Roman"/>
          <w:position w:val="-50"/>
          <w:szCs w:val="24"/>
        </w:rPr>
        <w:object w:dxaOrig="920" w:dyaOrig="1120">
          <v:shape id="_x0000_i1053" type="#_x0000_t75" style="width:45.7pt;height:56.3pt" o:ole="">
            <v:imagedata r:id="rId56" o:title=""/>
          </v:shape>
          <o:OLEObject Type="Embed" ProgID="Equation.DSMT4" ShapeID="_x0000_i1053" DrawAspect="Content" ObjectID="_1808506071" r:id="rId57"/>
        </w:object>
      </w:r>
      <w:r w:rsidRPr="005E5CA9">
        <w:rPr>
          <w:rFonts w:cs="Times New Roman"/>
          <w:szCs w:val="24"/>
          <w:lang w:val="sv-SE"/>
        </w:rPr>
        <w:t>.</w:t>
      </w:r>
      <w:r w:rsidRPr="005E5CA9">
        <w:rPr>
          <w:rFonts w:cs="Times New Roman"/>
          <w:b/>
          <w:color w:val="0000FF"/>
          <w:szCs w:val="24"/>
          <w:lang w:val="sv-SE"/>
        </w:rPr>
        <w:tab/>
        <w:t xml:space="preserve">D. </w:t>
      </w:r>
      <w:r w:rsidRPr="005E5CA9">
        <w:rPr>
          <w:rFonts w:cs="Times New Roman"/>
          <w:position w:val="-50"/>
          <w:szCs w:val="24"/>
        </w:rPr>
        <w:object w:dxaOrig="940" w:dyaOrig="1120">
          <v:shape id="_x0000_i1054" type="#_x0000_t75" style="width:47.1pt;height:56.3pt" o:ole="">
            <v:imagedata r:id="rId58" o:title=""/>
          </v:shape>
          <o:OLEObject Type="Embed" ProgID="Equation.DSMT4" ShapeID="_x0000_i1054" DrawAspect="Content" ObjectID="_1808506072" r:id="rId59"/>
        </w:object>
      </w:r>
      <w:r w:rsidRPr="005E5CA9">
        <w:rPr>
          <w:rFonts w:cs="Times New Roman"/>
          <w:szCs w:val="24"/>
          <w:lang w:val="sv-SE"/>
        </w:rPr>
        <w:t>.</w:t>
      </w:r>
    </w:p>
    <w:p w:rsidR="00FA061C" w:rsidRPr="005E5CA9" w:rsidRDefault="00FA061C" w:rsidP="00F63B1A">
      <w:pPr>
        <w:spacing w:before="0" w:after="0"/>
        <w:ind w:left="992"/>
        <w:jc w:val="center"/>
        <w:rPr>
          <w:rFonts w:cs="Times New Roman"/>
          <w:szCs w:val="24"/>
          <w:lang w:val="sv-SE"/>
        </w:rPr>
      </w:pPr>
      <w:r w:rsidRPr="005E5CA9">
        <w:rPr>
          <w:rFonts w:cs="Times New Roman"/>
          <w:b/>
          <w:color w:val="0000FF"/>
          <w:szCs w:val="24"/>
          <w:lang w:val="sv-SE"/>
        </w:rPr>
        <w:t>Lời giải</w:t>
      </w:r>
    </w:p>
    <w:p w:rsidR="00FA061C" w:rsidRPr="005E5CA9" w:rsidRDefault="00FA061C" w:rsidP="00F63B1A">
      <w:pPr>
        <w:spacing w:before="0" w:after="0"/>
        <w:ind w:left="992"/>
        <w:rPr>
          <w:rFonts w:cs="Times New Roman"/>
          <w:szCs w:val="24"/>
          <w:highlight w:val="green"/>
          <w:lang w:val="sv-SE"/>
        </w:rPr>
      </w:pPr>
      <w:r w:rsidRPr="005E5CA9">
        <w:rPr>
          <w:rFonts w:cs="Times New Roman"/>
          <w:b/>
          <w:color w:val="0000FF"/>
          <w:szCs w:val="24"/>
          <w:highlight w:val="green"/>
          <w:lang w:val="sv-SE"/>
        </w:rPr>
        <w:t>Chọn A</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Mặt phẳng </w:t>
      </w:r>
      <w:r w:rsidRPr="005E5CA9">
        <w:rPr>
          <w:rFonts w:cs="Times New Roman"/>
          <w:position w:val="-14"/>
          <w:szCs w:val="24"/>
        </w:rPr>
        <w:object w:dxaOrig="639" w:dyaOrig="400">
          <v:shape id="_x0000_i1055" type="#_x0000_t75" style="width:32.3pt;height:20.3pt" o:ole="">
            <v:imagedata r:id="rId50" o:title=""/>
          </v:shape>
          <o:OLEObject Type="Embed" ProgID="Equation.DSMT4" ShapeID="_x0000_i1055" DrawAspect="Content" ObjectID="_1808506073" r:id="rId60"/>
        </w:object>
      </w:r>
      <w:r w:rsidRPr="005E5CA9">
        <w:rPr>
          <w:rFonts w:cs="Times New Roman"/>
          <w:szCs w:val="24"/>
          <w:lang w:val="sv-SE"/>
        </w:rPr>
        <w:t xml:space="preserve"> có véc-tơ pháp tuyến là </w:t>
      </w:r>
      <w:r w:rsidRPr="005E5CA9">
        <w:rPr>
          <w:rFonts w:cs="Times New Roman"/>
          <w:position w:val="-14"/>
          <w:szCs w:val="24"/>
        </w:rPr>
        <w:object w:dxaOrig="1100" w:dyaOrig="420">
          <v:shape id="_x0000_i1056" type="#_x0000_t75" style="width:54.9pt;height:21.25pt" o:ole="">
            <v:imagedata r:id="rId61" o:title=""/>
          </v:shape>
          <o:OLEObject Type="Embed" ProgID="Equation.DSMT4" ShapeID="_x0000_i1056" DrawAspect="Content" ObjectID="_1808506074" r:id="rId62"/>
        </w:object>
      </w:r>
      <w:r w:rsidRPr="005E5CA9">
        <w:rPr>
          <w:rFonts w:cs="Times New Roman"/>
          <w:szCs w:val="24"/>
          <w:lang w:val="sv-SE"/>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Đường thẳng vuông góc với mặt phẳng tọa độ </w:t>
      </w:r>
      <w:r w:rsidRPr="005E5CA9">
        <w:rPr>
          <w:rFonts w:cs="Times New Roman"/>
          <w:position w:val="-14"/>
          <w:szCs w:val="24"/>
        </w:rPr>
        <w:object w:dxaOrig="639" w:dyaOrig="400">
          <v:shape id="_x0000_i1057" type="#_x0000_t75" style="width:32.3pt;height:20.3pt" o:ole="">
            <v:imagedata r:id="rId50" o:title=""/>
          </v:shape>
          <o:OLEObject Type="Embed" ProgID="Equation.DSMT4" ShapeID="_x0000_i1057" DrawAspect="Content" ObjectID="_1808506075" r:id="rId63"/>
        </w:object>
      </w:r>
      <w:r w:rsidRPr="005E5CA9">
        <w:rPr>
          <w:rFonts w:cs="Times New Roman"/>
          <w:szCs w:val="24"/>
          <w:lang w:val="sv-SE"/>
        </w:rPr>
        <w:t xml:space="preserve"> nên có véc-tơ chỉ phương là </w:t>
      </w:r>
      <w:r w:rsidRPr="005E5CA9">
        <w:rPr>
          <w:rFonts w:cs="Times New Roman"/>
          <w:position w:val="-14"/>
          <w:szCs w:val="24"/>
        </w:rPr>
        <w:object w:dxaOrig="1100" w:dyaOrig="420">
          <v:shape id="_x0000_i1058" type="#_x0000_t75" style="width:54.9pt;height:21.25pt" o:ole="">
            <v:imagedata r:id="rId64" o:title=""/>
          </v:shape>
          <o:OLEObject Type="Embed" ProgID="Equation.DSMT4" ShapeID="_x0000_i1058" DrawAspect="Content" ObjectID="_1808506076" r:id="rId65"/>
        </w:object>
      </w:r>
      <w:r w:rsidRPr="005E5CA9">
        <w:rPr>
          <w:rFonts w:cs="Times New Roman"/>
          <w:szCs w:val="24"/>
          <w:lang w:val="sv-SE"/>
        </w:rPr>
        <w:t xml:space="preserve"> và đi qua điểm </w:t>
      </w:r>
      <w:r w:rsidRPr="005E5CA9">
        <w:rPr>
          <w:rFonts w:cs="Times New Roman"/>
          <w:position w:val="-14"/>
          <w:szCs w:val="24"/>
        </w:rPr>
        <w:object w:dxaOrig="840" w:dyaOrig="400">
          <v:shape id="_x0000_i1059" type="#_x0000_t75" style="width:41.1pt;height:20.3pt" o:ole="">
            <v:imagedata r:id="rId48" o:title=""/>
          </v:shape>
          <o:OLEObject Type="Embed" ProgID="Equation.DSMT4" ShapeID="_x0000_i1059" DrawAspect="Content" ObjectID="_1808506077" r:id="rId66"/>
        </w:object>
      </w:r>
      <w:r w:rsidRPr="005E5CA9">
        <w:rPr>
          <w:rFonts w:cs="Times New Roman"/>
          <w:szCs w:val="24"/>
          <w:lang w:val="sv-SE"/>
        </w:rPr>
        <w:t xml:space="preserve"> suy ra phương trình cần tìm là </w:t>
      </w:r>
      <w:r w:rsidRPr="005E5CA9">
        <w:rPr>
          <w:rFonts w:cs="Times New Roman"/>
          <w:position w:val="-50"/>
          <w:szCs w:val="24"/>
        </w:rPr>
        <w:object w:dxaOrig="920" w:dyaOrig="1120">
          <v:shape id="_x0000_i1060" type="#_x0000_t75" style="width:45.7pt;height:56.3pt" o:ole="">
            <v:imagedata r:id="rId52" o:title=""/>
          </v:shape>
          <o:OLEObject Type="Embed" ProgID="Equation.DSMT4" ShapeID="_x0000_i1060" DrawAspect="Content" ObjectID="_1808506078" r:id="rId67"/>
        </w:object>
      </w:r>
      <w:r w:rsidRPr="005E5CA9">
        <w:rPr>
          <w:rFonts w:cs="Times New Roman"/>
          <w:szCs w:val="24"/>
          <w:lang w:val="sv-SE"/>
        </w:rPr>
        <w:t>.</w:t>
      </w:r>
    </w:p>
    <w:p w:rsidR="00FA061C" w:rsidRPr="005E5CA9" w:rsidRDefault="00FA061C" w:rsidP="00F63B1A">
      <w:pPr>
        <w:tabs>
          <w:tab w:val="left" w:pos="992"/>
        </w:tabs>
        <w:spacing w:before="0" w:after="0"/>
        <w:ind w:left="992" w:hanging="992"/>
        <w:rPr>
          <w:rFonts w:cs="Times New Roman"/>
          <w:b/>
          <w:color w:val="0000FF"/>
          <w:szCs w:val="24"/>
          <w:lang w:val="sv-SE"/>
        </w:rPr>
      </w:pPr>
      <w:bookmarkStart w:id="3" w:name="BMN_QUESTION4"/>
      <w:bookmarkEnd w:id="3"/>
      <w:r w:rsidRPr="005E5CA9">
        <w:rPr>
          <w:rFonts w:cs="Times New Roman"/>
          <w:b/>
          <w:color w:val="0000FF"/>
          <w:szCs w:val="24"/>
          <w:lang w:val="sv-SE"/>
        </w:rPr>
        <w:t>Câu 4.</w:t>
      </w:r>
      <w:r w:rsidRPr="005E5CA9">
        <w:rPr>
          <w:rFonts w:cs="Times New Roman"/>
          <w:b/>
          <w:color w:val="0000FF"/>
          <w:szCs w:val="24"/>
          <w:lang w:val="sv-SE"/>
        </w:rPr>
        <w:tab/>
      </w:r>
      <w:r w:rsidRPr="005E5CA9">
        <w:rPr>
          <w:rFonts w:cs="Times New Roman"/>
          <w:szCs w:val="24"/>
          <w:lang w:val="sv-SE"/>
        </w:rPr>
        <w:t xml:space="preserve">Đường thẳng </w:t>
      </w:r>
      <w:r w:rsidRPr="005E5CA9">
        <w:rPr>
          <w:rFonts w:eastAsia="Aptos" w:cs="Times New Roman"/>
          <w:position w:val="-10"/>
          <w:szCs w:val="24"/>
        </w:rPr>
        <w:object w:dxaOrig="980" w:dyaOrig="320">
          <v:shape id="_x0000_i1061" type="#_x0000_t75" style="width:48.9pt;height:15.7pt" o:ole="">
            <v:imagedata r:id="rId68" o:title=""/>
          </v:shape>
          <o:OLEObject Type="Embed" ProgID="Equation.DSMT4" ShapeID="_x0000_i1061" DrawAspect="Content" ObjectID="_1808506079" r:id="rId69"/>
        </w:object>
      </w:r>
      <w:r w:rsidRPr="005E5CA9">
        <w:rPr>
          <w:rFonts w:cs="Times New Roman"/>
          <w:szCs w:val="24"/>
          <w:lang w:val="sv-SE"/>
        </w:rPr>
        <w:t xml:space="preserve"> là tiệm cận ngang của đồ thị hàm số nào sau đây?</w:t>
      </w:r>
    </w:p>
    <w:p w:rsidR="00FA061C" w:rsidRPr="005E5CA9" w:rsidRDefault="00FA061C" w:rsidP="00F63B1A">
      <w:pPr>
        <w:tabs>
          <w:tab w:val="left" w:pos="992"/>
          <w:tab w:val="left" w:pos="3402"/>
          <w:tab w:val="left" w:pos="5669"/>
          <w:tab w:val="left" w:pos="7938"/>
        </w:tabs>
        <w:spacing w:before="0" w:after="0"/>
        <w:ind w:left="992"/>
        <w:rPr>
          <w:rFonts w:cs="Times New Roman"/>
          <w:szCs w:val="24"/>
          <w:lang w:val="sv-SE"/>
        </w:rPr>
      </w:pPr>
      <w:r w:rsidRPr="005E5CA9">
        <w:rPr>
          <w:rFonts w:cs="Times New Roman"/>
          <w:b/>
          <w:color w:val="0000FF"/>
          <w:szCs w:val="24"/>
          <w:u w:val="single"/>
          <w:lang w:val="sv-SE"/>
        </w:rPr>
        <w:lastRenderedPageBreak/>
        <w:t>A</w:t>
      </w:r>
      <w:r w:rsidRPr="005E5CA9">
        <w:rPr>
          <w:rFonts w:cs="Times New Roman"/>
          <w:b/>
          <w:color w:val="0000FF"/>
          <w:szCs w:val="24"/>
          <w:lang w:val="sv-SE"/>
        </w:rPr>
        <w:t xml:space="preserve">. </w:t>
      </w:r>
      <w:r w:rsidRPr="005E5CA9">
        <w:rPr>
          <w:rFonts w:cs="Times New Roman"/>
          <w:position w:val="-24"/>
          <w:szCs w:val="24"/>
        </w:rPr>
        <w:object w:dxaOrig="1579" w:dyaOrig="660">
          <v:shape id="_x0000_i1062" type="#_x0000_t75" style="width:78.9pt;height:33.25pt" o:ole="">
            <v:imagedata r:id="rId70" o:title=""/>
          </v:shape>
          <o:OLEObject Type="Embed" ProgID="Equation.DSMT4" ShapeID="_x0000_i1062" DrawAspect="Content" ObjectID="_1808506080" r:id="rId71"/>
        </w:object>
      </w:r>
      <w:r w:rsidRPr="005E5CA9">
        <w:rPr>
          <w:rFonts w:cs="Times New Roman"/>
          <w:szCs w:val="24"/>
          <w:lang w:val="sv-SE"/>
        </w:rPr>
        <w:t>.</w:t>
      </w:r>
      <w:r w:rsidRPr="005E5CA9">
        <w:rPr>
          <w:rFonts w:cs="Times New Roman"/>
          <w:b/>
          <w:color w:val="0000FF"/>
          <w:szCs w:val="24"/>
          <w:lang w:val="sv-SE"/>
        </w:rPr>
        <w:tab/>
        <w:t xml:space="preserve">B. </w:t>
      </w:r>
      <w:r w:rsidRPr="005E5CA9">
        <w:rPr>
          <w:rFonts w:cs="Times New Roman"/>
          <w:position w:val="-24"/>
          <w:szCs w:val="24"/>
        </w:rPr>
        <w:object w:dxaOrig="1340" w:dyaOrig="660">
          <v:shape id="_x0000_i1063" type="#_x0000_t75" style="width:66.9pt;height:33.25pt" o:ole="">
            <v:imagedata r:id="rId72" o:title=""/>
          </v:shape>
          <o:OLEObject Type="Embed" ProgID="Equation.DSMT4" ShapeID="_x0000_i1063" DrawAspect="Content" ObjectID="_1808506081" r:id="rId73"/>
        </w:object>
      </w:r>
      <w:r w:rsidRPr="005E5CA9">
        <w:rPr>
          <w:rFonts w:cs="Times New Roman"/>
          <w:szCs w:val="24"/>
          <w:lang w:val="sv-SE"/>
        </w:rPr>
        <w:t>.</w:t>
      </w:r>
      <w:r w:rsidR="00F63B1A">
        <w:rPr>
          <w:rFonts w:cs="Times New Roman"/>
          <w:szCs w:val="24"/>
          <w:lang w:val="sv-SE"/>
        </w:rPr>
        <w:tab/>
      </w:r>
      <w:r w:rsidRPr="005E5CA9">
        <w:rPr>
          <w:rFonts w:cs="Times New Roman"/>
          <w:b/>
          <w:color w:val="0000FF"/>
          <w:szCs w:val="24"/>
          <w:lang w:val="sv-SE"/>
        </w:rPr>
        <w:t xml:space="preserve">C. </w:t>
      </w:r>
      <w:r w:rsidRPr="005E5CA9">
        <w:rPr>
          <w:rFonts w:cs="Times New Roman"/>
          <w:position w:val="-24"/>
          <w:szCs w:val="24"/>
        </w:rPr>
        <w:object w:dxaOrig="1020" w:dyaOrig="620">
          <v:shape id="_x0000_i1064" type="#_x0000_t75" style="width:50.3pt;height:30.9pt" o:ole="">
            <v:imagedata r:id="rId74" o:title=""/>
          </v:shape>
          <o:OLEObject Type="Embed" ProgID="Equation.DSMT4" ShapeID="_x0000_i1064" DrawAspect="Content" ObjectID="_1808506082" r:id="rId75"/>
        </w:object>
      </w:r>
      <w:r w:rsidRPr="005E5CA9">
        <w:rPr>
          <w:rFonts w:cs="Times New Roman"/>
          <w:szCs w:val="24"/>
          <w:lang w:val="sv-SE"/>
        </w:rPr>
        <w:t>.</w:t>
      </w:r>
      <w:r w:rsidRPr="005E5CA9">
        <w:rPr>
          <w:rFonts w:cs="Times New Roman"/>
          <w:b/>
          <w:color w:val="0000FF"/>
          <w:szCs w:val="24"/>
          <w:lang w:val="sv-SE"/>
        </w:rPr>
        <w:tab/>
        <w:t xml:space="preserve">D. </w:t>
      </w:r>
      <w:r w:rsidRPr="005E5CA9">
        <w:rPr>
          <w:rFonts w:cs="Times New Roman"/>
          <w:position w:val="-24"/>
          <w:szCs w:val="24"/>
        </w:rPr>
        <w:object w:dxaOrig="1020" w:dyaOrig="620">
          <v:shape id="_x0000_i1065" type="#_x0000_t75" style="width:50.3pt;height:30.9pt" o:ole="">
            <v:imagedata r:id="rId76" o:title=""/>
          </v:shape>
          <o:OLEObject Type="Embed" ProgID="Equation.DSMT4" ShapeID="_x0000_i1065" DrawAspect="Content" ObjectID="_1808506083" r:id="rId77"/>
        </w:object>
      </w:r>
      <w:r w:rsidRPr="005E5CA9">
        <w:rPr>
          <w:rFonts w:cs="Times New Roman"/>
          <w:szCs w:val="24"/>
          <w:lang w:val="sv-SE"/>
        </w:rPr>
        <w:t>.</w:t>
      </w:r>
    </w:p>
    <w:p w:rsidR="00FA061C" w:rsidRPr="005E5CA9" w:rsidRDefault="00FA061C" w:rsidP="00F63B1A">
      <w:pPr>
        <w:spacing w:before="0" w:after="0"/>
        <w:ind w:left="992"/>
        <w:jc w:val="center"/>
        <w:rPr>
          <w:rFonts w:cs="Times New Roman"/>
          <w:szCs w:val="24"/>
          <w:lang w:val="sv-SE"/>
        </w:rPr>
      </w:pPr>
      <w:r w:rsidRPr="005E5CA9">
        <w:rPr>
          <w:rFonts w:cs="Times New Roman"/>
          <w:b/>
          <w:color w:val="0000FF"/>
          <w:szCs w:val="24"/>
          <w:lang w:val="sv-SE"/>
        </w:rPr>
        <w:t>Lời giải</w:t>
      </w:r>
    </w:p>
    <w:p w:rsidR="00FA061C" w:rsidRPr="005E5CA9" w:rsidRDefault="00FA061C" w:rsidP="00F63B1A">
      <w:pPr>
        <w:spacing w:before="0" w:after="0"/>
        <w:ind w:left="992"/>
        <w:rPr>
          <w:rFonts w:cs="Times New Roman"/>
          <w:szCs w:val="24"/>
          <w:highlight w:val="green"/>
          <w:lang w:val="sv-SE"/>
        </w:rPr>
      </w:pPr>
      <w:r w:rsidRPr="005E5CA9">
        <w:rPr>
          <w:rFonts w:cs="Times New Roman"/>
          <w:b/>
          <w:color w:val="0000FF"/>
          <w:szCs w:val="24"/>
          <w:highlight w:val="green"/>
          <w:lang w:val="sv-SE"/>
        </w:rPr>
        <w:t>Chọn A</w:t>
      </w:r>
    </w:p>
    <w:p w:rsidR="00FA061C" w:rsidRPr="005E5CA9" w:rsidRDefault="00FA061C" w:rsidP="00F63B1A">
      <w:pPr>
        <w:spacing w:before="0" w:after="0"/>
        <w:ind w:left="992"/>
        <w:rPr>
          <w:rFonts w:cs="Times New Roman"/>
          <w:szCs w:val="24"/>
          <w:lang w:val="vi-VN"/>
        </w:rPr>
      </w:pPr>
      <w:r w:rsidRPr="005E5CA9">
        <w:rPr>
          <w:rFonts w:cs="Times New Roman"/>
          <w:szCs w:val="24"/>
          <w:lang w:val="sv-SE"/>
        </w:rPr>
        <w:t xml:space="preserve">Đồ thị hàm số </w:t>
      </w:r>
      <w:r w:rsidRPr="005E5CA9">
        <w:rPr>
          <w:rFonts w:cs="Times New Roman"/>
          <w:position w:val="-24"/>
          <w:szCs w:val="24"/>
        </w:rPr>
        <w:object w:dxaOrig="1579" w:dyaOrig="660">
          <v:shape id="_x0000_i1066" type="#_x0000_t75" style="width:78.9pt;height:33.25pt" o:ole="">
            <v:imagedata r:id="rId70" o:title=""/>
          </v:shape>
          <o:OLEObject Type="Embed" ProgID="Equation.DSMT4" ShapeID="_x0000_i1066" DrawAspect="Content" ObjectID="_1808506084" r:id="rId78"/>
        </w:object>
      </w:r>
      <w:r w:rsidRPr="005E5CA9">
        <w:rPr>
          <w:rFonts w:cs="Times New Roman"/>
          <w:szCs w:val="24"/>
          <w:lang w:val="sv-SE"/>
        </w:rPr>
        <w:t xml:space="preserve"> có tiệm cận ngang là đường thẳng </w:t>
      </w:r>
      <w:r w:rsidRPr="005E5CA9">
        <w:rPr>
          <w:rFonts w:cs="Times New Roman"/>
          <w:position w:val="-24"/>
          <w:szCs w:val="24"/>
        </w:rPr>
        <w:object w:dxaOrig="2040" w:dyaOrig="620">
          <v:shape id="_x0000_i1067" type="#_x0000_t75" style="width:101.1pt;height:30.9pt" o:ole="">
            <v:imagedata r:id="rId79" o:title=""/>
          </v:shape>
          <o:OLEObject Type="Embed" ProgID="Equation.DSMT4" ShapeID="_x0000_i1067" DrawAspect="Content" ObjectID="_1808506085" r:id="rId80"/>
        </w:object>
      </w:r>
      <w:r w:rsidRPr="005E5CA9">
        <w:rPr>
          <w:rFonts w:cs="Times New Roman"/>
          <w:szCs w:val="24"/>
          <w:lang w:val="sv-SE"/>
        </w:rPr>
        <w:t>.</w:t>
      </w:r>
      <w:r w:rsidRPr="005E5CA9">
        <w:rPr>
          <w:rFonts w:cs="Times New Roman"/>
          <w:szCs w:val="24"/>
          <w:lang w:val="vi-VN"/>
        </w:rPr>
        <w:t xml:space="preserve"> Vì </w:t>
      </w:r>
      <w:r w:rsidRPr="005E5CA9">
        <w:rPr>
          <w:rFonts w:cs="Times New Roman"/>
          <w:position w:val="-24"/>
          <w:szCs w:val="24"/>
        </w:rPr>
        <w:object w:dxaOrig="2100" w:dyaOrig="660">
          <v:shape id="_x0000_i1068" type="#_x0000_t75" style="width:104.3pt;height:33.25pt" o:ole="">
            <v:imagedata r:id="rId81" o:title=""/>
          </v:shape>
          <o:OLEObject Type="Embed" ProgID="Equation.DSMT4" ShapeID="_x0000_i1068" DrawAspect="Content" ObjectID="_1808506086" r:id="rId82"/>
        </w:object>
      </w:r>
      <w:r w:rsidRPr="005E5CA9">
        <w:rPr>
          <w:rFonts w:cs="Times New Roman"/>
          <w:szCs w:val="24"/>
          <w:lang w:val="vi-VN"/>
        </w:rPr>
        <w:t>.</w:t>
      </w:r>
    </w:p>
    <w:p w:rsidR="00FA061C" w:rsidRPr="005E5CA9" w:rsidRDefault="00FA061C" w:rsidP="00F63B1A">
      <w:pPr>
        <w:tabs>
          <w:tab w:val="left" w:pos="992"/>
        </w:tabs>
        <w:spacing w:before="0" w:after="0"/>
        <w:ind w:left="992" w:hanging="992"/>
        <w:rPr>
          <w:rFonts w:cs="Times New Roman"/>
          <w:b/>
          <w:color w:val="0000FF"/>
          <w:szCs w:val="24"/>
          <w:lang w:val="vi-VN"/>
        </w:rPr>
      </w:pPr>
      <w:bookmarkStart w:id="4" w:name="BMN_QUESTION5"/>
      <w:bookmarkEnd w:id="4"/>
      <w:r w:rsidRPr="005E5CA9">
        <w:rPr>
          <w:rFonts w:cs="Times New Roman"/>
          <w:b/>
          <w:color w:val="0000FF"/>
          <w:szCs w:val="24"/>
          <w:lang w:val="vi-VN"/>
        </w:rPr>
        <w:t>Câu 5.</w:t>
      </w:r>
      <w:r w:rsidRPr="005E5CA9">
        <w:rPr>
          <w:rFonts w:cs="Times New Roman"/>
          <w:b/>
          <w:color w:val="0000FF"/>
          <w:szCs w:val="24"/>
          <w:lang w:val="vi-VN"/>
        </w:rPr>
        <w:tab/>
      </w:r>
      <w:r w:rsidRPr="005E5CA9">
        <w:rPr>
          <w:rFonts w:cs="Times New Roman"/>
          <w:szCs w:val="24"/>
          <w:lang w:val="vi-VN"/>
        </w:rPr>
        <w:t xml:space="preserve">Cho hai biến cố </w:t>
      </w:r>
      <w:r w:rsidRPr="005E5CA9">
        <w:rPr>
          <w:rFonts w:eastAsia="Aptos" w:cs="Times New Roman"/>
          <w:position w:val="-4"/>
          <w:szCs w:val="24"/>
        </w:rPr>
        <w:object w:dxaOrig="240" w:dyaOrig="260">
          <v:shape id="_x0000_i1069" type="#_x0000_t75" style="width:12pt;height:12.9pt" o:ole="">
            <v:imagedata r:id="rId83" o:title=""/>
          </v:shape>
          <o:OLEObject Type="Embed" ProgID="Equation.DSMT4" ShapeID="_x0000_i1069" DrawAspect="Content" ObjectID="_1808506087" r:id="rId84"/>
        </w:object>
      </w:r>
      <w:r w:rsidRPr="005E5CA9">
        <w:rPr>
          <w:rFonts w:cs="Times New Roman"/>
          <w:szCs w:val="24"/>
          <w:lang w:val="vi-VN"/>
        </w:rPr>
        <w:t xml:space="preserve"> và </w:t>
      </w:r>
      <w:r w:rsidRPr="005E5CA9">
        <w:rPr>
          <w:rFonts w:eastAsia="Aptos" w:cs="Times New Roman"/>
          <w:position w:val="-4"/>
          <w:szCs w:val="24"/>
        </w:rPr>
        <w:object w:dxaOrig="240" w:dyaOrig="260">
          <v:shape id="_x0000_i1070" type="#_x0000_t75" style="width:12pt;height:12.9pt" o:ole="">
            <v:imagedata r:id="rId85" o:title=""/>
          </v:shape>
          <o:OLEObject Type="Embed" ProgID="Equation.DSMT4" ShapeID="_x0000_i1070" DrawAspect="Content" ObjectID="_1808506088" r:id="rId86"/>
        </w:object>
      </w:r>
      <w:r w:rsidRPr="005E5CA9">
        <w:rPr>
          <w:rFonts w:cs="Times New Roman"/>
          <w:szCs w:val="24"/>
          <w:lang w:val="vi-VN"/>
        </w:rPr>
        <w:t xml:space="preserve">, với </w:t>
      </w:r>
      <w:r w:rsidRPr="005E5CA9">
        <w:rPr>
          <w:rFonts w:eastAsia="Aptos" w:cs="Times New Roman"/>
          <w:position w:val="-14"/>
          <w:szCs w:val="24"/>
        </w:rPr>
        <w:object w:dxaOrig="1160" w:dyaOrig="400">
          <v:shape id="_x0000_i1071" type="#_x0000_t75" style="width:57.7pt;height:20.3pt" o:ole="">
            <v:imagedata r:id="rId87" o:title=""/>
          </v:shape>
          <o:OLEObject Type="Embed" ProgID="Equation.DSMT4" ShapeID="_x0000_i1071" DrawAspect="Content" ObjectID="_1808506089" r:id="rId88"/>
        </w:object>
      </w:r>
      <w:r w:rsidRPr="005E5CA9">
        <w:rPr>
          <w:rFonts w:cs="Times New Roman"/>
          <w:szCs w:val="24"/>
          <w:lang w:val="vi-VN"/>
        </w:rPr>
        <w:t xml:space="preserve">, </w:t>
      </w:r>
      <w:r w:rsidRPr="005E5CA9">
        <w:rPr>
          <w:rFonts w:eastAsia="Aptos" w:cs="Times New Roman"/>
          <w:position w:val="-14"/>
          <w:szCs w:val="24"/>
        </w:rPr>
        <w:object w:dxaOrig="1460" w:dyaOrig="400">
          <v:shape id="_x0000_i1072" type="#_x0000_t75" style="width:72.9pt;height:20.3pt" o:ole="">
            <v:imagedata r:id="rId89" o:title=""/>
          </v:shape>
          <o:OLEObject Type="Embed" ProgID="Equation.DSMT4" ShapeID="_x0000_i1072" DrawAspect="Content" ObjectID="_1808506090" r:id="rId90"/>
        </w:object>
      </w:r>
      <w:r w:rsidRPr="005E5CA9">
        <w:rPr>
          <w:rFonts w:cs="Times New Roman"/>
          <w:szCs w:val="24"/>
          <w:lang w:val="vi-VN"/>
        </w:rPr>
        <w:t xml:space="preserve">, </w:t>
      </w:r>
      <w:r w:rsidRPr="005E5CA9">
        <w:rPr>
          <w:rFonts w:eastAsia="Aptos" w:cs="Times New Roman"/>
          <w:position w:val="-18"/>
          <w:szCs w:val="24"/>
        </w:rPr>
        <w:object w:dxaOrig="1579" w:dyaOrig="480">
          <v:shape id="_x0000_i1073" type="#_x0000_t75" style="width:79.85pt;height:24pt" o:ole="">
            <v:imagedata r:id="rId91" o:title=""/>
          </v:shape>
          <o:OLEObject Type="Embed" ProgID="Equation.DSMT4" ShapeID="_x0000_i1073" DrawAspect="Content" ObjectID="_1808506091" r:id="rId92"/>
        </w:object>
      </w:r>
      <w:r w:rsidRPr="005E5CA9">
        <w:rPr>
          <w:rFonts w:cs="Times New Roman"/>
          <w:szCs w:val="24"/>
          <w:lang w:val="vi-VN"/>
        </w:rPr>
        <w:t xml:space="preserve">. Tính </w:t>
      </w:r>
      <w:r w:rsidRPr="005E5CA9">
        <w:rPr>
          <w:rFonts w:eastAsia="Aptos" w:cs="Times New Roman"/>
          <w:position w:val="-14"/>
          <w:szCs w:val="24"/>
        </w:rPr>
        <w:object w:dxaOrig="900" w:dyaOrig="400">
          <v:shape id="_x0000_i1074" type="#_x0000_t75" style="width:44.75pt;height:20.3pt" o:ole="">
            <v:imagedata r:id="rId93" o:title=""/>
          </v:shape>
          <o:OLEObject Type="Embed" ProgID="Equation.DSMT4" ShapeID="_x0000_i1074" DrawAspect="Content" ObjectID="_1808506092" r:id="rId94"/>
        </w:object>
      </w:r>
      <w:r w:rsidRPr="005E5CA9">
        <w:rPr>
          <w:rFonts w:cs="Times New Roman"/>
          <w:szCs w:val="24"/>
          <w:lang w:val="vi-VN"/>
        </w:rPr>
        <w:t>.</w:t>
      </w:r>
    </w:p>
    <w:p w:rsidR="00FA061C" w:rsidRPr="005E5CA9" w:rsidRDefault="00FA061C" w:rsidP="00F63B1A">
      <w:pPr>
        <w:tabs>
          <w:tab w:val="left" w:pos="992"/>
          <w:tab w:val="left" w:pos="3402"/>
          <w:tab w:val="left" w:pos="5669"/>
          <w:tab w:val="left" w:pos="7937"/>
        </w:tabs>
        <w:spacing w:before="0" w:after="0"/>
        <w:ind w:left="992"/>
        <w:rPr>
          <w:rFonts w:cs="Times New Roman"/>
          <w:szCs w:val="24"/>
        </w:rPr>
      </w:pPr>
      <w:r w:rsidRPr="005E5CA9">
        <w:rPr>
          <w:rFonts w:cs="Times New Roman"/>
          <w:b/>
          <w:color w:val="0000FF"/>
          <w:szCs w:val="24"/>
          <w:lang w:val="vi-VN"/>
        </w:rPr>
        <w:t xml:space="preserve">A. </w:t>
      </w:r>
      <w:r w:rsidRPr="005E5CA9">
        <w:rPr>
          <w:rFonts w:cs="Times New Roman"/>
          <w:noProof/>
          <w:position w:val="-10"/>
          <w:szCs w:val="24"/>
        </w:rPr>
        <w:object w:dxaOrig="499" w:dyaOrig="320">
          <v:shape id="_x0000_i1075" type="#_x0000_t75" style="width:24.9pt;height:15.7pt" o:ole="">
            <v:imagedata r:id="rId95" o:title=""/>
          </v:shape>
          <o:OLEObject Type="Embed" ProgID="Equation.DSMT4" ShapeID="_x0000_i1075" DrawAspect="Content" ObjectID="_1808506093" r:id="rId96"/>
        </w:object>
      </w:r>
      <w:r w:rsidRPr="005E5CA9">
        <w:rPr>
          <w:rFonts w:cs="Times New Roman"/>
          <w:szCs w:val="24"/>
        </w:rPr>
        <w:t>.</w:t>
      </w:r>
      <w:r w:rsidRPr="005E5CA9">
        <w:rPr>
          <w:rFonts w:cs="Times New Roman"/>
          <w:b/>
          <w:color w:val="0000FF"/>
          <w:szCs w:val="24"/>
        </w:rPr>
        <w:tab/>
        <w:t xml:space="preserve">B. </w:t>
      </w:r>
      <w:r w:rsidRPr="005E5CA9">
        <w:rPr>
          <w:rFonts w:cs="Times New Roman"/>
          <w:position w:val="-10"/>
          <w:szCs w:val="24"/>
        </w:rPr>
        <w:object w:dxaOrig="520" w:dyaOrig="320">
          <v:shape id="_x0000_i1076" type="#_x0000_t75" style="width:26.3pt;height:15.7pt" o:ole="">
            <v:imagedata r:id="rId97" o:title=""/>
          </v:shape>
          <o:OLEObject Type="Embed" ProgID="Equation.DSMT4" ShapeID="_x0000_i1076" DrawAspect="Content" ObjectID="_1808506094" r:id="rId98"/>
        </w:object>
      </w:r>
      <w:r w:rsidRPr="005E5CA9">
        <w:rPr>
          <w:rFonts w:cs="Times New Roman"/>
          <w:szCs w:val="24"/>
        </w:rPr>
        <w:t>.</w:t>
      </w:r>
      <w:r w:rsidRPr="005E5CA9">
        <w:rPr>
          <w:rFonts w:cs="Times New Roman"/>
          <w:b/>
          <w:color w:val="0000FF"/>
          <w:szCs w:val="24"/>
        </w:rPr>
        <w:tab/>
        <w:t xml:space="preserve">C. </w:t>
      </w:r>
      <w:r w:rsidRPr="005E5CA9">
        <w:rPr>
          <w:rFonts w:cs="Times New Roman"/>
          <w:position w:val="-10"/>
          <w:szCs w:val="24"/>
        </w:rPr>
        <w:object w:dxaOrig="380" w:dyaOrig="320">
          <v:shape id="_x0000_i1077" type="#_x0000_t75" style="width:18.9pt;height:15.7pt" o:ole="">
            <v:imagedata r:id="rId99" o:title=""/>
          </v:shape>
          <o:OLEObject Type="Embed" ProgID="Equation.DSMT4" ShapeID="_x0000_i1077" DrawAspect="Content" ObjectID="_1808506095" r:id="rId100"/>
        </w:object>
      </w:r>
      <w:r w:rsidRPr="005E5CA9">
        <w:rPr>
          <w:rFonts w:cs="Times New Roman"/>
          <w:szCs w:val="24"/>
        </w:rPr>
        <w:t>.</w:t>
      </w:r>
      <w:r w:rsidRPr="005E5CA9">
        <w:rPr>
          <w:rFonts w:cs="Times New Roman"/>
          <w:b/>
          <w:color w:val="0000FF"/>
          <w:szCs w:val="24"/>
        </w:rPr>
        <w:tab/>
      </w:r>
      <w:r w:rsidRPr="005E5CA9">
        <w:rPr>
          <w:rFonts w:cs="Times New Roman"/>
          <w:b/>
          <w:color w:val="0000FF"/>
          <w:szCs w:val="24"/>
          <w:u w:val="single"/>
        </w:rPr>
        <w:t>D</w:t>
      </w:r>
      <w:r w:rsidRPr="005E5CA9">
        <w:rPr>
          <w:rFonts w:cs="Times New Roman"/>
          <w:b/>
          <w:color w:val="0000FF"/>
          <w:szCs w:val="24"/>
        </w:rPr>
        <w:t xml:space="preserve">. </w:t>
      </w:r>
      <w:r w:rsidRPr="005E5CA9">
        <w:rPr>
          <w:rFonts w:cs="Times New Roman"/>
          <w:noProof/>
          <w:position w:val="-24"/>
          <w:szCs w:val="24"/>
          <w:vertAlign w:val="subscript"/>
        </w:rPr>
        <w:object w:dxaOrig="340" w:dyaOrig="620">
          <v:shape id="_x0000_i1078" type="#_x0000_t75" style="width:17.1pt;height:30.9pt" o:ole="">
            <v:imagedata r:id="rId101" o:title=""/>
          </v:shape>
          <o:OLEObject Type="Embed" ProgID="Equation.DSMT4" ShapeID="_x0000_i1078" DrawAspect="Content" ObjectID="_1808506096" r:id="rId102"/>
        </w:object>
      </w:r>
      <w:r w:rsidRPr="005E5CA9">
        <w:rPr>
          <w:rFonts w:cs="Times New Roman"/>
          <w:noProof/>
          <w:szCs w:val="24"/>
          <w:vertAlign w:val="subscript"/>
        </w:rPr>
        <w:t>.</w:t>
      </w:r>
    </w:p>
    <w:p w:rsidR="00FA061C" w:rsidRPr="005E5CA9" w:rsidRDefault="00FA061C" w:rsidP="00F63B1A">
      <w:pPr>
        <w:spacing w:before="0" w:after="0"/>
        <w:ind w:left="992"/>
        <w:jc w:val="center"/>
        <w:rPr>
          <w:rFonts w:cs="Times New Roman"/>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szCs w:val="24"/>
          <w:highlight w:val="green"/>
        </w:rPr>
      </w:pPr>
      <w:r w:rsidRPr="005E5CA9">
        <w:rPr>
          <w:rFonts w:cs="Times New Roman"/>
          <w:b/>
          <w:color w:val="0000FF"/>
          <w:szCs w:val="24"/>
          <w:highlight w:val="green"/>
        </w:rPr>
        <w:t>Chọn D</w:t>
      </w:r>
    </w:p>
    <w:p w:rsidR="00FA061C" w:rsidRPr="005E5CA9" w:rsidRDefault="00FA061C" w:rsidP="00F63B1A">
      <w:pPr>
        <w:spacing w:before="0" w:after="0"/>
        <w:ind w:left="992"/>
        <w:rPr>
          <w:rFonts w:cs="Times New Roman"/>
          <w:szCs w:val="24"/>
        </w:rPr>
      </w:pPr>
      <w:r w:rsidRPr="005E5CA9">
        <w:rPr>
          <w:rFonts w:cs="Times New Roman"/>
          <w:szCs w:val="24"/>
        </w:rPr>
        <w:t>Theo công thức xác suất toàn phần:</w:t>
      </w:r>
    </w:p>
    <w:p w:rsidR="00FA061C" w:rsidRPr="005E5CA9" w:rsidRDefault="00FA061C" w:rsidP="00F63B1A">
      <w:pPr>
        <w:spacing w:before="0" w:after="0"/>
        <w:ind w:left="992"/>
        <w:rPr>
          <w:rFonts w:cs="Times New Roman"/>
          <w:szCs w:val="24"/>
        </w:rPr>
      </w:pPr>
      <w:r w:rsidRPr="005E5CA9">
        <w:rPr>
          <w:rFonts w:cs="Times New Roman"/>
          <w:position w:val="-18"/>
          <w:szCs w:val="24"/>
        </w:rPr>
        <w:object w:dxaOrig="6580" w:dyaOrig="480">
          <v:shape id="_x0000_i1079" type="#_x0000_t75" style="width:327.7pt;height:24pt" o:ole="">
            <v:imagedata r:id="rId103" o:title=""/>
          </v:shape>
          <o:OLEObject Type="Embed" ProgID="Equation.DSMT4" ShapeID="_x0000_i1079" DrawAspect="Content" ObjectID="_1808506097" r:id="rId104"/>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Theo công thức Bayes:</w:t>
      </w:r>
      <w:r w:rsidR="00F63B1A">
        <w:rPr>
          <w:rFonts w:cs="Times New Roman"/>
          <w:szCs w:val="24"/>
        </w:rPr>
        <w:t xml:space="preserve"> </w:t>
      </w:r>
      <w:r w:rsidR="00F63B1A" w:rsidRPr="005E5CA9">
        <w:rPr>
          <w:rFonts w:cs="Times New Roman"/>
          <w:position w:val="-32"/>
          <w:szCs w:val="24"/>
        </w:rPr>
        <w:object w:dxaOrig="4099" w:dyaOrig="740">
          <v:shape id="_x0000_i1080" type="#_x0000_t75" style="width:205.4pt;height:36.9pt" o:ole="">
            <v:imagedata r:id="rId105" o:title=""/>
          </v:shape>
          <o:OLEObject Type="Embed" ProgID="Equation.DSMT4" ShapeID="_x0000_i1080" DrawAspect="Content" ObjectID="_1808506098" r:id="rId106"/>
        </w:object>
      </w:r>
      <w:r w:rsidRPr="005E5CA9">
        <w:rPr>
          <w:rFonts w:cs="Times New Roman"/>
          <w:szCs w:val="24"/>
        </w:rPr>
        <w:t>.</w:t>
      </w:r>
      <w:r w:rsidR="00F63B1A">
        <w:rPr>
          <w:rFonts w:cs="Times New Roman"/>
          <w:szCs w:val="24"/>
        </w:rPr>
        <w:t xml:space="preserve"> </w:t>
      </w:r>
      <w:r w:rsidRPr="005E5CA9">
        <w:rPr>
          <w:rFonts w:cs="Times New Roman"/>
          <w:szCs w:val="24"/>
        </w:rPr>
        <w:t>Vậy chọn</w:t>
      </w:r>
      <w:r w:rsidR="00D758E2">
        <w:rPr>
          <w:rFonts w:cs="Times New Roman"/>
          <w:szCs w:val="24"/>
        </w:rPr>
        <w:t xml:space="preserve"> </w:t>
      </w:r>
      <w:r w:rsidRPr="005E5CA9">
        <w:rPr>
          <w:rFonts w:cs="Times New Roman"/>
          <w:b/>
          <w:color w:val="0000FF"/>
          <w:szCs w:val="24"/>
        </w:rPr>
        <w:t>D.</w:t>
      </w:r>
    </w:p>
    <w:p w:rsidR="00FA061C" w:rsidRPr="005E5CA9" w:rsidRDefault="00FA061C" w:rsidP="00F63B1A">
      <w:pPr>
        <w:tabs>
          <w:tab w:val="left" w:pos="992"/>
        </w:tabs>
        <w:spacing w:before="0" w:after="0"/>
        <w:ind w:left="992" w:hanging="992"/>
        <w:rPr>
          <w:rFonts w:cs="Times New Roman"/>
          <w:szCs w:val="24"/>
        </w:rPr>
      </w:pPr>
      <w:bookmarkStart w:id="5" w:name="BMN_QUESTION6"/>
      <w:bookmarkEnd w:id="5"/>
      <w:r w:rsidRPr="005E5CA9">
        <w:rPr>
          <w:rFonts w:cs="Times New Roman"/>
          <w:b/>
          <w:color w:val="0000FF"/>
          <w:szCs w:val="24"/>
        </w:rPr>
        <w:t>Câu 6.</w:t>
      </w:r>
      <w:r w:rsidRPr="005E5CA9">
        <w:rPr>
          <w:rFonts w:cs="Times New Roman"/>
          <w:b/>
          <w:color w:val="0000FF"/>
          <w:szCs w:val="24"/>
        </w:rPr>
        <w:tab/>
      </w:r>
      <w:r w:rsidRPr="005E5CA9">
        <w:rPr>
          <w:rFonts w:cs="Times New Roman"/>
          <w:szCs w:val="24"/>
        </w:rPr>
        <w:t xml:space="preserve">Cho hàm số </w:t>
      </w:r>
      <w:r w:rsidRPr="005E5CA9">
        <w:rPr>
          <w:rFonts w:eastAsia="Aptos" w:cs="Times New Roman"/>
          <w:position w:val="-14"/>
          <w:szCs w:val="24"/>
        </w:rPr>
        <w:object w:dxaOrig="960" w:dyaOrig="400">
          <v:shape id="_x0000_i1081" type="#_x0000_t75" style="width:48pt;height:20.3pt" o:ole="">
            <v:imagedata r:id="rId107" o:title=""/>
          </v:shape>
          <o:OLEObject Type="Embed" ProgID="Equation.DSMT4" ShapeID="_x0000_i1081" DrawAspect="Content" ObjectID="_1808506099" r:id="rId108"/>
        </w:object>
      </w:r>
      <w:r w:rsidRPr="005E5CA9">
        <w:rPr>
          <w:rFonts w:cs="Times New Roman"/>
          <w:szCs w:val="24"/>
        </w:rPr>
        <w:t xml:space="preserve"> có bảng biến thiên như sau:</w:t>
      </w:r>
    </w:p>
    <w:p w:rsidR="00FA061C" w:rsidRPr="005E5CA9" w:rsidRDefault="00FA061C" w:rsidP="00F63B1A">
      <w:pPr>
        <w:spacing w:before="0" w:after="0"/>
        <w:ind w:left="992"/>
        <w:jc w:val="center"/>
        <w:rPr>
          <w:rFonts w:cs="Times New Roman"/>
          <w:szCs w:val="24"/>
        </w:rPr>
      </w:pPr>
      <w:r w:rsidRPr="005E5CA9">
        <w:rPr>
          <w:rFonts w:cs="Times New Roman"/>
          <w:noProof/>
          <w:szCs w:val="24"/>
        </w:rPr>
        <w:drawing>
          <wp:inline distT="0" distB="0" distL="0" distR="0" wp14:anchorId="0720F1EB" wp14:editId="15ED78AD">
            <wp:extent cx="4152900" cy="1152525"/>
            <wp:effectExtent l="0" t="0" r="0" b="0"/>
            <wp:docPr id="325426627" name="image8.png" descr="Ảnh có chứa hàng, biểu đồ, Sơ đồ&#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8.png" descr="Ảnh có chứa hàng, biểu đồ, Sơ đồ&#10;&#10;Mô tả được tạo tự động"/>
                    <pic:cNvPicPr preferRelativeResize="0"/>
                  </pic:nvPicPr>
                  <pic:blipFill>
                    <a:blip r:embed="rId109"/>
                    <a:srcRect/>
                    <a:stretch>
                      <a:fillRect/>
                    </a:stretch>
                  </pic:blipFill>
                  <pic:spPr>
                    <a:xfrm>
                      <a:off x="0" y="0"/>
                      <a:ext cx="4152900" cy="1152525"/>
                    </a:xfrm>
                    <a:prstGeom prst="rect">
                      <a:avLst/>
                    </a:prstGeom>
                    <a:ln/>
                  </pic:spPr>
                </pic:pic>
              </a:graphicData>
            </a:graphic>
          </wp:inline>
        </w:drawing>
      </w:r>
    </w:p>
    <w:p w:rsidR="00FA061C" w:rsidRPr="005E5CA9" w:rsidRDefault="00FA061C" w:rsidP="00F63B1A">
      <w:pPr>
        <w:spacing w:before="0" w:after="0"/>
        <w:ind w:left="992"/>
        <w:rPr>
          <w:rFonts w:cs="Times New Roman"/>
          <w:b/>
          <w:color w:val="0000FF"/>
          <w:szCs w:val="24"/>
        </w:rPr>
      </w:pPr>
      <w:r w:rsidRPr="005E5CA9">
        <w:rPr>
          <w:rFonts w:cs="Times New Roman"/>
          <w:szCs w:val="24"/>
        </w:rPr>
        <w:t>Hàm số đã cho nghịch biến trên khoảng nào dưới đây?</w:t>
      </w:r>
    </w:p>
    <w:p w:rsidR="00FA061C" w:rsidRPr="005E5CA9" w:rsidRDefault="00FA061C" w:rsidP="00F63B1A">
      <w:pPr>
        <w:tabs>
          <w:tab w:val="left" w:pos="992"/>
          <w:tab w:val="left" w:pos="3402"/>
          <w:tab w:val="left" w:pos="5669"/>
          <w:tab w:val="left" w:pos="7938"/>
        </w:tabs>
        <w:spacing w:before="0" w:after="0"/>
        <w:ind w:left="992"/>
        <w:rPr>
          <w:rFonts w:cs="Times New Roman"/>
          <w:szCs w:val="24"/>
        </w:rPr>
      </w:pPr>
      <w:r w:rsidRPr="00F63B1A">
        <w:rPr>
          <w:rFonts w:cs="Times New Roman"/>
          <w:b/>
          <w:color w:val="0000FF"/>
          <w:szCs w:val="24"/>
        </w:rPr>
        <w:t>A</w:t>
      </w:r>
      <w:r w:rsidRPr="005E5CA9">
        <w:rPr>
          <w:rFonts w:cs="Times New Roman"/>
          <w:b/>
          <w:color w:val="0000FF"/>
          <w:szCs w:val="24"/>
        </w:rPr>
        <w:t xml:space="preserve">. </w:t>
      </w:r>
      <w:r w:rsidR="00F63B1A" w:rsidRPr="005E5CA9">
        <w:rPr>
          <w:rFonts w:cs="Times New Roman"/>
          <w:position w:val="-14"/>
          <w:szCs w:val="24"/>
        </w:rPr>
        <w:object w:dxaOrig="1840" w:dyaOrig="400">
          <v:shape id="_x0000_i1082" type="#_x0000_t75" style="width:93.7pt;height:20.3pt" o:ole="">
            <v:imagedata r:id="rId110" o:title=""/>
          </v:shape>
          <o:OLEObject Type="Embed" ProgID="Equation.DSMT4" ShapeID="_x0000_i1082" DrawAspect="Content" ObjectID="_1808506100" r:id="rId111"/>
        </w:object>
      </w:r>
      <w:r w:rsidRPr="005E5CA9">
        <w:rPr>
          <w:rFonts w:cs="Times New Roman"/>
          <w:szCs w:val="24"/>
        </w:rPr>
        <w:t xml:space="preserve"> </w:t>
      </w:r>
      <w:r w:rsidR="00F63B1A">
        <w:rPr>
          <w:rFonts w:cs="Times New Roman"/>
          <w:szCs w:val="24"/>
        </w:rPr>
        <w:t>.</w:t>
      </w:r>
      <w:r w:rsidRPr="005E5CA9">
        <w:rPr>
          <w:rFonts w:cs="Times New Roman"/>
          <w:b/>
          <w:color w:val="0000FF"/>
          <w:szCs w:val="24"/>
        </w:rPr>
        <w:tab/>
        <w:t xml:space="preserve">B. </w:t>
      </w:r>
      <w:r w:rsidRPr="005E5CA9">
        <w:rPr>
          <w:rFonts w:cs="Times New Roman"/>
          <w:position w:val="-14"/>
          <w:szCs w:val="24"/>
        </w:rPr>
        <w:object w:dxaOrig="760" w:dyaOrig="400">
          <v:shape id="_x0000_i1083" type="#_x0000_t75" style="width:38.3pt;height:20.3pt" o:ole="">
            <v:imagedata r:id="rId112" o:title=""/>
          </v:shape>
          <o:OLEObject Type="Embed" ProgID="Equation.DSMT4" ShapeID="_x0000_i1083" DrawAspect="Content" ObjectID="_1808506101" r:id="rId113"/>
        </w:object>
      </w:r>
      <w:r w:rsidRPr="005E5CA9">
        <w:rPr>
          <w:rFonts w:cs="Times New Roman"/>
          <w:szCs w:val="24"/>
        </w:rPr>
        <w:t>.</w:t>
      </w:r>
      <w:r w:rsidR="00F63B1A">
        <w:rPr>
          <w:rFonts w:cs="Times New Roman"/>
          <w:szCs w:val="24"/>
        </w:rPr>
        <w:tab/>
      </w:r>
      <w:r w:rsidRPr="00F63B1A">
        <w:rPr>
          <w:rFonts w:cs="Times New Roman"/>
          <w:b/>
          <w:color w:val="0000FF"/>
          <w:szCs w:val="24"/>
          <w:u w:val="single"/>
        </w:rPr>
        <w:t>C</w:t>
      </w:r>
      <w:r w:rsidRPr="005E5CA9">
        <w:rPr>
          <w:rFonts w:cs="Times New Roman"/>
          <w:b/>
          <w:color w:val="0000FF"/>
          <w:szCs w:val="24"/>
        </w:rPr>
        <w:t xml:space="preserve">. </w:t>
      </w:r>
      <w:r w:rsidRPr="005E5CA9">
        <w:rPr>
          <w:rFonts w:cs="Times New Roman"/>
          <w:position w:val="-14"/>
          <w:szCs w:val="24"/>
        </w:rPr>
        <w:object w:dxaOrig="820" w:dyaOrig="400">
          <v:shape id="_x0000_i1084" type="#_x0000_t75" style="width:41.1pt;height:20.3pt" o:ole="">
            <v:imagedata r:id="rId114" o:title=""/>
          </v:shape>
          <o:OLEObject Type="Embed" ProgID="Equation.DSMT4" ShapeID="_x0000_i1084" DrawAspect="Content" ObjectID="_1808506102" r:id="rId115"/>
        </w:object>
      </w:r>
      <w:r w:rsidRPr="005E5CA9">
        <w:rPr>
          <w:rFonts w:cs="Times New Roman"/>
          <w:szCs w:val="24"/>
        </w:rPr>
        <w:t>.</w:t>
      </w:r>
      <w:r w:rsidRPr="005E5CA9">
        <w:rPr>
          <w:rFonts w:cs="Times New Roman"/>
          <w:b/>
          <w:color w:val="0000FF"/>
          <w:szCs w:val="24"/>
        </w:rPr>
        <w:tab/>
        <w:t xml:space="preserve">D. </w:t>
      </w:r>
      <w:r w:rsidRPr="005E5CA9">
        <w:rPr>
          <w:rFonts w:cs="Times New Roman"/>
          <w:position w:val="-14"/>
          <w:szCs w:val="24"/>
        </w:rPr>
        <w:object w:dxaOrig="820" w:dyaOrig="400">
          <v:shape id="_x0000_i1085" type="#_x0000_t75" style="width:41.1pt;height:20.3pt" o:ole="">
            <v:imagedata r:id="rId116" o:title=""/>
          </v:shape>
          <o:OLEObject Type="Embed" ProgID="Equation.DSMT4" ShapeID="_x0000_i1085" DrawAspect="Content" ObjectID="_1808506103" r:id="rId117"/>
        </w:object>
      </w:r>
      <w:r w:rsidRPr="005E5CA9">
        <w:rPr>
          <w:rFonts w:cs="Times New Roman"/>
          <w:szCs w:val="24"/>
        </w:rPr>
        <w:t>.</w:t>
      </w:r>
    </w:p>
    <w:p w:rsidR="00FA061C" w:rsidRPr="005E5CA9" w:rsidRDefault="00FA061C" w:rsidP="00F63B1A">
      <w:pPr>
        <w:spacing w:before="0" w:after="0"/>
        <w:ind w:left="992"/>
        <w:jc w:val="center"/>
        <w:rPr>
          <w:rFonts w:cs="Times New Roman"/>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szCs w:val="24"/>
          <w:highlight w:val="green"/>
        </w:rPr>
      </w:pPr>
      <w:r w:rsidRPr="005E5CA9">
        <w:rPr>
          <w:rFonts w:cs="Times New Roman"/>
          <w:b/>
          <w:color w:val="0000FF"/>
          <w:szCs w:val="24"/>
          <w:highlight w:val="green"/>
        </w:rPr>
        <w:t xml:space="preserve">Chọn </w:t>
      </w:r>
      <w:r w:rsidR="00F63B1A">
        <w:rPr>
          <w:rFonts w:cs="Times New Roman"/>
          <w:b/>
          <w:color w:val="0000FF"/>
          <w:szCs w:val="24"/>
          <w:highlight w:val="green"/>
        </w:rPr>
        <w:t>C</w:t>
      </w:r>
    </w:p>
    <w:p w:rsidR="00FA061C" w:rsidRPr="005E5CA9" w:rsidRDefault="00FA061C" w:rsidP="00F63B1A">
      <w:pPr>
        <w:spacing w:before="0" w:after="0"/>
        <w:ind w:left="992"/>
        <w:rPr>
          <w:rFonts w:cs="Times New Roman"/>
          <w:szCs w:val="24"/>
        </w:rPr>
      </w:pPr>
      <w:r w:rsidRPr="005E5CA9">
        <w:rPr>
          <w:rFonts w:cs="Times New Roman"/>
          <w:szCs w:val="24"/>
        </w:rPr>
        <w:t xml:space="preserve">Hàm số đã cho nghịch biến trên khoảng </w:t>
      </w:r>
      <w:r w:rsidRPr="005E5CA9">
        <w:rPr>
          <w:rFonts w:cs="Times New Roman"/>
          <w:position w:val="-14"/>
          <w:szCs w:val="24"/>
        </w:rPr>
        <w:object w:dxaOrig="1620" w:dyaOrig="400">
          <v:shape id="_x0000_i1086" type="#_x0000_t75" style="width:83.1pt;height:20.3pt" o:ole="">
            <v:imagedata r:id="rId118" o:title=""/>
          </v:shape>
          <o:OLEObject Type="Embed" ProgID="Equation.DSMT4" ShapeID="_x0000_i1086" DrawAspect="Content" ObjectID="_1808506104" r:id="rId119"/>
        </w:object>
      </w:r>
      <w:r w:rsidRPr="005E5CA9">
        <w:rPr>
          <w:rFonts w:cs="Times New Roman"/>
          <w:szCs w:val="24"/>
        </w:rPr>
        <w:t>.</w:t>
      </w:r>
    </w:p>
    <w:p w:rsidR="00FA061C" w:rsidRPr="005E5CA9" w:rsidRDefault="00FA061C" w:rsidP="00F63B1A">
      <w:pPr>
        <w:tabs>
          <w:tab w:val="left" w:pos="992"/>
        </w:tabs>
        <w:spacing w:before="0" w:after="0"/>
        <w:ind w:left="992" w:hanging="992"/>
        <w:rPr>
          <w:rFonts w:cs="Times New Roman"/>
          <w:szCs w:val="24"/>
        </w:rPr>
      </w:pPr>
      <w:bookmarkStart w:id="6" w:name="BMN_QUESTION7"/>
      <w:bookmarkEnd w:id="6"/>
      <w:r w:rsidRPr="005E5CA9">
        <w:rPr>
          <w:rFonts w:cs="Times New Roman"/>
          <w:b/>
          <w:color w:val="0000FF"/>
          <w:szCs w:val="24"/>
        </w:rPr>
        <w:t>Câu 7.</w:t>
      </w:r>
      <w:r w:rsidRPr="005E5CA9">
        <w:rPr>
          <w:rFonts w:cs="Times New Roman"/>
          <w:b/>
          <w:color w:val="0000FF"/>
          <w:szCs w:val="24"/>
        </w:rPr>
        <w:tab/>
      </w:r>
      <w:r w:rsidRPr="005E5CA9">
        <w:rPr>
          <w:rFonts w:cs="Times New Roman"/>
          <w:szCs w:val="24"/>
        </w:rPr>
        <w:t xml:space="preserve">Trong không gian </w:t>
      </w:r>
      <w:r w:rsidRPr="005E5CA9">
        <w:rPr>
          <w:rFonts w:eastAsia="Aptos" w:cs="Times New Roman"/>
          <w:position w:val="-10"/>
          <w:szCs w:val="24"/>
        </w:rPr>
        <w:object w:dxaOrig="560" w:dyaOrig="320">
          <v:shape id="_x0000_i1087" type="#_x0000_t75" style="width:27.7pt;height:15.7pt" o:ole="">
            <v:imagedata r:id="rId120" o:title=""/>
          </v:shape>
          <o:OLEObject Type="Embed" ProgID="Equation.DSMT4" ShapeID="_x0000_i1087" DrawAspect="Content" ObjectID="_1808506105" r:id="rId121"/>
        </w:object>
      </w:r>
      <w:r w:rsidRPr="005E5CA9">
        <w:rPr>
          <w:rFonts w:cs="Times New Roman"/>
          <w:szCs w:val="24"/>
        </w:rPr>
        <w:t xml:space="preserve">, phương trình mặt cầu </w:t>
      </w:r>
      <w:r w:rsidRPr="005E5CA9">
        <w:rPr>
          <w:rFonts w:eastAsia="Aptos" w:cs="Times New Roman"/>
          <w:position w:val="-14"/>
          <w:szCs w:val="24"/>
        </w:rPr>
        <w:object w:dxaOrig="400" w:dyaOrig="400">
          <v:shape id="_x0000_i1088" type="#_x0000_t75" style="width:20.3pt;height:20.3pt" o:ole="">
            <v:imagedata r:id="rId122" o:title=""/>
          </v:shape>
          <o:OLEObject Type="Embed" ProgID="Equation.DSMT4" ShapeID="_x0000_i1088" DrawAspect="Content" ObjectID="_1808506106" r:id="rId123"/>
        </w:object>
      </w:r>
      <w:r w:rsidRPr="005E5CA9">
        <w:rPr>
          <w:rFonts w:cs="Times New Roman"/>
          <w:szCs w:val="24"/>
        </w:rPr>
        <w:t xml:space="preserve"> có tâm </w:t>
      </w:r>
      <w:r w:rsidRPr="005E5CA9">
        <w:rPr>
          <w:rFonts w:eastAsia="Aptos" w:cs="Times New Roman"/>
          <w:position w:val="-14"/>
          <w:szCs w:val="24"/>
        </w:rPr>
        <w:object w:dxaOrig="999" w:dyaOrig="400">
          <v:shape id="_x0000_i1089" type="#_x0000_t75" style="width:50.3pt;height:20.3pt" o:ole="">
            <v:imagedata r:id="rId124" o:title=""/>
          </v:shape>
          <o:OLEObject Type="Embed" ProgID="Equation.DSMT4" ShapeID="_x0000_i1089" DrawAspect="Content" ObjectID="_1808506107" r:id="rId125"/>
        </w:object>
      </w:r>
      <w:r w:rsidRPr="005E5CA9">
        <w:rPr>
          <w:rFonts w:cs="Times New Roman"/>
          <w:szCs w:val="24"/>
        </w:rPr>
        <w:t xml:space="preserve"> và đi qua điểm </w:t>
      </w:r>
      <w:r w:rsidRPr="005E5CA9">
        <w:rPr>
          <w:rFonts w:eastAsia="Aptos" w:cs="Times New Roman"/>
          <w:position w:val="-14"/>
          <w:szCs w:val="24"/>
        </w:rPr>
        <w:object w:dxaOrig="1100" w:dyaOrig="400">
          <v:shape id="_x0000_i1090" type="#_x0000_t75" style="width:54.9pt;height:20.3pt" o:ole="">
            <v:imagedata r:id="rId126" o:title=""/>
          </v:shape>
          <o:OLEObject Type="Embed" ProgID="Equation.DSMT4" ShapeID="_x0000_i1090" DrawAspect="Content" ObjectID="_1808506108" r:id="rId127"/>
        </w:object>
      </w:r>
    </w:p>
    <w:p w:rsidR="00FA061C" w:rsidRPr="005E5CA9" w:rsidRDefault="00FA061C" w:rsidP="00F63B1A">
      <w:pPr>
        <w:spacing w:before="0" w:after="0"/>
        <w:ind w:left="992"/>
        <w:rPr>
          <w:rFonts w:cs="Times New Roman"/>
          <w:b/>
          <w:color w:val="0000FF"/>
          <w:szCs w:val="24"/>
        </w:rPr>
      </w:pPr>
      <w:r w:rsidRPr="005E5CA9">
        <w:rPr>
          <w:rFonts w:cs="Times New Roman"/>
          <w:szCs w:val="24"/>
        </w:rPr>
        <w:t>là</w:t>
      </w:r>
    </w:p>
    <w:p w:rsidR="00FA061C" w:rsidRPr="005E5CA9" w:rsidRDefault="00FA061C" w:rsidP="00F63B1A">
      <w:pPr>
        <w:tabs>
          <w:tab w:val="left" w:pos="992"/>
          <w:tab w:val="left" w:pos="5669"/>
        </w:tabs>
        <w:spacing w:before="0" w:after="0"/>
        <w:ind w:left="992"/>
        <w:rPr>
          <w:rFonts w:cs="Times New Roman"/>
          <w:b/>
          <w:color w:val="0000FF"/>
          <w:szCs w:val="24"/>
        </w:rPr>
      </w:pPr>
      <w:r w:rsidRPr="005E5CA9">
        <w:rPr>
          <w:rFonts w:cs="Times New Roman"/>
          <w:b/>
          <w:color w:val="0000FF"/>
          <w:szCs w:val="24"/>
        </w:rPr>
        <w:t xml:space="preserve">A. </w:t>
      </w:r>
      <w:r w:rsidRPr="005E5CA9">
        <w:rPr>
          <w:rFonts w:cs="Times New Roman"/>
          <w:noProof/>
          <w:position w:val="-14"/>
          <w:szCs w:val="24"/>
        </w:rPr>
        <w:object w:dxaOrig="3000" w:dyaOrig="440">
          <v:shape id="_x0000_i1091" type="#_x0000_t75" style="width:150pt;height:21.7pt" o:ole="">
            <v:imagedata r:id="rId128" o:title=""/>
          </v:shape>
          <o:OLEObject Type="Embed" ProgID="Equation.DSMT4" ShapeID="_x0000_i1091" DrawAspect="Content" ObjectID="_1808506109" r:id="rId129"/>
        </w:object>
      </w:r>
      <w:r w:rsidRPr="005E5CA9">
        <w:rPr>
          <w:rFonts w:cs="Times New Roman"/>
          <w:szCs w:val="24"/>
        </w:rPr>
        <w:t>.</w:t>
      </w:r>
      <w:r w:rsidRPr="005E5CA9">
        <w:rPr>
          <w:rFonts w:cs="Times New Roman"/>
          <w:b/>
          <w:color w:val="0000FF"/>
          <w:szCs w:val="24"/>
        </w:rPr>
        <w:tab/>
      </w:r>
      <w:r w:rsidRPr="005E5CA9">
        <w:rPr>
          <w:rFonts w:cs="Times New Roman"/>
          <w:b/>
          <w:color w:val="0000FF"/>
          <w:szCs w:val="24"/>
          <w:u w:val="single"/>
        </w:rPr>
        <w:t>B</w:t>
      </w:r>
      <w:r w:rsidRPr="005E5CA9">
        <w:rPr>
          <w:rFonts w:cs="Times New Roman"/>
          <w:b/>
          <w:color w:val="0000FF"/>
          <w:szCs w:val="24"/>
        </w:rPr>
        <w:t xml:space="preserve">. </w:t>
      </w:r>
      <w:r w:rsidRPr="005E5CA9">
        <w:rPr>
          <w:rFonts w:cs="Times New Roman"/>
          <w:position w:val="-14"/>
          <w:szCs w:val="24"/>
        </w:rPr>
        <w:object w:dxaOrig="3000" w:dyaOrig="440">
          <v:shape id="_x0000_i1092" type="#_x0000_t75" style="width:150pt;height:21.7pt" o:ole="">
            <v:imagedata r:id="rId130" o:title=""/>
          </v:shape>
          <o:OLEObject Type="Embed" ProgID="Equation.DSMT4" ShapeID="_x0000_i1092" DrawAspect="Content" ObjectID="_1808506110" r:id="rId131"/>
        </w:object>
      </w:r>
      <w:r w:rsidRPr="005E5CA9">
        <w:rPr>
          <w:rFonts w:cs="Times New Roman"/>
          <w:szCs w:val="24"/>
        </w:rPr>
        <w:t>.</w:t>
      </w:r>
    </w:p>
    <w:p w:rsidR="00FA061C" w:rsidRPr="005E5CA9" w:rsidRDefault="00FA061C" w:rsidP="00F63B1A">
      <w:pPr>
        <w:tabs>
          <w:tab w:val="left" w:pos="992"/>
          <w:tab w:val="left" w:pos="5669"/>
        </w:tabs>
        <w:spacing w:before="0" w:after="0"/>
        <w:ind w:left="992"/>
        <w:rPr>
          <w:rFonts w:cs="Times New Roman"/>
          <w:szCs w:val="24"/>
        </w:rPr>
      </w:pPr>
      <w:r w:rsidRPr="005E5CA9">
        <w:rPr>
          <w:rFonts w:cs="Times New Roman"/>
          <w:b/>
          <w:color w:val="0000FF"/>
          <w:szCs w:val="24"/>
        </w:rPr>
        <w:t xml:space="preserve">C. </w:t>
      </w:r>
      <w:r w:rsidRPr="005E5CA9">
        <w:rPr>
          <w:rFonts w:cs="Times New Roman"/>
          <w:noProof/>
          <w:position w:val="-14"/>
          <w:szCs w:val="24"/>
          <w:vertAlign w:val="subscript"/>
        </w:rPr>
        <w:object w:dxaOrig="2980" w:dyaOrig="440">
          <v:shape id="_x0000_i1093" type="#_x0000_t75" style="width:149.1pt;height:21.7pt" o:ole="">
            <v:imagedata r:id="rId132" o:title=""/>
          </v:shape>
          <o:OLEObject Type="Embed" ProgID="Equation.DSMT4" ShapeID="_x0000_i1093" DrawAspect="Content" ObjectID="_1808506111" r:id="rId133"/>
        </w:object>
      </w:r>
      <w:r w:rsidRPr="005E5CA9">
        <w:rPr>
          <w:rFonts w:cs="Times New Roman"/>
          <w:szCs w:val="24"/>
        </w:rPr>
        <w:t>.</w:t>
      </w:r>
      <w:r w:rsidRPr="005E5CA9">
        <w:rPr>
          <w:rFonts w:cs="Times New Roman"/>
          <w:b/>
          <w:color w:val="0000FF"/>
          <w:szCs w:val="24"/>
        </w:rPr>
        <w:tab/>
        <w:t xml:space="preserve">D. </w:t>
      </w:r>
      <w:r w:rsidRPr="005E5CA9">
        <w:rPr>
          <w:rFonts w:cs="Times New Roman"/>
          <w:noProof/>
          <w:position w:val="-14"/>
          <w:szCs w:val="24"/>
          <w:vertAlign w:val="subscript"/>
        </w:rPr>
        <w:object w:dxaOrig="3000" w:dyaOrig="440">
          <v:shape id="_x0000_i1094" type="#_x0000_t75" style="width:150pt;height:21.7pt" o:ole="">
            <v:imagedata r:id="rId134" o:title=""/>
          </v:shape>
          <o:OLEObject Type="Embed" ProgID="Equation.DSMT4" ShapeID="_x0000_i1094" DrawAspect="Content" ObjectID="_1808506112" r:id="rId135"/>
        </w:object>
      </w:r>
      <w:r w:rsidRPr="005E5CA9">
        <w:rPr>
          <w:rFonts w:cs="Times New Roman"/>
          <w:szCs w:val="24"/>
        </w:rPr>
        <w:t>.</w:t>
      </w:r>
    </w:p>
    <w:p w:rsidR="00FA061C" w:rsidRPr="005E5CA9" w:rsidRDefault="00FA061C" w:rsidP="00F63B1A">
      <w:pPr>
        <w:spacing w:before="0" w:after="0"/>
        <w:ind w:left="992"/>
        <w:jc w:val="center"/>
        <w:rPr>
          <w:rFonts w:cs="Times New Roman"/>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szCs w:val="24"/>
          <w:highlight w:val="green"/>
        </w:rPr>
      </w:pPr>
      <w:r w:rsidRPr="005E5CA9">
        <w:rPr>
          <w:rFonts w:cs="Times New Roman"/>
          <w:b/>
          <w:color w:val="0000FF"/>
          <w:szCs w:val="24"/>
          <w:highlight w:val="green"/>
        </w:rPr>
        <w:t>Chọn B</w:t>
      </w:r>
    </w:p>
    <w:p w:rsidR="00FA061C" w:rsidRPr="005E5CA9" w:rsidRDefault="00FA061C" w:rsidP="00F63B1A">
      <w:pPr>
        <w:spacing w:before="0" w:after="0"/>
        <w:ind w:left="992"/>
        <w:rPr>
          <w:rFonts w:cs="Times New Roman"/>
          <w:szCs w:val="24"/>
        </w:rPr>
      </w:pPr>
      <w:r w:rsidRPr="005E5CA9">
        <w:rPr>
          <w:rFonts w:cs="Times New Roman"/>
          <w:szCs w:val="24"/>
        </w:rPr>
        <w:t xml:space="preserve">Bán kính mặt cầu </w:t>
      </w:r>
      <w:r w:rsidRPr="005E5CA9">
        <w:rPr>
          <w:rFonts w:cs="Times New Roman"/>
          <w:position w:val="-16"/>
          <w:szCs w:val="24"/>
        </w:rPr>
        <w:object w:dxaOrig="4120" w:dyaOrig="520">
          <v:shape id="_x0000_i1095" type="#_x0000_t75" style="width:206.3pt;height:26.3pt" o:ole="">
            <v:imagedata r:id="rId136" o:title=""/>
          </v:shape>
          <o:OLEObject Type="Embed" ProgID="Equation.DSMT4" ShapeID="_x0000_i1095" DrawAspect="Content" ObjectID="_1808506113" r:id="rId137"/>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Phương trình mặt cầu tâm </w:t>
      </w:r>
      <w:r w:rsidRPr="005E5CA9">
        <w:rPr>
          <w:rFonts w:cs="Times New Roman"/>
          <w:position w:val="-4"/>
          <w:szCs w:val="24"/>
        </w:rPr>
        <w:object w:dxaOrig="200" w:dyaOrig="260">
          <v:shape id="_x0000_i1096" type="#_x0000_t75" style="width:9.7pt;height:12.9pt" o:ole="">
            <v:imagedata r:id="rId138" o:title=""/>
          </v:shape>
          <o:OLEObject Type="Embed" ProgID="Equation.DSMT4" ShapeID="_x0000_i1096" DrawAspect="Content" ObjectID="_1808506114" r:id="rId139"/>
        </w:object>
      </w:r>
      <w:r w:rsidRPr="005E5CA9">
        <w:rPr>
          <w:rFonts w:cs="Times New Roman"/>
          <w:szCs w:val="24"/>
        </w:rPr>
        <w:t xml:space="preserve"> đi qua điểm </w:t>
      </w:r>
      <w:r w:rsidRPr="005E5CA9">
        <w:rPr>
          <w:rFonts w:cs="Times New Roman"/>
          <w:position w:val="-4"/>
          <w:szCs w:val="24"/>
        </w:rPr>
        <w:object w:dxaOrig="240" w:dyaOrig="260">
          <v:shape id="_x0000_i1097" type="#_x0000_t75" style="width:12pt;height:12.9pt" o:ole="">
            <v:imagedata r:id="rId140" o:title=""/>
          </v:shape>
          <o:OLEObject Type="Embed" ProgID="Equation.DSMT4" ShapeID="_x0000_i1097" DrawAspect="Content" ObjectID="_1808506115" r:id="rId141"/>
        </w:object>
      </w:r>
      <w:r w:rsidRPr="005E5CA9">
        <w:rPr>
          <w:rFonts w:cs="Times New Roman"/>
          <w:szCs w:val="24"/>
        </w:rPr>
        <w:t xml:space="preserve">: </w:t>
      </w:r>
      <w:r w:rsidRPr="005E5CA9">
        <w:rPr>
          <w:rFonts w:cs="Times New Roman"/>
          <w:position w:val="-14"/>
          <w:szCs w:val="24"/>
        </w:rPr>
        <w:object w:dxaOrig="3000" w:dyaOrig="440">
          <v:shape id="_x0000_i1098" type="#_x0000_t75" style="width:150pt;height:21.7pt" o:ole="">
            <v:imagedata r:id="rId130" o:title=""/>
          </v:shape>
          <o:OLEObject Type="Embed" ProgID="Equation.DSMT4" ShapeID="_x0000_i1098" DrawAspect="Content" ObjectID="_1808506116" r:id="rId142"/>
        </w:object>
      </w:r>
      <w:r w:rsidRPr="005E5CA9">
        <w:rPr>
          <w:rFonts w:cs="Times New Roman"/>
          <w:szCs w:val="24"/>
        </w:rPr>
        <w:t>.</w:t>
      </w:r>
    </w:p>
    <w:p w:rsidR="00FA061C" w:rsidRPr="005E5CA9" w:rsidRDefault="00FA061C" w:rsidP="00F63B1A">
      <w:pPr>
        <w:tabs>
          <w:tab w:val="left" w:pos="992"/>
        </w:tabs>
        <w:spacing w:before="0" w:after="0"/>
        <w:ind w:left="992" w:hanging="992"/>
        <w:rPr>
          <w:rFonts w:cs="Times New Roman"/>
          <w:b/>
          <w:color w:val="0000FF"/>
          <w:szCs w:val="24"/>
        </w:rPr>
      </w:pPr>
      <w:bookmarkStart w:id="7" w:name="BMN_QUESTION8"/>
      <w:bookmarkEnd w:id="7"/>
      <w:r w:rsidRPr="005E5CA9">
        <w:rPr>
          <w:rFonts w:cs="Times New Roman"/>
          <w:b/>
          <w:color w:val="0000FF"/>
          <w:szCs w:val="24"/>
        </w:rPr>
        <w:t>Câu 8.</w:t>
      </w:r>
      <w:r w:rsidRPr="005E5CA9">
        <w:rPr>
          <w:rFonts w:cs="Times New Roman"/>
          <w:b/>
          <w:color w:val="0000FF"/>
          <w:szCs w:val="24"/>
        </w:rPr>
        <w:tab/>
      </w:r>
      <w:r w:rsidRPr="005E5CA9">
        <w:rPr>
          <w:rFonts w:cs="Times New Roman"/>
          <w:szCs w:val="24"/>
        </w:rPr>
        <w:t xml:space="preserve">Trong không gian </w:t>
      </w:r>
      <w:r w:rsidRPr="005E5CA9">
        <w:rPr>
          <w:rFonts w:eastAsia="Aptos" w:cs="Times New Roman"/>
          <w:position w:val="-10"/>
          <w:szCs w:val="24"/>
        </w:rPr>
        <w:object w:dxaOrig="560" w:dyaOrig="320">
          <v:shape id="_x0000_i1099" type="#_x0000_t75" style="width:27.7pt;height:15.7pt" o:ole="">
            <v:imagedata r:id="rId143" o:title=""/>
          </v:shape>
          <o:OLEObject Type="Embed" ProgID="Equation.DSMT4" ShapeID="_x0000_i1099" DrawAspect="Content" ObjectID="_1808506117" r:id="rId144"/>
        </w:object>
      </w:r>
      <w:r w:rsidRPr="005E5CA9">
        <w:rPr>
          <w:rFonts w:cs="Times New Roman"/>
          <w:szCs w:val="24"/>
        </w:rPr>
        <w:t xml:space="preserve">, một vectơ pháp tuyến của mặt phẳng </w:t>
      </w:r>
      <w:r w:rsidRPr="005E5CA9">
        <w:rPr>
          <w:rFonts w:eastAsia="Aptos" w:cs="Times New Roman"/>
          <w:position w:val="-24"/>
          <w:szCs w:val="24"/>
        </w:rPr>
        <w:object w:dxaOrig="1520" w:dyaOrig="620">
          <v:shape id="_x0000_i1100" type="#_x0000_t75" style="width:75.7pt;height:30.9pt" o:ole="">
            <v:imagedata r:id="rId145" o:title=""/>
          </v:shape>
          <o:OLEObject Type="Embed" ProgID="Equation.DSMT4" ShapeID="_x0000_i1100" DrawAspect="Content" ObjectID="_1808506118" r:id="rId146"/>
        </w:object>
      </w:r>
      <w:r w:rsidRPr="005E5CA9">
        <w:rPr>
          <w:rFonts w:cs="Times New Roman"/>
          <w:szCs w:val="24"/>
        </w:rPr>
        <w:t xml:space="preserve"> là</w:t>
      </w:r>
    </w:p>
    <w:p w:rsidR="00FA061C" w:rsidRPr="005E5CA9" w:rsidRDefault="00FA061C" w:rsidP="00F63B1A">
      <w:pPr>
        <w:tabs>
          <w:tab w:val="left" w:pos="992"/>
          <w:tab w:val="left" w:pos="3402"/>
          <w:tab w:val="left" w:pos="5669"/>
          <w:tab w:val="left" w:pos="7938"/>
        </w:tabs>
        <w:spacing w:before="0" w:after="0"/>
        <w:ind w:left="992"/>
        <w:rPr>
          <w:rFonts w:cs="Times New Roman"/>
          <w:szCs w:val="24"/>
          <w:lang w:val="sv-SE"/>
        </w:rPr>
      </w:pPr>
      <w:r w:rsidRPr="005E5CA9">
        <w:rPr>
          <w:rFonts w:cs="Times New Roman"/>
          <w:b/>
          <w:color w:val="0000FF"/>
          <w:szCs w:val="24"/>
          <w:lang w:val="sv-SE"/>
        </w:rPr>
        <w:t xml:space="preserve">A. </w:t>
      </w:r>
      <w:r w:rsidRPr="005E5CA9">
        <w:rPr>
          <w:rFonts w:cs="Times New Roman"/>
          <w:position w:val="-14"/>
          <w:szCs w:val="24"/>
        </w:rPr>
        <w:object w:dxaOrig="1540" w:dyaOrig="440">
          <v:shape id="_x0000_i1101" type="#_x0000_t75" style="width:77.1pt;height:21.7pt" o:ole="">
            <v:imagedata r:id="rId147" o:title=""/>
          </v:shape>
          <o:OLEObject Type="Embed" ProgID="Equation.DSMT4" ShapeID="_x0000_i1101" DrawAspect="Content" ObjectID="_1808506119" r:id="rId148"/>
        </w:object>
      </w:r>
      <w:r w:rsidRPr="005E5CA9">
        <w:rPr>
          <w:rFonts w:cs="Times New Roman"/>
          <w:szCs w:val="24"/>
          <w:lang w:val="sv-SE"/>
        </w:rPr>
        <w:t>.</w:t>
      </w:r>
      <w:r w:rsidRPr="005E5CA9">
        <w:rPr>
          <w:rFonts w:cs="Times New Roman"/>
          <w:b/>
          <w:color w:val="0000FF"/>
          <w:szCs w:val="24"/>
          <w:lang w:val="sv-SE"/>
        </w:rPr>
        <w:tab/>
        <w:t xml:space="preserve">B. </w:t>
      </w:r>
      <w:r w:rsidRPr="005E5CA9">
        <w:rPr>
          <w:rFonts w:cs="Times New Roman"/>
          <w:position w:val="-14"/>
          <w:szCs w:val="24"/>
        </w:rPr>
        <w:object w:dxaOrig="1380" w:dyaOrig="440">
          <v:shape id="_x0000_i1102" type="#_x0000_t75" style="width:69.25pt;height:21.7pt" o:ole="">
            <v:imagedata r:id="rId149" o:title=""/>
          </v:shape>
          <o:OLEObject Type="Embed" ProgID="Equation.DSMT4" ShapeID="_x0000_i1102" DrawAspect="Content" ObjectID="_1808506120" r:id="rId150"/>
        </w:object>
      </w:r>
      <w:r w:rsidRPr="005E5CA9">
        <w:rPr>
          <w:rFonts w:cs="Times New Roman"/>
          <w:szCs w:val="24"/>
          <w:lang w:val="sv-SE"/>
        </w:rPr>
        <w:t>.</w:t>
      </w:r>
      <w:r w:rsidR="00F63B1A">
        <w:rPr>
          <w:rFonts w:cs="Times New Roman"/>
          <w:szCs w:val="24"/>
          <w:lang w:val="sv-SE"/>
        </w:rPr>
        <w:tab/>
      </w:r>
      <w:r w:rsidRPr="005E5CA9">
        <w:rPr>
          <w:rFonts w:cs="Times New Roman"/>
          <w:b/>
          <w:color w:val="0000FF"/>
          <w:szCs w:val="24"/>
          <w:lang w:val="sv-SE"/>
        </w:rPr>
        <w:t xml:space="preserve">C. </w:t>
      </w:r>
      <w:r w:rsidRPr="005E5CA9">
        <w:rPr>
          <w:rFonts w:cs="Times New Roman"/>
          <w:position w:val="-14"/>
          <w:szCs w:val="24"/>
        </w:rPr>
        <w:object w:dxaOrig="1260" w:dyaOrig="440">
          <v:shape id="_x0000_i1103" type="#_x0000_t75" style="width:63.25pt;height:21.7pt" o:ole="">
            <v:imagedata r:id="rId151" o:title=""/>
          </v:shape>
          <o:OLEObject Type="Embed" ProgID="Equation.DSMT4" ShapeID="_x0000_i1103" DrawAspect="Content" ObjectID="_1808506121" r:id="rId152"/>
        </w:object>
      </w:r>
      <w:r w:rsidRPr="005E5CA9">
        <w:rPr>
          <w:rFonts w:cs="Times New Roman"/>
          <w:szCs w:val="24"/>
          <w:lang w:val="sv-SE"/>
        </w:rPr>
        <w:t>.</w:t>
      </w:r>
      <w:r w:rsidRPr="005E5CA9">
        <w:rPr>
          <w:rFonts w:cs="Times New Roman"/>
          <w:b/>
          <w:color w:val="0000FF"/>
          <w:szCs w:val="24"/>
          <w:lang w:val="sv-SE"/>
        </w:rPr>
        <w:tab/>
      </w:r>
      <w:r w:rsidRPr="005E5CA9">
        <w:rPr>
          <w:rFonts w:cs="Times New Roman"/>
          <w:b/>
          <w:color w:val="0000FF"/>
          <w:szCs w:val="24"/>
          <w:u w:val="single"/>
          <w:lang w:val="sv-SE"/>
        </w:rPr>
        <w:t>D</w:t>
      </w:r>
      <w:r w:rsidRPr="005E5CA9">
        <w:rPr>
          <w:rFonts w:cs="Times New Roman"/>
          <w:b/>
          <w:color w:val="0000FF"/>
          <w:szCs w:val="24"/>
          <w:lang w:val="sv-SE"/>
        </w:rPr>
        <w:t xml:space="preserve">. </w:t>
      </w:r>
      <w:r w:rsidRPr="005E5CA9">
        <w:rPr>
          <w:rFonts w:cs="Times New Roman"/>
          <w:position w:val="-14"/>
          <w:szCs w:val="24"/>
        </w:rPr>
        <w:object w:dxaOrig="1260" w:dyaOrig="440">
          <v:shape id="_x0000_i1104" type="#_x0000_t75" style="width:63.25pt;height:21.7pt" o:ole="">
            <v:imagedata r:id="rId153" o:title=""/>
          </v:shape>
          <o:OLEObject Type="Embed" ProgID="Equation.DSMT4" ShapeID="_x0000_i1104" DrawAspect="Content" ObjectID="_1808506122" r:id="rId154"/>
        </w:object>
      </w:r>
      <w:r w:rsidRPr="005E5CA9">
        <w:rPr>
          <w:rFonts w:cs="Times New Roman"/>
          <w:szCs w:val="24"/>
          <w:lang w:val="sv-SE"/>
        </w:rPr>
        <w:t>.</w:t>
      </w:r>
    </w:p>
    <w:p w:rsidR="00FA061C" w:rsidRPr="005E5CA9" w:rsidRDefault="00FA061C" w:rsidP="00F63B1A">
      <w:pPr>
        <w:spacing w:before="0" w:after="0"/>
        <w:ind w:left="992"/>
        <w:jc w:val="center"/>
        <w:rPr>
          <w:rFonts w:cs="Times New Roman"/>
          <w:szCs w:val="24"/>
          <w:lang w:val="sv-SE"/>
        </w:rPr>
      </w:pPr>
      <w:r w:rsidRPr="005E5CA9">
        <w:rPr>
          <w:rFonts w:cs="Times New Roman"/>
          <w:b/>
          <w:color w:val="0000FF"/>
          <w:szCs w:val="24"/>
          <w:lang w:val="sv-SE"/>
        </w:rPr>
        <w:t>Lời giải</w:t>
      </w:r>
    </w:p>
    <w:p w:rsidR="00FA061C" w:rsidRPr="005E5CA9" w:rsidRDefault="00FA061C" w:rsidP="00F63B1A">
      <w:pPr>
        <w:spacing w:before="0" w:after="0"/>
        <w:ind w:left="992"/>
        <w:rPr>
          <w:rFonts w:cs="Times New Roman"/>
          <w:szCs w:val="24"/>
          <w:highlight w:val="green"/>
          <w:lang w:val="sv-SE"/>
        </w:rPr>
      </w:pPr>
      <w:r w:rsidRPr="005E5CA9">
        <w:rPr>
          <w:rFonts w:cs="Times New Roman"/>
          <w:b/>
          <w:color w:val="0000FF"/>
          <w:szCs w:val="24"/>
          <w:highlight w:val="green"/>
          <w:lang w:val="sv-SE"/>
        </w:rPr>
        <w:t>Chọn D</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Ta có </w:t>
      </w:r>
      <w:r w:rsidRPr="005E5CA9">
        <w:rPr>
          <w:rFonts w:cs="Times New Roman"/>
          <w:position w:val="-24"/>
          <w:szCs w:val="24"/>
        </w:rPr>
        <w:object w:dxaOrig="3739" w:dyaOrig="620">
          <v:shape id="_x0000_i1105" type="#_x0000_t75" style="width:186.9pt;height:30.9pt" o:ole="">
            <v:imagedata r:id="rId155" o:title=""/>
          </v:shape>
          <o:OLEObject Type="Embed" ProgID="Equation.DSMT4" ShapeID="_x0000_i1105" DrawAspect="Content" ObjectID="_1808506123" r:id="rId156"/>
        </w:object>
      </w:r>
      <w:r w:rsidRPr="005E5CA9">
        <w:rPr>
          <w:rFonts w:cs="Times New Roman"/>
          <w:szCs w:val="24"/>
          <w:lang w:val="sv-SE"/>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Vậy mặt phẳng trên có một vectơ pháp tuyến là </w:t>
      </w:r>
      <w:r w:rsidRPr="005E5CA9">
        <w:rPr>
          <w:rFonts w:cs="Times New Roman"/>
          <w:position w:val="-14"/>
          <w:szCs w:val="24"/>
        </w:rPr>
        <w:object w:dxaOrig="1260" w:dyaOrig="440">
          <v:shape id="_x0000_i1106" type="#_x0000_t75" style="width:63.25pt;height:21.7pt" o:ole="">
            <v:imagedata r:id="rId153" o:title=""/>
          </v:shape>
          <o:OLEObject Type="Embed" ProgID="Equation.DSMT4" ShapeID="_x0000_i1106" DrawAspect="Content" ObjectID="_1808506124" r:id="rId157"/>
        </w:object>
      </w:r>
      <w:r w:rsidRPr="005E5CA9">
        <w:rPr>
          <w:rFonts w:cs="Times New Roman"/>
          <w:szCs w:val="24"/>
          <w:lang w:val="sv-SE"/>
        </w:rPr>
        <w:t>.</w:t>
      </w:r>
    </w:p>
    <w:p w:rsidR="00F63B1A" w:rsidRPr="00AF1557" w:rsidRDefault="00F63B1A" w:rsidP="00F63B1A">
      <w:pPr>
        <w:tabs>
          <w:tab w:val="left" w:pos="992"/>
        </w:tabs>
        <w:spacing w:before="0" w:after="0"/>
        <w:ind w:left="992" w:hanging="992"/>
        <w:rPr>
          <w:b/>
          <w:color w:val="000000"/>
        </w:rPr>
      </w:pPr>
      <w:bookmarkStart w:id="8" w:name="BMN_QUESTION9"/>
      <w:bookmarkEnd w:id="8"/>
      <w:r w:rsidRPr="00AF1557">
        <w:rPr>
          <w:b/>
          <w:color w:val="0000FF"/>
        </w:rPr>
        <w:lastRenderedPageBreak/>
        <w:t>Câu 9.</w:t>
      </w:r>
      <w:r w:rsidRPr="00AF1557">
        <w:rPr>
          <w:b/>
          <w:color w:val="0000FF"/>
        </w:rPr>
        <w:tab/>
      </w:r>
      <w:r w:rsidRPr="00AF1557">
        <w:t xml:space="preserve">Cắt một vật thể bởi hai mặt phẳng vuông góc với trục </w:t>
      </w:r>
      <w:r w:rsidRPr="00AF1557">
        <w:rPr>
          <w:rFonts w:eastAsia="Calibri"/>
          <w:position w:val="-6"/>
        </w:rPr>
        <w:object w:dxaOrig="360" w:dyaOrig="279">
          <v:shape id="_x0000_i1107" type="#_x0000_t75" style="width:18pt;height:14.3pt" o:ole="">
            <v:imagedata r:id="rId158" o:title=""/>
          </v:shape>
          <o:OLEObject Type="Embed" ProgID="Equation.DSMT4" ShapeID="_x0000_i1107" DrawAspect="Content" ObjectID="_1808506125" r:id="rId159"/>
        </w:object>
      </w:r>
      <w:r w:rsidRPr="00AF1557">
        <w:rPr>
          <w:szCs w:val="36"/>
          <w:vertAlign w:val="subscript"/>
        </w:rPr>
        <w:t xml:space="preserve"> </w:t>
      </w:r>
      <w:r w:rsidRPr="00AF1557">
        <w:t xml:space="preserve">tại </w:t>
      </w:r>
      <w:r w:rsidRPr="00AF1557">
        <w:rPr>
          <w:rFonts w:eastAsia="Calibri"/>
          <w:position w:val="-6"/>
        </w:rPr>
        <w:object w:dxaOrig="520" w:dyaOrig="279">
          <v:shape id="_x0000_i1108" type="#_x0000_t75" style="width:26.3pt;height:14.3pt" o:ole="">
            <v:imagedata r:id="rId160" o:title=""/>
          </v:shape>
          <o:OLEObject Type="Embed" ProgID="Equation.DSMT4" ShapeID="_x0000_i1108" DrawAspect="Content" ObjectID="_1808506126" r:id="rId161"/>
        </w:object>
      </w:r>
      <w:r w:rsidRPr="00AF1557">
        <w:t xml:space="preserve"> và </w:t>
      </w:r>
      <w:r w:rsidRPr="00AF1557">
        <w:rPr>
          <w:position w:val="-6"/>
        </w:rPr>
        <w:object w:dxaOrig="560" w:dyaOrig="279">
          <v:shape id="_x0000_i1109" type="#_x0000_t75" style="width:27.7pt;height:14.3pt" o:ole="">
            <v:imagedata r:id="rId162" o:title=""/>
          </v:shape>
          <o:OLEObject Type="Embed" ProgID="Equation.DSMT4" ShapeID="_x0000_i1109" DrawAspect="Content" ObjectID="_1808506127" r:id="rId163"/>
        </w:object>
      </w:r>
      <w:r w:rsidRPr="00AF1557">
        <w:t xml:space="preserve">. Một mặt phẳng tùy ý vuông góc với trục </w:t>
      </w:r>
      <w:r w:rsidRPr="00AF1557">
        <w:rPr>
          <w:rFonts w:eastAsia="Calibri"/>
          <w:position w:val="-6"/>
        </w:rPr>
        <w:object w:dxaOrig="360" w:dyaOrig="279">
          <v:shape id="_x0000_i1110" type="#_x0000_t75" style="width:18pt;height:14.3pt" o:ole="">
            <v:imagedata r:id="rId158" o:title=""/>
          </v:shape>
          <o:OLEObject Type="Embed" ProgID="Equation.DSMT4" ShapeID="_x0000_i1110" DrawAspect="Content" ObjectID="_1808506128" r:id="rId164"/>
        </w:object>
      </w:r>
      <w:r w:rsidRPr="00AF1557">
        <w:t xml:space="preserve"> tại điểm có hoành độ </w:t>
      </w:r>
      <w:r w:rsidRPr="00AF1557">
        <w:rPr>
          <w:rFonts w:eastAsia="Calibri"/>
          <w:position w:val="-6"/>
        </w:rPr>
        <w:object w:dxaOrig="200" w:dyaOrig="220">
          <v:shape id="_x0000_i1111" type="#_x0000_t75" style="width:9.7pt;height:11.55pt" o:ole="">
            <v:imagedata r:id="rId165" o:title=""/>
          </v:shape>
          <o:OLEObject Type="Embed" ProgID="Equation.DSMT4" ShapeID="_x0000_i1111" DrawAspect="Content" ObjectID="_1808506129" r:id="rId166"/>
        </w:object>
      </w:r>
      <w:r w:rsidRPr="00AF1557">
        <w:t xml:space="preserve"> (</w:t>
      </w:r>
      <w:r w:rsidRPr="00AF1557">
        <w:rPr>
          <w:rFonts w:eastAsia="Calibri"/>
          <w:position w:val="-6"/>
        </w:rPr>
        <w:object w:dxaOrig="859" w:dyaOrig="279">
          <v:shape id="_x0000_i1112" type="#_x0000_t75" style="width:42.45pt;height:14.3pt" o:ole="">
            <v:imagedata r:id="rId167" o:title=""/>
          </v:shape>
          <o:OLEObject Type="Embed" ProgID="Equation.DSMT4" ShapeID="_x0000_i1112" DrawAspect="Content" ObjectID="_1808506130" r:id="rId168"/>
        </w:object>
      </w:r>
      <w:r w:rsidRPr="00AF1557">
        <w:t xml:space="preserve">) cắt vật thể đó có diện tích </w:t>
      </w:r>
      <w:r w:rsidRPr="00AF1557">
        <w:rPr>
          <w:rFonts w:eastAsia="Calibri"/>
          <w:position w:val="-14"/>
        </w:rPr>
        <w:object w:dxaOrig="1400" w:dyaOrig="400">
          <v:shape id="_x0000_i1113" type="#_x0000_t75" style="width:69.7pt;height:20.3pt" o:ole="">
            <v:imagedata r:id="rId169" o:title=""/>
          </v:shape>
          <o:OLEObject Type="Embed" ProgID="Equation.DSMT4" ShapeID="_x0000_i1113" DrawAspect="Content" ObjectID="_1808506131" r:id="rId170"/>
        </w:object>
      </w:r>
      <w:r w:rsidRPr="00AF1557">
        <w:t>. Tính thể tích của phần vật thể giới hạn bởi hai mặt phẳng trên.</w:t>
      </w:r>
    </w:p>
    <w:p w:rsidR="00F63B1A" w:rsidRPr="00AF1557" w:rsidRDefault="00F63B1A" w:rsidP="00F63B1A">
      <w:pPr>
        <w:tabs>
          <w:tab w:val="left" w:pos="3402"/>
          <w:tab w:val="left" w:pos="5669"/>
          <w:tab w:val="left" w:pos="7937"/>
        </w:tabs>
        <w:spacing w:before="0" w:after="0"/>
        <w:ind w:left="992"/>
        <w:rPr>
          <w:rFonts w:eastAsia="Calibri"/>
        </w:rPr>
      </w:pPr>
      <w:r w:rsidRPr="00AF1557">
        <w:rPr>
          <w:rFonts w:eastAsia="Calibri"/>
          <w:b/>
          <w:bCs/>
          <w:color w:val="0000FF"/>
        </w:rPr>
        <w:t xml:space="preserve">A. </w:t>
      </w:r>
      <w:r w:rsidRPr="00AF1557">
        <w:rPr>
          <w:rFonts w:eastAsia="Calibri"/>
          <w:position w:val="-6"/>
        </w:rPr>
        <w:object w:dxaOrig="680" w:dyaOrig="279">
          <v:shape id="_x0000_i1114" type="#_x0000_t75" style="width:34.15pt;height:14.3pt" o:ole="">
            <v:imagedata r:id="rId171" o:title=""/>
          </v:shape>
          <o:OLEObject Type="Embed" ProgID="Equation.DSMT4" ShapeID="_x0000_i1114" DrawAspect="Content" ObjectID="_1808506132" r:id="rId172"/>
        </w:object>
      </w:r>
      <w:r w:rsidRPr="00AF1557">
        <w:rPr>
          <w:rFonts w:eastAsia="Calibri"/>
        </w:rPr>
        <w:t>.</w:t>
      </w:r>
      <w:r w:rsidRPr="00AF1557">
        <w:rPr>
          <w:rFonts w:eastAsia="Calibri"/>
        </w:rPr>
        <w:tab/>
      </w:r>
      <w:r w:rsidRPr="00AF1557">
        <w:rPr>
          <w:rFonts w:eastAsia="Calibri"/>
          <w:b/>
          <w:bCs/>
          <w:color w:val="0000FF"/>
          <w:u w:val="single"/>
        </w:rPr>
        <w:t>B</w:t>
      </w:r>
      <w:r w:rsidRPr="00AF1557">
        <w:rPr>
          <w:rFonts w:eastAsia="Calibri"/>
          <w:b/>
          <w:bCs/>
          <w:color w:val="0000FF"/>
        </w:rPr>
        <w:t xml:space="preserve">. </w:t>
      </w:r>
      <w:r w:rsidRPr="00AF1557">
        <w:rPr>
          <w:rFonts w:eastAsia="Calibri"/>
          <w:position w:val="-6"/>
        </w:rPr>
        <w:object w:dxaOrig="540" w:dyaOrig="279">
          <v:shape id="_x0000_i1115" type="#_x0000_t75" style="width:27.25pt;height:14.3pt" o:ole="">
            <v:imagedata r:id="rId173" o:title=""/>
          </v:shape>
          <o:OLEObject Type="Embed" ProgID="Equation.DSMT4" ShapeID="_x0000_i1115" DrawAspect="Content" ObjectID="_1808506133" r:id="rId174"/>
        </w:object>
      </w:r>
      <w:r w:rsidRPr="00AF1557">
        <w:rPr>
          <w:rFonts w:eastAsia="Calibri"/>
        </w:rPr>
        <w:t>.</w:t>
      </w:r>
      <w:r w:rsidRPr="00AF1557">
        <w:rPr>
          <w:rFonts w:eastAsia="Calibri"/>
        </w:rPr>
        <w:tab/>
      </w:r>
      <w:r w:rsidRPr="00AF1557">
        <w:rPr>
          <w:rFonts w:eastAsia="Calibri"/>
          <w:b/>
          <w:bCs/>
          <w:color w:val="0000FF"/>
        </w:rPr>
        <w:t xml:space="preserve">C. </w:t>
      </w:r>
      <w:r w:rsidRPr="00AF1557">
        <w:rPr>
          <w:position w:val="-6"/>
        </w:rPr>
        <w:object w:dxaOrig="700" w:dyaOrig="279">
          <v:shape id="_x0000_i1116" type="#_x0000_t75" style="width:35.55pt;height:14.3pt" o:ole="">
            <v:imagedata r:id="rId175" o:title=""/>
          </v:shape>
          <o:OLEObject Type="Embed" ProgID="Equation.DSMT4" ShapeID="_x0000_i1116" DrawAspect="Content" ObjectID="_1808506134" r:id="rId176"/>
        </w:object>
      </w:r>
      <w:r w:rsidRPr="00AF1557">
        <w:rPr>
          <w:rFonts w:eastAsia="Calibri"/>
          <w:vertAlign w:val="subscript"/>
        </w:rPr>
        <w:t>.</w:t>
      </w:r>
      <w:r w:rsidRPr="00AF1557">
        <w:rPr>
          <w:rFonts w:eastAsia="Calibri"/>
        </w:rPr>
        <w:tab/>
      </w:r>
      <w:r w:rsidRPr="00AF1557">
        <w:rPr>
          <w:rFonts w:eastAsia="Calibri"/>
          <w:b/>
          <w:bCs/>
          <w:color w:val="0000FF"/>
        </w:rPr>
        <w:t xml:space="preserve">D. </w:t>
      </w:r>
      <w:r w:rsidRPr="00AF1557">
        <w:rPr>
          <w:position w:val="-6"/>
        </w:rPr>
        <w:object w:dxaOrig="540" w:dyaOrig="279">
          <v:shape id="_x0000_i1117" type="#_x0000_t75" style="width:27.25pt;height:14.3pt" o:ole="">
            <v:imagedata r:id="rId177" o:title=""/>
          </v:shape>
          <o:OLEObject Type="Embed" ProgID="Equation.DSMT4" ShapeID="_x0000_i1117" DrawAspect="Content" ObjectID="_1808506135" r:id="rId178"/>
        </w:object>
      </w:r>
      <w:r w:rsidRPr="00AF1557">
        <w:rPr>
          <w:rFonts w:eastAsia="Calibri"/>
        </w:rPr>
        <w:t>.</w:t>
      </w:r>
    </w:p>
    <w:p w:rsidR="00F63B1A" w:rsidRPr="00AF1557" w:rsidRDefault="00F63B1A" w:rsidP="00F63B1A">
      <w:pPr>
        <w:pBdr>
          <w:top w:val="nil"/>
          <w:left w:val="nil"/>
          <w:bottom w:val="nil"/>
          <w:right w:val="nil"/>
          <w:between w:val="nil"/>
        </w:pBdr>
        <w:spacing w:before="0" w:after="0"/>
        <w:ind w:left="992" w:hanging="283"/>
        <w:jc w:val="center"/>
        <w:rPr>
          <w:b/>
          <w:color w:val="0000FF"/>
        </w:rPr>
      </w:pPr>
      <w:r w:rsidRPr="00AF1557">
        <w:rPr>
          <w:b/>
          <w:color w:val="0000FF"/>
        </w:rPr>
        <w:t>Lời giải</w:t>
      </w:r>
    </w:p>
    <w:p w:rsidR="00F63B1A" w:rsidRPr="00AF1557" w:rsidRDefault="00F63B1A" w:rsidP="00F63B1A">
      <w:pPr>
        <w:spacing w:before="0" w:after="0"/>
        <w:ind w:left="992"/>
        <w:rPr>
          <w:b/>
          <w:color w:val="0000FF"/>
        </w:rPr>
      </w:pPr>
      <w:r w:rsidRPr="00AF1557">
        <w:rPr>
          <w:b/>
          <w:color w:val="0000FF"/>
          <w:highlight w:val="green"/>
        </w:rPr>
        <w:t>Chọn B</w:t>
      </w:r>
    </w:p>
    <w:p w:rsidR="00F63B1A" w:rsidRPr="00AF1557" w:rsidRDefault="00F63B1A" w:rsidP="00F63B1A">
      <w:pPr>
        <w:spacing w:before="0" w:after="0"/>
        <w:ind w:left="992"/>
        <w:rPr>
          <w:rFonts w:eastAsia="Calibri"/>
        </w:rPr>
      </w:pPr>
      <w:r w:rsidRPr="00AF1557">
        <w:t xml:space="preserve">Ta có </w:t>
      </w:r>
      <w:r w:rsidRPr="00AF1557">
        <w:rPr>
          <w:position w:val="-30"/>
        </w:rPr>
        <w:object w:dxaOrig="3280" w:dyaOrig="740">
          <v:shape id="_x0000_i1118" type="#_x0000_t75" style="width:162.45pt;height:36.45pt" o:ole="">
            <v:imagedata r:id="rId179" o:title=""/>
          </v:shape>
          <o:OLEObject Type="Embed" ProgID="Equation.DSMT4" ShapeID="_x0000_i1118" DrawAspect="Content" ObjectID="_1808506136" r:id="rId180"/>
        </w:object>
      </w:r>
    </w:p>
    <w:p w:rsidR="00F63B1A" w:rsidRPr="00AF1557" w:rsidRDefault="00F63B1A" w:rsidP="00F63B1A">
      <w:pPr>
        <w:tabs>
          <w:tab w:val="left" w:pos="992"/>
        </w:tabs>
        <w:spacing w:before="0" w:after="0"/>
        <w:ind w:left="992" w:hanging="992"/>
        <w:rPr>
          <w:b/>
          <w:color w:val="000000"/>
        </w:rPr>
      </w:pPr>
      <w:r w:rsidRPr="00AF1557">
        <w:rPr>
          <w:b/>
          <w:color w:val="0000FF"/>
        </w:rPr>
        <w:t>Câu 10.</w:t>
      </w:r>
      <w:r w:rsidRPr="00AF1557">
        <w:rPr>
          <w:b/>
          <w:color w:val="0000FF"/>
        </w:rPr>
        <w:tab/>
      </w:r>
      <w:r w:rsidRPr="00AF1557">
        <w:t xml:space="preserve">Tìm tất cả nguyên hàm </w:t>
      </w:r>
      <w:r w:rsidRPr="00AF1557">
        <w:rPr>
          <w:rFonts w:eastAsia="Calibri"/>
          <w:position w:val="-14"/>
        </w:rPr>
        <w:object w:dxaOrig="600" w:dyaOrig="400">
          <v:shape id="_x0000_i1119" type="#_x0000_t75" style="width:30pt;height:20.3pt" o:ole="">
            <v:imagedata r:id="rId181" o:title=""/>
          </v:shape>
          <o:OLEObject Type="Embed" ProgID="Equation.DSMT4" ShapeID="_x0000_i1119" DrawAspect="Content" ObjectID="_1808506137" r:id="rId182"/>
        </w:object>
      </w:r>
      <w:r w:rsidRPr="00AF1557">
        <w:t xml:space="preserve"> của hàm số </w:t>
      </w:r>
      <w:r w:rsidRPr="00AF1557">
        <w:rPr>
          <w:rFonts w:eastAsia="Calibri"/>
          <w:position w:val="-24"/>
        </w:rPr>
        <w:object w:dxaOrig="1320" w:dyaOrig="620">
          <v:shape id="_x0000_i1120" type="#_x0000_t75" style="width:66pt;height:31.85pt" o:ole="">
            <v:imagedata r:id="rId183" o:title=""/>
          </v:shape>
          <o:OLEObject Type="Embed" ProgID="Equation.DSMT4" ShapeID="_x0000_i1120" DrawAspect="Content" ObjectID="_1808506138" r:id="rId184"/>
        </w:object>
      </w:r>
      <w:r w:rsidRPr="00AF1557">
        <w:t>.</w:t>
      </w:r>
    </w:p>
    <w:p w:rsidR="00F63B1A" w:rsidRPr="00AF1557" w:rsidRDefault="00F63B1A" w:rsidP="00F63B1A">
      <w:pPr>
        <w:tabs>
          <w:tab w:val="left" w:pos="3402"/>
          <w:tab w:val="left" w:pos="5669"/>
          <w:tab w:val="left" w:pos="7937"/>
        </w:tabs>
        <w:spacing w:before="0" w:after="0"/>
        <w:ind w:left="992"/>
        <w:rPr>
          <w:rFonts w:eastAsia="Calibri"/>
        </w:rPr>
      </w:pPr>
      <w:r w:rsidRPr="00AF1557">
        <w:rPr>
          <w:rFonts w:eastAsia="Calibri"/>
          <w:b/>
          <w:bCs/>
          <w:color w:val="0000FF"/>
        </w:rPr>
        <w:t xml:space="preserve">A. </w:t>
      </w:r>
      <w:r w:rsidRPr="00AF1557">
        <w:rPr>
          <w:rFonts w:eastAsia="Calibri"/>
          <w:position w:val="-24"/>
        </w:rPr>
        <w:object w:dxaOrig="1120" w:dyaOrig="620">
          <v:shape id="_x0000_i1121" type="#_x0000_t75" style="width:54pt;height:32.3pt" o:ole="">
            <v:imagedata r:id="rId185" o:title=""/>
          </v:shape>
          <o:OLEObject Type="Embed" ProgID="Equation.DSMT4" ShapeID="_x0000_i1121" DrawAspect="Content" ObjectID="_1808506139" r:id="rId186"/>
        </w:object>
      </w:r>
      <w:r w:rsidRPr="00AF1557">
        <w:rPr>
          <w:rFonts w:eastAsia="Calibri"/>
        </w:rPr>
        <w:t>.</w:t>
      </w:r>
      <w:r w:rsidRPr="00AF1557">
        <w:rPr>
          <w:rFonts w:eastAsia="Calibri"/>
        </w:rPr>
        <w:tab/>
      </w:r>
      <w:r w:rsidRPr="00AF1557">
        <w:rPr>
          <w:rFonts w:eastAsia="Calibri"/>
          <w:b/>
          <w:bCs/>
          <w:color w:val="0000FF"/>
          <w:u w:val="single"/>
        </w:rPr>
        <w:t>B</w:t>
      </w:r>
      <w:r w:rsidRPr="00AF1557">
        <w:rPr>
          <w:rFonts w:eastAsia="Calibri"/>
          <w:b/>
          <w:bCs/>
          <w:color w:val="0000FF"/>
        </w:rPr>
        <w:t xml:space="preserve">. </w:t>
      </w:r>
      <w:r w:rsidRPr="00AF1557">
        <w:rPr>
          <w:rFonts w:eastAsia="Calibri"/>
          <w:position w:val="-24"/>
        </w:rPr>
        <w:object w:dxaOrig="1500" w:dyaOrig="620">
          <v:shape id="_x0000_i1122" type="#_x0000_t75" style="width:72.45pt;height:32.3pt" o:ole="">
            <v:imagedata r:id="rId187" o:title=""/>
          </v:shape>
          <o:OLEObject Type="Embed" ProgID="Equation.DSMT4" ShapeID="_x0000_i1122" DrawAspect="Content" ObjectID="_1808506140" r:id="rId188"/>
        </w:object>
      </w:r>
      <w:r w:rsidRPr="00AF1557">
        <w:rPr>
          <w:rFonts w:eastAsia="Calibri"/>
        </w:rPr>
        <w:t>.</w:t>
      </w:r>
      <w:r w:rsidRPr="00AF1557">
        <w:rPr>
          <w:rFonts w:eastAsia="Calibri"/>
        </w:rPr>
        <w:tab/>
      </w:r>
      <w:r w:rsidRPr="00AF1557">
        <w:rPr>
          <w:rFonts w:eastAsia="Calibri"/>
          <w:b/>
          <w:bCs/>
          <w:color w:val="0000FF"/>
        </w:rPr>
        <w:t xml:space="preserve">C. </w:t>
      </w:r>
      <w:r w:rsidRPr="00AF1557">
        <w:rPr>
          <w:rFonts w:eastAsia="Calibri"/>
          <w:position w:val="-24"/>
        </w:rPr>
        <w:object w:dxaOrig="1420" w:dyaOrig="620">
          <v:shape id="_x0000_i1123" type="#_x0000_t75" style="width:69.25pt;height:32.3pt" o:ole="">
            <v:imagedata r:id="rId189" o:title=""/>
          </v:shape>
          <o:OLEObject Type="Embed" ProgID="Equation.DSMT4" ShapeID="_x0000_i1123" DrawAspect="Content" ObjectID="_1808506141" r:id="rId190"/>
        </w:object>
      </w:r>
      <w:r w:rsidRPr="00AF1557">
        <w:rPr>
          <w:rFonts w:eastAsia="Calibri"/>
        </w:rPr>
        <w:t>.</w:t>
      </w:r>
      <w:r w:rsidRPr="00AF1557">
        <w:rPr>
          <w:rFonts w:eastAsia="Calibri"/>
        </w:rPr>
        <w:tab/>
      </w:r>
      <w:r w:rsidRPr="00AF1557">
        <w:rPr>
          <w:rFonts w:eastAsia="Calibri"/>
          <w:b/>
          <w:bCs/>
          <w:color w:val="0000FF"/>
        </w:rPr>
        <w:t xml:space="preserve">D. </w:t>
      </w:r>
      <w:r w:rsidRPr="00AF1557">
        <w:rPr>
          <w:rFonts w:eastAsia="Calibri"/>
          <w:position w:val="-14"/>
        </w:rPr>
        <w:object w:dxaOrig="1160" w:dyaOrig="400">
          <v:shape id="_x0000_i1124" type="#_x0000_t75" style="width:56.3pt;height:20.3pt" o:ole="">
            <v:imagedata r:id="rId191" o:title=""/>
          </v:shape>
          <o:OLEObject Type="Embed" ProgID="Equation.DSMT4" ShapeID="_x0000_i1124" DrawAspect="Content" ObjectID="_1808506142" r:id="rId192"/>
        </w:object>
      </w:r>
      <w:r w:rsidRPr="00AF1557">
        <w:rPr>
          <w:rFonts w:eastAsia="Calibri"/>
        </w:rPr>
        <w:t>.</w:t>
      </w:r>
    </w:p>
    <w:p w:rsidR="00F63B1A" w:rsidRPr="00AF1557" w:rsidRDefault="00F63B1A" w:rsidP="00F63B1A">
      <w:pPr>
        <w:pBdr>
          <w:top w:val="nil"/>
          <w:left w:val="nil"/>
          <w:bottom w:val="nil"/>
          <w:right w:val="nil"/>
          <w:between w:val="nil"/>
        </w:pBdr>
        <w:spacing w:before="0" w:after="0"/>
        <w:ind w:left="992" w:hanging="283"/>
        <w:jc w:val="center"/>
        <w:rPr>
          <w:b/>
          <w:color w:val="0000FF"/>
        </w:rPr>
      </w:pPr>
      <w:r w:rsidRPr="00AF1557">
        <w:rPr>
          <w:b/>
          <w:color w:val="0000FF"/>
        </w:rPr>
        <w:t>Lời giải</w:t>
      </w:r>
    </w:p>
    <w:p w:rsidR="00F63B1A" w:rsidRPr="00AF1557" w:rsidRDefault="00F63B1A" w:rsidP="00F63B1A">
      <w:pPr>
        <w:spacing w:before="0" w:after="0"/>
        <w:ind w:left="992"/>
        <w:rPr>
          <w:b/>
          <w:color w:val="0000FF"/>
        </w:rPr>
      </w:pPr>
      <w:r w:rsidRPr="00AF1557">
        <w:rPr>
          <w:b/>
          <w:color w:val="0000FF"/>
          <w:highlight w:val="green"/>
        </w:rPr>
        <w:t>Chọn B</w:t>
      </w:r>
    </w:p>
    <w:p w:rsidR="00F63B1A" w:rsidRPr="00AF1557" w:rsidRDefault="00F63B1A" w:rsidP="00F63B1A">
      <w:pPr>
        <w:spacing w:before="0" w:after="0"/>
        <w:ind w:left="992" w:firstLine="1"/>
      </w:pPr>
      <w:r w:rsidRPr="00AF1557">
        <w:rPr>
          <w:rFonts w:eastAsia="Calibri"/>
        </w:rPr>
        <w:t xml:space="preserve">Ta có </w:t>
      </w:r>
      <w:r w:rsidRPr="00AF1557">
        <w:rPr>
          <w:rFonts w:eastAsia="Calibri"/>
          <w:position w:val="-24"/>
        </w:rPr>
        <w:object w:dxaOrig="3379" w:dyaOrig="620">
          <v:shape id="_x0000_i1125" type="#_x0000_t75" style="width:164.3pt;height:32.3pt" o:ole="">
            <v:imagedata r:id="rId193" o:title=""/>
          </v:shape>
          <o:OLEObject Type="Embed" ProgID="Equation.DSMT4" ShapeID="_x0000_i1125" DrawAspect="Content" ObjectID="_1808506143" r:id="rId194"/>
        </w:object>
      </w:r>
      <w:r w:rsidRPr="00AF1557">
        <w:rPr>
          <w:rFonts w:eastAsia="Calibri"/>
        </w:rPr>
        <w:t>.</w:t>
      </w:r>
    </w:p>
    <w:p w:rsidR="00F63B1A" w:rsidRPr="00AF1557" w:rsidRDefault="00F63B1A" w:rsidP="00F63B1A">
      <w:pPr>
        <w:tabs>
          <w:tab w:val="left" w:pos="992"/>
        </w:tabs>
        <w:spacing w:before="0" w:after="0"/>
        <w:ind w:left="992" w:hanging="992"/>
        <w:rPr>
          <w:b/>
          <w:color w:val="000000"/>
        </w:rPr>
      </w:pPr>
      <w:r w:rsidRPr="00AF1557">
        <w:rPr>
          <w:b/>
          <w:color w:val="0000FF"/>
        </w:rPr>
        <w:t>Câu 11.</w:t>
      </w:r>
      <w:r w:rsidRPr="00AF1557">
        <w:rPr>
          <w:b/>
          <w:color w:val="0000FF"/>
        </w:rPr>
        <w:tab/>
      </w:r>
      <w:r w:rsidRPr="00AF1557">
        <w:t xml:space="preserve">Trong không gian với hệ tọa độ </w:t>
      </w:r>
      <w:r w:rsidRPr="00AF1557">
        <w:rPr>
          <w:rFonts w:eastAsia="Calibri"/>
          <w:position w:val="-10"/>
        </w:rPr>
        <w:object w:dxaOrig="560" w:dyaOrig="320">
          <v:shape id="_x0000_i1126" type="#_x0000_t75" style="width:27.7pt;height:16.15pt" o:ole="">
            <v:imagedata r:id="rId195" o:title=""/>
          </v:shape>
          <o:OLEObject Type="Embed" ProgID="Equation.DSMT4" ShapeID="_x0000_i1126" DrawAspect="Content" ObjectID="_1808506144" r:id="rId196"/>
        </w:object>
      </w:r>
      <w:r w:rsidRPr="00AF1557">
        <w:t xml:space="preserve">, cho mặt phẳng </w:t>
      </w:r>
      <w:r w:rsidRPr="00AF1557">
        <w:rPr>
          <w:rFonts w:eastAsia="Calibri"/>
          <w:position w:val="-14"/>
        </w:rPr>
        <w:object w:dxaOrig="2460" w:dyaOrig="400">
          <v:shape id="_x0000_i1127" type="#_x0000_t75" style="width:123.25pt;height:20.3pt" o:ole="">
            <v:imagedata r:id="rId197" o:title=""/>
          </v:shape>
          <o:OLEObject Type="Embed" ProgID="Equation.DSMT4" ShapeID="_x0000_i1127" DrawAspect="Content" ObjectID="_1808506145" r:id="rId198"/>
        </w:object>
      </w:r>
      <w:r w:rsidRPr="00AF1557">
        <w:t xml:space="preserve"> và đường thẳng </w:t>
      </w:r>
      <w:r w:rsidRPr="00AF1557">
        <w:rPr>
          <w:rFonts w:eastAsia="Calibri"/>
          <w:position w:val="-24"/>
        </w:rPr>
        <w:object w:dxaOrig="2260" w:dyaOrig="620">
          <v:shape id="_x0000_i1128" type="#_x0000_t75" style="width:113.55pt;height:31.85pt" o:ole="">
            <v:imagedata r:id="rId199" o:title=""/>
          </v:shape>
          <o:OLEObject Type="Embed" ProgID="Equation.DSMT4" ShapeID="_x0000_i1128" DrawAspect="Content" ObjectID="_1808506146" r:id="rId200"/>
        </w:object>
      </w:r>
      <w:r w:rsidRPr="00AF1557">
        <w:t xml:space="preserve">. Góc giữa đường thẳng </w:t>
      </w:r>
      <w:r w:rsidRPr="00AF1557">
        <w:rPr>
          <w:rFonts w:eastAsia="Calibri"/>
          <w:position w:val="-6"/>
        </w:rPr>
        <w:object w:dxaOrig="220" w:dyaOrig="279">
          <v:shape id="_x0000_i1129" type="#_x0000_t75" style="width:11.55pt;height:14.3pt" o:ole="">
            <v:imagedata r:id="rId201" o:title=""/>
          </v:shape>
          <o:OLEObject Type="Embed" ProgID="Equation.DSMT4" ShapeID="_x0000_i1129" DrawAspect="Content" ObjectID="_1808506147" r:id="rId202"/>
        </w:object>
      </w:r>
      <w:r w:rsidRPr="00AF1557">
        <w:t xml:space="preserve"> và mặt phẳng </w:t>
      </w:r>
      <w:r w:rsidRPr="00AF1557">
        <w:rPr>
          <w:rFonts w:eastAsia="Calibri"/>
          <w:position w:val="-14"/>
        </w:rPr>
        <w:object w:dxaOrig="420" w:dyaOrig="400">
          <v:shape id="_x0000_i1130" type="#_x0000_t75" style="width:21.25pt;height:20.3pt" o:ole="">
            <v:imagedata r:id="rId203" o:title=""/>
          </v:shape>
          <o:OLEObject Type="Embed" ProgID="Equation.DSMT4" ShapeID="_x0000_i1130" DrawAspect="Content" ObjectID="_1808506148" r:id="rId204"/>
        </w:object>
      </w:r>
      <w:r w:rsidRPr="00AF1557">
        <w:t xml:space="preserve"> là</w:t>
      </w:r>
    </w:p>
    <w:p w:rsidR="00F63B1A" w:rsidRPr="00AF1557" w:rsidRDefault="00F63B1A" w:rsidP="00F63B1A">
      <w:pPr>
        <w:tabs>
          <w:tab w:val="left" w:pos="3402"/>
          <w:tab w:val="left" w:pos="5669"/>
          <w:tab w:val="left" w:pos="7937"/>
        </w:tabs>
        <w:spacing w:before="0" w:after="0"/>
        <w:ind w:left="992"/>
        <w:rPr>
          <w:rFonts w:eastAsia="Calibri"/>
          <w:b/>
          <w:bCs/>
        </w:rPr>
      </w:pPr>
      <w:r w:rsidRPr="00AF1557">
        <w:rPr>
          <w:rFonts w:eastAsia="Calibri"/>
          <w:b/>
          <w:bCs/>
          <w:color w:val="0000FF"/>
        </w:rPr>
        <w:t xml:space="preserve">A. </w:t>
      </w:r>
      <w:r w:rsidRPr="00AF1557">
        <w:rPr>
          <w:rFonts w:eastAsia="Calibri"/>
          <w:position w:val="-6"/>
        </w:rPr>
        <w:object w:dxaOrig="380" w:dyaOrig="320">
          <v:shape id="_x0000_i1131" type="#_x0000_t75" style="width:18.45pt;height:15.7pt" o:ole="">
            <v:imagedata r:id="rId205" o:title=""/>
          </v:shape>
          <o:OLEObject Type="Embed" ProgID="Equation.DSMT4" ShapeID="_x0000_i1131" DrawAspect="Content" ObjectID="_1808506149" r:id="rId206"/>
        </w:object>
      </w:r>
      <w:r w:rsidRPr="00AF1557">
        <w:rPr>
          <w:rFonts w:eastAsia="Calibri"/>
        </w:rPr>
        <w:t>.</w:t>
      </w:r>
      <w:r w:rsidRPr="00AF1557">
        <w:rPr>
          <w:rFonts w:eastAsia="Calibri"/>
          <w:b/>
          <w:bCs/>
        </w:rPr>
        <w:tab/>
      </w:r>
      <w:r w:rsidRPr="00AF1557">
        <w:rPr>
          <w:rFonts w:eastAsia="Calibri"/>
          <w:b/>
          <w:bCs/>
          <w:color w:val="0000FF"/>
        </w:rPr>
        <w:t xml:space="preserve">B. </w:t>
      </w:r>
      <w:r w:rsidRPr="00AF1557">
        <w:rPr>
          <w:position w:val="-6"/>
        </w:rPr>
        <w:object w:dxaOrig="380" w:dyaOrig="320">
          <v:shape id="_x0000_i1132" type="#_x0000_t75" style="width:18.45pt;height:15.7pt" o:ole="">
            <v:imagedata r:id="rId207" o:title=""/>
          </v:shape>
          <o:OLEObject Type="Embed" ProgID="Equation.DSMT4" ShapeID="_x0000_i1132" DrawAspect="Content" ObjectID="_1808506150" r:id="rId208"/>
        </w:object>
      </w:r>
      <w:r w:rsidRPr="00AF1557">
        <w:t>.</w:t>
      </w:r>
      <w:r w:rsidRPr="00AF1557">
        <w:rPr>
          <w:rFonts w:eastAsia="Calibri"/>
          <w:b/>
          <w:bCs/>
        </w:rPr>
        <w:tab/>
      </w:r>
      <w:r w:rsidRPr="00AF1557">
        <w:rPr>
          <w:rFonts w:eastAsia="Calibri"/>
          <w:b/>
          <w:bCs/>
          <w:color w:val="0000FF"/>
          <w:u w:val="single"/>
        </w:rPr>
        <w:t>C</w:t>
      </w:r>
      <w:r w:rsidRPr="00AF1557">
        <w:rPr>
          <w:rFonts w:eastAsia="Calibri"/>
          <w:b/>
          <w:bCs/>
          <w:color w:val="0000FF"/>
        </w:rPr>
        <w:t xml:space="preserve">. </w:t>
      </w:r>
      <w:r w:rsidRPr="00AF1557">
        <w:rPr>
          <w:position w:val="-6"/>
        </w:rPr>
        <w:object w:dxaOrig="380" w:dyaOrig="320">
          <v:shape id="_x0000_i1133" type="#_x0000_t75" style="width:18.45pt;height:15.7pt" o:ole="">
            <v:imagedata r:id="rId209" o:title=""/>
          </v:shape>
          <o:OLEObject Type="Embed" ProgID="Equation.DSMT4" ShapeID="_x0000_i1133" DrawAspect="Content" ObjectID="_1808506151" r:id="rId210"/>
        </w:object>
      </w:r>
      <w:r w:rsidRPr="00AF1557">
        <w:rPr>
          <w:rFonts w:eastAsia="Calibri"/>
        </w:rPr>
        <w:t>.</w:t>
      </w:r>
      <w:r w:rsidRPr="00AF1557">
        <w:rPr>
          <w:rFonts w:eastAsia="Calibri"/>
          <w:b/>
          <w:bCs/>
        </w:rPr>
        <w:tab/>
      </w:r>
      <w:r w:rsidRPr="00AF1557">
        <w:rPr>
          <w:rFonts w:eastAsia="Calibri"/>
          <w:b/>
          <w:bCs/>
          <w:color w:val="0000FF"/>
        </w:rPr>
        <w:t xml:space="preserve">D. </w:t>
      </w:r>
      <w:r w:rsidRPr="00AF1557">
        <w:rPr>
          <w:position w:val="-6"/>
        </w:rPr>
        <w:object w:dxaOrig="380" w:dyaOrig="320">
          <v:shape id="_x0000_i1134" type="#_x0000_t75" style="width:18.45pt;height:15.7pt" o:ole="">
            <v:imagedata r:id="rId211" o:title=""/>
          </v:shape>
          <o:OLEObject Type="Embed" ProgID="Equation.DSMT4" ShapeID="_x0000_i1134" DrawAspect="Content" ObjectID="_1808506152" r:id="rId212"/>
        </w:object>
      </w:r>
    </w:p>
    <w:p w:rsidR="00F63B1A" w:rsidRPr="00AF1557" w:rsidRDefault="00F63B1A" w:rsidP="00F63B1A">
      <w:pPr>
        <w:pBdr>
          <w:top w:val="nil"/>
          <w:left w:val="nil"/>
          <w:bottom w:val="nil"/>
          <w:right w:val="nil"/>
          <w:between w:val="nil"/>
        </w:pBdr>
        <w:spacing w:before="0" w:after="0"/>
        <w:ind w:left="992" w:hanging="283"/>
        <w:jc w:val="center"/>
        <w:rPr>
          <w:b/>
          <w:color w:val="0000FF"/>
        </w:rPr>
      </w:pPr>
      <w:r w:rsidRPr="00AF1557">
        <w:rPr>
          <w:b/>
          <w:color w:val="0000FF"/>
        </w:rPr>
        <w:t>Lời giải</w:t>
      </w:r>
    </w:p>
    <w:p w:rsidR="00F63B1A" w:rsidRPr="00AF1557" w:rsidRDefault="00F63B1A" w:rsidP="00F63B1A">
      <w:pPr>
        <w:spacing w:before="0" w:after="0"/>
        <w:ind w:left="992"/>
        <w:rPr>
          <w:b/>
          <w:color w:val="0000FF"/>
        </w:rPr>
      </w:pPr>
      <w:r w:rsidRPr="00AF1557">
        <w:rPr>
          <w:b/>
          <w:color w:val="0000FF"/>
          <w:highlight w:val="green"/>
        </w:rPr>
        <w:t>Chọn C</w:t>
      </w:r>
    </w:p>
    <w:p w:rsidR="00F63B1A" w:rsidRPr="00AF1557" w:rsidRDefault="00F63B1A" w:rsidP="00F63B1A">
      <w:pPr>
        <w:spacing w:before="0" w:after="0"/>
        <w:ind w:left="992"/>
        <w:rPr>
          <w:b/>
          <w:bCs/>
          <w:color w:val="0000FF"/>
        </w:rPr>
      </w:pPr>
      <w:r w:rsidRPr="00AF1557">
        <w:rPr>
          <w:rFonts w:eastAsia="Calibri"/>
        </w:rPr>
        <w:t xml:space="preserve">Ta có </w:t>
      </w:r>
      <w:r w:rsidRPr="00AF1557">
        <w:rPr>
          <w:position w:val="-14"/>
        </w:rPr>
        <w:object w:dxaOrig="3800" w:dyaOrig="420">
          <v:shape id="_x0000_i1135" type="#_x0000_t75" style="width:190.15pt;height:21.25pt" o:ole="">
            <v:imagedata r:id="rId213" o:title=""/>
          </v:shape>
          <o:OLEObject Type="Embed" ProgID="Equation.DSMT4" ShapeID="_x0000_i1135" DrawAspect="Content" ObjectID="_1808506153" r:id="rId214"/>
        </w:object>
      </w:r>
      <w:r w:rsidRPr="00AF1557">
        <w:rPr>
          <w:rFonts w:eastAsia="Calibri"/>
        </w:rPr>
        <w:t xml:space="preserve"> hay </w:t>
      </w:r>
      <w:r w:rsidRPr="00AF1557">
        <w:rPr>
          <w:position w:val="-6"/>
        </w:rPr>
        <w:object w:dxaOrig="300" w:dyaOrig="340">
          <v:shape id="_x0000_i1136" type="#_x0000_t75" style="width:15.25pt;height:17.55pt" o:ole="">
            <v:imagedata r:id="rId215" o:title=""/>
          </v:shape>
          <o:OLEObject Type="Embed" ProgID="Equation.DSMT4" ShapeID="_x0000_i1136" DrawAspect="Content" ObjectID="_1808506154" r:id="rId216"/>
        </w:object>
      </w:r>
      <w:r w:rsidRPr="00AF1557">
        <w:t xml:space="preserve"> và </w:t>
      </w:r>
      <w:r w:rsidRPr="00AF1557">
        <w:rPr>
          <w:position w:val="-6"/>
        </w:rPr>
        <w:object w:dxaOrig="300" w:dyaOrig="340">
          <v:shape id="_x0000_i1137" type="#_x0000_t75" style="width:15.25pt;height:17.55pt" o:ole="">
            <v:imagedata r:id="rId217" o:title=""/>
          </v:shape>
          <o:OLEObject Type="Embed" ProgID="Equation.DSMT4" ShapeID="_x0000_i1137" DrawAspect="Content" ObjectID="_1808506155" r:id="rId218"/>
        </w:object>
      </w:r>
      <w:r w:rsidRPr="00AF1557">
        <w:t xml:space="preserve"> cùng phương.</w:t>
      </w:r>
    </w:p>
    <w:p w:rsidR="00F63B1A" w:rsidRPr="00AF1557" w:rsidRDefault="00F63B1A" w:rsidP="00F63B1A">
      <w:pPr>
        <w:spacing w:before="0" w:after="0"/>
        <w:ind w:left="992"/>
      </w:pPr>
      <w:r w:rsidRPr="00AF1557">
        <w:t xml:space="preserve">Vậy </w:t>
      </w:r>
      <w:r w:rsidRPr="00AF1557">
        <w:rPr>
          <w:position w:val="-14"/>
        </w:rPr>
        <w:object w:dxaOrig="840" w:dyaOrig="400">
          <v:shape id="_x0000_i1138" type="#_x0000_t75" style="width:42pt;height:20.3pt" o:ole="">
            <v:imagedata r:id="rId219" o:title=""/>
          </v:shape>
          <o:OLEObject Type="Embed" ProgID="Equation.DSMT4" ShapeID="_x0000_i1138" DrawAspect="Content" ObjectID="_1808506156" r:id="rId220"/>
        </w:object>
      </w:r>
      <w:r w:rsidRPr="00AF1557">
        <w:t xml:space="preserve">, do đó góc giữa đường thẳng </w:t>
      </w:r>
      <w:r w:rsidRPr="00AF1557">
        <w:rPr>
          <w:rFonts w:eastAsia="Calibri"/>
          <w:position w:val="-6"/>
        </w:rPr>
        <w:object w:dxaOrig="220" w:dyaOrig="279">
          <v:shape id="_x0000_i1139" type="#_x0000_t75" style="width:11.55pt;height:14.3pt" o:ole="">
            <v:imagedata r:id="rId201" o:title=""/>
          </v:shape>
          <o:OLEObject Type="Embed" ProgID="Equation.DSMT4" ShapeID="_x0000_i1139" DrawAspect="Content" ObjectID="_1808506157" r:id="rId221"/>
        </w:object>
      </w:r>
      <w:r w:rsidRPr="00AF1557">
        <w:t xml:space="preserve"> và mặt phẳng </w:t>
      </w:r>
      <w:r w:rsidRPr="00AF1557">
        <w:rPr>
          <w:rFonts w:eastAsia="Calibri"/>
          <w:position w:val="-14"/>
        </w:rPr>
        <w:object w:dxaOrig="420" w:dyaOrig="400">
          <v:shape id="_x0000_i1140" type="#_x0000_t75" style="width:21.25pt;height:20.3pt" o:ole="">
            <v:imagedata r:id="rId203" o:title=""/>
          </v:shape>
          <o:OLEObject Type="Embed" ProgID="Equation.DSMT4" ShapeID="_x0000_i1140" DrawAspect="Content" ObjectID="_1808506158" r:id="rId222"/>
        </w:object>
      </w:r>
      <w:r w:rsidRPr="00AF1557">
        <w:rPr>
          <w:rFonts w:eastAsia="Calibri"/>
        </w:rPr>
        <w:t xml:space="preserve"> bằng </w:t>
      </w:r>
      <w:r w:rsidRPr="00AF1557">
        <w:rPr>
          <w:position w:val="-6"/>
        </w:rPr>
        <w:object w:dxaOrig="380" w:dyaOrig="320">
          <v:shape id="_x0000_i1141" type="#_x0000_t75" style="width:18.45pt;height:15.7pt" o:ole="">
            <v:imagedata r:id="rId209" o:title=""/>
          </v:shape>
          <o:OLEObject Type="Embed" ProgID="Equation.DSMT4" ShapeID="_x0000_i1141" DrawAspect="Content" ObjectID="_1808506159" r:id="rId223"/>
        </w:object>
      </w:r>
      <w:r w:rsidRPr="00AF1557">
        <w:t>.</w:t>
      </w:r>
    </w:p>
    <w:p w:rsidR="00F63B1A" w:rsidRPr="00AF1557" w:rsidRDefault="00F63B1A" w:rsidP="00F63B1A">
      <w:pPr>
        <w:tabs>
          <w:tab w:val="left" w:pos="992"/>
        </w:tabs>
        <w:spacing w:before="0" w:after="0"/>
        <w:ind w:left="992" w:hanging="992"/>
        <w:rPr>
          <w:color w:val="000000"/>
        </w:rPr>
      </w:pPr>
      <w:r w:rsidRPr="00AF1557">
        <w:rPr>
          <w:b/>
          <w:color w:val="0000FF"/>
        </w:rPr>
        <w:t>Câu 12.</w:t>
      </w:r>
      <w:r w:rsidRPr="00AF1557">
        <w:rPr>
          <w:b/>
          <w:color w:val="0000FF"/>
        </w:rPr>
        <w:tab/>
      </w:r>
      <w:r w:rsidRPr="00AF1557">
        <w:t xml:space="preserve">Cho hai biến cố độc lập </w:t>
      </w:r>
      <w:r w:rsidRPr="00AF1557">
        <w:rPr>
          <w:position w:val="-4"/>
        </w:rPr>
        <w:object w:dxaOrig="240" w:dyaOrig="260">
          <v:shape id="_x0000_i1142" type="#_x0000_t75" style="width:12pt;height:12.45pt" o:ole="">
            <v:imagedata r:id="rId224" o:title=""/>
          </v:shape>
          <o:OLEObject Type="Embed" ProgID="Equation.DSMT4" ShapeID="_x0000_i1142" DrawAspect="Content" ObjectID="_1808506160" r:id="rId225"/>
        </w:object>
      </w:r>
      <w:r w:rsidRPr="00AF1557">
        <w:t xml:space="preserve"> và </w:t>
      </w:r>
      <w:r w:rsidRPr="00AF1557">
        <w:rPr>
          <w:position w:val="-4"/>
        </w:rPr>
        <w:object w:dxaOrig="240" w:dyaOrig="260">
          <v:shape id="_x0000_i1143" type="#_x0000_t75" style="width:12pt;height:12.45pt" o:ole="">
            <v:imagedata r:id="rId226" o:title=""/>
          </v:shape>
          <o:OLEObject Type="Embed" ProgID="Equation.DSMT4" ShapeID="_x0000_i1143" DrawAspect="Content" ObjectID="_1808506161" r:id="rId227"/>
        </w:object>
      </w:r>
      <w:r w:rsidRPr="00AF1557">
        <w:t xml:space="preserve">với </w:t>
      </w:r>
      <w:r w:rsidRPr="00AF1557">
        <w:rPr>
          <w:position w:val="-14"/>
        </w:rPr>
        <w:object w:dxaOrig="2360" w:dyaOrig="400">
          <v:shape id="_x0000_i1144" type="#_x0000_t75" style="width:117.7pt;height:20.3pt" o:ole="">
            <v:imagedata r:id="rId228" o:title=""/>
          </v:shape>
          <o:OLEObject Type="Embed" ProgID="Equation.DSMT4" ShapeID="_x0000_i1144" DrawAspect="Content" ObjectID="_1808506162" r:id="rId229"/>
        </w:object>
      </w:r>
      <w:r w:rsidRPr="00AF1557">
        <w:t xml:space="preserve">. Khi đó, </w:t>
      </w:r>
      <w:r w:rsidRPr="00AF1557">
        <w:rPr>
          <w:position w:val="-14"/>
        </w:rPr>
        <w:object w:dxaOrig="900" w:dyaOrig="400">
          <v:shape id="_x0000_i1145" type="#_x0000_t75" style="width:45.25pt;height:20.3pt" o:ole="">
            <v:imagedata r:id="rId230" o:title=""/>
          </v:shape>
          <o:OLEObject Type="Embed" ProgID="Equation.DSMT4" ShapeID="_x0000_i1145" DrawAspect="Content" ObjectID="_1808506163" r:id="rId231"/>
        </w:object>
      </w:r>
      <w:r w:rsidRPr="00AF1557">
        <w:t>bằng:</w:t>
      </w:r>
    </w:p>
    <w:p w:rsidR="00F63B1A" w:rsidRPr="00AF1557" w:rsidRDefault="00F63B1A" w:rsidP="00F63B1A">
      <w:pPr>
        <w:tabs>
          <w:tab w:val="left" w:pos="3402"/>
          <w:tab w:val="left" w:pos="5669"/>
          <w:tab w:val="left" w:pos="7937"/>
        </w:tabs>
        <w:spacing w:before="0" w:after="0"/>
        <w:ind w:left="992"/>
        <w:rPr>
          <w:rFonts w:eastAsia="Calibri"/>
        </w:rPr>
      </w:pPr>
      <w:r w:rsidRPr="00AF1557">
        <w:rPr>
          <w:rFonts w:eastAsia="Calibri"/>
          <w:b/>
          <w:bCs/>
          <w:color w:val="0000FF"/>
        </w:rPr>
        <w:t xml:space="preserve">A. </w:t>
      </w:r>
      <w:r w:rsidRPr="00AF1557">
        <w:rPr>
          <w:rFonts w:eastAsia="Calibri"/>
          <w:position w:val="-10"/>
        </w:rPr>
        <w:object w:dxaOrig="380" w:dyaOrig="320">
          <v:shape id="_x0000_i1146" type="#_x0000_t75" style="width:18.45pt;height:15.7pt" o:ole="">
            <v:imagedata r:id="rId232" o:title=""/>
          </v:shape>
          <o:OLEObject Type="Embed" ProgID="Equation.DSMT4" ShapeID="_x0000_i1146" DrawAspect="Content" ObjectID="_1808506164" r:id="rId233"/>
        </w:object>
      </w:r>
      <w:r w:rsidRPr="00AF1557">
        <w:rPr>
          <w:rFonts w:eastAsia="Calibri"/>
        </w:rPr>
        <w:t>.</w:t>
      </w:r>
      <w:r w:rsidRPr="00AF1557">
        <w:rPr>
          <w:rFonts w:eastAsia="Calibri"/>
        </w:rPr>
        <w:tab/>
      </w:r>
      <w:r w:rsidRPr="00AF1557">
        <w:rPr>
          <w:rFonts w:eastAsia="Calibri"/>
          <w:b/>
          <w:bCs/>
          <w:color w:val="0000FF"/>
          <w:u w:val="single"/>
        </w:rPr>
        <w:t>B</w:t>
      </w:r>
      <w:r w:rsidRPr="00AF1557">
        <w:rPr>
          <w:rFonts w:eastAsia="Calibri"/>
          <w:b/>
          <w:bCs/>
          <w:color w:val="0000FF"/>
        </w:rPr>
        <w:t xml:space="preserve">. </w:t>
      </w:r>
      <w:r w:rsidRPr="00AF1557">
        <w:rPr>
          <w:position w:val="-10"/>
        </w:rPr>
        <w:object w:dxaOrig="400" w:dyaOrig="320">
          <v:shape id="_x0000_i1147" type="#_x0000_t75" style="width:20.3pt;height:15.7pt" o:ole="">
            <v:imagedata r:id="rId234" o:title=""/>
          </v:shape>
          <o:OLEObject Type="Embed" ProgID="Equation.DSMT4" ShapeID="_x0000_i1147" DrawAspect="Content" ObjectID="_1808506165" r:id="rId235"/>
        </w:object>
      </w:r>
      <w:r>
        <w:t>.</w:t>
      </w:r>
      <w:r w:rsidRPr="00AF1557">
        <w:rPr>
          <w:rFonts w:eastAsia="Calibri"/>
        </w:rPr>
        <w:tab/>
      </w:r>
      <w:r w:rsidRPr="00AF1557">
        <w:rPr>
          <w:rFonts w:eastAsia="Calibri"/>
          <w:b/>
          <w:bCs/>
          <w:color w:val="0000FF"/>
        </w:rPr>
        <w:t xml:space="preserve">C. </w:t>
      </w:r>
      <w:r w:rsidRPr="00AF1557">
        <w:rPr>
          <w:position w:val="-10"/>
        </w:rPr>
        <w:object w:dxaOrig="380" w:dyaOrig="320">
          <v:shape id="_x0000_i1148" type="#_x0000_t75" style="width:18.45pt;height:15.7pt" o:ole="">
            <v:imagedata r:id="rId236" o:title=""/>
          </v:shape>
          <o:OLEObject Type="Embed" ProgID="Equation.DSMT4" ShapeID="_x0000_i1148" DrawAspect="Content" ObjectID="_1808506166" r:id="rId237"/>
        </w:object>
      </w:r>
      <w:r>
        <w:t>.</w:t>
      </w:r>
      <w:r w:rsidRPr="00AF1557">
        <w:rPr>
          <w:rFonts w:eastAsia="Calibri"/>
        </w:rPr>
        <w:tab/>
      </w:r>
      <w:r w:rsidRPr="00AF1557">
        <w:rPr>
          <w:rFonts w:eastAsia="Calibri"/>
          <w:b/>
          <w:bCs/>
          <w:color w:val="0000FF"/>
        </w:rPr>
        <w:t xml:space="preserve">D. </w:t>
      </w:r>
      <w:r w:rsidRPr="00AF1557">
        <w:rPr>
          <w:position w:val="-10"/>
        </w:rPr>
        <w:object w:dxaOrig="400" w:dyaOrig="320">
          <v:shape id="_x0000_i1149" type="#_x0000_t75" style="width:20.3pt;height:15.7pt" o:ole="">
            <v:imagedata r:id="rId238" o:title=""/>
          </v:shape>
          <o:OLEObject Type="Embed" ProgID="Equation.DSMT4" ShapeID="_x0000_i1149" DrawAspect="Content" ObjectID="_1808506167" r:id="rId239"/>
        </w:object>
      </w:r>
      <w:r w:rsidRPr="00AF1557">
        <w:rPr>
          <w:rFonts w:eastAsia="Calibri"/>
        </w:rPr>
        <w:t>.</w:t>
      </w:r>
    </w:p>
    <w:p w:rsidR="00F63B1A" w:rsidRPr="00AF1557" w:rsidRDefault="00F63B1A" w:rsidP="00F63B1A">
      <w:pPr>
        <w:pBdr>
          <w:top w:val="nil"/>
          <w:left w:val="nil"/>
          <w:bottom w:val="nil"/>
          <w:right w:val="nil"/>
          <w:between w:val="nil"/>
        </w:pBdr>
        <w:spacing w:before="0" w:after="0"/>
        <w:ind w:left="992" w:hanging="283"/>
        <w:jc w:val="center"/>
        <w:rPr>
          <w:b/>
          <w:color w:val="0000FF"/>
        </w:rPr>
      </w:pPr>
      <w:r w:rsidRPr="00AF1557">
        <w:rPr>
          <w:b/>
          <w:color w:val="0000FF"/>
        </w:rPr>
        <w:t>Lời giải</w:t>
      </w:r>
    </w:p>
    <w:p w:rsidR="00F63B1A" w:rsidRPr="00AF1557" w:rsidRDefault="00F63B1A" w:rsidP="00F63B1A">
      <w:pPr>
        <w:spacing w:before="0" w:after="0"/>
        <w:ind w:left="992"/>
        <w:rPr>
          <w:b/>
          <w:color w:val="0000FF"/>
        </w:rPr>
      </w:pPr>
      <w:r w:rsidRPr="00AF1557">
        <w:rPr>
          <w:b/>
          <w:color w:val="0000FF"/>
          <w:highlight w:val="green"/>
        </w:rPr>
        <w:t>Chọn B</w:t>
      </w:r>
    </w:p>
    <w:p w:rsidR="00F63B1A" w:rsidRPr="00AF1557" w:rsidRDefault="00F63B1A" w:rsidP="00F63B1A">
      <w:pPr>
        <w:spacing w:before="0" w:after="0"/>
        <w:ind w:left="993"/>
        <w:rPr>
          <w:rFonts w:eastAsia="Calibri"/>
        </w:rPr>
      </w:pPr>
      <w:r w:rsidRPr="00AF1557">
        <w:rPr>
          <w:rFonts w:eastAsia="Calibri"/>
        </w:rPr>
        <w:t xml:space="preserve">Ta có </w:t>
      </w:r>
      <w:r w:rsidRPr="00AF1557">
        <w:t xml:space="preserve">hai biến cố độc lập </w:t>
      </w:r>
      <w:r w:rsidRPr="00AF1557">
        <w:rPr>
          <w:position w:val="-4"/>
        </w:rPr>
        <w:object w:dxaOrig="240" w:dyaOrig="260">
          <v:shape id="_x0000_i1150" type="#_x0000_t75" style="width:12pt;height:12.45pt" o:ole="">
            <v:imagedata r:id="rId224" o:title=""/>
          </v:shape>
          <o:OLEObject Type="Embed" ProgID="Equation.DSMT4" ShapeID="_x0000_i1150" DrawAspect="Content" ObjectID="_1808506168" r:id="rId240"/>
        </w:object>
      </w:r>
      <w:r w:rsidRPr="00AF1557">
        <w:t xml:space="preserve"> và </w:t>
      </w:r>
      <w:r w:rsidRPr="00AF1557">
        <w:rPr>
          <w:position w:val="-4"/>
        </w:rPr>
        <w:object w:dxaOrig="240" w:dyaOrig="260">
          <v:shape id="_x0000_i1151" type="#_x0000_t75" style="width:12pt;height:12.45pt" o:ole="">
            <v:imagedata r:id="rId226" o:title=""/>
          </v:shape>
          <o:OLEObject Type="Embed" ProgID="Equation.DSMT4" ShapeID="_x0000_i1151" DrawAspect="Content" ObjectID="_1808506169" r:id="rId241"/>
        </w:object>
      </w:r>
      <w:r w:rsidRPr="00AF1557">
        <w:t xml:space="preserve"> suy ra </w:t>
      </w:r>
      <w:r w:rsidRPr="00AF1557">
        <w:rPr>
          <w:position w:val="-14"/>
        </w:rPr>
        <w:object w:dxaOrig="2240" w:dyaOrig="400">
          <v:shape id="_x0000_i1152" type="#_x0000_t75" style="width:111.7pt;height:20.3pt" o:ole="">
            <v:imagedata r:id="rId242" o:title=""/>
          </v:shape>
          <o:OLEObject Type="Embed" ProgID="Equation.DSMT4" ShapeID="_x0000_i1152" DrawAspect="Content" ObjectID="_1808506170" r:id="rId243"/>
        </w:object>
      </w:r>
      <w:r w:rsidRPr="00AF1557">
        <w:t>.</w:t>
      </w:r>
    </w:p>
    <w:p w:rsidR="00FA061C" w:rsidRPr="00F63B1A" w:rsidRDefault="00FA061C" w:rsidP="00F63B1A">
      <w:pPr>
        <w:spacing w:before="0" w:after="0"/>
        <w:rPr>
          <w:rFonts w:cs="Times New Roman"/>
          <w:color w:val="FF0000"/>
          <w:szCs w:val="24"/>
        </w:rPr>
      </w:pPr>
      <w:r w:rsidRPr="00F63B1A">
        <w:rPr>
          <w:rFonts w:cs="Times New Roman"/>
          <w:b/>
          <w:color w:val="FF0000"/>
          <w:szCs w:val="24"/>
        </w:rPr>
        <w:t>PHẦN II. Câu trắc nghiệm đúng sai.</w:t>
      </w:r>
      <w:r w:rsidRPr="00F63B1A">
        <w:rPr>
          <w:rFonts w:cs="Times New Roman"/>
          <w:color w:val="FF0000"/>
          <w:szCs w:val="24"/>
        </w:rPr>
        <w:t xml:space="preserve"> Thí sinh trả lời từ câu 1 đến câu 4. Trong mỗi ý </w:t>
      </w:r>
      <w:r w:rsidRPr="00F63B1A">
        <w:rPr>
          <w:rFonts w:cs="Times New Roman"/>
          <w:b/>
          <w:color w:val="FF0000"/>
          <w:szCs w:val="24"/>
        </w:rPr>
        <w:t>a), b), c), d)</w:t>
      </w:r>
      <w:r w:rsidRPr="00F63B1A">
        <w:rPr>
          <w:rFonts w:cs="Times New Roman"/>
          <w:color w:val="FF0000"/>
          <w:szCs w:val="24"/>
        </w:rPr>
        <w:t xml:space="preserve"> ở mỗi câu, thí sinh chọn đúng hoặc sai</w:t>
      </w:r>
      <w:r w:rsidR="00F63B1A" w:rsidRPr="00F63B1A">
        <w:rPr>
          <w:rFonts w:cs="Times New Roman"/>
          <w:color w:val="FF0000"/>
          <w:szCs w:val="24"/>
        </w:rPr>
        <w:t>.</w:t>
      </w:r>
    </w:p>
    <w:p w:rsidR="00FA061C" w:rsidRPr="005E5CA9" w:rsidRDefault="00F63B1A" w:rsidP="00F63B1A">
      <w:pPr>
        <w:tabs>
          <w:tab w:val="left" w:pos="992"/>
        </w:tabs>
        <w:spacing w:before="0" w:after="0"/>
        <w:ind w:left="992" w:hanging="992"/>
        <w:rPr>
          <w:rFonts w:cs="Times New Roman"/>
          <w:szCs w:val="24"/>
        </w:rPr>
      </w:pPr>
      <w:r w:rsidRPr="00B6674F">
        <w:rPr>
          <w:rFonts w:eastAsia="Times New Roman" w:cs="Times New Roman"/>
          <w:b/>
          <w:noProof/>
          <w:sz w:val="28"/>
          <w:szCs w:val="28"/>
        </w:rPr>
        <w:lastRenderedPageBreak/>
        <w:drawing>
          <wp:anchor distT="0" distB="0" distL="114300" distR="114300" simplePos="0" relativeHeight="251664384" behindDoc="0" locked="0" layoutInCell="1" allowOverlap="1" wp14:anchorId="1194D205">
            <wp:simplePos x="0" y="0"/>
            <wp:positionH relativeFrom="column">
              <wp:posOffset>4270433</wp:posOffset>
            </wp:positionH>
            <wp:positionV relativeFrom="paragraph">
              <wp:posOffset>329565</wp:posOffset>
            </wp:positionV>
            <wp:extent cx="2362572" cy="3600000"/>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2362572" cy="3600000"/>
                    </a:xfrm>
                    <a:prstGeom prst="rect">
                      <a:avLst/>
                    </a:prstGeom>
                  </pic:spPr>
                </pic:pic>
              </a:graphicData>
            </a:graphic>
            <wp14:sizeRelH relativeFrom="page">
              <wp14:pctWidth>0</wp14:pctWidth>
            </wp14:sizeRelH>
            <wp14:sizeRelV relativeFrom="page">
              <wp14:pctHeight>0</wp14:pctHeight>
            </wp14:sizeRelV>
          </wp:anchor>
        </w:drawing>
      </w:r>
      <w:r w:rsidR="00FA061C" w:rsidRPr="005E5CA9">
        <w:rPr>
          <w:rFonts w:cs="Times New Roman"/>
          <w:b/>
          <w:color w:val="0000FF"/>
          <w:szCs w:val="24"/>
        </w:rPr>
        <w:t>Câu 1.</w:t>
      </w:r>
      <w:r w:rsidR="00FA061C" w:rsidRPr="005E5CA9">
        <w:rPr>
          <w:rFonts w:cs="Times New Roman"/>
          <w:b/>
          <w:color w:val="0000FF"/>
          <w:szCs w:val="24"/>
        </w:rPr>
        <w:tab/>
      </w:r>
      <w:r w:rsidR="00FA061C" w:rsidRPr="005E5CA9">
        <w:rPr>
          <w:rFonts w:cs="Times New Roman"/>
          <w:szCs w:val="24"/>
        </w:rPr>
        <w:t xml:space="preserve">Một chất điểm chuyển động theo quy luật với tốc độ </w:t>
      </w:r>
      <w:r w:rsidR="00FA061C" w:rsidRPr="005E5CA9">
        <w:rPr>
          <w:rFonts w:eastAsia="Aptos" w:cs="Times New Roman"/>
          <w:position w:val="-14"/>
          <w:szCs w:val="24"/>
        </w:rPr>
        <w:object w:dxaOrig="1064" w:dyaOrig="401">
          <v:shape id="_x0000_i1153" type="#_x0000_t75" style="width:53.1pt;height:20.3pt" o:ole="">
            <v:imagedata r:id="rId245" o:title=""/>
          </v:shape>
          <o:OLEObject Type="Embed" ProgID="Equation.DSMT4" ShapeID="_x0000_i1153" DrawAspect="Content" ObjectID="_1808506171" r:id="rId246"/>
        </w:object>
      </w:r>
      <w:r w:rsidR="00FA061C" w:rsidRPr="005E5CA9">
        <w:rPr>
          <w:rFonts w:cs="Times New Roman"/>
          <w:szCs w:val="24"/>
        </w:rPr>
        <w:t xml:space="preserve">, biết rằng </w:t>
      </w:r>
      <w:r w:rsidR="00FA061C" w:rsidRPr="005E5CA9">
        <w:rPr>
          <w:rFonts w:eastAsia="Aptos" w:cs="Times New Roman"/>
          <w:position w:val="-14"/>
          <w:szCs w:val="24"/>
        </w:rPr>
        <w:object w:dxaOrig="480" w:dyaOrig="400">
          <v:shape id="_x0000_i1154" type="#_x0000_t75" style="width:24pt;height:20.3pt" o:ole="">
            <v:imagedata r:id="rId247" o:title=""/>
          </v:shape>
          <o:OLEObject Type="Embed" ProgID="Equation.DSMT4" ShapeID="_x0000_i1154" DrawAspect="Content" ObjectID="_1808506172" r:id="rId248"/>
        </w:object>
      </w:r>
      <w:r w:rsidR="00FA061C" w:rsidRPr="005E5CA9">
        <w:rPr>
          <w:rFonts w:cs="Times New Roman"/>
          <w:szCs w:val="24"/>
        </w:rPr>
        <w:t xml:space="preserve"> có dạng đường parabol </w:t>
      </w:r>
      <w:r w:rsidR="00FA061C" w:rsidRPr="005E5CA9">
        <w:rPr>
          <w:rFonts w:eastAsia="Aptos" w:cs="Times New Roman"/>
          <w:position w:val="-14"/>
          <w:szCs w:val="24"/>
        </w:rPr>
        <w:object w:dxaOrig="401" w:dyaOrig="401">
          <v:shape id="_x0000_i1155" type="#_x0000_t75" style="width:20.3pt;height:20.3pt" o:ole="">
            <v:imagedata r:id="rId249" o:title=""/>
          </v:shape>
          <o:OLEObject Type="Embed" ProgID="Equation.DSMT4" ShapeID="_x0000_i1155" DrawAspect="Content" ObjectID="_1808506173" r:id="rId250"/>
        </w:object>
      </w:r>
      <w:r w:rsidR="00FA061C" w:rsidRPr="005E5CA9">
        <w:rPr>
          <w:rFonts w:cs="Times New Roman"/>
          <w:szCs w:val="24"/>
        </w:rPr>
        <w:t xml:space="preserve"> có đỉnh </w:t>
      </w:r>
      <w:r w:rsidR="00FA061C" w:rsidRPr="005E5CA9">
        <w:rPr>
          <w:rFonts w:eastAsia="Aptos" w:cs="Times New Roman"/>
          <w:position w:val="-14"/>
          <w:szCs w:val="24"/>
        </w:rPr>
        <w:object w:dxaOrig="720" w:dyaOrig="400">
          <v:shape id="_x0000_i1156" type="#_x0000_t75" style="width:36.9pt;height:19.85pt" o:ole="">
            <v:imagedata r:id="rId251" o:title=""/>
          </v:shape>
          <o:OLEObject Type="Embed" ProgID="Equation.DSMT4" ShapeID="_x0000_i1156" DrawAspect="Content" ObjectID="_1808506174" r:id="rId252"/>
        </w:object>
      </w:r>
      <w:r w:rsidR="00FA061C" w:rsidRPr="005E5CA9">
        <w:rPr>
          <w:rFonts w:cs="Times New Roman"/>
          <w:szCs w:val="24"/>
        </w:rPr>
        <w:t xml:space="preserve"> khi </w:t>
      </w:r>
      <w:r w:rsidR="00FA061C" w:rsidRPr="005E5CA9">
        <w:rPr>
          <w:rFonts w:eastAsia="Aptos" w:cs="Times New Roman"/>
          <w:position w:val="-14"/>
          <w:szCs w:val="24"/>
        </w:rPr>
        <w:object w:dxaOrig="1127" w:dyaOrig="401">
          <v:shape id="_x0000_i1157" type="#_x0000_t75" style="width:56.3pt;height:20.3pt" o:ole="">
            <v:imagedata r:id="rId253" o:title=""/>
          </v:shape>
          <o:OLEObject Type="Embed" ProgID="Equation.DSMT4" ShapeID="_x0000_i1157" DrawAspect="Content" ObjectID="_1808506175" r:id="rId254"/>
        </w:object>
      </w:r>
      <w:r w:rsidR="00FA061C" w:rsidRPr="005E5CA9">
        <w:rPr>
          <w:rFonts w:cs="Times New Roman"/>
          <w:szCs w:val="24"/>
        </w:rPr>
        <w:t xml:space="preserve"> và </w:t>
      </w:r>
      <w:r w:rsidR="00FA061C" w:rsidRPr="005E5CA9">
        <w:rPr>
          <w:rFonts w:eastAsia="Aptos" w:cs="Times New Roman"/>
          <w:position w:val="-14"/>
          <w:szCs w:val="24"/>
        </w:rPr>
        <w:object w:dxaOrig="463" w:dyaOrig="401">
          <v:shape id="_x0000_i1158" type="#_x0000_t75" style="width:22.15pt;height:20.3pt" o:ole="">
            <v:imagedata r:id="rId255" o:title=""/>
          </v:shape>
          <o:OLEObject Type="Embed" ProgID="Equation.DSMT4" ShapeID="_x0000_i1158" DrawAspect="Content" ObjectID="_1808506176" r:id="rId256"/>
        </w:object>
      </w:r>
      <w:r w:rsidR="00FA061C" w:rsidRPr="005E5CA9">
        <w:rPr>
          <w:rFonts w:cs="Times New Roman"/>
          <w:szCs w:val="24"/>
        </w:rPr>
        <w:t xml:space="preserve"> có dạng đường thẳng khi </w:t>
      </w:r>
      <w:r w:rsidR="00FA061C" w:rsidRPr="005E5CA9">
        <w:rPr>
          <w:rFonts w:eastAsia="Aptos" w:cs="Times New Roman"/>
          <w:position w:val="-14"/>
          <w:szCs w:val="24"/>
        </w:rPr>
        <w:object w:dxaOrig="1215" w:dyaOrig="401">
          <v:shape id="_x0000_i1159" type="#_x0000_t75" style="width:60.9pt;height:20.3pt" o:ole="">
            <v:imagedata r:id="rId257" o:title=""/>
          </v:shape>
          <o:OLEObject Type="Embed" ProgID="Equation.DSMT4" ShapeID="_x0000_i1159" DrawAspect="Content" ObjectID="_1808506177" r:id="rId258"/>
        </w:object>
      </w:r>
      <w:r w:rsidR="00FA061C" w:rsidRPr="005E5CA9">
        <w:rPr>
          <w:rFonts w:cs="Times New Roman"/>
          <w:szCs w:val="24"/>
        </w:rPr>
        <w:t xml:space="preserve"> (Hình vẽ).</w:t>
      </w:r>
    </w:p>
    <w:p w:rsidR="00FA061C" w:rsidRPr="005E5CA9" w:rsidRDefault="00FA061C" w:rsidP="00F63B1A">
      <w:pPr>
        <w:spacing w:before="0" w:after="0"/>
        <w:ind w:left="992"/>
        <w:rPr>
          <w:rFonts w:cs="Times New Roman"/>
          <w:szCs w:val="24"/>
        </w:rPr>
      </w:pPr>
      <w:r w:rsidRPr="005E5CA9">
        <w:rPr>
          <w:rFonts w:cs="Times New Roman"/>
          <w:szCs w:val="24"/>
        </w:rPr>
        <w:t xml:space="preserve">a) Diện tích hình phẳng giới hạn bởi đồ thị hàm số </w:t>
      </w:r>
      <w:r w:rsidRPr="005E5CA9">
        <w:rPr>
          <w:rFonts w:cs="Times New Roman"/>
          <w:position w:val="-14"/>
          <w:szCs w:val="24"/>
        </w:rPr>
        <w:object w:dxaOrig="560" w:dyaOrig="400">
          <v:shape id="_x0000_i1160" type="#_x0000_t75" style="width:28.15pt;height:20.3pt" o:ole="">
            <v:imagedata r:id="rId259" o:title=""/>
          </v:shape>
          <o:OLEObject Type="Embed" ProgID="Equation.DSMT4" ShapeID="_x0000_i1160" DrawAspect="Content" ObjectID="_1808506178" r:id="rId260"/>
        </w:object>
      </w:r>
      <w:r w:rsidRPr="005E5CA9">
        <w:rPr>
          <w:rFonts w:cs="Times New Roman"/>
          <w:szCs w:val="24"/>
        </w:rPr>
        <w:t xml:space="preserve">trục </w:t>
      </w:r>
      <w:r w:rsidRPr="005E5CA9">
        <w:rPr>
          <w:rFonts w:cs="Times New Roman"/>
          <w:position w:val="-6"/>
          <w:szCs w:val="24"/>
        </w:rPr>
        <w:object w:dxaOrig="320" w:dyaOrig="279">
          <v:shape id="_x0000_i1161" type="#_x0000_t75" style="width:15.7pt;height:14.3pt" o:ole="">
            <v:imagedata r:id="rId261" o:title=""/>
          </v:shape>
          <o:OLEObject Type="Embed" ProgID="Equation.DSMT4" ShapeID="_x0000_i1161" DrawAspect="Content" ObjectID="_1808506179" r:id="rId262"/>
        </w:object>
      </w:r>
      <w:r w:rsidRPr="005E5CA9">
        <w:rPr>
          <w:rFonts w:cs="Times New Roman"/>
          <w:szCs w:val="24"/>
        </w:rPr>
        <w:t xml:space="preserve">, và hai đường thẳng </w:t>
      </w:r>
      <w:r w:rsidRPr="005E5CA9">
        <w:rPr>
          <w:rFonts w:cs="Times New Roman"/>
          <w:position w:val="-10"/>
          <w:szCs w:val="24"/>
        </w:rPr>
        <w:object w:dxaOrig="1120" w:dyaOrig="320">
          <v:shape id="_x0000_i1162" type="#_x0000_t75" style="width:56.3pt;height:15.7pt" o:ole="">
            <v:imagedata r:id="rId263" o:title=""/>
          </v:shape>
          <o:OLEObject Type="Embed" ProgID="Equation.DSMT4" ShapeID="_x0000_i1162" DrawAspect="Content" ObjectID="_1808506180" r:id="rId264"/>
        </w:object>
      </w:r>
      <w:r w:rsidRPr="005E5CA9">
        <w:rPr>
          <w:rFonts w:cs="Times New Roman"/>
          <w:szCs w:val="24"/>
        </w:rPr>
        <w:t xml:space="preserve"> là </w:t>
      </w:r>
      <w:r w:rsidRPr="005E5CA9">
        <w:rPr>
          <w:rFonts w:cs="Times New Roman"/>
          <w:position w:val="-24"/>
          <w:szCs w:val="24"/>
        </w:rPr>
        <w:object w:dxaOrig="460" w:dyaOrig="620">
          <v:shape id="_x0000_i1163" type="#_x0000_t75" style="width:22.15pt;height:29.1pt" o:ole="">
            <v:imagedata r:id="rId265" o:title=""/>
          </v:shape>
          <o:OLEObject Type="Embed" ProgID="Equation.DSMT4" ShapeID="_x0000_i1163" DrawAspect="Content" ObjectID="_1808506181" r:id="rId266"/>
        </w:object>
      </w:r>
      <w:r w:rsidRPr="005E5CA9">
        <w:rPr>
          <w:rFonts w:cs="Times New Roman"/>
          <w:szCs w:val="24"/>
        </w:rPr>
        <w:t xml:space="preserve"> (đvdt).</w:t>
      </w:r>
    </w:p>
    <w:p w:rsidR="00FA061C" w:rsidRPr="005E5CA9" w:rsidRDefault="00FA061C" w:rsidP="00F63B1A">
      <w:pPr>
        <w:spacing w:before="0" w:after="0"/>
        <w:ind w:left="992"/>
        <w:rPr>
          <w:rFonts w:cs="Times New Roman"/>
          <w:szCs w:val="24"/>
        </w:rPr>
      </w:pPr>
      <w:r w:rsidRPr="005E5CA9">
        <w:rPr>
          <w:rFonts w:cs="Times New Roman"/>
          <w:szCs w:val="24"/>
        </w:rPr>
        <w:t xml:space="preserve">b) Quãng đường vật di chuyển được trong khoảng thời gian từ giây thứ 5 đến giây thứ 10 là </w:t>
      </w:r>
      <w:r w:rsidRPr="005E5CA9">
        <w:rPr>
          <w:rFonts w:cs="Times New Roman"/>
          <w:position w:val="-24"/>
          <w:szCs w:val="24"/>
        </w:rPr>
        <w:object w:dxaOrig="859" w:dyaOrig="620">
          <v:shape id="_x0000_i1164" type="#_x0000_t75" style="width:42pt;height:30pt" o:ole="">
            <v:imagedata r:id="rId267" o:title=""/>
          </v:shape>
          <o:OLEObject Type="Embed" ProgID="Equation.DSMT4" ShapeID="_x0000_i1164" DrawAspect="Content" ObjectID="_1808506182" r:id="rId268"/>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u w:val="single"/>
        </w:rPr>
        <w:t>c)</w:t>
      </w:r>
      <w:r w:rsidRPr="005E5CA9">
        <w:rPr>
          <w:rFonts w:cs="Times New Roman"/>
          <w:szCs w:val="24"/>
        </w:rPr>
        <w:t xml:space="preserve"> Quãng đường vật di chuyển được trong khoảng thời gian từ </w:t>
      </w:r>
      <w:r w:rsidRPr="005E5CA9">
        <w:rPr>
          <w:rFonts w:cs="Times New Roman"/>
          <w:position w:val="-6"/>
          <w:szCs w:val="24"/>
        </w:rPr>
        <w:object w:dxaOrig="200" w:dyaOrig="279">
          <v:shape id="_x0000_i1165" type="#_x0000_t75" style="width:9.7pt;height:14.3pt" o:ole="">
            <v:imagedata r:id="rId269" o:title=""/>
          </v:shape>
          <o:OLEObject Type="Embed" ProgID="Equation.DSMT4" ShapeID="_x0000_i1165" DrawAspect="Content" ObjectID="_1808506183" r:id="rId270"/>
        </w:object>
      </w:r>
      <w:r w:rsidRPr="005E5CA9">
        <w:rPr>
          <w:rFonts w:cs="Times New Roman"/>
          <w:szCs w:val="24"/>
        </w:rPr>
        <w:t xml:space="preserve">giây đến </w:t>
      </w:r>
      <w:r w:rsidRPr="005E5CA9">
        <w:rPr>
          <w:rFonts w:cs="Times New Roman"/>
          <w:position w:val="-6"/>
          <w:szCs w:val="24"/>
        </w:rPr>
        <w:object w:dxaOrig="180" w:dyaOrig="279">
          <v:shape id="_x0000_i1166" type="#_x0000_t75" style="width:9.25pt;height:14.3pt" o:ole="">
            <v:imagedata r:id="rId271" o:title=""/>
          </v:shape>
          <o:OLEObject Type="Embed" ProgID="Equation.DSMT4" ShapeID="_x0000_i1166" DrawAspect="Content" ObjectID="_1808506184" r:id="rId272"/>
        </w:object>
      </w:r>
      <w:r w:rsidRPr="005E5CA9">
        <w:rPr>
          <w:rFonts w:cs="Times New Roman"/>
          <w:szCs w:val="24"/>
        </w:rPr>
        <w:t xml:space="preserve"> giây là </w:t>
      </w:r>
      <w:r w:rsidRPr="005E5CA9">
        <w:rPr>
          <w:rFonts w:cs="Times New Roman"/>
          <w:position w:val="-24"/>
          <w:szCs w:val="24"/>
        </w:rPr>
        <w:object w:dxaOrig="840" w:dyaOrig="620">
          <v:shape id="_x0000_i1167" type="#_x0000_t75" style="width:41.1pt;height:30pt" o:ole="">
            <v:imagedata r:id="rId273" o:title=""/>
          </v:shape>
          <o:OLEObject Type="Embed" ProgID="Equation.DSMT4" ShapeID="_x0000_i1167" DrawAspect="Content" ObjectID="_1808506185" r:id="rId274"/>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d) Phương trình parabol </w:t>
      </w:r>
      <w:r w:rsidRPr="005E5CA9">
        <w:rPr>
          <w:rFonts w:cs="Times New Roman"/>
          <w:position w:val="-14"/>
          <w:szCs w:val="24"/>
        </w:rPr>
        <w:object w:dxaOrig="401" w:dyaOrig="401">
          <v:shape id="_x0000_i1168" type="#_x0000_t75" style="width:20.3pt;height:20.3pt" o:ole="">
            <v:imagedata r:id="rId249" o:title=""/>
          </v:shape>
          <o:OLEObject Type="Embed" ProgID="Equation.DSMT4" ShapeID="_x0000_i1168" DrawAspect="Content" ObjectID="_1808506186" r:id="rId275"/>
        </w:object>
      </w:r>
      <w:r w:rsidRPr="005E5CA9">
        <w:rPr>
          <w:rFonts w:cs="Times New Roman"/>
          <w:szCs w:val="24"/>
        </w:rPr>
        <w:t xml:space="preserve"> là: </w:t>
      </w:r>
      <w:r w:rsidRPr="005E5CA9">
        <w:rPr>
          <w:rFonts w:cs="Times New Roman"/>
          <w:position w:val="-14"/>
          <w:szCs w:val="24"/>
        </w:rPr>
        <w:object w:dxaOrig="1840" w:dyaOrig="400">
          <v:shape id="_x0000_i1169" type="#_x0000_t75" style="width:92.3pt;height:20.3pt" o:ole="">
            <v:imagedata r:id="rId276" o:title=""/>
          </v:shape>
          <o:OLEObject Type="Embed" ProgID="Equation.DSMT4" ShapeID="_x0000_i1169" DrawAspect="Content" ObjectID="_1808506187" r:id="rId277"/>
        </w:object>
      </w:r>
      <w:r w:rsidRPr="005E5CA9">
        <w:rPr>
          <w:rFonts w:cs="Times New Roman"/>
          <w:szCs w:val="24"/>
        </w:rPr>
        <w:t>.</w:t>
      </w:r>
    </w:p>
    <w:p w:rsidR="00FA061C" w:rsidRPr="005E5CA9" w:rsidRDefault="00FA061C" w:rsidP="00F63B1A">
      <w:pPr>
        <w:spacing w:before="0" w:after="0"/>
        <w:ind w:left="992"/>
        <w:jc w:val="center"/>
        <w:rPr>
          <w:rFonts w:cs="Times New Roman"/>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szCs w:val="24"/>
        </w:rPr>
      </w:pPr>
      <w:r w:rsidRPr="005E5CA9">
        <w:rPr>
          <w:rFonts w:cs="Times New Roman"/>
          <w:szCs w:val="24"/>
        </w:rPr>
        <w:t>a) SAI</w:t>
      </w:r>
    </w:p>
    <w:p w:rsidR="00FA061C" w:rsidRPr="005E5CA9" w:rsidRDefault="00FA061C" w:rsidP="00F63B1A">
      <w:pPr>
        <w:spacing w:before="0" w:after="0"/>
        <w:ind w:left="992"/>
        <w:rPr>
          <w:rFonts w:cs="Times New Roman"/>
          <w:szCs w:val="24"/>
        </w:rPr>
      </w:pPr>
      <w:r w:rsidRPr="005E5CA9">
        <w:rPr>
          <w:rFonts w:cs="Times New Roman"/>
          <w:szCs w:val="24"/>
        </w:rPr>
        <w:t xml:space="preserve">+) Parabol </w:t>
      </w:r>
      <w:r w:rsidRPr="005E5CA9">
        <w:rPr>
          <w:rFonts w:cs="Times New Roman"/>
          <w:position w:val="-14"/>
          <w:szCs w:val="24"/>
          <w:lang w:val="nl-NL"/>
        </w:rPr>
        <w:object w:dxaOrig="420" w:dyaOrig="400">
          <v:shape id="_x0000_i1170" type="#_x0000_t75" style="width:21.25pt;height:20.3pt" o:ole="">
            <v:imagedata r:id="rId278" o:title=""/>
          </v:shape>
          <o:OLEObject Type="Embed" ProgID="Equation.DSMT4" ShapeID="_x0000_i1170" DrawAspect="Content" ObjectID="_1808506188" r:id="rId279"/>
        </w:object>
      </w:r>
      <w:r w:rsidRPr="005E5CA9">
        <w:rPr>
          <w:rFonts w:cs="Times New Roman"/>
          <w:szCs w:val="24"/>
        </w:rPr>
        <w:t xml:space="preserve"> có đỉnh </w:t>
      </w:r>
      <w:r w:rsidRPr="005E5CA9">
        <w:rPr>
          <w:rFonts w:cs="Times New Roman"/>
          <w:position w:val="-14"/>
          <w:szCs w:val="24"/>
          <w:lang w:val="nl-NL"/>
        </w:rPr>
        <w:object w:dxaOrig="720" w:dyaOrig="400">
          <v:shape id="_x0000_i1171" type="#_x0000_t75" style="width:36pt;height:20.3pt" o:ole="">
            <v:imagedata r:id="rId280" o:title=""/>
          </v:shape>
          <o:OLEObject Type="Embed" ProgID="Equation.DSMT4" ShapeID="_x0000_i1171" DrawAspect="Content" ObjectID="_1808506189" r:id="rId281"/>
        </w:object>
      </w:r>
      <w:r w:rsidRPr="005E5CA9">
        <w:rPr>
          <w:rFonts w:cs="Times New Roman"/>
          <w:szCs w:val="24"/>
        </w:rPr>
        <w:t xml:space="preserve"> nên phương trình </w:t>
      </w:r>
      <w:r w:rsidRPr="005E5CA9">
        <w:rPr>
          <w:rFonts w:cs="Times New Roman"/>
          <w:position w:val="-14"/>
          <w:szCs w:val="24"/>
          <w:lang w:val="nl-NL"/>
        </w:rPr>
        <w:object w:dxaOrig="420" w:dyaOrig="400">
          <v:shape id="_x0000_i1172" type="#_x0000_t75" style="width:21.25pt;height:20.3pt" o:ole="">
            <v:imagedata r:id="rId282" o:title=""/>
          </v:shape>
          <o:OLEObject Type="Embed" ProgID="Equation.DSMT4" ShapeID="_x0000_i1172" DrawAspect="Content" ObjectID="_1808506190" r:id="rId283"/>
        </w:object>
      </w:r>
      <w:r w:rsidRPr="005E5CA9">
        <w:rPr>
          <w:rFonts w:cs="Times New Roman"/>
          <w:szCs w:val="24"/>
        </w:rPr>
        <w:t xml:space="preserve"> có dạng: </w:t>
      </w:r>
      <w:r w:rsidRPr="005E5CA9">
        <w:rPr>
          <w:rFonts w:cs="Times New Roman"/>
          <w:position w:val="-14"/>
          <w:szCs w:val="24"/>
          <w:lang w:val="nl-NL"/>
        </w:rPr>
        <w:object w:dxaOrig="1600" w:dyaOrig="440">
          <v:shape id="_x0000_i1173" type="#_x0000_t75" style="width:80.3pt;height:21.7pt" o:ole="">
            <v:imagedata r:id="rId284" o:title=""/>
          </v:shape>
          <o:OLEObject Type="Embed" ProgID="Equation.DSMT4" ShapeID="_x0000_i1173" DrawAspect="Content" ObjectID="_1808506191" r:id="rId285"/>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 </w:t>
      </w:r>
      <w:r w:rsidRPr="005E5CA9">
        <w:rPr>
          <w:rFonts w:cs="Times New Roman"/>
          <w:position w:val="-14"/>
          <w:szCs w:val="24"/>
          <w:lang w:val="nl-NL"/>
        </w:rPr>
        <w:object w:dxaOrig="420" w:dyaOrig="400">
          <v:shape id="_x0000_i1174" type="#_x0000_t75" style="width:21.25pt;height:20.3pt" o:ole="">
            <v:imagedata r:id="rId286" o:title=""/>
          </v:shape>
          <o:OLEObject Type="Embed" ProgID="Equation.DSMT4" ShapeID="_x0000_i1174" DrawAspect="Content" ObjectID="_1808506192" r:id="rId287"/>
        </w:object>
      </w:r>
      <w:r w:rsidRPr="005E5CA9">
        <w:rPr>
          <w:rFonts w:cs="Times New Roman"/>
          <w:szCs w:val="24"/>
        </w:rPr>
        <w:t xml:space="preserve"> đi qua điểm có tọa độ </w:t>
      </w:r>
      <w:r w:rsidRPr="005E5CA9">
        <w:rPr>
          <w:rFonts w:cs="Times New Roman"/>
          <w:position w:val="-14"/>
          <w:szCs w:val="24"/>
          <w:lang w:val="nl-NL"/>
        </w:rPr>
        <w:object w:dxaOrig="660" w:dyaOrig="400">
          <v:shape id="_x0000_i1175" type="#_x0000_t75" style="width:33.25pt;height:20.3pt" o:ole="">
            <v:imagedata r:id="rId288" o:title=""/>
          </v:shape>
          <o:OLEObject Type="Embed" ProgID="Equation.DSMT4" ShapeID="_x0000_i1175" DrawAspect="Content" ObjectID="_1808506193" r:id="rId289"/>
        </w:object>
      </w:r>
      <w:r w:rsidRPr="005E5CA9">
        <w:rPr>
          <w:rFonts w:cs="Times New Roman"/>
          <w:szCs w:val="24"/>
        </w:rPr>
        <w:t xml:space="preserve"> nên </w:t>
      </w:r>
      <w:r w:rsidRPr="005E5CA9">
        <w:rPr>
          <w:rFonts w:cs="Times New Roman"/>
          <w:position w:val="-6"/>
          <w:szCs w:val="24"/>
          <w:lang w:val="nl-NL"/>
        </w:rPr>
        <w:object w:dxaOrig="1939" w:dyaOrig="279">
          <v:shape id="_x0000_i1176" type="#_x0000_t75" style="width:96.9pt;height:14.3pt" o:ole="">
            <v:imagedata r:id="rId290" o:title=""/>
          </v:shape>
          <o:OLEObject Type="Embed" ProgID="Equation.DSMT4" ShapeID="_x0000_i1176" DrawAspect="Content" ObjectID="_1808506194" r:id="rId291"/>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Vậy phương trình </w:t>
      </w:r>
      <w:r w:rsidRPr="005E5CA9">
        <w:rPr>
          <w:rFonts w:cs="Times New Roman"/>
          <w:position w:val="-14"/>
          <w:szCs w:val="24"/>
          <w:lang w:val="nl-NL"/>
        </w:rPr>
        <w:object w:dxaOrig="420" w:dyaOrig="400">
          <v:shape id="_x0000_i1177" type="#_x0000_t75" style="width:21.25pt;height:20.3pt" o:ole="">
            <v:imagedata r:id="rId292" o:title=""/>
          </v:shape>
          <o:OLEObject Type="Embed" ProgID="Equation.DSMT4" ShapeID="_x0000_i1177" DrawAspect="Content" ObjectID="_1808506195" r:id="rId293"/>
        </w:object>
      </w:r>
      <w:r w:rsidRPr="005E5CA9">
        <w:rPr>
          <w:rFonts w:cs="Times New Roman"/>
          <w:szCs w:val="24"/>
        </w:rPr>
        <w:t xml:space="preserve"> là </w:t>
      </w:r>
      <w:r w:rsidRPr="005E5CA9">
        <w:rPr>
          <w:rFonts w:cs="Times New Roman"/>
          <w:position w:val="-14"/>
          <w:szCs w:val="24"/>
          <w:lang w:val="nl-NL"/>
        </w:rPr>
        <w:object w:dxaOrig="1579" w:dyaOrig="440">
          <v:shape id="_x0000_i1178" type="#_x0000_t75" style="width:78.9pt;height:21.7pt" o:ole="">
            <v:imagedata r:id="rId294" o:title=""/>
          </v:shape>
          <o:OLEObject Type="Embed" ProgID="Equation.DSMT4" ShapeID="_x0000_i1178" DrawAspect="Content" ObjectID="_1808506196" r:id="rId295"/>
        </w:object>
      </w:r>
      <w:r w:rsidRPr="005E5CA9">
        <w:rPr>
          <w:rFonts w:cs="Times New Roman"/>
          <w:szCs w:val="24"/>
        </w:rPr>
        <w:t xml:space="preserve"> hay </w:t>
      </w:r>
      <w:r w:rsidRPr="005E5CA9">
        <w:rPr>
          <w:rFonts w:cs="Times New Roman"/>
          <w:position w:val="-14"/>
          <w:szCs w:val="24"/>
          <w:lang w:val="nl-NL"/>
        </w:rPr>
        <w:object w:dxaOrig="1820" w:dyaOrig="400">
          <v:shape id="_x0000_i1179" type="#_x0000_t75" style="width:90.9pt;height:20.3pt" o:ole="">
            <v:imagedata r:id="rId296" o:title=""/>
          </v:shape>
          <o:OLEObject Type="Embed" ProgID="Equation.DSMT4" ShapeID="_x0000_i1179" DrawAspect="Content" ObjectID="_1808506197" r:id="rId297"/>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Theo đồ thị, khi </w:t>
      </w:r>
      <w:r w:rsidRPr="005E5CA9">
        <w:rPr>
          <w:rFonts w:cs="Times New Roman"/>
          <w:position w:val="-14"/>
          <w:szCs w:val="24"/>
          <w:lang w:val="nl-NL"/>
        </w:rPr>
        <w:object w:dxaOrig="1719" w:dyaOrig="400">
          <v:shape id="_x0000_i1180" type="#_x0000_t75" style="width:86.3pt;height:20.3pt" o:ole="">
            <v:imagedata r:id="rId298" o:title=""/>
          </v:shape>
          <o:OLEObject Type="Embed" ProgID="Equation.DSMT4" ShapeID="_x0000_i1180" DrawAspect="Content" ObjectID="_1808506198" r:id="rId299"/>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 Đường thẳng </w:t>
      </w:r>
      <w:r w:rsidRPr="005E5CA9">
        <w:rPr>
          <w:rFonts w:cs="Times New Roman"/>
          <w:position w:val="-6"/>
          <w:szCs w:val="24"/>
        </w:rPr>
        <w:object w:dxaOrig="220" w:dyaOrig="279">
          <v:shape id="_x0000_i1181" type="#_x0000_t75" style="width:11.1pt;height:14.3pt" o:ole="">
            <v:imagedata r:id="rId300" o:title=""/>
          </v:shape>
          <o:OLEObject Type="Embed" ProgID="Equation.DSMT4" ShapeID="_x0000_i1181" DrawAspect="Content" ObjectID="_1808506199" r:id="rId301"/>
        </w:object>
      </w:r>
      <w:r w:rsidRPr="005E5CA9">
        <w:rPr>
          <w:rFonts w:cs="Times New Roman"/>
          <w:szCs w:val="24"/>
        </w:rPr>
        <w:t xml:space="preserve"> có dạng: </w:t>
      </w:r>
      <w:r w:rsidRPr="005E5CA9">
        <w:rPr>
          <w:rFonts w:cs="Times New Roman"/>
          <w:position w:val="-6"/>
          <w:szCs w:val="24"/>
        </w:rPr>
        <w:object w:dxaOrig="1020" w:dyaOrig="240">
          <v:shape id="_x0000_i1182" type="#_x0000_t75" style="width:51.25pt;height:12pt" o:ole="">
            <v:imagedata r:id="rId302" o:title=""/>
          </v:shape>
          <o:OLEObject Type="Embed" ProgID="Equation.DSMT4" ShapeID="_x0000_i1182" DrawAspect="Content" ObjectID="_1808506200" r:id="rId303"/>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 Đường thẳng </w:t>
      </w:r>
      <w:r w:rsidRPr="005E5CA9">
        <w:rPr>
          <w:rFonts w:cs="Times New Roman"/>
          <w:position w:val="-6"/>
          <w:szCs w:val="24"/>
        </w:rPr>
        <w:object w:dxaOrig="220" w:dyaOrig="279">
          <v:shape id="_x0000_i1183" type="#_x0000_t75" style="width:11.1pt;height:14.3pt" o:ole="">
            <v:imagedata r:id="rId300" o:title=""/>
          </v:shape>
          <o:OLEObject Type="Embed" ProgID="Equation.DSMT4" ShapeID="_x0000_i1183" DrawAspect="Content" ObjectID="_1808506201" r:id="rId304"/>
        </w:object>
      </w:r>
      <w:r w:rsidRPr="005E5CA9">
        <w:rPr>
          <w:rFonts w:cs="Times New Roman"/>
          <w:szCs w:val="24"/>
        </w:rPr>
        <w:t xml:space="preserve"> đi qua hai điểm </w:t>
      </w:r>
      <w:r w:rsidRPr="005E5CA9">
        <w:rPr>
          <w:rFonts w:cs="Times New Roman"/>
          <w:position w:val="-14"/>
          <w:szCs w:val="24"/>
        </w:rPr>
        <w:object w:dxaOrig="680" w:dyaOrig="400">
          <v:shape id="_x0000_i1184" type="#_x0000_t75" style="width:34.15pt;height:20.3pt" o:ole="">
            <v:imagedata r:id="rId305" o:title=""/>
          </v:shape>
          <o:OLEObject Type="Embed" ProgID="Equation.DSMT4" ShapeID="_x0000_i1184" DrawAspect="Content" ObjectID="_1808506202" r:id="rId306"/>
        </w:object>
      </w:r>
      <w:r w:rsidRPr="005E5CA9">
        <w:rPr>
          <w:rFonts w:cs="Times New Roman"/>
          <w:szCs w:val="24"/>
        </w:rPr>
        <w:t xml:space="preserve"> và </w:t>
      </w:r>
      <w:r w:rsidRPr="005E5CA9">
        <w:rPr>
          <w:rFonts w:cs="Times New Roman"/>
          <w:position w:val="-14"/>
          <w:szCs w:val="24"/>
        </w:rPr>
        <w:object w:dxaOrig="680" w:dyaOrig="400">
          <v:shape id="_x0000_i1185" type="#_x0000_t75" style="width:33.7pt;height:20.3pt" o:ole="">
            <v:imagedata r:id="rId307" o:title=""/>
          </v:shape>
          <o:OLEObject Type="Embed" ProgID="Equation.DSMT4" ShapeID="_x0000_i1185" DrawAspect="Content" ObjectID="_1808506203" r:id="rId308"/>
        </w:object>
      </w:r>
      <w:r w:rsidRPr="005E5CA9">
        <w:rPr>
          <w:rFonts w:cs="Times New Roman"/>
          <w:szCs w:val="24"/>
        </w:rPr>
        <w:t xml:space="preserve"> nên </w:t>
      </w:r>
      <w:r w:rsidRPr="005E5CA9">
        <w:rPr>
          <w:rFonts w:cs="Times New Roman"/>
          <w:position w:val="-46"/>
          <w:szCs w:val="24"/>
        </w:rPr>
        <w:object w:dxaOrig="2620" w:dyaOrig="1040">
          <v:shape id="_x0000_i1186" type="#_x0000_t75" style="width:131.1pt;height:51.7pt" o:ole="">
            <v:imagedata r:id="rId309" o:title=""/>
          </v:shape>
          <o:OLEObject Type="Embed" ProgID="Equation.DSMT4" ShapeID="_x0000_i1186" DrawAspect="Content" ObjectID="_1808506204" r:id="rId310"/>
        </w:object>
      </w:r>
    </w:p>
    <w:p w:rsidR="00FA061C" w:rsidRPr="005E5CA9" w:rsidRDefault="00FA061C" w:rsidP="00F63B1A">
      <w:pPr>
        <w:spacing w:before="0" w:after="0"/>
        <w:ind w:left="992"/>
        <w:rPr>
          <w:rFonts w:cs="Times New Roman"/>
          <w:szCs w:val="24"/>
        </w:rPr>
      </w:pPr>
      <w:r w:rsidRPr="005E5CA9">
        <w:rPr>
          <w:rFonts w:cs="Times New Roman"/>
          <w:szCs w:val="24"/>
        </w:rPr>
        <w:t xml:space="preserve">Vậy phương trình </w:t>
      </w:r>
      <w:r w:rsidRPr="005E5CA9">
        <w:rPr>
          <w:rFonts w:cs="Times New Roman"/>
          <w:position w:val="-24"/>
          <w:szCs w:val="24"/>
        </w:rPr>
        <w:object w:dxaOrig="1700" w:dyaOrig="620">
          <v:shape id="_x0000_i1187" type="#_x0000_t75" style="width:85.85pt;height:30.9pt" o:ole="">
            <v:imagedata r:id="rId311" o:title=""/>
          </v:shape>
          <o:OLEObject Type="Embed" ProgID="Equation.DSMT4" ShapeID="_x0000_i1187" DrawAspect="Content" ObjectID="_1808506205" r:id="rId312"/>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Do đó </w:t>
      </w:r>
      <w:r w:rsidRPr="005E5CA9">
        <w:rPr>
          <w:rFonts w:cs="Times New Roman"/>
          <w:position w:val="-46"/>
          <w:szCs w:val="24"/>
        </w:rPr>
        <w:object w:dxaOrig="3159" w:dyaOrig="1040">
          <v:shape id="_x0000_i1188" type="#_x0000_t75" style="width:158.3pt;height:51.7pt" o:ole="">
            <v:imagedata r:id="rId313" o:title=""/>
          </v:shape>
          <o:OLEObject Type="Embed" ProgID="Equation.DSMT4" ShapeID="_x0000_i1188" DrawAspect="Content" ObjectID="_1808506206" r:id="rId314"/>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Diện tích hình phẳng giới hạn bởi đồ thị hàm số </w:t>
      </w:r>
      <w:r w:rsidRPr="005E5CA9">
        <w:rPr>
          <w:rFonts w:cs="Times New Roman"/>
          <w:position w:val="-14"/>
          <w:szCs w:val="24"/>
        </w:rPr>
        <w:object w:dxaOrig="560" w:dyaOrig="400">
          <v:shape id="_x0000_i1189" type="#_x0000_t75" style="width:28.15pt;height:20.3pt" o:ole="">
            <v:imagedata r:id="rId259" o:title=""/>
          </v:shape>
          <o:OLEObject Type="Embed" ProgID="Equation.DSMT4" ShapeID="_x0000_i1189" DrawAspect="Content" ObjectID="_1808506207" r:id="rId315"/>
        </w:object>
      </w:r>
      <w:r w:rsidRPr="005E5CA9">
        <w:rPr>
          <w:rFonts w:cs="Times New Roman"/>
          <w:szCs w:val="24"/>
        </w:rPr>
        <w:t xml:space="preserve">trục </w:t>
      </w:r>
      <w:r w:rsidRPr="005E5CA9">
        <w:rPr>
          <w:rFonts w:cs="Times New Roman"/>
          <w:position w:val="-6"/>
          <w:szCs w:val="24"/>
        </w:rPr>
        <w:object w:dxaOrig="320" w:dyaOrig="279">
          <v:shape id="_x0000_i1190" type="#_x0000_t75" style="width:15.7pt;height:14.3pt" o:ole="">
            <v:imagedata r:id="rId261" o:title=""/>
          </v:shape>
          <o:OLEObject Type="Embed" ProgID="Equation.DSMT4" ShapeID="_x0000_i1190" DrawAspect="Content" ObjectID="_1808506208" r:id="rId316"/>
        </w:object>
      </w:r>
      <w:r w:rsidRPr="005E5CA9">
        <w:rPr>
          <w:rFonts w:cs="Times New Roman"/>
          <w:szCs w:val="24"/>
        </w:rPr>
        <w:t xml:space="preserve">, và hai đường thẳng </w:t>
      </w:r>
      <w:r w:rsidRPr="005E5CA9">
        <w:rPr>
          <w:rFonts w:cs="Times New Roman"/>
          <w:position w:val="-10"/>
          <w:szCs w:val="24"/>
        </w:rPr>
        <w:object w:dxaOrig="1120" w:dyaOrig="320">
          <v:shape id="_x0000_i1191" type="#_x0000_t75" style="width:56.3pt;height:15.7pt" o:ole="">
            <v:imagedata r:id="rId263" o:title=""/>
          </v:shape>
          <o:OLEObject Type="Embed" ProgID="Equation.DSMT4" ShapeID="_x0000_i1191" DrawAspect="Content" ObjectID="_1808506209" r:id="rId317"/>
        </w:object>
      </w:r>
      <w:r w:rsidRPr="005E5CA9">
        <w:rPr>
          <w:rFonts w:cs="Times New Roman"/>
          <w:szCs w:val="24"/>
        </w:rPr>
        <w:t xml:space="preserve"> là </w:t>
      </w:r>
      <w:r w:rsidRPr="005E5CA9">
        <w:rPr>
          <w:rFonts w:cs="Times New Roman"/>
          <w:position w:val="-32"/>
          <w:szCs w:val="24"/>
        </w:rPr>
        <w:object w:dxaOrig="4560" w:dyaOrig="740">
          <v:shape id="_x0000_i1192" type="#_x0000_t75" style="width:228pt;height:36.9pt" o:ole="">
            <v:imagedata r:id="rId318" o:title=""/>
          </v:shape>
          <o:OLEObject Type="Embed" ProgID="Equation.DSMT4" ShapeID="_x0000_i1192" DrawAspect="Content" ObjectID="_1808506210" r:id="rId319"/>
        </w:object>
      </w:r>
      <w:r w:rsidRPr="005E5CA9">
        <w:rPr>
          <w:rFonts w:cs="Times New Roman"/>
          <w:szCs w:val="24"/>
        </w:rPr>
        <w:t>(đvdt).</w:t>
      </w:r>
    </w:p>
    <w:p w:rsidR="00FA061C" w:rsidRPr="005E5CA9" w:rsidRDefault="00FA061C" w:rsidP="00F63B1A">
      <w:pPr>
        <w:spacing w:before="0" w:after="0"/>
        <w:ind w:left="992"/>
        <w:rPr>
          <w:rFonts w:cs="Times New Roman"/>
          <w:szCs w:val="24"/>
        </w:rPr>
      </w:pPr>
      <w:r w:rsidRPr="005E5CA9">
        <w:rPr>
          <w:rFonts w:cs="Times New Roman"/>
          <w:szCs w:val="24"/>
        </w:rPr>
        <w:t>b) SAI</w:t>
      </w:r>
    </w:p>
    <w:p w:rsidR="00FA061C" w:rsidRPr="005E5CA9" w:rsidRDefault="00FA061C" w:rsidP="00F63B1A">
      <w:pPr>
        <w:spacing w:before="0" w:after="0"/>
        <w:ind w:left="992"/>
        <w:rPr>
          <w:rFonts w:cs="Times New Roman"/>
          <w:szCs w:val="24"/>
        </w:rPr>
      </w:pPr>
      <w:r w:rsidRPr="005E5CA9">
        <w:rPr>
          <w:rFonts w:cs="Times New Roman"/>
          <w:szCs w:val="24"/>
        </w:rPr>
        <w:t xml:space="preserve">Quãng đường vật di chuyển được trong khoảng thời gian từ giây thứ 5 đến giây thứ 10 là </w:t>
      </w:r>
      <w:r w:rsidRPr="005E5CA9">
        <w:rPr>
          <w:rFonts w:cs="Times New Roman"/>
          <w:position w:val="-32"/>
          <w:szCs w:val="24"/>
        </w:rPr>
        <w:object w:dxaOrig="3180" w:dyaOrig="740">
          <v:shape id="_x0000_i1193" type="#_x0000_t75" style="width:159.25pt;height:36.9pt" o:ole="">
            <v:imagedata r:id="rId320" o:title=""/>
          </v:shape>
          <o:OLEObject Type="Embed" ProgID="Equation.DSMT4" ShapeID="_x0000_i1193" DrawAspect="Content" ObjectID="_1808506211" r:id="rId321"/>
        </w:object>
      </w:r>
    </w:p>
    <w:p w:rsidR="00FA061C" w:rsidRPr="005E5CA9" w:rsidRDefault="00FA061C" w:rsidP="00F63B1A">
      <w:pPr>
        <w:spacing w:before="0" w:after="0"/>
        <w:ind w:left="992"/>
        <w:rPr>
          <w:rFonts w:cs="Times New Roman"/>
          <w:szCs w:val="24"/>
        </w:rPr>
      </w:pPr>
      <w:r w:rsidRPr="005E5CA9">
        <w:rPr>
          <w:rFonts w:cs="Times New Roman"/>
          <w:szCs w:val="24"/>
        </w:rPr>
        <w:t>c) ĐÚNG</w:t>
      </w:r>
    </w:p>
    <w:p w:rsidR="00FA061C" w:rsidRPr="005E5CA9" w:rsidRDefault="00FA061C" w:rsidP="00F63B1A">
      <w:pPr>
        <w:spacing w:before="0" w:after="0"/>
        <w:ind w:left="992"/>
        <w:rPr>
          <w:rFonts w:cs="Times New Roman"/>
          <w:szCs w:val="24"/>
        </w:rPr>
      </w:pPr>
      <w:r w:rsidRPr="005E5CA9">
        <w:rPr>
          <w:rFonts w:cs="Times New Roman"/>
          <w:szCs w:val="24"/>
        </w:rPr>
        <w:t xml:space="preserve">Quãng đường vật di chuyển được trong khoảng thời gian từ </w:t>
      </w:r>
      <w:r w:rsidRPr="005E5CA9">
        <w:rPr>
          <w:rFonts w:cs="Times New Roman"/>
          <w:position w:val="-6"/>
          <w:szCs w:val="24"/>
        </w:rPr>
        <w:object w:dxaOrig="200" w:dyaOrig="279">
          <v:shape id="_x0000_i1194" type="#_x0000_t75" style="width:9.7pt;height:14.3pt" o:ole="">
            <v:imagedata r:id="rId269" o:title=""/>
          </v:shape>
          <o:OLEObject Type="Embed" ProgID="Equation.DSMT4" ShapeID="_x0000_i1194" DrawAspect="Content" ObjectID="_1808506212" r:id="rId322"/>
        </w:object>
      </w:r>
      <w:r w:rsidRPr="005E5CA9">
        <w:rPr>
          <w:rFonts w:cs="Times New Roman"/>
          <w:szCs w:val="24"/>
        </w:rPr>
        <w:t xml:space="preserve">giây đến </w:t>
      </w:r>
      <w:r w:rsidRPr="005E5CA9">
        <w:rPr>
          <w:rFonts w:cs="Times New Roman"/>
          <w:position w:val="-6"/>
          <w:szCs w:val="24"/>
        </w:rPr>
        <w:object w:dxaOrig="180" w:dyaOrig="279">
          <v:shape id="_x0000_i1195" type="#_x0000_t75" style="width:9.25pt;height:14.3pt" o:ole="">
            <v:imagedata r:id="rId271" o:title=""/>
          </v:shape>
          <o:OLEObject Type="Embed" ProgID="Equation.DSMT4" ShapeID="_x0000_i1195" DrawAspect="Content" ObjectID="_1808506213" r:id="rId323"/>
        </w:object>
      </w:r>
      <w:r w:rsidRPr="005E5CA9">
        <w:rPr>
          <w:rFonts w:cs="Times New Roman"/>
          <w:szCs w:val="24"/>
        </w:rPr>
        <w:t xml:space="preserve"> giây là </w:t>
      </w:r>
      <w:r w:rsidRPr="005E5CA9">
        <w:rPr>
          <w:rFonts w:cs="Times New Roman"/>
          <w:position w:val="-32"/>
          <w:szCs w:val="24"/>
        </w:rPr>
        <w:object w:dxaOrig="3200" w:dyaOrig="740">
          <v:shape id="_x0000_i1196" type="#_x0000_t75" style="width:159.7pt;height:36.9pt" o:ole="">
            <v:imagedata r:id="rId324" o:title=""/>
          </v:shape>
          <o:OLEObject Type="Embed" ProgID="Equation.DSMT4" ShapeID="_x0000_i1196" DrawAspect="Content" ObjectID="_1808506214" r:id="rId325"/>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d) SAI</w:t>
      </w:r>
    </w:p>
    <w:p w:rsidR="00FA061C" w:rsidRPr="005E5CA9" w:rsidRDefault="00FA061C" w:rsidP="00F63B1A">
      <w:pPr>
        <w:spacing w:before="0" w:after="0"/>
        <w:ind w:left="992"/>
        <w:rPr>
          <w:rFonts w:cs="Times New Roman"/>
          <w:szCs w:val="24"/>
        </w:rPr>
      </w:pPr>
      <w:r w:rsidRPr="005E5CA9">
        <w:rPr>
          <w:rFonts w:cs="Times New Roman"/>
          <w:szCs w:val="24"/>
        </w:rPr>
        <w:t xml:space="preserve">Parabol </w:t>
      </w:r>
      <w:r w:rsidRPr="005E5CA9">
        <w:rPr>
          <w:rFonts w:cs="Times New Roman"/>
          <w:position w:val="-14"/>
          <w:szCs w:val="24"/>
          <w:lang w:val="nl-NL"/>
        </w:rPr>
        <w:object w:dxaOrig="420" w:dyaOrig="400">
          <v:shape id="_x0000_i1197" type="#_x0000_t75" style="width:21.25pt;height:20.3pt" o:ole="">
            <v:imagedata r:id="rId278" o:title=""/>
          </v:shape>
          <o:OLEObject Type="Embed" ProgID="Equation.DSMT4" ShapeID="_x0000_i1197" DrawAspect="Content" ObjectID="_1808506215" r:id="rId326"/>
        </w:object>
      </w:r>
      <w:r w:rsidRPr="005E5CA9">
        <w:rPr>
          <w:rFonts w:cs="Times New Roman"/>
          <w:szCs w:val="24"/>
        </w:rPr>
        <w:t xml:space="preserve"> có đỉnh </w:t>
      </w:r>
      <w:r w:rsidRPr="005E5CA9">
        <w:rPr>
          <w:rFonts w:cs="Times New Roman"/>
          <w:position w:val="-14"/>
          <w:szCs w:val="24"/>
          <w:lang w:val="nl-NL"/>
        </w:rPr>
        <w:object w:dxaOrig="720" w:dyaOrig="400">
          <v:shape id="_x0000_i1198" type="#_x0000_t75" style="width:36pt;height:20.3pt" o:ole="">
            <v:imagedata r:id="rId280" o:title=""/>
          </v:shape>
          <o:OLEObject Type="Embed" ProgID="Equation.DSMT4" ShapeID="_x0000_i1198" DrawAspect="Content" ObjectID="_1808506216" r:id="rId327"/>
        </w:object>
      </w:r>
      <w:r w:rsidRPr="005E5CA9">
        <w:rPr>
          <w:rFonts w:cs="Times New Roman"/>
          <w:szCs w:val="24"/>
        </w:rPr>
        <w:t xml:space="preserve"> nên phương trình </w:t>
      </w:r>
      <w:r w:rsidRPr="005E5CA9">
        <w:rPr>
          <w:rFonts w:cs="Times New Roman"/>
          <w:position w:val="-14"/>
          <w:szCs w:val="24"/>
          <w:lang w:val="nl-NL"/>
        </w:rPr>
        <w:object w:dxaOrig="420" w:dyaOrig="400">
          <v:shape id="_x0000_i1199" type="#_x0000_t75" style="width:21.25pt;height:20.3pt" o:ole="">
            <v:imagedata r:id="rId282" o:title=""/>
          </v:shape>
          <o:OLEObject Type="Embed" ProgID="Equation.DSMT4" ShapeID="_x0000_i1199" DrawAspect="Content" ObjectID="_1808506217" r:id="rId328"/>
        </w:object>
      </w:r>
      <w:r w:rsidRPr="005E5CA9">
        <w:rPr>
          <w:rFonts w:cs="Times New Roman"/>
          <w:szCs w:val="24"/>
        </w:rPr>
        <w:t xml:space="preserve"> có dạng: </w:t>
      </w:r>
      <w:r w:rsidRPr="005E5CA9">
        <w:rPr>
          <w:rFonts w:cs="Times New Roman"/>
          <w:position w:val="-14"/>
          <w:szCs w:val="24"/>
          <w:lang w:val="nl-NL"/>
        </w:rPr>
        <w:object w:dxaOrig="1600" w:dyaOrig="440">
          <v:shape id="_x0000_i1200" type="#_x0000_t75" style="width:80.3pt;height:21.7pt" o:ole="">
            <v:imagedata r:id="rId284" o:title=""/>
          </v:shape>
          <o:OLEObject Type="Embed" ProgID="Equation.DSMT4" ShapeID="_x0000_i1200" DrawAspect="Content" ObjectID="_1808506218" r:id="rId329"/>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Lại có </w:t>
      </w:r>
      <w:r w:rsidRPr="005E5CA9">
        <w:rPr>
          <w:rFonts w:cs="Times New Roman"/>
          <w:position w:val="-14"/>
          <w:szCs w:val="24"/>
          <w:lang w:val="nl-NL"/>
        </w:rPr>
        <w:object w:dxaOrig="420" w:dyaOrig="400">
          <v:shape id="_x0000_i1201" type="#_x0000_t75" style="width:21.25pt;height:20.3pt" o:ole="">
            <v:imagedata r:id="rId286" o:title=""/>
          </v:shape>
          <o:OLEObject Type="Embed" ProgID="Equation.DSMT4" ShapeID="_x0000_i1201" DrawAspect="Content" ObjectID="_1808506219" r:id="rId330"/>
        </w:object>
      </w:r>
      <w:r w:rsidRPr="005E5CA9">
        <w:rPr>
          <w:rFonts w:cs="Times New Roman"/>
          <w:szCs w:val="24"/>
        </w:rPr>
        <w:t xml:space="preserve"> đi qua điểm có tọa độ </w:t>
      </w:r>
      <w:r w:rsidRPr="005E5CA9">
        <w:rPr>
          <w:rFonts w:cs="Times New Roman"/>
          <w:position w:val="-14"/>
          <w:szCs w:val="24"/>
          <w:lang w:val="nl-NL"/>
        </w:rPr>
        <w:object w:dxaOrig="660" w:dyaOrig="400">
          <v:shape id="_x0000_i1202" type="#_x0000_t75" style="width:33.25pt;height:20.3pt" o:ole="">
            <v:imagedata r:id="rId288" o:title=""/>
          </v:shape>
          <o:OLEObject Type="Embed" ProgID="Equation.DSMT4" ShapeID="_x0000_i1202" DrawAspect="Content" ObjectID="_1808506220" r:id="rId331"/>
        </w:object>
      </w:r>
      <w:r w:rsidRPr="005E5CA9">
        <w:rPr>
          <w:rFonts w:cs="Times New Roman"/>
          <w:szCs w:val="24"/>
        </w:rPr>
        <w:t xml:space="preserve"> nên </w:t>
      </w:r>
      <w:r w:rsidRPr="005E5CA9">
        <w:rPr>
          <w:rFonts w:cs="Times New Roman"/>
          <w:position w:val="-6"/>
          <w:szCs w:val="24"/>
          <w:lang w:val="nl-NL"/>
        </w:rPr>
        <w:object w:dxaOrig="1939" w:dyaOrig="279">
          <v:shape id="_x0000_i1203" type="#_x0000_t75" style="width:96.9pt;height:14.3pt" o:ole="">
            <v:imagedata r:id="rId290" o:title=""/>
          </v:shape>
          <o:OLEObject Type="Embed" ProgID="Equation.DSMT4" ShapeID="_x0000_i1203" DrawAspect="Content" ObjectID="_1808506221" r:id="rId332"/>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lastRenderedPageBreak/>
        <w:t xml:space="preserve">Vậy phương trình </w:t>
      </w:r>
      <w:r w:rsidRPr="005E5CA9">
        <w:rPr>
          <w:rFonts w:cs="Times New Roman"/>
          <w:position w:val="-14"/>
          <w:szCs w:val="24"/>
          <w:lang w:val="nl-NL"/>
        </w:rPr>
        <w:object w:dxaOrig="420" w:dyaOrig="400">
          <v:shape id="_x0000_i1204" type="#_x0000_t75" style="width:21.25pt;height:20.3pt" o:ole="">
            <v:imagedata r:id="rId292" o:title=""/>
          </v:shape>
          <o:OLEObject Type="Embed" ProgID="Equation.DSMT4" ShapeID="_x0000_i1204" DrawAspect="Content" ObjectID="_1808506222" r:id="rId333"/>
        </w:object>
      </w:r>
      <w:r w:rsidRPr="005E5CA9">
        <w:rPr>
          <w:rFonts w:cs="Times New Roman"/>
          <w:szCs w:val="24"/>
        </w:rPr>
        <w:t xml:space="preserve"> là </w:t>
      </w:r>
      <w:r w:rsidRPr="005E5CA9">
        <w:rPr>
          <w:rFonts w:cs="Times New Roman"/>
          <w:position w:val="-14"/>
          <w:szCs w:val="24"/>
          <w:lang w:val="nl-NL"/>
        </w:rPr>
        <w:object w:dxaOrig="1579" w:dyaOrig="440">
          <v:shape id="_x0000_i1205" type="#_x0000_t75" style="width:78.9pt;height:21.7pt" o:ole="">
            <v:imagedata r:id="rId294" o:title=""/>
          </v:shape>
          <o:OLEObject Type="Embed" ProgID="Equation.DSMT4" ShapeID="_x0000_i1205" DrawAspect="Content" ObjectID="_1808506223" r:id="rId334"/>
        </w:object>
      </w:r>
      <w:r w:rsidRPr="005E5CA9">
        <w:rPr>
          <w:rFonts w:cs="Times New Roman"/>
          <w:szCs w:val="24"/>
        </w:rPr>
        <w:t xml:space="preserve"> hay </w:t>
      </w:r>
      <w:r w:rsidRPr="005E5CA9">
        <w:rPr>
          <w:rFonts w:cs="Times New Roman"/>
          <w:position w:val="-14"/>
          <w:szCs w:val="24"/>
          <w:lang w:val="nl-NL"/>
        </w:rPr>
        <w:object w:dxaOrig="1820" w:dyaOrig="400">
          <v:shape id="_x0000_i1206" type="#_x0000_t75" style="width:90.9pt;height:20.3pt" o:ole="">
            <v:imagedata r:id="rId296" o:title=""/>
          </v:shape>
          <o:OLEObject Type="Embed" ProgID="Equation.DSMT4" ShapeID="_x0000_i1206" DrawAspect="Content" ObjectID="_1808506224" r:id="rId335"/>
        </w:object>
      </w:r>
      <w:r w:rsidRPr="005E5CA9">
        <w:rPr>
          <w:rFonts w:cs="Times New Roman"/>
          <w:szCs w:val="24"/>
        </w:rPr>
        <w:t>.</w:t>
      </w:r>
    </w:p>
    <w:p w:rsidR="00FA061C" w:rsidRPr="005E5CA9" w:rsidRDefault="00FA061C" w:rsidP="00F63B1A">
      <w:pPr>
        <w:tabs>
          <w:tab w:val="left" w:pos="992"/>
        </w:tabs>
        <w:spacing w:before="0" w:after="0"/>
        <w:ind w:left="992" w:hanging="992"/>
        <w:rPr>
          <w:rFonts w:cs="Times New Roman"/>
          <w:szCs w:val="24"/>
          <w:highlight w:val="white"/>
        </w:rPr>
      </w:pPr>
      <w:r w:rsidRPr="005E5CA9">
        <w:rPr>
          <w:rFonts w:cs="Times New Roman"/>
          <w:b/>
          <w:color w:val="0000FF"/>
          <w:szCs w:val="24"/>
          <w:highlight w:val="white"/>
        </w:rPr>
        <w:t>Câu 2.</w:t>
      </w:r>
      <w:r w:rsidRPr="005E5CA9">
        <w:rPr>
          <w:rFonts w:cs="Times New Roman"/>
          <w:b/>
          <w:color w:val="0000FF"/>
          <w:szCs w:val="24"/>
          <w:highlight w:val="white"/>
        </w:rPr>
        <w:tab/>
      </w:r>
      <w:r w:rsidRPr="005E5CA9">
        <w:rPr>
          <w:rFonts w:cs="Times New Roman"/>
          <w:szCs w:val="24"/>
          <w:highlight w:val="white"/>
        </w:rPr>
        <w:t>Một hộp có 80 viên bi, trong đó có 50 viên bi màu đỏ và 30 viên bi màu vàng. Các viên bi có kích thước và khối lượng như nhau. Sau khi kiểm tra, người ta thấy có 60% số viên bi màu đỏ đánh số và 50% số viên bi màu vàng có đánh số, những viên bi còn lại không đánh số. Lấy ra ngẫu nhiên 1 viên bi trong hộp.</w:t>
      </w:r>
    </w:p>
    <w:p w:rsidR="00FA061C" w:rsidRPr="005E5CA9" w:rsidRDefault="00FA061C" w:rsidP="00F63B1A">
      <w:pPr>
        <w:spacing w:before="0" w:after="0"/>
        <w:ind w:left="992"/>
        <w:rPr>
          <w:rFonts w:cs="Times New Roman"/>
          <w:szCs w:val="24"/>
        </w:rPr>
      </w:pPr>
      <w:r w:rsidRPr="005E5CA9">
        <w:rPr>
          <w:rFonts w:cs="Times New Roman"/>
          <w:szCs w:val="24"/>
        </w:rPr>
        <w:t>a) Xác suất chọn được viên bi màu vàng có đánh số bằng 18,57%.</w:t>
      </w:r>
    </w:p>
    <w:p w:rsidR="00FA061C" w:rsidRPr="005E5CA9" w:rsidRDefault="00FA061C" w:rsidP="00F63B1A">
      <w:pPr>
        <w:spacing w:before="0" w:after="0"/>
        <w:ind w:left="992"/>
        <w:rPr>
          <w:rFonts w:cs="Times New Roman"/>
          <w:szCs w:val="24"/>
        </w:rPr>
      </w:pPr>
      <w:r w:rsidRPr="005E5CA9">
        <w:rPr>
          <w:rFonts w:cs="Times New Roman"/>
          <w:szCs w:val="24"/>
          <w:u w:val="single"/>
        </w:rPr>
        <w:t>b</w:t>
      </w:r>
      <w:r w:rsidRPr="005E5CA9">
        <w:rPr>
          <w:rFonts w:cs="Times New Roman"/>
          <w:szCs w:val="24"/>
        </w:rPr>
        <w:t xml:space="preserve">) Xác suất chọn được viên bi màu đỏ bằng </w:t>
      </w:r>
      <w:r w:rsidRPr="005E5CA9">
        <w:rPr>
          <w:rFonts w:cs="Times New Roman"/>
          <w:szCs w:val="24"/>
          <w:highlight w:val="white"/>
        </w:rPr>
        <w:t>62,5%</w: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u w:val="single"/>
        </w:rPr>
        <w:t>c)</w:t>
      </w:r>
      <w:r w:rsidRPr="005E5CA9">
        <w:rPr>
          <w:rFonts w:cs="Times New Roman"/>
          <w:szCs w:val="24"/>
        </w:rPr>
        <w:t xml:space="preserve"> Xác suất chọn được viên bi không đánh số bằng 43,75%.</w:t>
      </w:r>
    </w:p>
    <w:p w:rsidR="00FA061C" w:rsidRPr="005E5CA9" w:rsidRDefault="00FA061C" w:rsidP="00F63B1A">
      <w:pPr>
        <w:spacing w:before="0" w:after="0"/>
        <w:ind w:left="992"/>
        <w:rPr>
          <w:rFonts w:cs="Times New Roman"/>
          <w:szCs w:val="24"/>
        </w:rPr>
      </w:pPr>
      <w:r w:rsidRPr="005E5CA9">
        <w:rPr>
          <w:rFonts w:cs="Times New Roman"/>
          <w:szCs w:val="24"/>
        </w:rPr>
        <w:t>d) Giả sử viên bi được lấy ra là viên bi chưa được đánh số, xác suất để viên bi đó là bi đỏ thấp hơn xác suất viên bi đó là bi vàng.</w:t>
      </w:r>
    </w:p>
    <w:p w:rsidR="00FA061C" w:rsidRPr="005E5CA9" w:rsidRDefault="00FA061C" w:rsidP="00F63B1A">
      <w:pPr>
        <w:spacing w:before="0" w:after="0"/>
        <w:ind w:left="992"/>
        <w:jc w:val="center"/>
        <w:rPr>
          <w:rFonts w:cs="Times New Roman"/>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szCs w:val="24"/>
        </w:rPr>
      </w:pPr>
      <w:r w:rsidRPr="005E5CA9">
        <w:rPr>
          <w:rFonts w:cs="Times New Roman"/>
          <w:szCs w:val="24"/>
        </w:rPr>
        <w:t>a) SAI</w:t>
      </w:r>
    </w:p>
    <w:p w:rsidR="00FA061C" w:rsidRPr="005E5CA9" w:rsidRDefault="00FA061C" w:rsidP="00F63B1A">
      <w:pPr>
        <w:spacing w:before="0" w:after="0"/>
        <w:ind w:left="992"/>
        <w:rPr>
          <w:rFonts w:cs="Times New Roman"/>
          <w:szCs w:val="24"/>
        </w:rPr>
      </w:pPr>
      <w:r w:rsidRPr="005E5CA9">
        <w:rPr>
          <w:rFonts w:cs="Times New Roman"/>
          <w:szCs w:val="24"/>
        </w:rPr>
        <w:t xml:space="preserve">Số bi vàng có đánh số là: </w:t>
      </w:r>
      <w:r w:rsidRPr="005E5CA9">
        <w:rPr>
          <w:rFonts w:cs="Times New Roman"/>
          <w:position w:val="-6"/>
          <w:szCs w:val="24"/>
        </w:rPr>
        <w:object w:dxaOrig="1359" w:dyaOrig="279">
          <v:shape id="_x0000_i1207" type="#_x0000_t75" style="width:68.3pt;height:14.3pt" o:ole="">
            <v:imagedata r:id="rId336" o:title=""/>
          </v:shape>
          <o:OLEObject Type="Embed" ProgID="Equation.DSMT4" ShapeID="_x0000_i1207" DrawAspect="Content" ObjectID="_1808506225" r:id="rId337"/>
        </w:object>
      </w:r>
      <w:r w:rsidRPr="005E5CA9">
        <w:rPr>
          <w:rFonts w:cs="Times New Roman"/>
          <w:szCs w:val="24"/>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Số viên bi trong hộp là 80.</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Vậy xác suất chọn được viên bi màu vàng có đánh số bằng </w:t>
      </w:r>
      <w:r w:rsidRPr="005E5CA9">
        <w:rPr>
          <w:rFonts w:cs="Times New Roman"/>
          <w:position w:val="-26"/>
          <w:szCs w:val="24"/>
        </w:rPr>
        <w:object w:dxaOrig="2000" w:dyaOrig="680">
          <v:shape id="_x0000_i1208" type="#_x0000_t75" style="width:99.7pt;height:33.7pt" o:ole="">
            <v:imagedata r:id="rId338" o:title=""/>
          </v:shape>
          <o:OLEObject Type="Embed" ProgID="Equation.DSMT4" ShapeID="_x0000_i1208" DrawAspect="Content" ObjectID="_1808506226" r:id="rId339"/>
        </w:objec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b) ĐÚNG</w:t>
      </w:r>
    </w:p>
    <w:p w:rsidR="00FA061C" w:rsidRPr="005E5CA9" w:rsidRDefault="00FA061C" w:rsidP="00F63B1A">
      <w:pPr>
        <w:spacing w:before="0" w:after="0"/>
        <w:ind w:left="992"/>
        <w:rPr>
          <w:rFonts w:cs="Times New Roman"/>
          <w:szCs w:val="24"/>
          <w:lang w:val="sv-SE"/>
        </w:rPr>
      </w:pPr>
      <w:r w:rsidRPr="005E5CA9">
        <w:rPr>
          <w:rFonts w:cs="Times New Roman"/>
          <w:szCs w:val="24"/>
          <w:highlight w:val="white"/>
          <w:lang w:val="sv-SE"/>
        </w:rPr>
        <w:t>Trong hộp có 50 viên bi màu đỏ</w:t>
      </w:r>
      <w:r w:rsidRPr="005E5CA9">
        <w:rPr>
          <w:rFonts w:cs="Times New Roman"/>
          <w:szCs w:val="24"/>
          <w:lang w:val="sv-SE"/>
        </w:rPr>
        <w:t>.</w:t>
      </w:r>
      <w:r w:rsidR="00F63B1A">
        <w:rPr>
          <w:rFonts w:cs="Times New Roman"/>
          <w:szCs w:val="24"/>
          <w:lang w:val="sv-SE"/>
        </w:rPr>
        <w:t xml:space="preserve"> </w:t>
      </w:r>
      <w:r w:rsidRPr="005E5CA9">
        <w:rPr>
          <w:rFonts w:cs="Times New Roman"/>
          <w:szCs w:val="24"/>
          <w:lang w:val="sv-SE"/>
        </w:rPr>
        <w:t>Số viên bi trong hộp là 80.</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Vậy xác suất chọn được viên bi màu đỏ bằng </w:t>
      </w:r>
      <w:r w:rsidRPr="005E5CA9">
        <w:rPr>
          <w:rFonts w:cs="Times New Roman"/>
          <w:position w:val="-26"/>
          <w:szCs w:val="24"/>
        </w:rPr>
        <w:object w:dxaOrig="1359" w:dyaOrig="680">
          <v:shape id="_x0000_i1209" type="#_x0000_t75" style="width:68.3pt;height:33.7pt" o:ole="">
            <v:imagedata r:id="rId340" o:title=""/>
          </v:shape>
          <o:OLEObject Type="Embed" ProgID="Equation.DSMT4" ShapeID="_x0000_i1209" DrawAspect="Content" ObjectID="_1808506227" r:id="rId341"/>
        </w:objec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c) ĐÚNG</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Số bi đỏ có đánh số là: </w:t>
      </w:r>
      <w:r w:rsidRPr="005E5CA9">
        <w:rPr>
          <w:rFonts w:cs="Times New Roman"/>
          <w:position w:val="-6"/>
          <w:szCs w:val="24"/>
        </w:rPr>
        <w:object w:dxaOrig="1380" w:dyaOrig="279">
          <v:shape id="_x0000_i1210" type="#_x0000_t75" style="width:69.25pt;height:14.3pt" o:ole="">
            <v:imagedata r:id="rId342" o:title=""/>
          </v:shape>
          <o:OLEObject Type="Embed" ProgID="Equation.DSMT4" ShapeID="_x0000_i1210" DrawAspect="Content" ObjectID="_1808506228" r:id="rId343"/>
        </w:object>
      </w:r>
      <w:r w:rsidRPr="005E5CA9">
        <w:rPr>
          <w:rFonts w:cs="Times New Roman"/>
          <w:szCs w:val="24"/>
          <w:lang w:val="sv-SE"/>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Số bi vàng có đánh số là: </w:t>
      </w:r>
      <w:r w:rsidRPr="005E5CA9">
        <w:rPr>
          <w:rFonts w:cs="Times New Roman"/>
          <w:position w:val="-6"/>
          <w:szCs w:val="24"/>
        </w:rPr>
        <w:object w:dxaOrig="1359" w:dyaOrig="279">
          <v:shape id="_x0000_i1211" type="#_x0000_t75" style="width:68.3pt;height:14.3pt" o:ole="">
            <v:imagedata r:id="rId336" o:title=""/>
          </v:shape>
          <o:OLEObject Type="Embed" ProgID="Equation.DSMT4" ShapeID="_x0000_i1211" DrawAspect="Content" ObjectID="_1808506229" r:id="rId344"/>
        </w:object>
      </w:r>
      <w:r w:rsidRPr="005E5CA9">
        <w:rPr>
          <w:rFonts w:cs="Times New Roman"/>
          <w:szCs w:val="24"/>
          <w:lang w:val="sv-SE"/>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Vậy số viên bi không đánh số là </w:t>
      </w:r>
      <w:r w:rsidRPr="005E5CA9">
        <w:rPr>
          <w:rFonts w:cs="Times New Roman"/>
          <w:position w:val="-6"/>
          <w:szCs w:val="24"/>
        </w:rPr>
        <w:object w:dxaOrig="1780" w:dyaOrig="279">
          <v:shape id="_x0000_i1212" type="#_x0000_t75" style="width:89.1pt;height:14.3pt" o:ole="">
            <v:imagedata r:id="rId345" o:title=""/>
          </v:shape>
          <o:OLEObject Type="Embed" ProgID="Equation.DSMT4" ShapeID="_x0000_i1212" DrawAspect="Content" ObjectID="_1808506230" r:id="rId346"/>
        </w:object>
      </w:r>
      <w:r w:rsidRPr="005E5CA9">
        <w:rPr>
          <w:rFonts w:cs="Times New Roman"/>
          <w:szCs w:val="24"/>
          <w:lang w:val="sv-SE"/>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Khi đó: xác suất chọn được viên bi không đánh số bằng </w:t>
      </w:r>
      <w:r w:rsidRPr="005E5CA9">
        <w:rPr>
          <w:rFonts w:cs="Times New Roman"/>
          <w:position w:val="-26"/>
          <w:szCs w:val="24"/>
        </w:rPr>
        <w:object w:dxaOrig="1440" w:dyaOrig="680">
          <v:shape id="_x0000_i1213" type="#_x0000_t75" style="width:1in;height:33.7pt" o:ole="">
            <v:imagedata r:id="rId347" o:title=""/>
          </v:shape>
          <o:OLEObject Type="Embed" ProgID="Equation.DSMT4" ShapeID="_x0000_i1213" DrawAspect="Content" ObjectID="_1808506231" r:id="rId348"/>
        </w:object>
      </w:r>
      <w:r w:rsidRPr="005E5CA9">
        <w:rPr>
          <w:rFonts w:cs="Times New Roman"/>
          <w:szCs w:val="24"/>
          <w:lang w:val="sv-SE"/>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d) SAI</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Gọi </w:t>
      </w:r>
      <w:r w:rsidRPr="005E5CA9">
        <w:rPr>
          <w:rFonts w:cs="Times New Roman"/>
          <w:position w:val="-4"/>
          <w:szCs w:val="24"/>
          <w:lang w:val="nl-NL"/>
        </w:rPr>
        <w:object w:dxaOrig="240" w:dyaOrig="260">
          <v:shape id="_x0000_i1214" type="#_x0000_t75" style="width:12pt;height:12.9pt" o:ole="">
            <v:imagedata r:id="rId349" o:title=""/>
          </v:shape>
          <o:OLEObject Type="Embed" ProgID="Equation.DSMT4" ShapeID="_x0000_i1214" DrawAspect="Content" ObjectID="_1808506232" r:id="rId350"/>
        </w:object>
      </w:r>
      <w:r w:rsidRPr="005E5CA9">
        <w:rPr>
          <w:rFonts w:cs="Times New Roman"/>
          <w:szCs w:val="24"/>
          <w:lang w:val="sv-SE"/>
        </w:rPr>
        <w:t xml:space="preserve"> là biến cố viên bi được chọn màu đỏ.</w:t>
      </w:r>
      <w:r w:rsidR="00F63B1A">
        <w:rPr>
          <w:rFonts w:cs="Times New Roman"/>
          <w:szCs w:val="24"/>
          <w:lang w:val="sv-SE"/>
        </w:rPr>
        <w:t xml:space="preserve"> </w:t>
      </w:r>
      <w:r w:rsidRPr="005E5CA9">
        <w:rPr>
          <w:rFonts w:cs="Times New Roman"/>
          <w:szCs w:val="24"/>
          <w:lang w:val="sv-SE"/>
        </w:rPr>
        <w:t xml:space="preserve">Khi đó </w:t>
      </w:r>
      <w:r w:rsidRPr="005E5CA9">
        <w:rPr>
          <w:rFonts w:cs="Times New Roman"/>
          <w:position w:val="-4"/>
          <w:szCs w:val="24"/>
          <w:lang w:val="nl-NL"/>
        </w:rPr>
        <w:object w:dxaOrig="240" w:dyaOrig="340">
          <v:shape id="_x0000_i1215" type="#_x0000_t75" style="width:12pt;height:17.1pt" o:ole="">
            <v:imagedata r:id="rId351" o:title=""/>
          </v:shape>
          <o:OLEObject Type="Embed" ProgID="Equation.DSMT4" ShapeID="_x0000_i1215" DrawAspect="Content" ObjectID="_1808506233" r:id="rId352"/>
        </w:object>
      </w:r>
      <w:r w:rsidRPr="005E5CA9">
        <w:rPr>
          <w:rFonts w:cs="Times New Roman"/>
          <w:szCs w:val="24"/>
          <w:lang w:val="sv-SE"/>
        </w:rPr>
        <w:t xml:space="preserve"> là biến cố viên bi được chọn màu vàng.</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 xml:space="preserve">Gọi </w:t>
      </w:r>
      <w:r w:rsidRPr="005E5CA9">
        <w:rPr>
          <w:rFonts w:cs="Times New Roman"/>
          <w:position w:val="-4"/>
          <w:szCs w:val="24"/>
          <w:lang w:val="nl-NL"/>
        </w:rPr>
        <w:object w:dxaOrig="240" w:dyaOrig="260">
          <v:shape id="_x0000_i1216" type="#_x0000_t75" style="width:12pt;height:12.9pt" o:ole="">
            <v:imagedata r:id="rId353" o:title=""/>
          </v:shape>
          <o:OLEObject Type="Embed" ProgID="Equation.DSMT4" ShapeID="_x0000_i1216" DrawAspect="Content" ObjectID="_1808506234" r:id="rId354"/>
        </w:object>
      </w:r>
      <w:r w:rsidRPr="005E5CA9">
        <w:rPr>
          <w:rFonts w:cs="Times New Roman"/>
          <w:szCs w:val="24"/>
          <w:lang w:val="sv-SE"/>
        </w:rPr>
        <w:t xml:space="preserve"> là biến cố viên bi được chọn có đánh số.</w:t>
      </w:r>
      <w:r w:rsidR="00F63B1A">
        <w:rPr>
          <w:rFonts w:cs="Times New Roman"/>
          <w:szCs w:val="24"/>
          <w:lang w:val="sv-SE"/>
        </w:rPr>
        <w:t xml:space="preserve"> </w:t>
      </w:r>
      <w:r w:rsidRPr="005E5CA9">
        <w:rPr>
          <w:rFonts w:cs="Times New Roman"/>
          <w:szCs w:val="24"/>
          <w:lang w:val="sv-SE"/>
        </w:rPr>
        <w:t xml:space="preserve">Khi đó </w:t>
      </w:r>
      <w:r w:rsidRPr="005E5CA9">
        <w:rPr>
          <w:rFonts w:cs="Times New Roman"/>
          <w:position w:val="-4"/>
          <w:szCs w:val="24"/>
          <w:lang w:val="nl-NL"/>
        </w:rPr>
        <w:object w:dxaOrig="240" w:dyaOrig="340">
          <v:shape id="_x0000_i1217" type="#_x0000_t75" style="width:12pt;height:17.1pt" o:ole="">
            <v:imagedata r:id="rId355" o:title=""/>
          </v:shape>
          <o:OLEObject Type="Embed" ProgID="Equation.DSMT4" ShapeID="_x0000_i1217" DrawAspect="Content" ObjectID="_1808506235" r:id="rId356"/>
        </w:object>
      </w:r>
      <w:r w:rsidRPr="005E5CA9">
        <w:rPr>
          <w:rFonts w:cs="Times New Roman"/>
          <w:szCs w:val="24"/>
          <w:lang w:val="sv-SE"/>
        </w:rPr>
        <w:t xml:space="preserve"> là biến cố viên bi được chọn không đánh số.</w:t>
      </w:r>
    </w:p>
    <w:p w:rsidR="00FA061C" w:rsidRPr="005E5CA9" w:rsidRDefault="00FA061C" w:rsidP="00F63B1A">
      <w:pPr>
        <w:spacing w:before="0" w:after="0"/>
        <w:ind w:left="992"/>
        <w:rPr>
          <w:rFonts w:cs="Times New Roman"/>
          <w:szCs w:val="24"/>
          <w:lang w:val="sv-SE"/>
        </w:rPr>
      </w:pPr>
      <w:r w:rsidRPr="005E5CA9">
        <w:rPr>
          <w:rFonts w:cs="Times New Roman"/>
          <w:position w:val="-42"/>
          <w:szCs w:val="24"/>
          <w:lang w:val="nl-NL"/>
        </w:rPr>
        <w:object w:dxaOrig="3300" w:dyaOrig="980">
          <v:shape id="_x0000_i1218" type="#_x0000_t75" style="width:165.25pt;height:48.9pt" o:ole="">
            <v:imagedata r:id="rId357" o:title=""/>
          </v:shape>
          <o:OLEObject Type="Embed" ProgID="Equation.DSMT4" ShapeID="_x0000_i1218" DrawAspect="Content" ObjectID="_1808506236" r:id="rId358"/>
        </w:object>
      </w:r>
      <w:r w:rsidR="00F63B1A">
        <w:rPr>
          <w:rFonts w:cs="Times New Roman"/>
          <w:szCs w:val="24"/>
          <w:lang w:val="sv-SE"/>
        </w:rPr>
        <w:t xml:space="preserve">; </w:t>
      </w:r>
      <w:r w:rsidRPr="005E5CA9">
        <w:rPr>
          <w:rFonts w:cs="Times New Roman"/>
          <w:position w:val="-42"/>
          <w:szCs w:val="24"/>
          <w:lang w:val="nl-NL"/>
        </w:rPr>
        <w:object w:dxaOrig="3300" w:dyaOrig="980">
          <v:shape id="_x0000_i1219" type="#_x0000_t75" style="width:165.25pt;height:48.9pt" o:ole="">
            <v:imagedata r:id="rId359" o:title=""/>
          </v:shape>
          <o:OLEObject Type="Embed" ProgID="Equation.DSMT4" ShapeID="_x0000_i1219" DrawAspect="Content" ObjectID="_1808506237" r:id="rId360"/>
        </w:object>
      </w:r>
      <w:r w:rsidRPr="005E5CA9">
        <w:rPr>
          <w:rFonts w:cs="Times New Roman"/>
          <w:szCs w:val="24"/>
          <w:lang w:val="sv-SE"/>
        </w:rPr>
        <w:t>.</w:t>
      </w:r>
    </w:p>
    <w:p w:rsidR="00FA061C" w:rsidRPr="005E5CA9" w:rsidRDefault="00FA061C" w:rsidP="00F63B1A">
      <w:pPr>
        <w:spacing w:before="0" w:after="0"/>
        <w:ind w:left="992"/>
        <w:rPr>
          <w:rFonts w:cs="Times New Roman"/>
          <w:szCs w:val="24"/>
          <w:lang w:val="sv-SE"/>
        </w:rPr>
      </w:pPr>
      <w:r w:rsidRPr="005E5CA9">
        <w:rPr>
          <w:rFonts w:cs="Times New Roman"/>
          <w:szCs w:val="24"/>
          <w:lang w:val="sv-SE"/>
        </w:rPr>
        <w:t>Vậy viên bi được lấy ra là viên bi chưa được đánh số, xác suất để viên bi đó là bi đỏ cao hơn xác suất viên bi đó là bi vàng.</w:t>
      </w:r>
    </w:p>
    <w:p w:rsidR="00FA061C" w:rsidRPr="005E5CA9" w:rsidRDefault="00FA061C" w:rsidP="00F63B1A">
      <w:pPr>
        <w:tabs>
          <w:tab w:val="left" w:pos="992"/>
        </w:tabs>
        <w:spacing w:before="0" w:after="0"/>
        <w:ind w:left="992" w:hanging="992"/>
        <w:rPr>
          <w:rFonts w:cs="Times New Roman"/>
          <w:szCs w:val="24"/>
          <w:lang w:val="sv-SE"/>
        </w:rPr>
      </w:pPr>
      <w:r w:rsidRPr="005E5CA9">
        <w:rPr>
          <w:rFonts w:cs="Times New Roman"/>
          <w:b/>
          <w:color w:val="0000FF"/>
          <w:szCs w:val="24"/>
          <w:lang w:val="sv-SE"/>
        </w:rPr>
        <w:t>Câu 3.</w:t>
      </w:r>
      <w:r w:rsidRPr="005E5CA9">
        <w:rPr>
          <w:rFonts w:cs="Times New Roman"/>
          <w:b/>
          <w:color w:val="0000FF"/>
          <w:szCs w:val="24"/>
          <w:lang w:val="sv-SE"/>
        </w:rPr>
        <w:tab/>
      </w:r>
      <w:r w:rsidRPr="005E5CA9">
        <w:rPr>
          <w:rFonts w:cs="Times New Roman"/>
          <w:szCs w:val="24"/>
          <w:lang w:val="sv-SE"/>
        </w:rPr>
        <w:t xml:space="preserve">Cầu Cổng Vàng (The Golden Gate Bridge) ở Mỹ được gắn hệ trục toạ độ Oxyz với </w:t>
      </w:r>
      <w:r w:rsidRPr="005E5CA9">
        <w:rPr>
          <w:rFonts w:eastAsia="Aptos" w:cs="Times New Roman"/>
          <w:position w:val="-6"/>
          <w:szCs w:val="24"/>
        </w:rPr>
        <w:object w:dxaOrig="240" w:dyaOrig="279">
          <v:shape id="_x0000_i1220" type="#_x0000_t75" style="width:12pt;height:14.3pt" o:ole="">
            <v:imagedata r:id="rId361" o:title=""/>
          </v:shape>
          <o:OLEObject Type="Embed" ProgID="Equation.DSMT4" ShapeID="_x0000_i1220" DrawAspect="Content" ObjectID="_1808506238" r:id="rId362"/>
        </w:object>
      </w:r>
      <w:r w:rsidRPr="005E5CA9">
        <w:rPr>
          <w:rFonts w:cs="Times New Roman"/>
          <w:szCs w:val="24"/>
          <w:lang w:val="sv-SE"/>
        </w:rPr>
        <w:t xml:space="preserve"> là bệ của chân cột trụ tại mặt nước, trục </w:t>
      </w:r>
      <w:r w:rsidRPr="005E5CA9">
        <w:rPr>
          <w:rFonts w:eastAsia="Aptos" w:cs="Times New Roman"/>
          <w:position w:val="-6"/>
          <w:szCs w:val="24"/>
        </w:rPr>
        <w:object w:dxaOrig="340" w:dyaOrig="279">
          <v:shape id="_x0000_i1221" type="#_x0000_t75" style="width:17.1pt;height:14.3pt" o:ole="">
            <v:imagedata r:id="rId363" o:title=""/>
          </v:shape>
          <o:OLEObject Type="Embed" ProgID="Equation.DSMT4" ShapeID="_x0000_i1221" DrawAspect="Content" ObjectID="_1808506239" r:id="rId364"/>
        </w:object>
      </w:r>
      <w:r w:rsidRPr="005E5CA9">
        <w:rPr>
          <w:rFonts w:cs="Times New Roman"/>
          <w:szCs w:val="24"/>
          <w:lang w:val="sv-SE"/>
        </w:rPr>
        <w:t xml:space="preserve"> trùng với cột trụ, mặt phẳng </w:t>
      </w:r>
      <w:r w:rsidRPr="005E5CA9">
        <w:rPr>
          <w:rFonts w:eastAsia="Aptos" w:cs="Times New Roman"/>
          <w:position w:val="-14"/>
          <w:szCs w:val="24"/>
        </w:rPr>
        <w:object w:dxaOrig="639" w:dyaOrig="400">
          <v:shape id="_x0000_i1222" type="#_x0000_t75" style="width:32.3pt;height:20.3pt" o:ole="">
            <v:imagedata r:id="rId365" o:title=""/>
          </v:shape>
          <o:OLEObject Type="Embed" ProgID="Equation.DSMT4" ShapeID="_x0000_i1222" DrawAspect="Content" ObjectID="_1808506240" r:id="rId366"/>
        </w:object>
      </w:r>
      <w:r w:rsidRPr="005E5CA9">
        <w:rPr>
          <w:rFonts w:cs="Times New Roman"/>
          <w:szCs w:val="24"/>
          <w:lang w:val="sv-SE"/>
        </w:rPr>
        <w:t xml:space="preserve"> là mặt nước và xem như trục </w:t>
      </w:r>
      <w:r w:rsidRPr="005E5CA9">
        <w:rPr>
          <w:rFonts w:eastAsia="Aptos" w:cs="Times New Roman"/>
          <w:position w:val="-10"/>
          <w:szCs w:val="24"/>
        </w:rPr>
        <w:object w:dxaOrig="360" w:dyaOrig="320">
          <v:shape id="_x0000_i1223" type="#_x0000_t75" style="width:18pt;height:15.7pt" o:ole="">
            <v:imagedata r:id="rId367" o:title=""/>
          </v:shape>
          <o:OLEObject Type="Embed" ProgID="Equation.DSMT4" ShapeID="_x0000_i1223" DrawAspect="Content" ObjectID="_1808506241" r:id="rId368"/>
        </w:object>
      </w:r>
      <w:r w:rsidRPr="005E5CA9">
        <w:rPr>
          <w:rFonts w:cs="Times New Roman"/>
          <w:szCs w:val="24"/>
          <w:lang w:val="sv-SE"/>
        </w:rPr>
        <w:t xml:space="preserve"> cùng phương với cầu như hình vẽ. Dây cáp </w:t>
      </w:r>
      <w:r w:rsidRPr="005E5CA9">
        <w:rPr>
          <w:rFonts w:eastAsia="Aptos" w:cs="Times New Roman"/>
          <w:position w:val="-4"/>
          <w:szCs w:val="24"/>
        </w:rPr>
        <w:object w:dxaOrig="420" w:dyaOrig="260">
          <v:shape id="_x0000_i1224" type="#_x0000_t75" style="width:21.25pt;height:12.9pt" o:ole="">
            <v:imagedata r:id="rId369" o:title=""/>
          </v:shape>
          <o:OLEObject Type="Embed" ProgID="Equation.DSMT4" ShapeID="_x0000_i1224" DrawAspect="Content" ObjectID="_1808506242" r:id="rId370"/>
        </w:object>
      </w:r>
      <w:r w:rsidRPr="005E5CA9">
        <w:rPr>
          <w:rFonts w:cs="Times New Roman"/>
          <w:szCs w:val="24"/>
          <w:lang w:val="sv-SE"/>
        </w:rPr>
        <w:t xml:space="preserve"> (được xem như là một đoạn thẳng) đi qua đỉnh </w:t>
      </w:r>
      <w:r w:rsidRPr="005E5CA9">
        <w:rPr>
          <w:rFonts w:eastAsia="Aptos" w:cs="Times New Roman"/>
          <w:position w:val="-4"/>
          <w:szCs w:val="24"/>
        </w:rPr>
        <w:object w:dxaOrig="260" w:dyaOrig="260">
          <v:shape id="_x0000_i1225" type="#_x0000_t75" style="width:12.9pt;height:12.9pt" o:ole="">
            <v:imagedata r:id="rId371" o:title=""/>
          </v:shape>
          <o:OLEObject Type="Embed" ProgID="Equation.DSMT4" ShapeID="_x0000_i1225" DrawAspect="Content" ObjectID="_1808506243" r:id="rId372"/>
        </w:object>
      </w:r>
      <w:r w:rsidRPr="005E5CA9">
        <w:rPr>
          <w:rFonts w:cs="Times New Roman"/>
          <w:szCs w:val="24"/>
          <w:lang w:val="sv-SE"/>
        </w:rPr>
        <w:t xml:space="preserve"> thuộc trục </w:t>
      </w:r>
      <w:r w:rsidRPr="005E5CA9">
        <w:rPr>
          <w:rFonts w:eastAsia="Aptos" w:cs="Times New Roman"/>
          <w:position w:val="-6"/>
          <w:szCs w:val="24"/>
        </w:rPr>
        <w:object w:dxaOrig="340" w:dyaOrig="279">
          <v:shape id="_x0000_i1226" type="#_x0000_t75" style="width:17.1pt;height:14.3pt" o:ole="">
            <v:imagedata r:id="rId363" o:title=""/>
          </v:shape>
          <o:OLEObject Type="Embed" ProgID="Equation.DSMT4" ShapeID="_x0000_i1226" DrawAspect="Content" ObjectID="_1808506244" r:id="rId373"/>
        </w:object>
      </w:r>
      <w:r w:rsidRPr="005E5CA9">
        <w:rPr>
          <w:rFonts w:cs="Times New Roman"/>
          <w:szCs w:val="24"/>
          <w:lang w:val="sv-SE"/>
        </w:rPr>
        <w:t xml:space="preserve"> và điểm </w:t>
      </w:r>
      <w:r w:rsidRPr="005E5CA9">
        <w:rPr>
          <w:rFonts w:eastAsia="Aptos" w:cs="Times New Roman"/>
          <w:noProof/>
          <w:position w:val="-4"/>
          <w:szCs w:val="24"/>
        </w:rPr>
        <w:object w:dxaOrig="240" w:dyaOrig="260">
          <v:shape id="_x0000_i1227" type="#_x0000_t75" style="width:12pt;height:12.9pt" o:ole="">
            <v:imagedata r:id="rId374" o:title=""/>
          </v:shape>
          <o:OLEObject Type="Embed" ProgID="Equation.DSMT4" ShapeID="_x0000_i1227" DrawAspect="Content" ObjectID="_1808506245" r:id="rId375"/>
        </w:object>
      </w:r>
      <w:r w:rsidRPr="005E5CA9">
        <w:rPr>
          <w:rFonts w:cs="Times New Roman"/>
          <w:szCs w:val="24"/>
          <w:lang w:val="sv-SE"/>
        </w:rPr>
        <w:t xml:space="preserve"> thuộc mặt phẳng </w:t>
      </w:r>
      <w:r w:rsidRPr="005E5CA9">
        <w:rPr>
          <w:rFonts w:eastAsia="Aptos" w:cs="Times New Roman"/>
          <w:position w:val="-10"/>
          <w:szCs w:val="24"/>
        </w:rPr>
        <w:object w:dxaOrig="440" w:dyaOrig="320">
          <v:shape id="_x0000_i1228" type="#_x0000_t75" style="width:21.7pt;height:15.7pt" o:ole="">
            <v:imagedata r:id="rId376" o:title=""/>
          </v:shape>
          <o:OLEObject Type="Embed" ProgID="Equation.DSMT4" ShapeID="_x0000_i1228" DrawAspect="Content" ObjectID="_1808506246" r:id="rId377"/>
        </w:object>
      </w:r>
      <w:r w:rsidRPr="005E5CA9">
        <w:rPr>
          <w:rFonts w:cs="Times New Roman"/>
          <w:szCs w:val="24"/>
          <w:lang w:val="sv-SE"/>
        </w:rPr>
        <w:t xml:space="preserve">, biết rằng điểm </w:t>
      </w:r>
      <w:r w:rsidRPr="005E5CA9">
        <w:rPr>
          <w:rFonts w:eastAsia="Aptos" w:cs="Times New Roman"/>
          <w:position w:val="-4"/>
          <w:szCs w:val="24"/>
        </w:rPr>
        <w:object w:dxaOrig="260" w:dyaOrig="260">
          <v:shape id="_x0000_i1229" type="#_x0000_t75" style="width:12.9pt;height:12.9pt" o:ole="">
            <v:imagedata r:id="rId378" o:title=""/>
          </v:shape>
          <o:OLEObject Type="Embed" ProgID="Equation.DSMT4" ShapeID="_x0000_i1229" DrawAspect="Content" ObjectID="_1808506247" r:id="rId379"/>
        </w:object>
      </w:r>
      <w:r w:rsidRPr="005E5CA9">
        <w:rPr>
          <w:rFonts w:cs="Times New Roman"/>
          <w:szCs w:val="24"/>
          <w:lang w:val="sv-SE"/>
        </w:rPr>
        <w:t xml:space="preserve"> là đỉnh cột trụ cách mặt nước </w:t>
      </w:r>
      <w:r w:rsidRPr="005E5CA9">
        <w:rPr>
          <w:rFonts w:eastAsia="Aptos" w:cs="Times New Roman"/>
          <w:position w:val="-6"/>
          <w:szCs w:val="24"/>
        </w:rPr>
        <w:object w:dxaOrig="620" w:dyaOrig="279">
          <v:shape id="_x0000_i1230" type="#_x0000_t75" style="width:30.9pt;height:14.3pt" o:ole="">
            <v:imagedata r:id="rId380" o:title=""/>
          </v:shape>
          <o:OLEObject Type="Embed" ProgID="Equation.DSMT4" ShapeID="_x0000_i1230" DrawAspect="Content" ObjectID="_1808506248" r:id="rId381"/>
        </w:object>
      </w:r>
      <w:r w:rsidRPr="005E5CA9">
        <w:rPr>
          <w:rFonts w:cs="Times New Roman"/>
          <w:szCs w:val="24"/>
          <w:lang w:val="sv-SE"/>
        </w:rPr>
        <w:t xml:space="preserve">, điểm </w:t>
      </w:r>
      <w:r w:rsidRPr="005E5CA9">
        <w:rPr>
          <w:rFonts w:eastAsia="Aptos" w:cs="Times New Roman"/>
          <w:noProof/>
          <w:position w:val="-4"/>
          <w:szCs w:val="24"/>
        </w:rPr>
        <w:object w:dxaOrig="240" w:dyaOrig="260">
          <v:shape id="_x0000_i1231" type="#_x0000_t75" style="width:12pt;height:12.9pt" o:ole="">
            <v:imagedata r:id="rId374" o:title=""/>
          </v:shape>
          <o:OLEObject Type="Embed" ProgID="Equation.DSMT4" ShapeID="_x0000_i1231" DrawAspect="Content" ObjectID="_1808506249" r:id="rId382"/>
        </w:object>
      </w:r>
      <w:r w:rsidRPr="005E5CA9">
        <w:rPr>
          <w:rFonts w:cs="Times New Roman"/>
          <w:szCs w:val="24"/>
          <w:lang w:val="sv-SE"/>
        </w:rPr>
        <w:t xml:space="preserve"> cách mặt nước </w:t>
      </w:r>
      <w:r w:rsidRPr="005E5CA9">
        <w:rPr>
          <w:rFonts w:eastAsia="Aptos" w:cs="Times New Roman"/>
          <w:position w:val="-6"/>
          <w:szCs w:val="24"/>
        </w:rPr>
        <w:object w:dxaOrig="480" w:dyaOrig="279">
          <v:shape id="_x0000_i1232" type="#_x0000_t75" style="width:24pt;height:14.3pt" o:ole="">
            <v:imagedata r:id="rId383" o:title=""/>
          </v:shape>
          <o:OLEObject Type="Embed" ProgID="Equation.DSMT4" ShapeID="_x0000_i1232" DrawAspect="Content" ObjectID="_1808506250" r:id="rId384"/>
        </w:object>
      </w:r>
      <w:r w:rsidRPr="005E5CA9">
        <w:rPr>
          <w:rFonts w:cs="Times New Roman"/>
          <w:szCs w:val="24"/>
          <w:lang w:val="sv-SE"/>
        </w:rPr>
        <w:t xml:space="preserve"> và cách trục </w:t>
      </w:r>
      <w:r w:rsidRPr="005E5CA9">
        <w:rPr>
          <w:rFonts w:eastAsia="Aptos" w:cs="Times New Roman"/>
          <w:position w:val="-10"/>
          <w:szCs w:val="24"/>
        </w:rPr>
        <w:object w:dxaOrig="920" w:dyaOrig="320">
          <v:shape id="_x0000_i1233" type="#_x0000_t75" style="width:45.7pt;height:15.7pt" o:ole="">
            <v:imagedata r:id="rId385" o:title=""/>
          </v:shape>
          <o:OLEObject Type="Embed" ProgID="Equation.DSMT4" ShapeID="_x0000_i1233" DrawAspect="Content" ObjectID="_1808506251" r:id="rId386"/>
        </w:object>
      </w:r>
      <w:r w:rsidRPr="005E5CA9">
        <w:rPr>
          <w:rFonts w:cs="Times New Roman"/>
          <w:szCs w:val="24"/>
          <w:lang w:val="sv-SE"/>
        </w:rPr>
        <w:t>, biết rằng 1 đơn vị trên hệ trục tọa độ tương ứng với 1m trên thực tế.</w:t>
      </w:r>
    </w:p>
    <w:p w:rsidR="00FA061C" w:rsidRPr="005E5CA9" w:rsidRDefault="00FA061C" w:rsidP="00F63B1A">
      <w:pPr>
        <w:spacing w:before="0" w:after="0"/>
        <w:ind w:left="992"/>
        <w:jc w:val="center"/>
        <w:rPr>
          <w:rFonts w:cs="Times New Roman"/>
          <w:szCs w:val="24"/>
        </w:rPr>
      </w:pPr>
      <w:r w:rsidRPr="005E5CA9">
        <w:rPr>
          <w:rFonts w:cs="Times New Roman"/>
          <w:noProof/>
          <w:szCs w:val="24"/>
        </w:rPr>
        <w:lastRenderedPageBreak/>
        <w:drawing>
          <wp:inline distT="0" distB="0" distL="0" distR="0" wp14:anchorId="61948D11" wp14:editId="1AF4B6EB">
            <wp:extent cx="3073558" cy="2521080"/>
            <wp:effectExtent l="0" t="0" r="0" b="0"/>
            <wp:docPr id="163" name="image145.png" descr="A bridge with lines and lett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3" name="image145.png" descr="A bridge with lines and letters&#10;&#10;Description automatically generated with medium confidence"/>
                    <pic:cNvPicPr preferRelativeResize="0"/>
                  </pic:nvPicPr>
                  <pic:blipFill>
                    <a:blip r:embed="rId387"/>
                    <a:srcRect/>
                    <a:stretch>
                      <a:fillRect/>
                    </a:stretch>
                  </pic:blipFill>
                  <pic:spPr>
                    <a:xfrm>
                      <a:off x="0" y="0"/>
                      <a:ext cx="3073558" cy="2521080"/>
                    </a:xfrm>
                    <a:prstGeom prst="rect">
                      <a:avLst/>
                    </a:prstGeom>
                    <a:ln/>
                  </pic:spPr>
                </pic:pic>
              </a:graphicData>
            </a:graphic>
          </wp:inline>
        </w:drawing>
      </w:r>
    </w:p>
    <w:p w:rsidR="00FA061C" w:rsidRPr="005E5CA9" w:rsidRDefault="00FA061C" w:rsidP="00F63B1A">
      <w:pPr>
        <w:spacing w:before="0" w:after="0"/>
        <w:ind w:left="992"/>
        <w:rPr>
          <w:rFonts w:cs="Times New Roman"/>
          <w:szCs w:val="24"/>
        </w:rPr>
      </w:pPr>
      <w:r w:rsidRPr="005E5CA9">
        <w:rPr>
          <w:rFonts w:cs="Times New Roman"/>
          <w:b/>
          <w:bCs/>
          <w:szCs w:val="24"/>
        </w:rPr>
        <w:t>a) [NB]</w:t>
      </w:r>
      <w:r w:rsidRPr="005E5CA9">
        <w:rPr>
          <w:rFonts w:cs="Times New Roman"/>
          <w:szCs w:val="24"/>
        </w:rPr>
        <w:t xml:space="preserve"> Đường thẳng AD có 1 </w:t>
      </w:r>
      <w:r w:rsidR="00F63B1A">
        <w:rPr>
          <w:rFonts w:cs="Times New Roman"/>
          <w:szCs w:val="24"/>
        </w:rPr>
        <w:t>vectơ</w:t>
      </w:r>
      <w:r w:rsidRPr="005E5CA9">
        <w:rPr>
          <w:rFonts w:cs="Times New Roman"/>
          <w:szCs w:val="24"/>
        </w:rPr>
        <w:t xml:space="preserve"> chỉ phương là </w:t>
      </w:r>
      <w:r w:rsidRPr="005E5CA9">
        <w:rPr>
          <w:rFonts w:cs="Times New Roman"/>
          <w:position w:val="-14"/>
          <w:szCs w:val="24"/>
        </w:rPr>
        <w:object w:dxaOrig="1939" w:dyaOrig="420">
          <v:shape id="_x0000_i1234" type="#_x0000_t75" style="width:96.9pt;height:21.25pt" o:ole="">
            <v:imagedata r:id="rId388" o:title=""/>
          </v:shape>
          <o:OLEObject Type="Embed" ProgID="Equation.DSMT4" ShapeID="_x0000_i1234" DrawAspect="Content" ObjectID="_1808506252" r:id="rId389"/>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b/>
          <w:bCs/>
          <w:szCs w:val="24"/>
          <w:u w:val="single"/>
        </w:rPr>
        <w:t>b</w:t>
      </w:r>
      <w:r w:rsidRPr="005E5CA9">
        <w:rPr>
          <w:rFonts w:cs="Times New Roman"/>
          <w:b/>
          <w:bCs/>
          <w:szCs w:val="24"/>
        </w:rPr>
        <w:t>) [TH]</w:t>
      </w:r>
      <w:r w:rsidRPr="005E5CA9">
        <w:rPr>
          <w:rFonts w:cs="Times New Roman"/>
          <w:szCs w:val="24"/>
        </w:rPr>
        <w:t xml:space="preserve"> Tọa độ điểm </w:t>
      </w:r>
      <w:r w:rsidRPr="005E5CA9">
        <w:rPr>
          <w:rFonts w:cs="Times New Roman"/>
          <w:noProof/>
          <w:position w:val="-4"/>
          <w:szCs w:val="24"/>
        </w:rPr>
        <w:object w:dxaOrig="240" w:dyaOrig="260">
          <v:shape id="_x0000_i1235" type="#_x0000_t75" style="width:12pt;height:12.9pt" o:ole="">
            <v:imagedata r:id="rId390" o:title=""/>
          </v:shape>
          <o:OLEObject Type="Embed" ProgID="Equation.DSMT4" ShapeID="_x0000_i1235" DrawAspect="Content" ObjectID="_1808506253" r:id="rId391"/>
        </w:object>
      </w:r>
      <w:r w:rsidRPr="005E5CA9">
        <w:rPr>
          <w:rFonts w:cs="Times New Roman"/>
          <w:szCs w:val="24"/>
        </w:rPr>
        <w:t xml:space="preserve"> là </w:t>
      </w:r>
      <w:r w:rsidRPr="005E5CA9">
        <w:rPr>
          <w:rFonts w:cs="Times New Roman"/>
          <w:bCs/>
          <w:position w:val="-14"/>
          <w:szCs w:val="24"/>
        </w:rPr>
        <w:object w:dxaOrig="1260" w:dyaOrig="400">
          <v:shape id="_x0000_i1236" type="#_x0000_t75" style="width:63.25pt;height:20.3pt" o:ole="">
            <v:imagedata r:id="rId392" o:title=""/>
          </v:shape>
          <o:OLEObject Type="Embed" ProgID="Equation.DSMT4" ShapeID="_x0000_i1236" DrawAspect="Content" ObjectID="_1808506254" r:id="rId393"/>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b/>
          <w:bCs/>
          <w:szCs w:val="24"/>
          <w:u w:val="single"/>
        </w:rPr>
        <w:t>c</w:t>
      </w:r>
      <w:r w:rsidRPr="005E5CA9">
        <w:rPr>
          <w:rFonts w:cs="Times New Roman"/>
          <w:b/>
          <w:bCs/>
          <w:szCs w:val="24"/>
        </w:rPr>
        <w:t>) [TH]</w:t>
      </w:r>
      <w:r w:rsidRPr="005E5CA9">
        <w:rPr>
          <w:rFonts w:cs="Times New Roman"/>
          <w:szCs w:val="24"/>
        </w:rPr>
        <w:t xml:space="preserve"> Độ dài đoạn dây cáp </w:t>
      </w:r>
      <w:r w:rsidRPr="005E5CA9">
        <w:rPr>
          <w:rFonts w:cs="Times New Roman"/>
          <w:position w:val="-4"/>
          <w:szCs w:val="24"/>
        </w:rPr>
        <w:object w:dxaOrig="420" w:dyaOrig="260">
          <v:shape id="_x0000_i1237" type="#_x0000_t75" style="width:21.25pt;height:12.9pt" o:ole="">
            <v:imagedata r:id="rId394" o:title=""/>
          </v:shape>
          <o:OLEObject Type="Embed" ProgID="Equation.DSMT4" ShapeID="_x0000_i1237" DrawAspect="Content" ObjectID="_1808506255" r:id="rId395"/>
        </w:object>
      </w:r>
      <w:r w:rsidRPr="005E5CA9">
        <w:rPr>
          <w:rFonts w:cs="Times New Roman"/>
          <w:szCs w:val="24"/>
        </w:rPr>
        <w:t xml:space="preserve"> là </w:t>
      </w:r>
      <w:r w:rsidRPr="005E5CA9">
        <w:rPr>
          <w:rFonts w:cs="Times New Roman"/>
          <w:position w:val="-14"/>
          <w:szCs w:val="24"/>
        </w:rPr>
        <w:object w:dxaOrig="1920" w:dyaOrig="420">
          <v:shape id="_x0000_i1238" type="#_x0000_t75" style="width:96pt;height:21.25pt" o:ole="">
            <v:imagedata r:id="rId396" o:title=""/>
          </v:shape>
          <o:OLEObject Type="Embed" ProgID="Equation.DSMT4" ShapeID="_x0000_i1238" DrawAspect="Content" ObjectID="_1808506256" r:id="rId397"/>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b/>
          <w:bCs/>
          <w:szCs w:val="24"/>
          <w:u w:val="single"/>
        </w:rPr>
        <w:t>d</w:t>
      </w:r>
      <w:r w:rsidRPr="005E5CA9">
        <w:rPr>
          <w:rFonts w:cs="Times New Roman"/>
          <w:b/>
          <w:bCs/>
          <w:szCs w:val="24"/>
        </w:rPr>
        <w:t>) [VD,VDC]</w:t>
      </w:r>
      <w:r w:rsidRPr="005E5CA9">
        <w:rPr>
          <w:rFonts w:cs="Times New Roman"/>
          <w:szCs w:val="24"/>
        </w:rPr>
        <w:t xml:space="preserve"> Từ điểm M trên thành cầu, M thuộc mặt phẳng Oyz ( như hình vẽ) cách mặt nước 75m, cách trục Oz 5m, người ta treo một đèn led trang trí có dạng đoạn thẳng MN (với N thuộc dây cáp AD), biết rằng 1m đèn led có giá 125000 đồng, số tiền thấp nhất có thể sử dụng để lắp đèn led (làm tròn đến đơn vị nghìn đồng ) là 17118000 đồng.</w:t>
      </w:r>
    </w:p>
    <w:p w:rsidR="00FA061C" w:rsidRPr="005E5CA9" w:rsidRDefault="00FA061C" w:rsidP="00F63B1A">
      <w:pPr>
        <w:spacing w:before="0" w:after="0"/>
        <w:ind w:left="992"/>
        <w:jc w:val="center"/>
        <w:rPr>
          <w:rFonts w:cs="Times New Roman"/>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szCs w:val="24"/>
        </w:rPr>
      </w:pPr>
      <w:r w:rsidRPr="005E5CA9">
        <w:rPr>
          <w:rFonts w:cs="Times New Roman"/>
          <w:szCs w:val="24"/>
        </w:rPr>
        <w:t xml:space="preserve">a) Theo giả thiết ta có: </w:t>
      </w:r>
      <w:r w:rsidRPr="005E5CA9">
        <w:rPr>
          <w:rFonts w:cs="Times New Roman"/>
          <w:position w:val="-14"/>
          <w:szCs w:val="24"/>
        </w:rPr>
        <w:object w:dxaOrig="4819" w:dyaOrig="420">
          <v:shape id="_x0000_i1239" type="#_x0000_t75" style="width:241.4pt;height:21.25pt" o:ole="">
            <v:imagedata r:id="rId398" o:title=""/>
          </v:shape>
          <o:OLEObject Type="Embed" ProgID="Equation.DSMT4" ShapeID="_x0000_i1239" DrawAspect="Content" ObjectID="_1808506257" r:id="rId399"/>
        </w:object>
      </w:r>
      <w:r w:rsidRPr="005E5CA9">
        <w:rPr>
          <w:rFonts w:cs="Times New Roman"/>
          <w:szCs w:val="24"/>
        </w:rPr>
        <w:t xml:space="preserve">. Do đó đường thẳng AD có 1 </w:t>
      </w:r>
      <w:r w:rsidR="00F63B1A">
        <w:rPr>
          <w:rFonts w:cs="Times New Roman"/>
          <w:szCs w:val="24"/>
        </w:rPr>
        <w:t>vectơ</w:t>
      </w:r>
      <w:r w:rsidRPr="005E5CA9">
        <w:rPr>
          <w:rFonts w:cs="Times New Roman"/>
          <w:szCs w:val="24"/>
        </w:rPr>
        <w:t xml:space="preserve"> chỉ phương là </w:t>
      </w:r>
      <w:r w:rsidRPr="005E5CA9">
        <w:rPr>
          <w:rFonts w:cs="Times New Roman"/>
          <w:position w:val="-14"/>
          <w:szCs w:val="24"/>
        </w:rPr>
        <w:object w:dxaOrig="1820" w:dyaOrig="420">
          <v:shape id="_x0000_i1240" type="#_x0000_t75" style="width:90.9pt;height:21.25pt" o:ole="">
            <v:imagedata r:id="rId400" o:title=""/>
          </v:shape>
          <o:OLEObject Type="Embed" ProgID="Equation.DSMT4" ShapeID="_x0000_i1240" DrawAspect="Content" ObjectID="_1808506258" r:id="rId401"/>
        </w:object>
      </w:r>
      <w:r w:rsidRPr="005E5CA9">
        <w:rPr>
          <w:rFonts w:cs="Times New Roman"/>
          <w:szCs w:val="24"/>
        </w:rPr>
        <w:t xml:space="preserve">. </w:t>
      </w:r>
      <w:r w:rsidRPr="005E5CA9">
        <w:rPr>
          <w:rFonts w:cs="Times New Roman"/>
          <w:bCs/>
          <w:szCs w:val="24"/>
        </w:rPr>
        <w:t>Vậy a) Sai.</w:t>
      </w:r>
    </w:p>
    <w:p w:rsidR="00FA061C" w:rsidRPr="005E5CA9" w:rsidRDefault="00FA061C" w:rsidP="00F63B1A">
      <w:pPr>
        <w:spacing w:before="0" w:after="0"/>
        <w:ind w:left="992"/>
        <w:rPr>
          <w:rFonts w:cs="Times New Roman"/>
          <w:bCs/>
          <w:szCs w:val="24"/>
        </w:rPr>
      </w:pPr>
      <w:r w:rsidRPr="005E5CA9">
        <w:rPr>
          <w:rFonts w:cs="Times New Roman"/>
          <w:szCs w:val="24"/>
        </w:rPr>
        <w:t xml:space="preserve">b) Tọa độ điểm </w:t>
      </w:r>
      <w:r w:rsidRPr="005E5CA9">
        <w:rPr>
          <w:rFonts w:cs="Times New Roman"/>
          <w:noProof/>
          <w:position w:val="-4"/>
          <w:szCs w:val="24"/>
        </w:rPr>
        <w:object w:dxaOrig="240" w:dyaOrig="260">
          <v:shape id="_x0000_i1241" type="#_x0000_t75" style="width:12pt;height:12.9pt" o:ole="">
            <v:imagedata r:id="rId390" o:title=""/>
          </v:shape>
          <o:OLEObject Type="Embed" ProgID="Equation.DSMT4" ShapeID="_x0000_i1241" DrawAspect="Content" ObjectID="_1808506259" r:id="rId402"/>
        </w:object>
      </w:r>
      <w:r w:rsidRPr="005E5CA9">
        <w:rPr>
          <w:rFonts w:cs="Times New Roman"/>
          <w:szCs w:val="24"/>
        </w:rPr>
        <w:t xml:space="preserve"> là </w:t>
      </w:r>
      <w:r w:rsidRPr="005E5CA9">
        <w:rPr>
          <w:rFonts w:cs="Times New Roman"/>
          <w:bCs/>
          <w:position w:val="-14"/>
          <w:szCs w:val="24"/>
        </w:rPr>
        <w:object w:dxaOrig="1260" w:dyaOrig="400">
          <v:shape id="_x0000_i1242" type="#_x0000_t75" style="width:63.25pt;height:20.3pt" o:ole="">
            <v:imagedata r:id="rId392" o:title=""/>
          </v:shape>
          <o:OLEObject Type="Embed" ProgID="Equation.DSMT4" ShapeID="_x0000_i1242" DrawAspect="Content" ObjectID="_1808506260" r:id="rId403"/>
        </w:object>
      </w:r>
      <w:r w:rsidRPr="005E5CA9">
        <w:rPr>
          <w:rFonts w:cs="Times New Roman"/>
          <w:szCs w:val="24"/>
        </w:rPr>
        <w:t>. Vậy b) Đúng.</w:t>
      </w:r>
    </w:p>
    <w:p w:rsidR="00FA061C" w:rsidRPr="005E5CA9" w:rsidRDefault="00FA061C" w:rsidP="00F63B1A">
      <w:pPr>
        <w:spacing w:before="0" w:after="0"/>
        <w:ind w:left="992"/>
        <w:rPr>
          <w:rFonts w:cs="Times New Roman"/>
          <w:bCs/>
          <w:szCs w:val="24"/>
        </w:rPr>
      </w:pPr>
      <w:r w:rsidRPr="005E5CA9">
        <w:rPr>
          <w:rFonts w:cs="Times New Roman"/>
          <w:szCs w:val="24"/>
        </w:rPr>
        <w:t xml:space="preserve">c) Độ dài đoạn dây cáp </w:t>
      </w:r>
      <w:r w:rsidRPr="005E5CA9">
        <w:rPr>
          <w:rFonts w:cs="Times New Roman"/>
          <w:position w:val="-4"/>
          <w:szCs w:val="24"/>
        </w:rPr>
        <w:object w:dxaOrig="420" w:dyaOrig="260">
          <v:shape id="_x0000_i1243" type="#_x0000_t75" style="width:21.25pt;height:12.9pt" o:ole="">
            <v:imagedata r:id="rId394" o:title=""/>
          </v:shape>
          <o:OLEObject Type="Embed" ProgID="Equation.DSMT4" ShapeID="_x0000_i1243" DrawAspect="Content" ObjectID="_1808506261" r:id="rId404"/>
        </w:object>
      </w:r>
      <w:r w:rsidRPr="005E5CA9">
        <w:rPr>
          <w:rFonts w:cs="Times New Roman"/>
          <w:szCs w:val="24"/>
        </w:rPr>
        <w:t xml:space="preserve"> là </w:t>
      </w:r>
      <w:r w:rsidRPr="005E5CA9">
        <w:rPr>
          <w:rFonts w:cs="Times New Roman"/>
          <w:position w:val="-18"/>
          <w:szCs w:val="24"/>
        </w:rPr>
        <w:object w:dxaOrig="4520" w:dyaOrig="499">
          <v:shape id="_x0000_i1244" type="#_x0000_t75" style="width:225.7pt;height:24.9pt" o:ole="">
            <v:imagedata r:id="rId405" o:title=""/>
          </v:shape>
          <o:OLEObject Type="Embed" ProgID="Equation.DSMT4" ShapeID="_x0000_i1244" DrawAspect="Content" ObjectID="_1808506262" r:id="rId406"/>
        </w:object>
      </w:r>
      <w:r w:rsidRPr="005E5CA9">
        <w:rPr>
          <w:rFonts w:cs="Times New Roman"/>
          <w:szCs w:val="24"/>
        </w:rPr>
        <w:t xml:space="preserve">. </w:t>
      </w:r>
      <w:r w:rsidRPr="005E5CA9">
        <w:rPr>
          <w:rFonts w:cs="Times New Roman"/>
          <w:bCs/>
          <w:szCs w:val="24"/>
        </w:rPr>
        <w:t>Vậy c) Đúng.</w:t>
      </w:r>
    </w:p>
    <w:p w:rsidR="00FA061C" w:rsidRPr="005E5CA9" w:rsidRDefault="00FA061C" w:rsidP="00F63B1A">
      <w:pPr>
        <w:spacing w:before="0" w:after="0"/>
        <w:ind w:left="992"/>
        <w:rPr>
          <w:rFonts w:cs="Times New Roman"/>
          <w:szCs w:val="24"/>
        </w:rPr>
      </w:pPr>
      <w:r w:rsidRPr="005E5CA9">
        <w:rPr>
          <w:rFonts w:cs="Times New Roman"/>
          <w:szCs w:val="24"/>
        </w:rPr>
        <w:t xml:space="preserve">d) Ta có: </w:t>
      </w:r>
      <w:r w:rsidRPr="005E5CA9">
        <w:rPr>
          <w:rFonts w:cs="Times New Roman"/>
          <w:position w:val="-14"/>
          <w:szCs w:val="24"/>
        </w:rPr>
        <w:object w:dxaOrig="1300" w:dyaOrig="400">
          <v:shape id="_x0000_i1245" type="#_x0000_t75" style="width:65.1pt;height:20.3pt" o:ole="">
            <v:imagedata r:id="rId407" o:title=""/>
          </v:shape>
          <o:OLEObject Type="Embed" ProgID="Equation.DSMT4" ShapeID="_x0000_i1245" DrawAspect="Content" ObjectID="_1808506263" r:id="rId408"/>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position w:val="-6"/>
          <w:szCs w:val="24"/>
        </w:rPr>
        <w:object w:dxaOrig="460" w:dyaOrig="279">
          <v:shape id="_x0000_i1246" type="#_x0000_t75" style="width:23.1pt;height:14.3pt" o:ole="">
            <v:imagedata r:id="rId409" o:title=""/>
          </v:shape>
          <o:OLEObject Type="Embed" ProgID="Equation.DSMT4" ShapeID="_x0000_i1246" DrawAspect="Content" ObjectID="_1808506264" r:id="rId410"/>
        </w:object>
      </w:r>
      <w:r w:rsidRPr="005E5CA9">
        <w:rPr>
          <w:rFonts w:cs="Times New Roman"/>
          <w:szCs w:val="24"/>
        </w:rPr>
        <w:t xml:space="preserve"> ngắn nhất khi và chỉ khi </w:t>
      </w:r>
      <w:r w:rsidRPr="005E5CA9">
        <w:rPr>
          <w:rFonts w:cs="Times New Roman"/>
          <w:position w:val="-6"/>
          <w:szCs w:val="24"/>
        </w:rPr>
        <w:object w:dxaOrig="1080" w:dyaOrig="279">
          <v:shape id="_x0000_i1247" type="#_x0000_t75" style="width:54pt;height:14.3pt" o:ole="">
            <v:imagedata r:id="rId411" o:title=""/>
          </v:shape>
          <o:OLEObject Type="Embed" ProgID="Equation.DSMT4" ShapeID="_x0000_i1247" DrawAspect="Content" ObjectID="_1808506265" r:id="rId412"/>
        </w:object>
      </w:r>
      <w:r w:rsidRPr="005E5CA9">
        <w:rPr>
          <w:rFonts w:cs="Times New Roman"/>
          <w:szCs w:val="24"/>
        </w:rPr>
        <w:t xml:space="preserve">. Ta có: </w:t>
      </w:r>
      <w:r w:rsidRPr="005E5CA9">
        <w:rPr>
          <w:rFonts w:cs="Times New Roman"/>
          <w:position w:val="-14"/>
          <w:szCs w:val="24"/>
        </w:rPr>
        <w:object w:dxaOrig="1660" w:dyaOrig="420">
          <v:shape id="_x0000_i1248" type="#_x0000_t75" style="width:83.1pt;height:21.25pt" o:ole="">
            <v:imagedata r:id="rId413" o:title=""/>
          </v:shape>
          <o:OLEObject Type="Embed" ProgID="Equation.DSMT4" ShapeID="_x0000_i1248" DrawAspect="Content" ObjectID="_1808506266" r:id="rId414"/>
        </w:object>
      </w:r>
      <w:r w:rsidRPr="005E5CA9">
        <w:rPr>
          <w:rFonts w:cs="Times New Roman"/>
          <w:szCs w:val="24"/>
        </w:rPr>
        <w:t xml:space="preserve">; </w:t>
      </w:r>
      <w:r w:rsidRPr="005E5CA9">
        <w:rPr>
          <w:rFonts w:cs="Times New Roman"/>
          <w:position w:val="-18"/>
          <w:szCs w:val="24"/>
        </w:rPr>
        <w:object w:dxaOrig="2540" w:dyaOrig="480">
          <v:shape id="_x0000_i1249" type="#_x0000_t75" style="width:126.9pt;height:24pt" o:ole="">
            <v:imagedata r:id="rId415" o:title=""/>
          </v:shape>
          <o:OLEObject Type="Embed" ProgID="Equation.DSMT4" ShapeID="_x0000_i1249" DrawAspect="Content" ObjectID="_1808506267" r:id="rId416"/>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Khi đó </w:t>
      </w:r>
      <w:r w:rsidRPr="005E5CA9">
        <w:rPr>
          <w:rFonts w:cs="Times New Roman"/>
          <w:position w:val="-40"/>
          <w:szCs w:val="24"/>
        </w:rPr>
        <w:object w:dxaOrig="4920" w:dyaOrig="960">
          <v:shape id="_x0000_i1250" type="#_x0000_t75" style="width:246pt;height:48pt" o:ole="">
            <v:imagedata r:id="rId417" o:title=""/>
          </v:shape>
          <o:OLEObject Type="Embed" ProgID="Equation.DSMT4" ShapeID="_x0000_i1250" DrawAspect="Content" ObjectID="_1808506268" r:id="rId418"/>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Suy ra số tiền thấp nhất có thể sử dụng để lắp đèn led là </w:t>
      </w:r>
      <w:r w:rsidRPr="005E5CA9">
        <w:rPr>
          <w:rFonts w:cs="Times New Roman"/>
          <w:position w:val="-28"/>
          <w:szCs w:val="24"/>
        </w:rPr>
        <w:object w:dxaOrig="2940" w:dyaOrig="660">
          <v:shape id="_x0000_i1251" type="#_x0000_t75" style="width:147.25pt;height:33.25pt" o:ole="">
            <v:imagedata r:id="rId419" o:title=""/>
          </v:shape>
          <o:OLEObject Type="Embed" ProgID="Equation.DSMT4" ShapeID="_x0000_i1251" DrawAspect="Content" ObjectID="_1808506269" r:id="rId420"/>
        </w:object>
      </w:r>
      <w:r w:rsidRPr="005E5CA9">
        <w:rPr>
          <w:rFonts w:cs="Times New Roman"/>
          <w:szCs w:val="24"/>
        </w:rPr>
        <w:t xml:space="preserve"> (đồng).</w:t>
      </w:r>
    </w:p>
    <w:p w:rsidR="00FA061C" w:rsidRPr="005E5CA9" w:rsidRDefault="00FA061C" w:rsidP="00F63B1A">
      <w:pPr>
        <w:spacing w:before="0" w:after="0"/>
        <w:ind w:left="992"/>
        <w:rPr>
          <w:rFonts w:cs="Times New Roman"/>
          <w:szCs w:val="24"/>
        </w:rPr>
      </w:pPr>
      <w:r w:rsidRPr="005E5CA9">
        <w:rPr>
          <w:rFonts w:cs="Times New Roman"/>
          <w:szCs w:val="24"/>
        </w:rPr>
        <w:t>Vậy d) Đúng.</w:t>
      </w:r>
    </w:p>
    <w:p w:rsidR="00FA061C" w:rsidRPr="005E5CA9" w:rsidRDefault="00FA061C" w:rsidP="00F63B1A">
      <w:pPr>
        <w:tabs>
          <w:tab w:val="left" w:pos="992"/>
        </w:tabs>
        <w:spacing w:before="0" w:after="0"/>
        <w:ind w:left="992" w:hanging="992"/>
        <w:rPr>
          <w:rFonts w:cs="Times New Roman"/>
          <w:szCs w:val="24"/>
        </w:rPr>
      </w:pPr>
      <w:r w:rsidRPr="005E5CA9">
        <w:rPr>
          <w:rFonts w:cs="Times New Roman"/>
          <w:b/>
          <w:color w:val="0000FF"/>
          <w:szCs w:val="24"/>
        </w:rPr>
        <w:t>Câu 4.</w:t>
      </w:r>
      <w:r w:rsidRPr="005E5CA9">
        <w:rPr>
          <w:rFonts w:cs="Times New Roman"/>
          <w:b/>
          <w:color w:val="0000FF"/>
          <w:szCs w:val="24"/>
        </w:rPr>
        <w:tab/>
      </w:r>
      <w:r w:rsidRPr="005E5CA9">
        <w:rPr>
          <w:rFonts w:cs="Times New Roman"/>
          <w:szCs w:val="24"/>
        </w:rPr>
        <w:t xml:space="preserve">Cho hàm số </w:t>
      </w:r>
      <w:r w:rsidRPr="005E5CA9">
        <w:rPr>
          <w:rFonts w:eastAsia="Aptos" w:cs="Times New Roman"/>
          <w:position w:val="-24"/>
          <w:szCs w:val="24"/>
        </w:rPr>
        <w:object w:dxaOrig="1460" w:dyaOrig="660">
          <v:shape id="_x0000_i1252" type="#_x0000_t75" style="width:73.85pt;height:32.3pt" o:ole="">
            <v:imagedata r:id="rId421" o:title=""/>
          </v:shape>
          <o:OLEObject Type="Embed" ProgID="Equation.DSMT4" ShapeID="_x0000_i1252" DrawAspect="Content" ObjectID="_1808506270" r:id="rId422"/>
        </w:object>
      </w:r>
      <w:r w:rsidRPr="005E5CA9">
        <w:rPr>
          <w:rFonts w:cs="Times New Roman"/>
          <w:szCs w:val="24"/>
        </w:rPr>
        <w:t xml:space="preserve"> có đồ thị </w:t>
      </w:r>
      <w:r w:rsidRPr="005E5CA9">
        <w:rPr>
          <w:rFonts w:eastAsia="Aptos" w:cs="Times New Roman"/>
          <w:position w:val="-10"/>
          <w:szCs w:val="24"/>
        </w:rPr>
        <w:object w:dxaOrig="400" w:dyaOrig="320">
          <v:shape id="_x0000_i1253" type="#_x0000_t75" style="width:20.3pt;height:15.7pt" o:ole="">
            <v:imagedata r:id="rId423" o:title=""/>
          </v:shape>
          <o:OLEObject Type="Embed" ProgID="Equation.DSMT4" ShapeID="_x0000_i1253" DrawAspect="Content" ObjectID="_1808506271" r:id="rId424"/>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u w:val="single"/>
        </w:rPr>
        <w:t>a</w:t>
      </w:r>
      <w:r w:rsidRPr="005E5CA9">
        <w:rPr>
          <w:rFonts w:cs="Times New Roman"/>
          <w:szCs w:val="24"/>
        </w:rPr>
        <w:t>) [NB] Hàm số có 2 điểm cực trị.</w:t>
      </w:r>
    </w:p>
    <w:p w:rsidR="00FA061C" w:rsidRPr="005E5CA9" w:rsidRDefault="00FA061C" w:rsidP="00F63B1A">
      <w:pPr>
        <w:spacing w:before="0" w:after="0"/>
        <w:ind w:left="992"/>
        <w:rPr>
          <w:rFonts w:cs="Times New Roman"/>
          <w:szCs w:val="24"/>
        </w:rPr>
      </w:pPr>
      <w:r w:rsidRPr="005E5CA9">
        <w:rPr>
          <w:rFonts w:cs="Times New Roman"/>
          <w:szCs w:val="24"/>
        </w:rPr>
        <w:t xml:space="preserve">b) [TH] Hàm số nghịch biến trên khoảng </w:t>
      </w:r>
      <w:r w:rsidRPr="005E5CA9">
        <w:rPr>
          <w:rFonts w:cs="Times New Roman"/>
          <w:position w:val="-10"/>
          <w:szCs w:val="24"/>
        </w:rPr>
        <w:object w:dxaOrig="560" w:dyaOrig="320">
          <v:shape id="_x0000_i1254" type="#_x0000_t75" style="width:27.7pt;height:15.7pt" o:ole="">
            <v:imagedata r:id="rId425" o:title=""/>
          </v:shape>
          <o:OLEObject Type="Embed" ProgID="Equation.DSMT4" ShapeID="_x0000_i1254" DrawAspect="Content" ObjectID="_1808506272" r:id="rId426"/>
        </w:object>
      </w:r>
    </w:p>
    <w:p w:rsidR="00FA061C" w:rsidRPr="005E5CA9" w:rsidRDefault="00FA061C" w:rsidP="00F63B1A">
      <w:pPr>
        <w:spacing w:before="0" w:after="0"/>
        <w:ind w:left="992"/>
        <w:rPr>
          <w:rFonts w:cs="Times New Roman"/>
          <w:szCs w:val="24"/>
        </w:rPr>
      </w:pPr>
      <w:r w:rsidRPr="005E5CA9">
        <w:rPr>
          <w:rFonts w:cs="Times New Roman"/>
          <w:szCs w:val="24"/>
          <w:u w:val="single"/>
        </w:rPr>
        <w:t>c</w:t>
      </w:r>
      <w:r w:rsidRPr="005E5CA9">
        <w:rPr>
          <w:rFonts w:cs="Times New Roman"/>
          <w:szCs w:val="24"/>
        </w:rPr>
        <w:t xml:space="preserve">) [TH] Đồ thị </w:t>
      </w:r>
      <w:r w:rsidRPr="005E5CA9">
        <w:rPr>
          <w:rFonts w:cs="Times New Roman"/>
          <w:position w:val="-10"/>
          <w:szCs w:val="24"/>
        </w:rPr>
        <w:object w:dxaOrig="400" w:dyaOrig="320">
          <v:shape id="_x0000_i1255" type="#_x0000_t75" style="width:20.3pt;height:15.7pt" o:ole="">
            <v:imagedata r:id="rId423" o:title=""/>
          </v:shape>
          <o:OLEObject Type="Embed" ProgID="Equation.DSMT4" ShapeID="_x0000_i1255" DrawAspect="Content" ObjectID="_1808506273" r:id="rId427"/>
        </w:object>
      </w:r>
      <w:r w:rsidRPr="005E5CA9">
        <w:rPr>
          <w:rFonts w:cs="Times New Roman"/>
          <w:szCs w:val="24"/>
        </w:rPr>
        <w:t xml:space="preserve"> có tiệm cận đứng là đường thẳng có phương trình </w:t>
      </w:r>
      <w:r w:rsidRPr="005E5CA9">
        <w:rPr>
          <w:rFonts w:cs="Times New Roman"/>
          <w:position w:val="-6"/>
          <w:szCs w:val="24"/>
        </w:rPr>
        <w:object w:dxaOrig="520" w:dyaOrig="279">
          <v:shape id="_x0000_i1256" type="#_x0000_t75" style="width:26.3pt;height:14.3pt" o:ole="">
            <v:imagedata r:id="rId428" o:title=""/>
          </v:shape>
          <o:OLEObject Type="Embed" ProgID="Equation.DSMT4" ShapeID="_x0000_i1256" DrawAspect="Content" ObjectID="_1808506274" r:id="rId429"/>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u w:val="single"/>
        </w:rPr>
        <w:t>d</w:t>
      </w:r>
      <w:r w:rsidRPr="005E5CA9">
        <w:rPr>
          <w:rFonts w:cs="Times New Roman"/>
          <w:szCs w:val="24"/>
        </w:rPr>
        <w:t xml:space="preserve">) [VD] </w:t>
      </w:r>
      <w:r w:rsidRPr="005E5CA9">
        <w:rPr>
          <w:rFonts w:cs="Times New Roman"/>
          <w:position w:val="-4"/>
          <w:szCs w:val="24"/>
        </w:rPr>
        <w:object w:dxaOrig="320" w:dyaOrig="260">
          <v:shape id="_x0000_i1257" type="#_x0000_t75" style="width:16.15pt;height:12.9pt" o:ole="">
            <v:imagedata r:id="rId430" o:title=""/>
          </v:shape>
          <o:OLEObject Type="Embed" ProgID="Equation.DSMT4" ShapeID="_x0000_i1257" DrawAspect="Content" ObjectID="_1808506275" r:id="rId431"/>
        </w:object>
      </w:r>
      <w:r w:rsidRPr="005E5CA9">
        <w:rPr>
          <w:rFonts w:cs="Times New Roman"/>
          <w:szCs w:val="24"/>
        </w:rPr>
        <w:t xml:space="preserve">là điểm bất kì thuộc đồ thị </w:t>
      </w:r>
      <w:r w:rsidRPr="005E5CA9">
        <w:rPr>
          <w:rFonts w:cs="Times New Roman"/>
          <w:position w:val="-10"/>
          <w:szCs w:val="24"/>
        </w:rPr>
        <w:object w:dxaOrig="400" w:dyaOrig="320">
          <v:shape id="_x0000_i1258" type="#_x0000_t75" style="width:20.3pt;height:15.7pt" o:ole="">
            <v:imagedata r:id="rId423" o:title=""/>
          </v:shape>
          <o:OLEObject Type="Embed" ProgID="Equation.DSMT4" ShapeID="_x0000_i1258" DrawAspect="Content" ObjectID="_1808506276" r:id="rId432"/>
        </w:object>
      </w:r>
      <w:r w:rsidRPr="005E5CA9">
        <w:rPr>
          <w:rFonts w:cs="Times New Roman"/>
          <w:szCs w:val="24"/>
        </w:rPr>
        <w:t xml:space="preserve">. Tích khoảng cách từ </w:t>
      </w:r>
      <w:r w:rsidRPr="005E5CA9">
        <w:rPr>
          <w:rFonts w:cs="Times New Roman"/>
          <w:position w:val="-4"/>
          <w:szCs w:val="24"/>
        </w:rPr>
        <w:object w:dxaOrig="320" w:dyaOrig="260">
          <v:shape id="_x0000_i1259" type="#_x0000_t75" style="width:16.15pt;height:12.9pt" o:ole="">
            <v:imagedata r:id="rId430" o:title=""/>
          </v:shape>
          <o:OLEObject Type="Embed" ProgID="Equation.DSMT4" ShapeID="_x0000_i1259" DrawAspect="Content" ObjectID="_1808506277" r:id="rId433"/>
        </w:object>
      </w:r>
      <w:r w:rsidRPr="005E5CA9">
        <w:rPr>
          <w:rFonts w:cs="Times New Roman"/>
          <w:szCs w:val="24"/>
        </w:rPr>
        <w:t xml:space="preserve">đến tiệm cận đứng và tiệm cận xiên của đồ thị </w:t>
      </w:r>
      <w:r w:rsidRPr="005E5CA9">
        <w:rPr>
          <w:rFonts w:cs="Times New Roman"/>
          <w:position w:val="-10"/>
          <w:szCs w:val="24"/>
        </w:rPr>
        <w:object w:dxaOrig="400" w:dyaOrig="320">
          <v:shape id="_x0000_i1260" type="#_x0000_t75" style="width:20.3pt;height:15.7pt" o:ole="">
            <v:imagedata r:id="rId423" o:title=""/>
          </v:shape>
          <o:OLEObject Type="Embed" ProgID="Equation.DSMT4" ShapeID="_x0000_i1260" DrawAspect="Content" ObjectID="_1808506278" r:id="rId434"/>
        </w:object>
      </w:r>
      <w:r w:rsidRPr="005E5CA9">
        <w:rPr>
          <w:rFonts w:cs="Times New Roman"/>
          <w:szCs w:val="24"/>
        </w:rPr>
        <w:t xml:space="preserve"> bằng </w:t>
      </w:r>
      <w:r w:rsidRPr="005E5CA9">
        <w:rPr>
          <w:rFonts w:cs="Times New Roman"/>
          <w:position w:val="-6"/>
          <w:szCs w:val="24"/>
        </w:rPr>
        <w:object w:dxaOrig="380" w:dyaOrig="340">
          <v:shape id="_x0000_i1261" type="#_x0000_t75" style="width:18.9pt;height:16.15pt" o:ole="">
            <v:imagedata r:id="rId435" o:title=""/>
          </v:shape>
          <o:OLEObject Type="Embed" ProgID="Equation.DSMT4" ShapeID="_x0000_i1261" DrawAspect="Content" ObjectID="_1808506279" r:id="rId436"/>
        </w:object>
      </w:r>
      <w:r w:rsidRPr="005E5CA9">
        <w:rPr>
          <w:rFonts w:cs="Times New Roman"/>
          <w:szCs w:val="24"/>
        </w:rPr>
        <w:t>.</w:t>
      </w:r>
    </w:p>
    <w:p w:rsidR="00FA061C" w:rsidRPr="005E5CA9" w:rsidRDefault="00FA061C" w:rsidP="00F63B1A">
      <w:pPr>
        <w:spacing w:before="0" w:after="0"/>
        <w:ind w:left="992"/>
        <w:jc w:val="center"/>
        <w:rPr>
          <w:rFonts w:cs="Times New Roman"/>
          <w:szCs w:val="24"/>
        </w:rPr>
      </w:pPr>
      <w:r w:rsidRPr="005E5CA9">
        <w:rPr>
          <w:rFonts w:cs="Times New Roman"/>
          <w:b/>
          <w:color w:val="0000FF"/>
          <w:szCs w:val="24"/>
        </w:rPr>
        <w:t>Lời giải</w: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a) Đúng</w:t>
      </w:r>
    </w:p>
    <w:p w:rsidR="00FA061C" w:rsidRPr="005E5CA9" w:rsidRDefault="00FA061C" w:rsidP="00F63B1A">
      <w:pPr>
        <w:spacing w:before="0" w:after="0"/>
        <w:ind w:left="992"/>
        <w:rPr>
          <w:rFonts w:cs="Times New Roman"/>
          <w:szCs w:val="24"/>
        </w:rPr>
      </w:pPr>
      <w:r w:rsidRPr="005E5CA9">
        <w:rPr>
          <w:rFonts w:cs="Times New Roman"/>
          <w:szCs w:val="24"/>
        </w:rPr>
        <w:t>Hàm số</w:t>
      </w:r>
      <w:r w:rsidRPr="005E5CA9">
        <w:rPr>
          <w:rFonts w:cs="Times New Roman"/>
          <w:position w:val="-24"/>
          <w:szCs w:val="24"/>
        </w:rPr>
        <w:object w:dxaOrig="2799" w:dyaOrig="660">
          <v:shape id="_x0000_i1262" type="#_x0000_t75" style="width:141.25pt;height:32.3pt" o:ole="">
            <v:imagedata r:id="rId437" o:title=""/>
          </v:shape>
          <o:OLEObject Type="Embed" ProgID="Equation.DSMT4" ShapeID="_x0000_i1262" DrawAspect="Content" ObjectID="_1808506280" r:id="rId438"/>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Tập xác định </w:t>
      </w:r>
      <w:r w:rsidRPr="005E5CA9">
        <w:rPr>
          <w:rFonts w:cs="Times New Roman"/>
          <w:position w:val="-10"/>
          <w:szCs w:val="24"/>
        </w:rPr>
        <w:object w:dxaOrig="2020" w:dyaOrig="320">
          <v:shape id="_x0000_i1263" type="#_x0000_t75" style="width:102pt;height:15.7pt" o:ole="">
            <v:imagedata r:id="rId439" o:title=""/>
          </v:shape>
          <o:OLEObject Type="Embed" ProgID="Equation.DSMT4" ShapeID="_x0000_i1263" DrawAspect="Content" ObjectID="_1808506281" r:id="rId440"/>
        </w:object>
      </w:r>
      <w:r w:rsidRPr="005E5CA9">
        <w:rPr>
          <w:rFonts w:cs="Times New Roman"/>
          <w:szCs w:val="24"/>
        </w:rPr>
        <w:t xml:space="preserve">, đạo hàm </w:t>
      </w:r>
      <w:r w:rsidRPr="005E5CA9">
        <w:rPr>
          <w:rFonts w:cs="Times New Roman"/>
          <w:position w:val="-36"/>
          <w:szCs w:val="24"/>
        </w:rPr>
        <w:object w:dxaOrig="3320" w:dyaOrig="840">
          <v:shape id="_x0000_i1264" type="#_x0000_t75" style="width:167.55pt;height:41.1pt" o:ole="">
            <v:imagedata r:id="rId441" o:title=""/>
          </v:shape>
          <o:OLEObject Type="Embed" ProgID="Equation.DSMT4" ShapeID="_x0000_i1264" DrawAspect="Content" ObjectID="_1808506282" r:id="rId442"/>
        </w:object>
      </w:r>
    </w:p>
    <w:p w:rsidR="00FA061C" w:rsidRPr="005E5CA9" w:rsidRDefault="00FA061C" w:rsidP="00F63B1A">
      <w:pPr>
        <w:spacing w:before="0" w:after="0"/>
        <w:ind w:left="992"/>
        <w:rPr>
          <w:rFonts w:cs="Times New Roman"/>
          <w:szCs w:val="24"/>
        </w:rPr>
      </w:pPr>
      <w:r w:rsidRPr="005E5CA9">
        <w:rPr>
          <w:rFonts w:cs="Times New Roman"/>
          <w:szCs w:val="24"/>
        </w:rPr>
        <w:lastRenderedPageBreak/>
        <w:t>b) Sai</w:t>
      </w:r>
    </w:p>
    <w:p w:rsidR="00FA061C" w:rsidRPr="005E5CA9" w:rsidRDefault="00FA061C" w:rsidP="00F63B1A">
      <w:pPr>
        <w:spacing w:before="0" w:after="0"/>
        <w:ind w:left="992"/>
        <w:rPr>
          <w:rFonts w:cs="Times New Roman"/>
          <w:szCs w:val="24"/>
        </w:rPr>
      </w:pPr>
      <w:r w:rsidRPr="005E5CA9">
        <w:rPr>
          <w:rFonts w:cs="Times New Roman"/>
          <w:szCs w:val="24"/>
        </w:rPr>
        <w:t xml:space="preserve">Vì hàm số </w:t>
      </w:r>
      <w:r w:rsidRPr="005E5CA9">
        <w:rPr>
          <w:rFonts w:cs="Times New Roman"/>
          <w:bCs/>
          <w:szCs w:val="24"/>
        </w:rPr>
        <w:t>không</w:t>
      </w:r>
      <w:r w:rsidRPr="005E5CA9">
        <w:rPr>
          <w:rFonts w:cs="Times New Roman"/>
          <w:szCs w:val="24"/>
        </w:rPr>
        <w:t xml:space="preserve"> xác định tại </w:t>
      </w:r>
      <w:r w:rsidRPr="005E5CA9">
        <w:rPr>
          <w:rFonts w:cs="Times New Roman"/>
          <w:position w:val="-10"/>
          <w:szCs w:val="24"/>
        </w:rPr>
        <w:object w:dxaOrig="1219" w:dyaOrig="320">
          <v:shape id="_x0000_i1265" type="#_x0000_t75" style="width:60.9pt;height:15.7pt" o:ole="">
            <v:imagedata r:id="rId443" o:title=""/>
          </v:shape>
          <o:OLEObject Type="Embed" ProgID="Equation.DSMT4" ShapeID="_x0000_i1265" DrawAspect="Content" ObjectID="_1808506283" r:id="rId444"/>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c) Đúng</w:t>
      </w:r>
    </w:p>
    <w:p w:rsidR="00FA061C" w:rsidRPr="005E5CA9" w:rsidRDefault="00FA061C" w:rsidP="00F63B1A">
      <w:pPr>
        <w:spacing w:before="0" w:after="0"/>
        <w:ind w:left="992"/>
        <w:rPr>
          <w:rFonts w:cs="Times New Roman"/>
          <w:bCs/>
          <w:szCs w:val="24"/>
        </w:rPr>
      </w:pPr>
      <w:r w:rsidRPr="005E5CA9">
        <w:rPr>
          <w:rFonts w:cs="Times New Roman"/>
          <w:bCs/>
          <w:szCs w:val="24"/>
        </w:rPr>
        <w:t>V</w:t>
      </w:r>
      <w:r w:rsidRPr="005E5CA9">
        <w:rPr>
          <w:rFonts w:cs="Times New Roman"/>
          <w:szCs w:val="24"/>
        </w:rPr>
        <w:t xml:space="preserve">ì </w:t>
      </w:r>
      <w:r w:rsidRPr="005E5CA9">
        <w:rPr>
          <w:rFonts w:cs="Times New Roman"/>
          <w:position w:val="-28"/>
          <w:szCs w:val="24"/>
        </w:rPr>
        <w:object w:dxaOrig="2340" w:dyaOrig="680">
          <v:shape id="_x0000_i1266" type="#_x0000_t75" style="width:117.7pt;height:33.7pt" o:ole="">
            <v:imagedata r:id="rId445" o:title=""/>
          </v:shape>
          <o:OLEObject Type="Embed" ProgID="Equation.DSMT4" ShapeID="_x0000_i1266" DrawAspect="Content" ObjectID="_1808506284" r:id="rId446"/>
        </w:object>
      </w:r>
      <w:r w:rsidRPr="005E5CA9">
        <w:rPr>
          <w:rFonts w:cs="Times New Roman"/>
          <w:szCs w:val="24"/>
        </w:rPr>
        <w:t xml:space="preserve"> nên đường thẳng </w:t>
      </w:r>
      <w:r w:rsidRPr="005E5CA9">
        <w:rPr>
          <w:rFonts w:cs="Times New Roman"/>
          <w:position w:val="-6"/>
          <w:szCs w:val="24"/>
        </w:rPr>
        <w:object w:dxaOrig="520" w:dyaOrig="279">
          <v:shape id="_x0000_i1267" type="#_x0000_t75" style="width:26.3pt;height:14.3pt" o:ole="">
            <v:imagedata r:id="rId428" o:title=""/>
          </v:shape>
          <o:OLEObject Type="Embed" ProgID="Equation.DSMT4" ShapeID="_x0000_i1267" DrawAspect="Content" ObjectID="_1808506285" r:id="rId447"/>
        </w:object>
      </w:r>
      <w:r w:rsidRPr="005E5CA9">
        <w:rPr>
          <w:rFonts w:cs="Times New Roman"/>
          <w:szCs w:val="24"/>
        </w:rPr>
        <w:t>là tiệm cận đứng của đồ thị hàm số</w:t>
      </w:r>
    </w:p>
    <w:p w:rsidR="00FA061C" w:rsidRPr="005E5CA9" w:rsidRDefault="00FA061C" w:rsidP="00F63B1A">
      <w:pPr>
        <w:spacing w:before="0" w:after="0"/>
        <w:ind w:left="992"/>
        <w:rPr>
          <w:rFonts w:cs="Times New Roman"/>
          <w:szCs w:val="24"/>
        </w:rPr>
      </w:pPr>
      <w:r w:rsidRPr="005E5CA9">
        <w:rPr>
          <w:rFonts w:cs="Times New Roman"/>
          <w:szCs w:val="24"/>
        </w:rPr>
        <w:t>d) Đúng</w:t>
      </w:r>
    </w:p>
    <w:p w:rsidR="00FA061C" w:rsidRPr="005E5CA9" w:rsidRDefault="00FA061C" w:rsidP="00F63B1A">
      <w:pPr>
        <w:spacing w:before="0" w:after="0"/>
        <w:ind w:left="992"/>
        <w:rPr>
          <w:rFonts w:cs="Times New Roman"/>
          <w:szCs w:val="24"/>
        </w:rPr>
      </w:pPr>
      <w:r w:rsidRPr="005E5CA9">
        <w:rPr>
          <w:rFonts w:cs="Times New Roman"/>
          <w:szCs w:val="24"/>
        </w:rPr>
        <w:t xml:space="preserve">Giả sử </w:t>
      </w:r>
      <w:r w:rsidRPr="005E5CA9">
        <w:rPr>
          <w:rFonts w:cs="Times New Roman"/>
          <w:position w:val="-32"/>
          <w:szCs w:val="24"/>
        </w:rPr>
        <w:object w:dxaOrig="2160" w:dyaOrig="760">
          <v:shape id="_x0000_i1268" type="#_x0000_t75" style="width:108.9pt;height:37.85pt" o:ole="">
            <v:imagedata r:id="rId448" o:title=""/>
          </v:shape>
          <o:OLEObject Type="Embed" ProgID="Equation.DSMT4" ShapeID="_x0000_i1268" DrawAspect="Content" ObjectID="_1808506286" r:id="rId449"/>
        </w:object>
      </w:r>
      <w:r w:rsidRPr="005E5CA9">
        <w:rPr>
          <w:rFonts w:cs="Times New Roman"/>
          <w:szCs w:val="24"/>
        </w:rPr>
        <w:t xml:space="preserve">với </w:t>
      </w:r>
      <w:r w:rsidRPr="005E5CA9">
        <w:rPr>
          <w:rFonts w:cs="Times New Roman"/>
          <w:position w:val="-12"/>
          <w:szCs w:val="24"/>
        </w:rPr>
        <w:object w:dxaOrig="600" w:dyaOrig="360">
          <v:shape id="_x0000_i1269" type="#_x0000_t75" style="width:30pt;height:18pt" o:ole="">
            <v:imagedata r:id="rId450" o:title=""/>
          </v:shape>
          <o:OLEObject Type="Embed" ProgID="Equation.DSMT4" ShapeID="_x0000_i1269" DrawAspect="Content" ObjectID="_1808506287" r:id="rId451"/>
        </w:object>
      </w:r>
      <w:r w:rsidRPr="005E5CA9">
        <w:rPr>
          <w:rFonts w:cs="Times New Roman"/>
          <w:szCs w:val="24"/>
        </w:rPr>
        <w:t xml:space="preserve"> là điểm bất kỳ thuộc</w:t>
      </w:r>
    </w:p>
    <w:p w:rsidR="00FA061C" w:rsidRPr="005E5CA9" w:rsidRDefault="00FA061C" w:rsidP="00F63B1A">
      <w:pPr>
        <w:spacing w:before="0" w:after="0"/>
        <w:ind w:left="992"/>
        <w:rPr>
          <w:rFonts w:cs="Times New Roman"/>
          <w:szCs w:val="24"/>
        </w:rPr>
      </w:pPr>
      <w:r w:rsidRPr="005E5CA9">
        <w:rPr>
          <w:rFonts w:cs="Times New Roman"/>
          <w:szCs w:val="24"/>
        </w:rPr>
        <w:t xml:space="preserve">+) Khoảng cách từ </w:t>
      </w:r>
      <w:r w:rsidRPr="005E5CA9">
        <w:rPr>
          <w:rFonts w:cs="Times New Roman"/>
          <w:position w:val="-4"/>
          <w:szCs w:val="24"/>
        </w:rPr>
        <w:object w:dxaOrig="320" w:dyaOrig="260">
          <v:shape id="_x0000_i1270" type="#_x0000_t75" style="width:16.15pt;height:12.9pt" o:ole="">
            <v:imagedata r:id="rId430" o:title=""/>
          </v:shape>
          <o:OLEObject Type="Embed" ProgID="Equation.DSMT4" ShapeID="_x0000_i1270" DrawAspect="Content" ObjectID="_1808506288" r:id="rId452"/>
        </w:object>
      </w:r>
      <w:r w:rsidRPr="005E5CA9">
        <w:rPr>
          <w:rFonts w:cs="Times New Roman"/>
          <w:szCs w:val="24"/>
        </w:rPr>
        <w:t xml:space="preserve"> tới tiệm cận đứng</w:t>
      </w:r>
      <w:r w:rsidRPr="005E5CA9">
        <w:rPr>
          <w:rFonts w:cs="Times New Roman"/>
          <w:position w:val="-6"/>
          <w:szCs w:val="24"/>
        </w:rPr>
        <w:object w:dxaOrig="520" w:dyaOrig="279">
          <v:shape id="_x0000_i1271" type="#_x0000_t75" style="width:26.3pt;height:13.85pt" o:ole="">
            <v:imagedata r:id="rId453" o:title=""/>
          </v:shape>
          <o:OLEObject Type="Embed" ProgID="Equation.DSMT4" ShapeID="_x0000_i1271" DrawAspect="Content" ObjectID="_1808506289" r:id="rId454"/>
        </w:object>
      </w:r>
      <w:r w:rsidRPr="005E5CA9">
        <w:rPr>
          <w:rFonts w:cs="Times New Roman"/>
          <w:szCs w:val="24"/>
        </w:rPr>
        <w:t xml:space="preserve">là </w:t>
      </w:r>
      <w:r w:rsidRPr="005E5CA9">
        <w:rPr>
          <w:rFonts w:cs="Times New Roman"/>
          <w:position w:val="-14"/>
          <w:szCs w:val="24"/>
        </w:rPr>
        <w:object w:dxaOrig="639" w:dyaOrig="400">
          <v:shape id="_x0000_i1272" type="#_x0000_t75" style="width:32.3pt;height:19.85pt" o:ole="">
            <v:imagedata r:id="rId455" o:title=""/>
          </v:shape>
          <o:OLEObject Type="Embed" ProgID="Equation.DSMT4" ShapeID="_x0000_i1272" DrawAspect="Content" ObjectID="_1808506290" r:id="rId456"/>
        </w:object>
      </w:r>
    </w:p>
    <w:p w:rsidR="00FA061C" w:rsidRPr="005E5CA9" w:rsidRDefault="00FA061C" w:rsidP="00F63B1A">
      <w:pPr>
        <w:spacing w:before="0" w:after="0"/>
        <w:ind w:left="992"/>
        <w:rPr>
          <w:rFonts w:cs="Times New Roman"/>
          <w:szCs w:val="24"/>
        </w:rPr>
      </w:pPr>
      <w:r w:rsidRPr="005E5CA9">
        <w:rPr>
          <w:rFonts w:cs="Times New Roman"/>
          <w:szCs w:val="24"/>
        </w:rPr>
        <w:t xml:space="preserve">+) Khoảng cách từ </w:t>
      </w:r>
      <w:r w:rsidRPr="005E5CA9">
        <w:rPr>
          <w:rFonts w:cs="Times New Roman"/>
          <w:position w:val="-4"/>
          <w:szCs w:val="24"/>
        </w:rPr>
        <w:object w:dxaOrig="320" w:dyaOrig="260">
          <v:shape id="_x0000_i1273" type="#_x0000_t75" style="width:16.15pt;height:12.9pt" o:ole="">
            <v:imagedata r:id="rId430" o:title=""/>
          </v:shape>
          <o:OLEObject Type="Embed" ProgID="Equation.DSMT4" ShapeID="_x0000_i1273" DrawAspect="Content" ObjectID="_1808506291" r:id="rId457"/>
        </w:object>
      </w:r>
      <w:r w:rsidRPr="005E5CA9">
        <w:rPr>
          <w:rFonts w:cs="Times New Roman"/>
          <w:szCs w:val="24"/>
        </w:rPr>
        <w:t xml:space="preserve"> tới tiệm cận xiên </w:t>
      </w:r>
      <w:r w:rsidRPr="005E5CA9">
        <w:rPr>
          <w:rFonts w:cs="Times New Roman"/>
          <w:position w:val="-10"/>
          <w:szCs w:val="24"/>
        </w:rPr>
        <w:object w:dxaOrig="2400" w:dyaOrig="320">
          <v:shape id="_x0000_i1274" type="#_x0000_t75" style="width:120.9pt;height:15.7pt" o:ole="">
            <v:imagedata r:id="rId458" o:title=""/>
          </v:shape>
          <o:OLEObject Type="Embed" ProgID="Equation.DSMT4" ShapeID="_x0000_i1274" DrawAspect="Content" ObjectID="_1808506292" r:id="rId459"/>
        </w:object>
      </w:r>
      <w:r w:rsidRPr="005E5CA9">
        <w:rPr>
          <w:rFonts w:cs="Times New Roman"/>
          <w:szCs w:val="24"/>
        </w:rPr>
        <w:t xml:space="preserve"> là</w:t>
      </w:r>
    </w:p>
    <w:p w:rsidR="00FA061C" w:rsidRPr="005E5CA9" w:rsidRDefault="00FA061C" w:rsidP="00F63B1A">
      <w:pPr>
        <w:spacing w:before="0" w:after="0"/>
        <w:ind w:left="992"/>
        <w:rPr>
          <w:rFonts w:cs="Times New Roman"/>
          <w:szCs w:val="24"/>
        </w:rPr>
      </w:pPr>
      <w:r w:rsidRPr="005E5CA9">
        <w:rPr>
          <w:rFonts w:cs="Times New Roman"/>
          <w:position w:val="-32"/>
          <w:szCs w:val="24"/>
        </w:rPr>
        <w:object w:dxaOrig="4180" w:dyaOrig="1140">
          <v:shape id="_x0000_i1275" type="#_x0000_t75" style="width:210pt;height:56.3pt" o:ole="">
            <v:imagedata r:id="rId460" o:title=""/>
          </v:shape>
          <o:OLEObject Type="Embed" ProgID="Equation.DSMT4" ShapeID="_x0000_i1275" DrawAspect="Content" ObjectID="_1808506293" r:id="rId461"/>
        </w:object>
      </w:r>
    </w:p>
    <w:p w:rsidR="00FA061C" w:rsidRPr="005E5CA9" w:rsidRDefault="00FA061C" w:rsidP="00F63B1A">
      <w:pPr>
        <w:spacing w:before="0" w:after="0"/>
        <w:ind w:left="992"/>
        <w:rPr>
          <w:rFonts w:cs="Times New Roman"/>
          <w:szCs w:val="24"/>
        </w:rPr>
      </w:pPr>
      <w:r w:rsidRPr="005E5CA9">
        <w:rPr>
          <w:rFonts w:cs="Times New Roman"/>
          <w:szCs w:val="24"/>
        </w:rPr>
        <w:t xml:space="preserve">Tích khoảng cách từ </w:t>
      </w:r>
      <w:r w:rsidRPr="005E5CA9">
        <w:rPr>
          <w:rFonts w:cs="Times New Roman"/>
          <w:position w:val="-4"/>
          <w:szCs w:val="24"/>
        </w:rPr>
        <w:object w:dxaOrig="320" w:dyaOrig="260">
          <v:shape id="_x0000_i1276" type="#_x0000_t75" style="width:16.15pt;height:12.9pt" o:ole="">
            <v:imagedata r:id="rId430" o:title=""/>
          </v:shape>
          <o:OLEObject Type="Embed" ProgID="Equation.DSMT4" ShapeID="_x0000_i1276" DrawAspect="Content" ObjectID="_1808506294" r:id="rId462"/>
        </w:object>
      </w:r>
      <w:r w:rsidRPr="005E5CA9">
        <w:rPr>
          <w:rFonts w:cs="Times New Roman"/>
          <w:szCs w:val="24"/>
        </w:rPr>
        <w:t xml:space="preserve"> tới tiệm cận đứng và tiệm cận xiên là</w:t>
      </w:r>
    </w:p>
    <w:p w:rsidR="00FA061C" w:rsidRPr="005E5CA9" w:rsidRDefault="00FA061C" w:rsidP="00F63B1A">
      <w:pPr>
        <w:spacing w:before="0" w:after="0"/>
        <w:ind w:left="992"/>
        <w:rPr>
          <w:rFonts w:cs="Times New Roman"/>
          <w:szCs w:val="24"/>
        </w:rPr>
      </w:pPr>
      <w:r w:rsidRPr="005E5CA9">
        <w:rPr>
          <w:rFonts w:cs="Times New Roman"/>
          <w:position w:val="-32"/>
          <w:szCs w:val="24"/>
        </w:rPr>
        <w:object w:dxaOrig="1900" w:dyaOrig="760">
          <v:shape id="_x0000_i1277" type="#_x0000_t75" style="width:95.1pt;height:37.85pt" o:ole="">
            <v:imagedata r:id="rId463" o:title=""/>
          </v:shape>
          <o:OLEObject Type="Embed" ProgID="Equation.DSMT4" ShapeID="_x0000_i1277" DrawAspect="Content" ObjectID="_1808506295" r:id="rId464"/>
        </w:object>
      </w:r>
      <w:r w:rsidRPr="005E5CA9">
        <w:rPr>
          <w:rFonts w:cs="Times New Roman"/>
          <w:szCs w:val="24"/>
        </w:rPr>
        <w:t>.</w:t>
      </w:r>
    </w:p>
    <w:p w:rsidR="00FA061C" w:rsidRPr="005E5CA9" w:rsidRDefault="00FA061C" w:rsidP="00F63B1A">
      <w:pPr>
        <w:spacing w:before="0" w:after="0"/>
        <w:rPr>
          <w:rFonts w:cs="Times New Roman"/>
          <w:b/>
          <w:szCs w:val="24"/>
        </w:rPr>
      </w:pPr>
    </w:p>
    <w:p w:rsidR="00FA061C" w:rsidRPr="007919E2" w:rsidRDefault="00FA061C" w:rsidP="00F63B1A">
      <w:pPr>
        <w:spacing w:before="0" w:after="0"/>
        <w:rPr>
          <w:rFonts w:cs="Times New Roman"/>
          <w:color w:val="FF0000"/>
          <w:szCs w:val="24"/>
        </w:rPr>
      </w:pPr>
      <w:r w:rsidRPr="007919E2">
        <w:rPr>
          <w:rFonts w:cs="Times New Roman"/>
          <w:b/>
          <w:color w:val="FF0000"/>
          <w:szCs w:val="24"/>
        </w:rPr>
        <w:t>PHẦN III. Câu trắc nghiệm trả lời ngắn.</w:t>
      </w:r>
      <w:r w:rsidRPr="007919E2">
        <w:rPr>
          <w:rFonts w:cs="Times New Roman"/>
          <w:color w:val="FF0000"/>
          <w:szCs w:val="24"/>
        </w:rPr>
        <w:t xml:space="preserve"> Thí sinh trả lời từ câu 1 đến câu 6. </w:t>
      </w:r>
    </w:p>
    <w:p w:rsidR="00FA061C" w:rsidRPr="005E5CA9" w:rsidRDefault="00FA061C" w:rsidP="00F63B1A">
      <w:pPr>
        <w:tabs>
          <w:tab w:val="left" w:pos="992"/>
        </w:tabs>
        <w:spacing w:before="0" w:after="0"/>
        <w:ind w:left="992" w:hanging="992"/>
        <w:rPr>
          <w:rFonts w:cs="Times New Roman"/>
          <w:szCs w:val="24"/>
        </w:rPr>
      </w:pPr>
      <w:r w:rsidRPr="005E5CA9">
        <w:rPr>
          <w:rFonts w:cs="Times New Roman"/>
          <w:b/>
          <w:color w:val="0000FF"/>
          <w:szCs w:val="24"/>
        </w:rPr>
        <w:t>Câu 1.</w:t>
      </w:r>
      <w:r w:rsidRPr="005E5CA9">
        <w:rPr>
          <w:rFonts w:cs="Times New Roman"/>
          <w:b/>
          <w:color w:val="0000FF"/>
          <w:szCs w:val="24"/>
        </w:rPr>
        <w:tab/>
      </w:r>
      <w:r w:rsidRPr="005E5CA9">
        <w:rPr>
          <w:rFonts w:cs="Times New Roman"/>
          <w:szCs w:val="24"/>
        </w:rPr>
        <w:t xml:space="preserve">Lát cắt của một vùng đất được mô hình hóa bởi hàm bậc ba </w:t>
      </w:r>
      <w:r w:rsidRPr="005E5CA9">
        <w:rPr>
          <w:rFonts w:eastAsia="Aptos" w:cs="Times New Roman"/>
          <w:position w:val="-14"/>
          <w:szCs w:val="24"/>
        </w:rPr>
        <w:object w:dxaOrig="960" w:dyaOrig="400">
          <v:shape id="_x0000_i1278" type="#_x0000_t75" style="width:48pt;height:20.3pt" o:ole="">
            <v:imagedata r:id="rId465" o:title=""/>
          </v:shape>
          <o:OLEObject Type="Embed" ProgID="Equation.DSMT4" ShapeID="_x0000_i1278" DrawAspect="Content" ObjectID="_1808506296" r:id="rId466"/>
        </w:object>
      </w:r>
      <w:r w:rsidRPr="005E5CA9">
        <w:rPr>
          <w:rFonts w:cs="Times New Roman"/>
          <w:szCs w:val="24"/>
        </w:rPr>
        <w:t xml:space="preserve">có đồ thị như hình vẽ dưới (đơn vị trên các trục là km). Biết khoảng cách </w:t>
      </w:r>
      <w:r w:rsidRPr="005E5CA9">
        <w:rPr>
          <w:rFonts w:eastAsia="Aptos" w:cs="Times New Roman"/>
          <w:position w:val="-6"/>
          <w:szCs w:val="24"/>
        </w:rPr>
        <w:object w:dxaOrig="1120" w:dyaOrig="279">
          <v:shape id="_x0000_i1279" type="#_x0000_t75" style="width:56.3pt;height:14.3pt" o:ole="">
            <v:imagedata r:id="rId467" o:title=""/>
          </v:shape>
          <o:OLEObject Type="Embed" ProgID="Equation.DSMT4" ShapeID="_x0000_i1279" DrawAspect="Content" ObjectID="_1808506297" r:id="rId468"/>
        </w:object>
      </w:r>
      <w:r w:rsidRPr="005E5CA9">
        <w:rPr>
          <w:rFonts w:cs="Times New Roman"/>
          <w:szCs w:val="24"/>
        </w:rPr>
        <w:t xml:space="preserve">; độ rộng của núi </w:t>
      </w:r>
      <w:r w:rsidRPr="005E5CA9">
        <w:rPr>
          <w:rFonts w:eastAsia="Aptos" w:cs="Times New Roman"/>
          <w:position w:val="-10"/>
          <w:szCs w:val="24"/>
        </w:rPr>
        <w:object w:dxaOrig="1280" w:dyaOrig="320">
          <v:shape id="_x0000_i1280" type="#_x0000_t75" style="width:63.7pt;height:15.7pt" o:ole="">
            <v:imagedata r:id="rId469" o:title=""/>
          </v:shape>
          <o:OLEObject Type="Embed" ProgID="Equation.DSMT4" ShapeID="_x0000_i1280" DrawAspect="Content" ObjectID="_1808506298" r:id="rId470"/>
        </w:object>
      </w:r>
      <w:r w:rsidRPr="005E5CA9">
        <w:rPr>
          <w:rFonts w:cs="Times New Roman"/>
          <w:szCs w:val="24"/>
        </w:rPr>
        <w:t xml:space="preserve">. Độ sâu của hồ nước là 450m. </w:t>
      </w:r>
      <w:r w:rsidRPr="005E5CA9">
        <w:rPr>
          <w:rFonts w:cs="Times New Roman"/>
          <w:szCs w:val="24"/>
          <w:lang w:val="fr-FR"/>
        </w:rPr>
        <w:t xml:space="preserve">Chiều cao của ngọn núi là bao nhiêu mét? </w:t>
      </w:r>
      <w:r w:rsidRPr="005E5CA9">
        <w:rPr>
          <w:rFonts w:cs="Times New Roman"/>
          <w:szCs w:val="24"/>
        </w:rPr>
        <w:t>(làm tròn đến hàng đơn vị).</w:t>
      </w:r>
    </w:p>
    <w:p w:rsidR="00FA061C" w:rsidRPr="005E5CA9" w:rsidRDefault="00FA061C" w:rsidP="00F63B1A">
      <w:pPr>
        <w:spacing w:before="0" w:after="0"/>
        <w:ind w:left="992"/>
        <w:jc w:val="center"/>
        <w:rPr>
          <w:rFonts w:cs="Times New Roman"/>
          <w:bCs/>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b/>
          <w:bCs/>
          <w:szCs w:val="24"/>
        </w:rPr>
      </w:pPr>
      <w:r w:rsidRPr="005E5CA9">
        <w:rPr>
          <w:rFonts w:cs="Times New Roman"/>
          <w:b/>
          <w:bCs/>
          <w:szCs w:val="24"/>
          <w:highlight w:val="green"/>
        </w:rPr>
        <w:t>Đáp số: 1191</w:t>
      </w:r>
    </w:p>
    <w:p w:rsidR="00FA061C" w:rsidRPr="005E5CA9" w:rsidRDefault="00FA061C" w:rsidP="00F63B1A">
      <w:pPr>
        <w:spacing w:before="0" w:after="0"/>
        <w:ind w:left="992"/>
        <w:jc w:val="center"/>
        <w:rPr>
          <w:rFonts w:cs="Times New Roman"/>
          <w:szCs w:val="24"/>
        </w:rPr>
      </w:pPr>
      <w:r w:rsidRPr="005E5CA9">
        <w:rPr>
          <w:rFonts w:cs="Times New Roman"/>
          <w:noProof/>
          <w:szCs w:val="24"/>
        </w:rPr>
        <w:drawing>
          <wp:inline distT="0" distB="0" distL="0" distR="0" wp14:anchorId="391A24DF" wp14:editId="3B054E23">
            <wp:extent cx="4564380" cy="1584960"/>
            <wp:effectExtent l="0" t="0" r="7620" b="0"/>
            <wp:docPr id="126" name="image114.jpg" descr="A diagram of a river and a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14.jpg" descr="A diagram of a river and a mountain&#10;&#10;Description automatically generated"/>
                    <pic:cNvPicPr preferRelativeResize="0"/>
                  </pic:nvPicPr>
                  <pic:blipFill>
                    <a:blip r:embed="rId471"/>
                    <a:srcRect/>
                    <a:stretch>
                      <a:fillRect/>
                    </a:stretch>
                  </pic:blipFill>
                  <pic:spPr>
                    <a:xfrm>
                      <a:off x="0" y="0"/>
                      <a:ext cx="4564380" cy="1584960"/>
                    </a:xfrm>
                    <a:prstGeom prst="rect">
                      <a:avLst/>
                    </a:prstGeom>
                    <a:ln/>
                  </pic:spPr>
                </pic:pic>
              </a:graphicData>
            </a:graphic>
          </wp:inline>
        </w:drawing>
      </w:r>
    </w:p>
    <w:p w:rsidR="00FA061C" w:rsidRPr="005E5CA9" w:rsidRDefault="00FA061C" w:rsidP="00F63B1A">
      <w:pPr>
        <w:spacing w:before="0" w:after="0"/>
        <w:ind w:left="992"/>
        <w:rPr>
          <w:rFonts w:cs="Times New Roman"/>
          <w:szCs w:val="24"/>
        </w:rPr>
      </w:pPr>
      <w:r w:rsidRPr="005E5CA9">
        <w:rPr>
          <w:rFonts w:cs="Times New Roman"/>
          <w:szCs w:val="24"/>
        </w:rPr>
        <w:t xml:space="preserve">Hàm số bậc ba </w:t>
      </w:r>
      <w:r w:rsidRPr="005E5CA9">
        <w:rPr>
          <w:rFonts w:cs="Times New Roman"/>
          <w:position w:val="-14"/>
          <w:szCs w:val="24"/>
        </w:rPr>
        <w:object w:dxaOrig="960" w:dyaOrig="400">
          <v:shape id="_x0000_i1281" type="#_x0000_t75" style="width:48pt;height:20.3pt" o:ole="">
            <v:imagedata r:id="rId465" o:title=""/>
          </v:shape>
          <o:OLEObject Type="Embed" ProgID="Equation.DSMT4" ShapeID="_x0000_i1281" DrawAspect="Content" ObjectID="_1808506299" r:id="rId472"/>
        </w:object>
      </w:r>
      <w:r w:rsidRPr="005E5CA9">
        <w:rPr>
          <w:rFonts w:cs="Times New Roman"/>
          <w:szCs w:val="24"/>
        </w:rPr>
        <w:t xml:space="preserve"> có dạng </w:t>
      </w:r>
      <w:r w:rsidRPr="005E5CA9">
        <w:rPr>
          <w:rFonts w:cs="Times New Roman"/>
          <w:position w:val="-10"/>
          <w:szCs w:val="24"/>
        </w:rPr>
        <w:object w:dxaOrig="2100" w:dyaOrig="360">
          <v:shape id="_x0000_i1282" type="#_x0000_t75" style="width:105.25pt;height:18pt" o:ole="">
            <v:imagedata r:id="rId473" o:title=""/>
          </v:shape>
          <o:OLEObject Type="Embed" ProgID="Equation.DSMT4" ShapeID="_x0000_i1282" DrawAspect="Content" ObjectID="_1808506300" r:id="rId474"/>
        </w:object>
      </w:r>
      <w:r w:rsidRPr="005E5CA9">
        <w:rPr>
          <w:rFonts w:cs="Times New Roman"/>
          <w:szCs w:val="24"/>
        </w:rPr>
        <w:t xml:space="preserve">, </w:t>
      </w:r>
      <w:r w:rsidRPr="005E5CA9">
        <w:rPr>
          <w:rFonts w:cs="Times New Roman"/>
          <w:position w:val="-14"/>
          <w:szCs w:val="24"/>
        </w:rPr>
        <w:object w:dxaOrig="740" w:dyaOrig="400">
          <v:shape id="_x0000_i1283" type="#_x0000_t75" style="width:36.9pt;height:20.3pt" o:ole="">
            <v:imagedata r:id="rId475" o:title=""/>
          </v:shape>
          <o:OLEObject Type="Embed" ProgID="Equation.DSMT4" ShapeID="_x0000_i1283" DrawAspect="Content" ObjectID="_1808506301" r:id="rId476"/>
        </w:object>
      </w:r>
    </w:p>
    <w:p w:rsidR="00FA061C" w:rsidRPr="005E5CA9" w:rsidRDefault="00FA061C" w:rsidP="00F63B1A">
      <w:pPr>
        <w:spacing w:before="0" w:after="0"/>
        <w:ind w:left="992"/>
        <w:rPr>
          <w:rFonts w:cs="Times New Roman"/>
          <w:szCs w:val="24"/>
        </w:rPr>
      </w:pPr>
      <w:r w:rsidRPr="005E5CA9">
        <w:rPr>
          <w:rFonts w:cs="Times New Roman"/>
          <w:szCs w:val="24"/>
        </w:rPr>
        <w:t xml:space="preserve">Ta có: </w:t>
      </w:r>
      <w:r w:rsidRPr="005E5CA9">
        <w:rPr>
          <w:rFonts w:cs="Times New Roman"/>
          <w:position w:val="-14"/>
          <w:szCs w:val="24"/>
        </w:rPr>
        <w:object w:dxaOrig="3580" w:dyaOrig="400">
          <v:shape id="_x0000_i1284" type="#_x0000_t75" style="width:178.6pt;height:20.3pt" o:ole="">
            <v:imagedata r:id="rId477" o:title=""/>
          </v:shape>
          <o:OLEObject Type="Embed" ProgID="Equation.DSMT4" ShapeID="_x0000_i1284" DrawAspect="Content" ObjectID="_1808506302" r:id="rId478"/>
        </w:object>
      </w:r>
    </w:p>
    <w:p w:rsidR="00FA061C" w:rsidRPr="005E5CA9" w:rsidRDefault="00FA061C" w:rsidP="00F63B1A">
      <w:pPr>
        <w:spacing w:before="0" w:after="0"/>
        <w:ind w:left="992"/>
        <w:rPr>
          <w:rFonts w:cs="Times New Roman"/>
          <w:szCs w:val="24"/>
        </w:rPr>
      </w:pPr>
      <w:r w:rsidRPr="005E5CA9">
        <w:rPr>
          <w:rFonts w:cs="Times New Roman"/>
          <w:szCs w:val="24"/>
        </w:rPr>
        <w:t xml:space="preserve">Dựa vào hình vẽ trên, ta thấy đồ thị hàm số cắt trục hoành tại các điểm: </w:t>
      </w:r>
      <w:r w:rsidRPr="005E5CA9">
        <w:rPr>
          <w:rFonts w:cs="Times New Roman"/>
          <w:position w:val="-14"/>
          <w:szCs w:val="24"/>
        </w:rPr>
        <w:object w:dxaOrig="780" w:dyaOrig="400">
          <v:shape id="_x0000_i1285" type="#_x0000_t75" style="width:39.25pt;height:20.3pt" o:ole="">
            <v:imagedata r:id="rId479" o:title=""/>
          </v:shape>
          <o:OLEObject Type="Embed" ProgID="Equation.DSMT4" ShapeID="_x0000_i1285" DrawAspect="Content" ObjectID="_1808506303" r:id="rId480"/>
        </w:object>
      </w:r>
      <w:r w:rsidRPr="005E5CA9">
        <w:rPr>
          <w:rFonts w:cs="Times New Roman"/>
          <w:szCs w:val="24"/>
        </w:rPr>
        <w:t>,</w:t>
      </w:r>
      <w:r w:rsidRPr="005E5CA9">
        <w:rPr>
          <w:rFonts w:cs="Times New Roman"/>
          <w:position w:val="-14"/>
          <w:szCs w:val="24"/>
        </w:rPr>
        <w:object w:dxaOrig="859" w:dyaOrig="400">
          <v:shape id="_x0000_i1286" type="#_x0000_t75" style="width:42.9pt;height:20.3pt" o:ole="">
            <v:imagedata r:id="rId481" o:title=""/>
          </v:shape>
          <o:OLEObject Type="Embed" ProgID="Equation.DSMT4" ShapeID="_x0000_i1286" DrawAspect="Content" ObjectID="_1808506304" r:id="rId482"/>
        </w:object>
      </w:r>
      <w:r w:rsidRPr="005E5CA9">
        <w:rPr>
          <w:rFonts w:cs="Times New Roman"/>
          <w:szCs w:val="24"/>
        </w:rPr>
        <w:t xml:space="preserve"> và </w:t>
      </w:r>
      <w:r w:rsidRPr="005E5CA9">
        <w:rPr>
          <w:rFonts w:cs="Times New Roman"/>
          <w:position w:val="-14"/>
          <w:szCs w:val="24"/>
        </w:rPr>
        <w:object w:dxaOrig="980" w:dyaOrig="400">
          <v:shape id="_x0000_i1287" type="#_x0000_t75" style="width:48.9pt;height:20.3pt" o:ole="">
            <v:imagedata r:id="rId483" o:title=""/>
          </v:shape>
          <o:OLEObject Type="Embed" ProgID="Equation.DSMT4" ShapeID="_x0000_i1287" DrawAspect="Content" ObjectID="_1808506305" r:id="rId484"/>
        </w:object>
      </w:r>
    </w:p>
    <w:p w:rsidR="00FA061C" w:rsidRPr="005E5CA9" w:rsidRDefault="00FA061C" w:rsidP="00F63B1A">
      <w:pPr>
        <w:spacing w:before="0" w:after="0"/>
        <w:ind w:left="992"/>
        <w:rPr>
          <w:rFonts w:cs="Times New Roman"/>
          <w:szCs w:val="24"/>
        </w:rPr>
      </w:pPr>
      <w:r w:rsidRPr="005E5CA9">
        <w:rPr>
          <w:rFonts w:cs="Times New Roman"/>
          <w:szCs w:val="24"/>
        </w:rPr>
        <w:t xml:space="preserve">Khi đó, phương trình </w:t>
      </w:r>
      <w:r w:rsidRPr="005E5CA9">
        <w:rPr>
          <w:rFonts w:cs="Times New Roman"/>
          <w:position w:val="-14"/>
          <w:szCs w:val="24"/>
        </w:rPr>
        <w:object w:dxaOrig="940" w:dyaOrig="400">
          <v:shape id="_x0000_i1288" type="#_x0000_t75" style="width:47.1pt;height:20.3pt" o:ole="">
            <v:imagedata r:id="rId485" o:title=""/>
          </v:shape>
          <o:OLEObject Type="Embed" ProgID="Equation.DSMT4" ShapeID="_x0000_i1288" DrawAspect="Content" ObjectID="_1808506306" r:id="rId486"/>
        </w:object>
      </w:r>
      <w:r w:rsidRPr="005E5CA9">
        <w:rPr>
          <w:rFonts w:cs="Times New Roman"/>
          <w:szCs w:val="24"/>
        </w:rPr>
        <w:t xml:space="preserve"> có ba nghiệm phân biệt là </w:t>
      </w:r>
      <w:r w:rsidRPr="005E5CA9">
        <w:rPr>
          <w:rFonts w:cs="Times New Roman"/>
          <w:position w:val="-10"/>
          <w:szCs w:val="24"/>
        </w:rPr>
        <w:object w:dxaOrig="1880" w:dyaOrig="320">
          <v:shape id="_x0000_i1289" type="#_x0000_t75" style="width:93.7pt;height:15.7pt" o:ole="">
            <v:imagedata r:id="rId487" o:title=""/>
          </v:shape>
          <o:OLEObject Type="Embed" ProgID="Equation.DSMT4" ShapeID="_x0000_i1289" DrawAspect="Content" ObjectID="_1808506307" r:id="rId488"/>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position w:val="-14"/>
          <w:szCs w:val="24"/>
        </w:rPr>
        <w:object w:dxaOrig="2940" w:dyaOrig="400">
          <v:shape id="_x0000_i1290" type="#_x0000_t75" style="width:147.25pt;height:20.3pt" o:ole="">
            <v:imagedata r:id="rId489" o:title=""/>
          </v:shape>
          <o:OLEObject Type="Embed" ProgID="Equation.DSMT4" ShapeID="_x0000_i1290" DrawAspect="Content" ObjectID="_1808506308" r:id="rId490"/>
        </w:object>
      </w:r>
      <w:r w:rsidRPr="005E5CA9">
        <w:rPr>
          <w:rFonts w:cs="Times New Roman"/>
          <w:position w:val="-16"/>
          <w:szCs w:val="24"/>
        </w:rPr>
        <w:object w:dxaOrig="2120" w:dyaOrig="440">
          <v:shape id="_x0000_i1291" type="#_x0000_t75" style="width:105.7pt;height:21.7pt" o:ole="">
            <v:imagedata r:id="rId491" o:title=""/>
          </v:shape>
          <o:OLEObject Type="Embed" ProgID="Equation.DSMT4" ShapeID="_x0000_i1291" DrawAspect="Content" ObjectID="_1808506309" r:id="rId492"/>
        </w:object>
      </w:r>
      <w:r w:rsidRPr="005E5CA9">
        <w:rPr>
          <w:rFonts w:cs="Times New Roman"/>
          <w:szCs w:val="24"/>
        </w:rPr>
        <w:t xml:space="preserve"> với đồ thị hàm số </w:t>
      </w:r>
      <w:r w:rsidRPr="005E5CA9">
        <w:rPr>
          <w:rFonts w:cs="Times New Roman"/>
          <w:position w:val="-20"/>
          <w:szCs w:val="24"/>
        </w:rPr>
        <w:object w:dxaOrig="1020" w:dyaOrig="440">
          <v:shape id="_x0000_i1292" type="#_x0000_t75" style="width:51.25pt;height:21.7pt" o:ole="">
            <v:imagedata r:id="rId493" o:title=""/>
          </v:shape>
          <o:OLEObject Type="Embed" ProgID="Equation.DSMT4" ShapeID="_x0000_i1292" DrawAspect="Content" ObjectID="_1808506310" r:id="rId494"/>
        </w:object>
      </w:r>
      <w:r w:rsidRPr="005E5CA9">
        <w:rPr>
          <w:rFonts w:cs="Times New Roman"/>
          <w:szCs w:val="24"/>
        </w:rPr>
        <w:t xml:space="preserve"> nên </w:t>
      </w:r>
      <w:r w:rsidRPr="005E5CA9">
        <w:rPr>
          <w:rFonts w:cs="Times New Roman"/>
          <w:position w:val="-6"/>
          <w:szCs w:val="24"/>
        </w:rPr>
        <w:object w:dxaOrig="560" w:dyaOrig="279">
          <v:shape id="_x0000_i1293" type="#_x0000_t75" style="width:27.7pt;height:14.3pt" o:ole="">
            <v:imagedata r:id="rId495" o:title=""/>
          </v:shape>
          <o:OLEObject Type="Embed" ProgID="Equation.DSMT4" ShapeID="_x0000_i1293" DrawAspect="Content" ObjectID="_1808506311" r:id="rId496"/>
        </w:object>
      </w:r>
    </w:p>
    <w:p w:rsidR="00FA061C" w:rsidRPr="005E5CA9" w:rsidRDefault="00FA061C" w:rsidP="00F63B1A">
      <w:pPr>
        <w:spacing w:before="0" w:after="0"/>
        <w:ind w:left="992"/>
        <w:rPr>
          <w:rFonts w:cs="Times New Roman"/>
          <w:szCs w:val="24"/>
        </w:rPr>
      </w:pPr>
      <w:r w:rsidRPr="005E5CA9">
        <w:rPr>
          <w:rFonts w:cs="Times New Roman"/>
          <w:szCs w:val="24"/>
        </w:rPr>
        <w:t xml:space="preserve">Ta có: </w:t>
      </w:r>
      <w:r w:rsidRPr="005E5CA9">
        <w:rPr>
          <w:rFonts w:cs="Times New Roman"/>
          <w:position w:val="-16"/>
          <w:szCs w:val="24"/>
        </w:rPr>
        <w:object w:dxaOrig="2520" w:dyaOrig="440">
          <v:shape id="_x0000_i1294" type="#_x0000_t75" style="width:126pt;height:21.7pt" o:ole="">
            <v:imagedata r:id="rId497" o:title=""/>
          </v:shape>
          <o:OLEObject Type="Embed" ProgID="Equation.DSMT4" ShapeID="_x0000_i1294" DrawAspect="Content" ObjectID="_1808506312" r:id="rId498"/>
        </w:object>
      </w:r>
    </w:p>
    <w:p w:rsidR="00FA061C" w:rsidRPr="005E5CA9" w:rsidRDefault="00FA061C" w:rsidP="00F63B1A">
      <w:pPr>
        <w:spacing w:before="0" w:after="0"/>
        <w:ind w:left="992"/>
        <w:rPr>
          <w:rFonts w:cs="Times New Roman"/>
          <w:szCs w:val="24"/>
        </w:rPr>
      </w:pPr>
      <w:r w:rsidRPr="005E5CA9">
        <w:rPr>
          <w:rFonts w:cs="Times New Roman"/>
          <w:szCs w:val="24"/>
        </w:rPr>
        <w:t xml:space="preserve">Xét </w:t>
      </w:r>
      <w:r w:rsidRPr="005E5CA9">
        <w:rPr>
          <w:rFonts w:cs="Times New Roman"/>
          <w:position w:val="-24"/>
          <w:szCs w:val="24"/>
        </w:rPr>
        <w:object w:dxaOrig="6960" w:dyaOrig="680">
          <v:shape id="_x0000_i1295" type="#_x0000_t75" style="width:348pt;height:33.7pt" o:ole="">
            <v:imagedata r:id="rId499" o:title=""/>
          </v:shape>
          <o:OLEObject Type="Embed" ProgID="Equation.DSMT4" ShapeID="_x0000_i1295" DrawAspect="Content" ObjectID="_1808506313" r:id="rId500"/>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Độ sâu của hồ nước là </w:t>
      </w:r>
      <w:r w:rsidRPr="005E5CA9">
        <w:rPr>
          <w:rFonts w:cs="Times New Roman"/>
          <w:position w:val="-10"/>
          <w:szCs w:val="24"/>
        </w:rPr>
        <w:object w:dxaOrig="1579" w:dyaOrig="320">
          <v:shape id="_x0000_i1296" type="#_x0000_t75" style="width:78.9pt;height:15.7pt" o:ole="">
            <v:imagedata r:id="rId501" o:title=""/>
          </v:shape>
          <o:OLEObject Type="Embed" ProgID="Equation.DSMT4" ShapeID="_x0000_i1296" DrawAspect="Content" ObjectID="_1808506314" r:id="rId502"/>
        </w:object>
      </w:r>
      <w:r w:rsidRPr="005E5CA9">
        <w:rPr>
          <w:rFonts w:cs="Times New Roman"/>
          <w:szCs w:val="24"/>
        </w:rPr>
        <w:t xml:space="preserve"> nên ta có giá trị cực tiểu của đồ thị hàm số trên là</w:t>
      </w:r>
      <w:r w:rsidRPr="005E5CA9">
        <w:rPr>
          <w:rFonts w:cs="Times New Roman"/>
          <w:position w:val="-12"/>
          <w:szCs w:val="24"/>
        </w:rPr>
        <w:object w:dxaOrig="1240" w:dyaOrig="360">
          <v:shape id="_x0000_i1297" type="#_x0000_t75" style="width:62.3pt;height:18pt" o:ole="">
            <v:imagedata r:id="rId503" o:title=""/>
          </v:shape>
          <o:OLEObject Type="Embed" ProgID="Equation.DSMT4" ShapeID="_x0000_i1297" DrawAspect="Content" ObjectID="_1808506315" r:id="rId504"/>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Suy ra, </w:t>
      </w:r>
      <w:r w:rsidRPr="005E5CA9">
        <w:rPr>
          <w:rFonts w:cs="Times New Roman"/>
          <w:position w:val="-34"/>
          <w:szCs w:val="24"/>
        </w:rPr>
        <w:object w:dxaOrig="7020" w:dyaOrig="800">
          <v:shape id="_x0000_i1298" type="#_x0000_t75" style="width:351.25pt;height:39.7pt" o:ole="">
            <v:imagedata r:id="rId505" o:title=""/>
          </v:shape>
          <o:OLEObject Type="Embed" ProgID="Equation.DSMT4" ShapeID="_x0000_i1298" DrawAspect="Content" ObjectID="_1808506316" r:id="rId506"/>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lastRenderedPageBreak/>
        <w:t xml:space="preserve">Chiều cao của ngọn núi tương ứng với </w:t>
      </w:r>
      <w:r w:rsidRPr="005E5CA9">
        <w:rPr>
          <w:rFonts w:cs="Times New Roman"/>
          <w:position w:val="-34"/>
          <w:szCs w:val="24"/>
        </w:rPr>
        <w:object w:dxaOrig="4500" w:dyaOrig="800">
          <v:shape id="_x0000_i1299" type="#_x0000_t75" style="width:225.25pt;height:39.7pt" o:ole="">
            <v:imagedata r:id="rId507" o:title=""/>
          </v:shape>
          <o:OLEObject Type="Embed" ProgID="Equation.DSMT4" ShapeID="_x0000_i1299" DrawAspect="Content" ObjectID="_1808506317" r:id="rId508"/>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Vậy ngọn núi cao khoảng </w:t>
      </w:r>
      <w:r w:rsidRPr="005E5CA9">
        <w:rPr>
          <w:rFonts w:cs="Times New Roman"/>
          <w:position w:val="-10"/>
          <w:szCs w:val="24"/>
        </w:rPr>
        <w:object w:dxaOrig="720" w:dyaOrig="320">
          <v:shape id="_x0000_i1300" type="#_x0000_t75" style="width:36pt;height:15.7pt" o:ole="">
            <v:imagedata r:id="rId509" o:title=""/>
          </v:shape>
          <o:OLEObject Type="Embed" ProgID="Equation.DSMT4" ShapeID="_x0000_i1300" DrawAspect="Content" ObjectID="_1808506318" r:id="rId510"/>
        </w:object>
      </w:r>
      <w:r w:rsidRPr="005E5CA9">
        <w:rPr>
          <w:rFonts w:cs="Times New Roman"/>
          <w:szCs w:val="24"/>
        </w:rPr>
        <w:t>.</w:t>
      </w:r>
    </w:p>
    <w:p w:rsidR="00FA061C" w:rsidRPr="005E5CA9" w:rsidRDefault="00FA061C" w:rsidP="00F63B1A">
      <w:pPr>
        <w:tabs>
          <w:tab w:val="left" w:pos="992"/>
        </w:tabs>
        <w:spacing w:before="0" w:after="0"/>
        <w:ind w:left="992" w:hanging="992"/>
        <w:rPr>
          <w:rFonts w:cs="Times New Roman"/>
          <w:szCs w:val="24"/>
        </w:rPr>
      </w:pPr>
      <w:r w:rsidRPr="005E5CA9">
        <w:rPr>
          <w:rFonts w:cs="Times New Roman"/>
          <w:b/>
          <w:color w:val="0000FF"/>
          <w:szCs w:val="24"/>
        </w:rPr>
        <w:t>Câu 2.</w:t>
      </w:r>
      <w:r w:rsidRPr="005E5CA9">
        <w:rPr>
          <w:rFonts w:cs="Times New Roman"/>
          <w:b/>
          <w:color w:val="0000FF"/>
          <w:szCs w:val="24"/>
        </w:rPr>
        <w:tab/>
      </w:r>
      <w:r w:rsidRPr="005E5CA9">
        <w:rPr>
          <w:rFonts w:cs="Times New Roman"/>
          <w:szCs w:val="24"/>
        </w:rPr>
        <w:t xml:space="preserve">Một chất điểm chuyển động biết quãng đường biểu diễn theo quỹ đạo có phương trình </w:t>
      </w:r>
      <w:r w:rsidRPr="005E5CA9">
        <w:rPr>
          <w:rFonts w:eastAsia="Aptos" w:cs="Times New Roman"/>
          <w:position w:val="-14"/>
          <w:szCs w:val="24"/>
        </w:rPr>
        <w:object w:dxaOrig="1900" w:dyaOrig="400">
          <v:shape id="_x0000_i1301" type="#_x0000_t75" style="width:95.1pt;height:20.3pt" o:ole="">
            <v:imagedata r:id="rId511" o:title=""/>
          </v:shape>
          <o:OLEObject Type="Embed" ProgID="Equation.DSMT4" ShapeID="_x0000_i1301" DrawAspect="Content" ObjectID="_1808506319" r:id="rId512"/>
        </w:object>
      </w:r>
      <w:r w:rsidRPr="005E5CA9">
        <w:rPr>
          <w:rFonts w:cs="Times New Roman"/>
          <w:szCs w:val="24"/>
        </w:rPr>
        <w:t xml:space="preserve"> (trong đó quãng đường </w:t>
      </w:r>
      <w:r w:rsidRPr="005E5CA9">
        <w:rPr>
          <w:rFonts w:eastAsia="Aptos" w:cs="Times New Roman"/>
          <w:position w:val="-6"/>
          <w:szCs w:val="24"/>
        </w:rPr>
        <w:object w:dxaOrig="180" w:dyaOrig="220">
          <v:shape id="_x0000_i1302" type="#_x0000_t75" style="width:9.25pt;height:11.1pt" o:ole="">
            <v:imagedata r:id="rId513" o:title=""/>
          </v:shape>
          <o:OLEObject Type="Embed" ProgID="Equation.DSMT4" ShapeID="_x0000_i1302" DrawAspect="Content" ObjectID="_1808506320" r:id="rId514"/>
        </w:object>
      </w:r>
      <w:r w:rsidRPr="005E5CA9">
        <w:rPr>
          <w:rFonts w:cs="Times New Roman"/>
          <w:szCs w:val="24"/>
        </w:rPr>
        <w:t xml:space="preserve"> tính bằng mét </w:t>
      </w:r>
      <w:r w:rsidRPr="005E5CA9">
        <w:rPr>
          <w:rFonts w:eastAsia="Aptos" w:cs="Times New Roman"/>
          <w:position w:val="-14"/>
          <w:szCs w:val="24"/>
        </w:rPr>
        <w:object w:dxaOrig="440" w:dyaOrig="400">
          <v:shape id="_x0000_i1303" type="#_x0000_t75" style="width:21.7pt;height:20.3pt" o:ole="">
            <v:imagedata r:id="rId515" o:title=""/>
          </v:shape>
          <o:OLEObject Type="Embed" ProgID="Equation.DSMT4" ShapeID="_x0000_i1303" DrawAspect="Content" ObjectID="_1808506321" r:id="rId516"/>
        </w:object>
      </w:r>
      <w:r w:rsidRPr="005E5CA9">
        <w:rPr>
          <w:rFonts w:cs="Times New Roman"/>
          <w:szCs w:val="24"/>
        </w:rPr>
        <w:t xml:space="preserve">, thời gian </w:t>
      </w:r>
      <w:r w:rsidRPr="005E5CA9">
        <w:rPr>
          <w:rFonts w:eastAsia="Aptos" w:cs="Times New Roman"/>
          <w:position w:val="-6"/>
          <w:szCs w:val="24"/>
        </w:rPr>
        <w:object w:dxaOrig="139" w:dyaOrig="240">
          <v:shape id="_x0000_i1304" type="#_x0000_t75" style="width:6.9pt;height:12pt" o:ole="">
            <v:imagedata r:id="rId517" o:title=""/>
          </v:shape>
          <o:OLEObject Type="Embed" ProgID="Equation.DSMT4" ShapeID="_x0000_i1304" DrawAspect="Content" ObjectID="_1808506322" r:id="rId518"/>
        </w:object>
      </w:r>
      <w:r w:rsidRPr="005E5CA9">
        <w:rPr>
          <w:rFonts w:cs="Times New Roman"/>
          <w:szCs w:val="24"/>
        </w:rPr>
        <w:t xml:space="preserve"> tính bằng giây </w:t>
      </w:r>
      <w:r w:rsidRPr="005E5CA9">
        <w:rPr>
          <w:rFonts w:eastAsia="Aptos" w:cs="Times New Roman"/>
          <w:position w:val="-14"/>
          <w:szCs w:val="24"/>
        </w:rPr>
        <w:object w:dxaOrig="360" w:dyaOrig="400">
          <v:shape id="_x0000_i1305" type="#_x0000_t75" style="width:18pt;height:20.3pt" o:ole="">
            <v:imagedata r:id="rId519" o:title=""/>
          </v:shape>
          <o:OLEObject Type="Embed" ProgID="Equation.DSMT4" ShapeID="_x0000_i1305" DrawAspect="Content" ObjectID="_1808506323" r:id="rId520"/>
        </w:object>
      </w:r>
      <w:r w:rsidRPr="005E5CA9">
        <w:rPr>
          <w:rFonts w:cs="Times New Roman"/>
          <w:szCs w:val="24"/>
        </w:rPr>
        <w:t xml:space="preserve">). Tìm tốc độ nhỏ nhất của chất điểm (đơn vị </w:t>
      </w:r>
      <w:r w:rsidRPr="005E5CA9">
        <w:rPr>
          <w:rFonts w:eastAsia="Aptos" w:cs="Times New Roman"/>
          <w:position w:val="-14"/>
          <w:szCs w:val="24"/>
        </w:rPr>
        <w:object w:dxaOrig="700" w:dyaOrig="400">
          <v:shape id="_x0000_i1306" type="#_x0000_t75" style="width:35.1pt;height:20.3pt" o:ole="">
            <v:imagedata r:id="rId521" o:title=""/>
          </v:shape>
          <o:OLEObject Type="Embed" ProgID="Equation.DSMT4" ShapeID="_x0000_i1306" DrawAspect="Content" ObjectID="_1808506324" r:id="rId522"/>
        </w:object>
      </w:r>
      <w:r w:rsidRPr="005E5CA9">
        <w:rPr>
          <w:rFonts w:cs="Times New Roman"/>
          <w:szCs w:val="24"/>
        </w:rPr>
        <w:t>).</w:t>
      </w:r>
    </w:p>
    <w:p w:rsidR="00FA061C" w:rsidRPr="005E5CA9" w:rsidRDefault="00FA061C" w:rsidP="00F63B1A">
      <w:pPr>
        <w:spacing w:before="0" w:after="0"/>
        <w:ind w:left="992"/>
        <w:jc w:val="center"/>
        <w:rPr>
          <w:rFonts w:cs="Times New Roman"/>
          <w:bCs/>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b/>
          <w:bCs/>
          <w:szCs w:val="24"/>
        </w:rPr>
      </w:pPr>
      <w:r w:rsidRPr="005E5CA9">
        <w:rPr>
          <w:rFonts w:cs="Times New Roman"/>
          <w:b/>
          <w:bCs/>
          <w:szCs w:val="24"/>
          <w:highlight w:val="green"/>
        </w:rPr>
        <w:t>Đáp số: 18</w:t>
      </w:r>
    </w:p>
    <w:p w:rsidR="00FA061C" w:rsidRPr="005E5CA9" w:rsidRDefault="00FA061C" w:rsidP="00F63B1A">
      <w:pPr>
        <w:spacing w:before="0" w:after="0"/>
        <w:ind w:left="992"/>
        <w:rPr>
          <w:rFonts w:cs="Times New Roman"/>
          <w:szCs w:val="24"/>
        </w:rPr>
      </w:pPr>
      <w:r w:rsidRPr="005E5CA9">
        <w:rPr>
          <w:rFonts w:cs="Times New Roman"/>
          <w:position w:val="-14"/>
          <w:szCs w:val="24"/>
        </w:rPr>
        <w:object w:dxaOrig="2640" w:dyaOrig="400">
          <v:shape id="_x0000_i1307" type="#_x0000_t75" style="width:132pt;height:20.3pt" o:ole="">
            <v:imagedata r:id="rId523" o:title=""/>
          </v:shape>
          <o:OLEObject Type="Embed" ProgID="Equation.DSMT4" ShapeID="_x0000_i1307" DrawAspect="Content" ObjectID="_1808506325" r:id="rId524"/>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Xét hàm </w:t>
      </w:r>
      <w:r w:rsidRPr="005E5CA9">
        <w:rPr>
          <w:rFonts w:cs="Times New Roman"/>
          <w:position w:val="-14"/>
          <w:szCs w:val="24"/>
        </w:rPr>
        <w:object w:dxaOrig="4120" w:dyaOrig="440">
          <v:shape id="_x0000_i1308" type="#_x0000_t75" style="width:206.3pt;height:21.7pt" o:ole="">
            <v:imagedata r:id="rId525" o:title=""/>
          </v:shape>
          <o:OLEObject Type="Embed" ProgID="Equation.DSMT4" ShapeID="_x0000_i1308" DrawAspect="Content" ObjectID="_1808506326" r:id="rId526"/>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Vậy </w:t>
      </w:r>
      <w:r w:rsidRPr="005E5CA9">
        <w:rPr>
          <w:rFonts w:cs="Times New Roman"/>
          <w:position w:val="-24"/>
          <w:szCs w:val="24"/>
        </w:rPr>
        <w:object w:dxaOrig="2140" w:dyaOrig="499">
          <v:shape id="_x0000_i1309" type="#_x0000_t75" style="width:107.1pt;height:24.9pt" o:ole="">
            <v:imagedata r:id="rId527" o:title=""/>
          </v:shape>
          <o:OLEObject Type="Embed" ProgID="Equation.DSMT4" ShapeID="_x0000_i1309" DrawAspect="Content" ObjectID="_1808506327" r:id="rId528"/>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Tốc độ nhỏ nhất của chất điểm bằng </w:t>
      </w:r>
      <w:r w:rsidRPr="005E5CA9">
        <w:rPr>
          <w:rFonts w:cs="Times New Roman"/>
          <w:position w:val="-14"/>
          <w:szCs w:val="24"/>
        </w:rPr>
        <w:object w:dxaOrig="940" w:dyaOrig="400">
          <v:shape id="_x0000_i1310" type="#_x0000_t75" style="width:47.1pt;height:20.3pt" o:ole="">
            <v:imagedata r:id="rId529" o:title=""/>
          </v:shape>
          <o:OLEObject Type="Embed" ProgID="Equation.DSMT4" ShapeID="_x0000_i1310" DrawAspect="Content" ObjectID="_1808506328" r:id="rId530"/>
        </w:object>
      </w:r>
      <w:r w:rsidRPr="005E5CA9">
        <w:rPr>
          <w:rFonts w:cs="Times New Roman"/>
          <w:szCs w:val="24"/>
        </w:rPr>
        <w:t>.</w:t>
      </w:r>
    </w:p>
    <w:p w:rsidR="00FA061C" w:rsidRPr="005E5CA9" w:rsidRDefault="00FA061C" w:rsidP="00F63B1A">
      <w:pPr>
        <w:tabs>
          <w:tab w:val="left" w:pos="992"/>
        </w:tabs>
        <w:spacing w:before="0" w:after="0"/>
        <w:ind w:left="992" w:hanging="992"/>
        <w:rPr>
          <w:rFonts w:eastAsia="Aptos" w:cs="Times New Roman"/>
          <w:kern w:val="2"/>
          <w:szCs w:val="24"/>
        </w:rPr>
      </w:pPr>
      <w:r w:rsidRPr="005E5CA9">
        <w:rPr>
          <w:rFonts w:eastAsia="Aptos" w:cs="Times New Roman"/>
          <w:b/>
          <w:color w:val="0000FF"/>
          <w:kern w:val="2"/>
          <w:szCs w:val="24"/>
        </w:rPr>
        <w:t>Câu 3.</w:t>
      </w:r>
      <w:r w:rsidRPr="005E5CA9">
        <w:rPr>
          <w:rFonts w:eastAsia="Aptos" w:cs="Times New Roman"/>
          <w:b/>
          <w:color w:val="0000FF"/>
          <w:kern w:val="2"/>
          <w:szCs w:val="24"/>
        </w:rPr>
        <w:tab/>
      </w:r>
      <w:r w:rsidRPr="005E5CA9">
        <w:rPr>
          <w:rFonts w:eastAsia="Aptos" w:cs="Times New Roman"/>
          <w:kern w:val="2"/>
          <w:szCs w:val="24"/>
        </w:rPr>
        <w:t xml:space="preserve">Bánh Taco là một món ăn đặc trưng của Mexico, bánh Taco được tạo thành từ một chiếc bánh Tortilla (bánh ngô) cuộn quanh thức ăn. Cụ thể, để làm một chiếc bánh Taco ta lấy bánh Tortilla tròn có đường kính 20 cm đặt vào mặt trong của hình trụ có bán kính </w:t>
      </w:r>
      <w:r w:rsidRPr="005E5CA9">
        <w:rPr>
          <w:rFonts w:eastAsia="Calibri" w:cs="Times New Roman"/>
          <w:position w:val="-4"/>
          <w:szCs w:val="24"/>
        </w:rPr>
        <w:object w:dxaOrig="600" w:dyaOrig="260">
          <v:shape id="_x0000_i1311" type="#_x0000_t75" style="width:30pt;height:13.85pt" o:ole="">
            <v:imagedata r:id="rId531" o:title=""/>
          </v:shape>
          <o:OLEObject Type="Embed" ProgID="Equation.DSMT4" ShapeID="_x0000_i1311" DrawAspect="Content" ObjectID="_1808506329" r:id="rId532"/>
        </w:object>
      </w:r>
      <w:r w:rsidRPr="005E5CA9">
        <w:rPr>
          <w:rFonts w:eastAsia="Aptos" w:cs="Times New Roman"/>
          <w:kern w:val="2"/>
          <w:szCs w:val="24"/>
        </w:rPr>
        <w:t xml:space="preserve"> cm, dọc theo đường kính của Tortilla và gấp bánh lại quanh hình trụ. Sau đó ta sẽ đổ đầy thịt, phô mai, và rau củ đến tận mép bánh. Gọi </w:t>
      </w:r>
      <w:r w:rsidRPr="005E5CA9">
        <w:rPr>
          <w:rFonts w:eastAsia="Calibri" w:cs="Times New Roman"/>
          <w:position w:val="-6"/>
          <w:szCs w:val="24"/>
        </w:rPr>
        <w:object w:dxaOrig="200" w:dyaOrig="220">
          <v:shape id="_x0000_i1312" type="#_x0000_t75" style="width:10.15pt;height:11.1pt" o:ole="">
            <v:imagedata r:id="rId533" o:title=""/>
          </v:shape>
          <o:OLEObject Type="Embed" ProgID="Equation.DSMT4" ShapeID="_x0000_i1312" DrawAspect="Content" ObjectID="_1808506330" r:id="rId534"/>
        </w:object>
      </w:r>
      <w:r w:rsidRPr="005E5CA9">
        <w:rPr>
          <w:rFonts w:eastAsia="Aptos" w:cs="Times New Roman"/>
          <w:kern w:val="2"/>
          <w:szCs w:val="24"/>
        </w:rPr>
        <w:t xml:space="preserve"> là khoảng cách từ tâm bánh Tortilla đến một điểm P trên đường kính (</w:t>
      </w:r>
      <w:r w:rsidRPr="005E5CA9">
        <w:rPr>
          <w:rFonts w:eastAsia="Aptos" w:cs="Times New Roman"/>
          <w:iCs/>
          <w:kern w:val="2"/>
          <w:szCs w:val="24"/>
        </w:rPr>
        <w:t>tham khảo hình vẽ</w:t>
      </w:r>
      <w:r w:rsidRPr="005E5CA9">
        <w:rPr>
          <w:rFonts w:eastAsia="Aptos" w:cs="Times New Roman"/>
          <w:kern w:val="2"/>
          <w:szCs w:val="24"/>
        </w:rPr>
        <w:t>).</w:t>
      </w:r>
    </w:p>
    <w:p w:rsidR="00FA061C" w:rsidRPr="005E5CA9" w:rsidRDefault="00FA061C" w:rsidP="00F63B1A">
      <w:pPr>
        <w:spacing w:before="0" w:after="0"/>
        <w:ind w:left="992"/>
        <w:jc w:val="center"/>
        <w:rPr>
          <w:rFonts w:eastAsia="Aptos" w:cs="Times New Roman"/>
          <w:kern w:val="2"/>
          <w:szCs w:val="24"/>
        </w:rPr>
      </w:pPr>
      <w:r w:rsidRPr="005E5CA9">
        <w:rPr>
          <w:rFonts w:eastAsia="Aptos" w:cs="Times New Roman"/>
          <w:noProof/>
          <w:kern w:val="2"/>
          <w:szCs w:val="24"/>
        </w:rPr>
        <w:drawing>
          <wp:inline distT="0" distB="0" distL="0" distR="0" wp14:anchorId="5593675C" wp14:editId="12F11BAD">
            <wp:extent cx="3509444" cy="2340000"/>
            <wp:effectExtent l="0" t="0" r="0" b="3175"/>
            <wp:docPr id="1501707782" name="Picture 1" descr="A diagram of tacos and a torti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7782" name="Picture 1" descr="A diagram of tacos and a tortilla&#10;&#10;AI-generated content may be incorrect."/>
                    <pic:cNvPicPr/>
                  </pic:nvPicPr>
                  <pic:blipFill>
                    <a:blip r:embed="rId535" cstate="print">
                      <a:extLst>
                        <a:ext uri="{28A0092B-C50C-407E-A947-70E740481C1C}">
                          <a14:useLocalDpi xmlns:a14="http://schemas.microsoft.com/office/drawing/2010/main" val="0"/>
                        </a:ext>
                      </a:extLst>
                    </a:blip>
                    <a:stretch>
                      <a:fillRect/>
                    </a:stretch>
                  </pic:blipFill>
                  <pic:spPr>
                    <a:xfrm>
                      <a:off x="0" y="0"/>
                      <a:ext cx="3509444" cy="2340000"/>
                    </a:xfrm>
                    <a:prstGeom prst="rect">
                      <a:avLst/>
                    </a:prstGeom>
                  </pic:spPr>
                </pic:pic>
              </a:graphicData>
            </a:graphic>
          </wp:inline>
        </w:drawing>
      </w:r>
    </w:p>
    <w:p w:rsidR="00FA061C" w:rsidRPr="005E5CA9" w:rsidRDefault="00FA061C" w:rsidP="00F63B1A">
      <w:pPr>
        <w:spacing w:before="0" w:after="0"/>
        <w:ind w:left="992"/>
        <w:rPr>
          <w:rFonts w:eastAsia="Aptos" w:cs="Times New Roman"/>
          <w:kern w:val="2"/>
          <w:szCs w:val="24"/>
        </w:rPr>
      </w:pPr>
      <w:r w:rsidRPr="005E5CA9">
        <w:rPr>
          <w:rFonts w:eastAsia="Aptos" w:cs="Times New Roman"/>
          <w:kern w:val="2"/>
          <w:szCs w:val="24"/>
        </w:rPr>
        <w:t xml:space="preserve">Tính thể tích của bánh Taco theo đơn vị </w:t>
      </w:r>
      <w:r w:rsidRPr="005E5CA9">
        <w:rPr>
          <w:rFonts w:eastAsia="Aptos" w:cs="Times New Roman"/>
          <w:kern w:val="2"/>
          <w:position w:val="-6"/>
          <w:szCs w:val="24"/>
        </w:rPr>
        <w:object w:dxaOrig="420" w:dyaOrig="320">
          <v:shape id="_x0000_i1313" type="#_x0000_t75" style="width:20.3pt;height:15.7pt" o:ole="">
            <v:imagedata r:id="rId536" o:title=""/>
          </v:shape>
          <o:OLEObject Type="Embed" ProgID="Equation.DSMT4" ShapeID="_x0000_i1313" DrawAspect="Content" ObjectID="_1808506331" r:id="rId537"/>
        </w:object>
      </w:r>
      <w:r w:rsidRPr="005E5CA9">
        <w:rPr>
          <w:rFonts w:eastAsia="Aptos" w:cs="Times New Roman"/>
          <w:kern w:val="2"/>
          <w:szCs w:val="24"/>
        </w:rPr>
        <w:t xml:space="preserve"> (</w:t>
      </w:r>
      <w:r w:rsidRPr="005E5CA9">
        <w:rPr>
          <w:rFonts w:eastAsia="Aptos" w:cs="Times New Roman"/>
          <w:iCs/>
          <w:kern w:val="2"/>
          <w:szCs w:val="24"/>
        </w:rPr>
        <w:t>kết quả làm tròn đến hàng đơn vị</w:t>
      </w:r>
      <w:r w:rsidRPr="005E5CA9">
        <w:rPr>
          <w:rFonts w:eastAsia="Aptos" w:cs="Times New Roman"/>
          <w:kern w:val="2"/>
          <w:szCs w:val="24"/>
        </w:rPr>
        <w:t>).</w:t>
      </w:r>
    </w:p>
    <w:p w:rsidR="00FA061C" w:rsidRPr="005E5CA9" w:rsidRDefault="00FA061C" w:rsidP="00F63B1A">
      <w:pPr>
        <w:spacing w:before="0" w:after="0"/>
        <w:ind w:left="992"/>
        <w:jc w:val="center"/>
        <w:rPr>
          <w:rFonts w:eastAsia="Aptos" w:cs="Times New Roman"/>
          <w:kern w:val="2"/>
          <w:szCs w:val="24"/>
        </w:rPr>
      </w:pPr>
      <w:r w:rsidRPr="005E5CA9">
        <w:rPr>
          <w:rFonts w:eastAsia="Aptos" w:cs="Times New Roman"/>
          <w:b/>
          <w:color w:val="0000FF"/>
          <w:kern w:val="2"/>
          <w:szCs w:val="24"/>
        </w:rPr>
        <w:t>Lời giải</w:t>
      </w:r>
    </w:p>
    <w:p w:rsidR="00FA061C" w:rsidRPr="005E5CA9" w:rsidRDefault="00FA061C" w:rsidP="00F63B1A">
      <w:pPr>
        <w:spacing w:before="0" w:after="0"/>
        <w:ind w:left="992"/>
        <w:rPr>
          <w:rFonts w:eastAsia="Aptos" w:cs="Times New Roman"/>
          <w:kern w:val="2"/>
          <w:szCs w:val="24"/>
        </w:rPr>
      </w:pPr>
      <w:r w:rsidRPr="005E5CA9">
        <w:rPr>
          <w:rFonts w:eastAsia="Aptos" w:cs="Times New Roman"/>
          <w:kern w:val="2"/>
          <w:szCs w:val="24"/>
        </w:rPr>
        <w:t xml:space="preserve">Chu vi của đường tròn có bán kính bằng 4 là </w:t>
      </w:r>
      <w:r w:rsidRPr="005E5CA9">
        <w:rPr>
          <w:rFonts w:eastAsia="Calibri" w:cs="Times New Roman"/>
          <w:position w:val="-10"/>
          <w:szCs w:val="24"/>
        </w:rPr>
        <w:object w:dxaOrig="1420" w:dyaOrig="320">
          <v:shape id="_x0000_i1314" type="#_x0000_t75" style="width:71.1pt;height:15.7pt" o:ole="">
            <v:imagedata r:id="rId538" o:title=""/>
          </v:shape>
          <o:OLEObject Type="Embed" ProgID="Equation.DSMT4" ShapeID="_x0000_i1314" DrawAspect="Content" ObjectID="_1808506332" r:id="rId539"/>
        </w:object>
      </w:r>
      <w:r w:rsidRPr="005E5CA9">
        <w:rPr>
          <w:rFonts w:eastAsia="Aptos" w:cs="Times New Roman"/>
          <w:kern w:val="2"/>
          <w:szCs w:val="24"/>
        </w:rPr>
        <w:t>.</w:t>
      </w:r>
    </w:p>
    <w:p w:rsidR="00FA061C" w:rsidRPr="005E5CA9" w:rsidRDefault="00FA061C" w:rsidP="00F63B1A">
      <w:pPr>
        <w:spacing w:before="0" w:after="0"/>
        <w:ind w:left="992"/>
        <w:rPr>
          <w:rFonts w:eastAsia="Aptos" w:cs="Times New Roman"/>
          <w:kern w:val="2"/>
          <w:szCs w:val="24"/>
        </w:rPr>
      </w:pPr>
      <w:r w:rsidRPr="005E5CA9">
        <w:rPr>
          <w:rFonts w:eastAsia="Calibri" w:cs="Times New Roman"/>
          <w:szCs w:val="24"/>
        </w:rPr>
        <w:t xml:space="preserve">Như vậy khi trải miếng bánh có đường kính 20 thì còn thừa hai đầu là </w:t>
      </w:r>
      <w:r w:rsidRPr="005E5CA9">
        <w:rPr>
          <w:rFonts w:eastAsia="Calibri" w:cs="Times New Roman"/>
          <w:position w:val="-10"/>
          <w:szCs w:val="24"/>
        </w:rPr>
        <w:object w:dxaOrig="1760" w:dyaOrig="320">
          <v:shape id="_x0000_i1315" type="#_x0000_t75" style="width:88.15pt;height:15.7pt" o:ole="">
            <v:imagedata r:id="rId540" o:title=""/>
          </v:shape>
          <o:OLEObject Type="Embed" ProgID="Equation.DSMT4" ShapeID="_x0000_i1315" DrawAspect="Content" ObjectID="_1808506333" r:id="rId541"/>
        </w:object>
      </w:r>
      <w:r w:rsidRPr="005E5CA9">
        <w:rPr>
          <w:rFonts w:eastAsia="Aptos" w:cs="Times New Roman"/>
          <w:kern w:val="2"/>
          <w:szCs w:val="24"/>
        </w:rPr>
        <w:t>.</w:t>
      </w:r>
    </w:p>
    <w:p w:rsidR="00FA061C" w:rsidRPr="005E5CA9" w:rsidRDefault="00FA061C" w:rsidP="00F63B1A">
      <w:pPr>
        <w:spacing w:before="0" w:after="0"/>
        <w:ind w:left="992"/>
        <w:rPr>
          <w:rFonts w:eastAsia="Calibri" w:cs="Times New Roman"/>
          <w:szCs w:val="24"/>
        </w:rPr>
      </w:pPr>
      <w:r w:rsidRPr="005E5CA9">
        <w:rPr>
          <w:rFonts w:eastAsia="Aptos" w:cs="Times New Roman"/>
          <w:kern w:val="2"/>
          <w:szCs w:val="24"/>
        </w:rPr>
        <w:t xml:space="preserve">Xét mặt cắt ngang của miếng bánh, mỗi mặt cắt vuông góc với trục tọa độ </w:t>
      </w:r>
      <w:r w:rsidRPr="005E5CA9">
        <w:rPr>
          <w:rFonts w:eastAsia="Calibri" w:cs="Times New Roman"/>
          <w:position w:val="-6"/>
          <w:szCs w:val="24"/>
        </w:rPr>
        <w:object w:dxaOrig="360" w:dyaOrig="279">
          <v:shape id="_x0000_i1316" type="#_x0000_t75" style="width:18.9pt;height:14.3pt" o:ole="">
            <v:imagedata r:id="rId542" o:title=""/>
          </v:shape>
          <o:OLEObject Type="Embed" ProgID="Equation.DSMT4" ShapeID="_x0000_i1316" DrawAspect="Content" ObjectID="_1808506334" r:id="rId543"/>
        </w:object>
      </w:r>
      <w:r w:rsidRPr="005E5CA9">
        <w:rPr>
          <w:rFonts w:eastAsia="Calibri" w:cs="Times New Roman"/>
          <w:szCs w:val="24"/>
        </w:rPr>
        <w:t>là một hình quạt.</w:t>
      </w:r>
    </w:p>
    <w:p w:rsidR="00FA061C" w:rsidRPr="005E5CA9" w:rsidRDefault="00FA061C" w:rsidP="00F63B1A">
      <w:pPr>
        <w:spacing w:before="0" w:after="0"/>
        <w:ind w:left="992"/>
        <w:rPr>
          <w:rFonts w:eastAsia="Calibri" w:cs="Times New Roman"/>
          <w:szCs w:val="24"/>
        </w:rPr>
      </w:pPr>
      <w:r w:rsidRPr="005E5CA9">
        <w:rPr>
          <w:rFonts w:eastAsia="Calibri" w:cs="Times New Roman"/>
          <w:szCs w:val="24"/>
        </w:rPr>
        <w:t xml:space="preserve">Gọi </w:t>
      </w:r>
      <w:r w:rsidRPr="005E5CA9">
        <w:rPr>
          <w:rFonts w:eastAsia="Calibri" w:cs="Times New Roman"/>
          <w:position w:val="-10"/>
          <w:szCs w:val="24"/>
        </w:rPr>
        <w:object w:dxaOrig="1460" w:dyaOrig="320">
          <v:shape id="_x0000_i1317" type="#_x0000_t75" style="width:74.75pt;height:15.7pt" o:ole="">
            <v:imagedata r:id="rId544" o:title=""/>
          </v:shape>
          <o:OLEObject Type="Embed" ProgID="Equation.DSMT4" ShapeID="_x0000_i1317" DrawAspect="Content" ObjectID="_1808506335" r:id="rId545"/>
        </w:object>
      </w:r>
      <w:r w:rsidRPr="005E5CA9">
        <w:rPr>
          <w:rFonts w:eastAsia="Calibri" w:cs="Times New Roman"/>
          <w:szCs w:val="24"/>
        </w:rPr>
        <w:t xml:space="preserve"> là hoành độ của mặt phẳng cắt trên</w:t>
      </w:r>
    </w:p>
    <w:p w:rsidR="00FA061C" w:rsidRPr="005E5CA9" w:rsidRDefault="00FA061C" w:rsidP="00F63B1A">
      <w:pPr>
        <w:spacing w:before="0" w:after="0"/>
        <w:ind w:left="992"/>
        <w:jc w:val="center"/>
        <w:rPr>
          <w:rFonts w:eastAsia="Calibri" w:cs="Times New Roman"/>
          <w:szCs w:val="24"/>
        </w:rPr>
      </w:pPr>
      <w:r w:rsidRPr="005E5CA9">
        <w:rPr>
          <w:rFonts w:eastAsia="Calibri" w:cs="Times New Roman"/>
          <w:noProof/>
          <w:szCs w:val="24"/>
        </w:rPr>
        <w:lastRenderedPageBreak/>
        <w:drawing>
          <wp:inline distT="0" distB="0" distL="0" distR="0" wp14:anchorId="46BF7ADD" wp14:editId="3AD940E9">
            <wp:extent cx="5515880" cy="2508250"/>
            <wp:effectExtent l="0" t="0" r="8890" b="6350"/>
            <wp:docPr id="1081368598" name="Picture 1" descr="A drawing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8598" name="Picture 1" descr="A drawing of a cylinder&#10;&#10;Description automatically generated"/>
                    <pic:cNvPicPr/>
                  </pic:nvPicPr>
                  <pic:blipFill>
                    <a:blip r:embed="rId546"/>
                    <a:stretch>
                      <a:fillRect/>
                    </a:stretch>
                  </pic:blipFill>
                  <pic:spPr>
                    <a:xfrm>
                      <a:off x="0" y="0"/>
                      <a:ext cx="5520799" cy="2510487"/>
                    </a:xfrm>
                    <a:prstGeom prst="rect">
                      <a:avLst/>
                    </a:prstGeom>
                  </pic:spPr>
                </pic:pic>
              </a:graphicData>
            </a:graphic>
          </wp:inline>
        </w:drawing>
      </w:r>
    </w:p>
    <w:p w:rsidR="00FA061C" w:rsidRPr="005E5CA9" w:rsidRDefault="00FA061C" w:rsidP="00F63B1A">
      <w:pPr>
        <w:spacing w:before="0" w:after="0"/>
        <w:ind w:left="992"/>
        <w:jc w:val="center"/>
        <w:rPr>
          <w:rFonts w:eastAsia="Aptos" w:cs="Times New Roman"/>
          <w:kern w:val="2"/>
          <w:szCs w:val="24"/>
        </w:rPr>
      </w:pPr>
      <w:r w:rsidRPr="005E5CA9">
        <w:rPr>
          <w:rFonts w:cs="Times New Roman"/>
          <w:noProof/>
          <w:szCs w:val="24"/>
        </w:rPr>
        <mc:AlternateContent>
          <mc:Choice Requires="wps">
            <w:drawing>
              <wp:anchor distT="0" distB="0" distL="114300" distR="114300" simplePos="0" relativeHeight="251661312" behindDoc="0" locked="0" layoutInCell="1" allowOverlap="1">
                <wp:simplePos x="0" y="0"/>
                <wp:positionH relativeFrom="column">
                  <wp:posOffset>3082290</wp:posOffset>
                </wp:positionH>
                <wp:positionV relativeFrom="paragraph">
                  <wp:posOffset>2571750</wp:posOffset>
                </wp:positionV>
                <wp:extent cx="262890" cy="914400"/>
                <wp:effectExtent l="0" t="0" r="0" b="0"/>
                <wp:wrapNone/>
                <wp:docPr id="1501707778" name="Text Box 1501707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914400"/>
                        </a:xfrm>
                        <a:prstGeom prst="rect">
                          <a:avLst/>
                        </a:prstGeom>
                        <a:noFill/>
                        <a:ln w="6350">
                          <a:noFill/>
                        </a:ln>
                      </wps:spPr>
                      <wps:txbx>
                        <w:txbxContent>
                          <w:p w:rsidR="00FA061C" w:rsidRPr="006B43BA" w:rsidRDefault="00FA061C" w:rsidP="00FA061C">
                            <w:pPr>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1707778" o:spid="_x0000_s1026" type="#_x0000_t202" style="position:absolute;left:0;text-align:left;margin-left:242.7pt;margin-top:202.5pt;width:20.7pt;height:1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" filled="f" stroked="f" strokeweight=".5pt">
                <v:textbox>
                  <w:txbxContent>
                    <w:p w:rsidR="00FA061C" w:rsidRPr="006B43BA" w:rsidRDefault="00FA061C" w:rsidP="00FA061C">
                      <w:pPr>
                        <w:rPr>
                          <w:i/>
                        </w:rPr>
                      </w:pPr>
                    </w:p>
                  </w:txbxContent>
                </v:textbox>
              </v:shape>
            </w:pict>
          </mc:Fallback>
        </mc:AlternateContent>
      </w:r>
      <w:r w:rsidRPr="005E5CA9">
        <w:rPr>
          <w:rFonts w:eastAsia="Aptos" w:cs="Times New Roman"/>
          <w:noProof/>
          <w:kern w:val="2"/>
          <w:szCs w:val="24"/>
        </w:rPr>
        <w:drawing>
          <wp:inline distT="0" distB="0" distL="0" distR="0" wp14:anchorId="3B9BEF34" wp14:editId="68347F72">
            <wp:extent cx="3022601" cy="2228786"/>
            <wp:effectExtent l="0" t="0" r="6350" b="635"/>
            <wp:docPr id="1988784159" name="Picture 1" descr="A diagram of a circle with lin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84159" name="Picture 1" descr="A diagram of a circle with lines and a triangle&#10;&#10;Description automatically generated"/>
                    <pic:cNvPicPr/>
                  </pic:nvPicPr>
                  <pic:blipFill>
                    <a:blip r:embed="rId547"/>
                    <a:stretch>
                      <a:fillRect/>
                    </a:stretch>
                  </pic:blipFill>
                  <pic:spPr>
                    <a:xfrm>
                      <a:off x="0" y="0"/>
                      <a:ext cx="3028806" cy="2233361"/>
                    </a:xfrm>
                    <a:prstGeom prst="rect">
                      <a:avLst/>
                    </a:prstGeom>
                  </pic:spPr>
                </pic:pic>
              </a:graphicData>
            </a:graphic>
          </wp:inline>
        </w:drawing>
      </w:r>
    </w:p>
    <w:p w:rsidR="00FA061C" w:rsidRPr="005E5CA9" w:rsidRDefault="00FA061C" w:rsidP="00F63B1A">
      <w:pPr>
        <w:spacing w:before="0" w:after="0"/>
        <w:ind w:left="992"/>
        <w:rPr>
          <w:rFonts w:eastAsia="Calibri" w:cs="Times New Roman"/>
          <w:szCs w:val="24"/>
        </w:rPr>
      </w:pPr>
      <w:r w:rsidRPr="005E5CA9">
        <w:rPr>
          <w:rFonts w:eastAsia="Aptos" w:cs="Times New Roman"/>
          <w:kern w:val="2"/>
          <w:szCs w:val="24"/>
        </w:rPr>
        <w:t xml:space="preserve">Ta có </w:t>
      </w:r>
      <w:r w:rsidRPr="005E5CA9">
        <w:rPr>
          <w:rFonts w:eastAsia="Calibri" w:cs="Times New Roman"/>
          <w:position w:val="-24"/>
          <w:szCs w:val="24"/>
        </w:rPr>
        <w:object w:dxaOrig="3440" w:dyaOrig="700">
          <v:shape id="_x0000_i1318" type="#_x0000_t75" style="width:176.3pt;height:35.1pt" o:ole="">
            <v:imagedata r:id="rId548" o:title=""/>
          </v:shape>
          <o:OLEObject Type="Embed" ProgID="Equation.DSMT4" ShapeID="_x0000_i1318" DrawAspect="Content" ObjectID="_1808506336" r:id="rId549"/>
        </w:object>
      </w:r>
      <w:r w:rsidRPr="005E5CA9">
        <w:rPr>
          <w:rFonts w:eastAsia="Calibri" w:cs="Times New Roman"/>
          <w:szCs w:val="24"/>
        </w:rPr>
        <w:t>.</w:t>
      </w:r>
    </w:p>
    <w:p w:rsidR="00FA061C" w:rsidRPr="005E5CA9" w:rsidRDefault="00FA061C" w:rsidP="00F63B1A">
      <w:pPr>
        <w:spacing w:before="0" w:after="0"/>
        <w:ind w:left="992"/>
        <w:rPr>
          <w:rFonts w:eastAsia="Calibri" w:cs="Times New Roman"/>
          <w:szCs w:val="24"/>
        </w:rPr>
      </w:pPr>
      <w:r w:rsidRPr="005E5CA9">
        <w:rPr>
          <w:rFonts w:eastAsia="Calibri" w:cs="Times New Roman"/>
          <w:szCs w:val="24"/>
        </w:rPr>
        <w:t>Diện tích mặt cắt</w:t>
      </w:r>
    </w:p>
    <w:p w:rsidR="00FA061C" w:rsidRPr="005E5CA9" w:rsidRDefault="00FA061C" w:rsidP="00F63B1A">
      <w:pPr>
        <w:spacing w:before="0" w:after="0"/>
        <w:ind w:left="992"/>
        <w:rPr>
          <w:rFonts w:eastAsia="Calibri" w:cs="Times New Roman"/>
          <w:szCs w:val="24"/>
        </w:rPr>
      </w:pPr>
      <w:r w:rsidRPr="005E5CA9">
        <w:rPr>
          <w:rFonts w:eastAsia="Calibri" w:cs="Times New Roman"/>
          <w:position w:val="-36"/>
          <w:szCs w:val="24"/>
        </w:rPr>
        <w:object w:dxaOrig="9000" w:dyaOrig="840">
          <v:shape id="_x0000_i1319" type="#_x0000_t75" style="width:459.7pt;height:42pt" o:ole="">
            <v:imagedata r:id="rId550" o:title=""/>
          </v:shape>
          <o:OLEObject Type="Embed" ProgID="Equation.DSMT4" ShapeID="_x0000_i1319" DrawAspect="Content" ObjectID="_1808506337" r:id="rId551"/>
        </w:object>
      </w:r>
      <w:r w:rsidRPr="005E5CA9">
        <w:rPr>
          <w:rFonts w:eastAsia="Calibri" w:cs="Times New Roman"/>
          <w:szCs w:val="24"/>
        </w:rPr>
        <w:t>.</w:t>
      </w:r>
    </w:p>
    <w:p w:rsidR="00FA061C" w:rsidRPr="005E5CA9" w:rsidRDefault="00FA061C" w:rsidP="00F63B1A">
      <w:pPr>
        <w:spacing w:before="0" w:after="0"/>
        <w:ind w:left="992"/>
        <w:rPr>
          <w:rFonts w:eastAsia="Calibri" w:cs="Times New Roman"/>
          <w:szCs w:val="24"/>
        </w:rPr>
      </w:pPr>
      <w:r w:rsidRPr="005E5CA9">
        <w:rPr>
          <w:rFonts w:eastAsia="Calibri" w:cs="Times New Roman"/>
          <w:szCs w:val="24"/>
        </w:rPr>
        <w:t xml:space="preserve">Khi đó thể tích chiếc bánh là </w:t>
      </w:r>
      <w:r w:rsidRPr="005E5CA9">
        <w:rPr>
          <w:rFonts w:eastAsia="Calibri" w:cs="Times New Roman"/>
          <w:position w:val="-38"/>
          <w:szCs w:val="24"/>
        </w:rPr>
        <w:object w:dxaOrig="6300" w:dyaOrig="880">
          <v:shape id="_x0000_i1320" type="#_x0000_t75" style="width:316.15pt;height:44.3pt" o:ole="">
            <v:imagedata r:id="rId552" o:title=""/>
          </v:shape>
          <o:OLEObject Type="Embed" ProgID="Equation.DSMT4" ShapeID="_x0000_i1320" DrawAspect="Content" ObjectID="_1808506338" r:id="rId553"/>
        </w:object>
      </w:r>
      <w:r w:rsidRPr="005E5CA9">
        <w:rPr>
          <w:rFonts w:eastAsia="Calibri" w:cs="Times New Roman"/>
          <w:szCs w:val="24"/>
        </w:rPr>
        <w:t>.</w:t>
      </w:r>
    </w:p>
    <w:p w:rsidR="00FA061C" w:rsidRPr="005E5CA9" w:rsidRDefault="00FA061C" w:rsidP="00F63B1A">
      <w:pPr>
        <w:tabs>
          <w:tab w:val="left" w:pos="992"/>
        </w:tabs>
        <w:spacing w:before="0" w:after="0"/>
        <w:ind w:left="992" w:hanging="992"/>
        <w:rPr>
          <w:rFonts w:cs="Times New Roman"/>
          <w:szCs w:val="24"/>
        </w:rPr>
      </w:pPr>
      <w:r w:rsidRPr="005E5CA9">
        <w:rPr>
          <w:rFonts w:cs="Times New Roman"/>
          <w:b/>
          <w:color w:val="0000FF"/>
          <w:szCs w:val="24"/>
        </w:rPr>
        <w:t>Câu 4.</w:t>
      </w:r>
      <w:r w:rsidRPr="005E5CA9">
        <w:rPr>
          <w:rFonts w:cs="Times New Roman"/>
          <w:b/>
          <w:color w:val="0000FF"/>
          <w:szCs w:val="24"/>
        </w:rPr>
        <w:tab/>
      </w:r>
      <w:r w:rsidRPr="005E5CA9">
        <w:rPr>
          <w:rFonts w:cs="Times New Roman"/>
          <w:szCs w:val="24"/>
        </w:rPr>
        <w:t xml:space="preserve">Tại địa phương A, người ta tiến hành một đợt kiểm tra diện rộng các con bò để phát hiện một loại bệnh X, không có xét nghiệm nào cho kết quả chính xác </w:t>
      </w:r>
      <w:r w:rsidRPr="005E5CA9">
        <w:rPr>
          <w:rFonts w:eastAsia="Aptos" w:cs="Times New Roman"/>
          <w:position w:val="-6"/>
          <w:szCs w:val="24"/>
        </w:rPr>
        <w:object w:dxaOrig="660" w:dyaOrig="279">
          <v:shape id="_x0000_i1321" type="#_x0000_t75" style="width:33.25pt;height:14.3pt" o:ole="">
            <v:imagedata r:id="rId554" o:title=""/>
          </v:shape>
          <o:OLEObject Type="Embed" ProgID="Equation.DSMT4" ShapeID="_x0000_i1321" DrawAspect="Content" ObjectID="_1808506339" r:id="rId555"/>
        </w:object>
      </w:r>
      <w:r w:rsidRPr="005E5CA9">
        <w:rPr>
          <w:rFonts w:cs="Times New Roman"/>
          <w:szCs w:val="24"/>
        </w:rPr>
        <w:t xml:space="preserve">. Có một loại xét nghiệm, mà ở đây ta gọi là xét nghiệm Z cho kết quả như sau: Xét nghiệm có độ nhạy </w:t>
      </w:r>
      <w:r w:rsidRPr="005E5CA9">
        <w:rPr>
          <w:rFonts w:eastAsia="Aptos" w:cs="Times New Roman"/>
          <w:position w:val="-6"/>
          <w:szCs w:val="24"/>
        </w:rPr>
        <w:object w:dxaOrig="540" w:dyaOrig="279">
          <v:shape id="_x0000_i1322" type="#_x0000_t75" style="width:27.25pt;height:14.3pt" o:ole="">
            <v:imagedata r:id="rId556" o:title=""/>
          </v:shape>
          <o:OLEObject Type="Embed" ProgID="Equation.DSMT4" ShapeID="_x0000_i1322" DrawAspect="Content" ObjectID="_1808506340" r:id="rId557"/>
        </w:object>
      </w:r>
      <w:r w:rsidRPr="005E5CA9">
        <w:rPr>
          <w:rFonts w:cs="Times New Roman"/>
          <w:szCs w:val="24"/>
        </w:rPr>
        <w:t xml:space="preserve"> (Độ nhạy là xác suất chọn được một mẫu dương tính biết rằng mẫu bị nhiễm bệnh); xác suất dương tính giả là </w:t>
      </w:r>
      <w:r w:rsidRPr="005E5CA9">
        <w:rPr>
          <w:rFonts w:eastAsia="Aptos" w:cs="Times New Roman"/>
          <w:position w:val="-6"/>
          <w:szCs w:val="24"/>
        </w:rPr>
        <w:object w:dxaOrig="420" w:dyaOrig="279">
          <v:shape id="_x0000_i1323" type="#_x0000_t75" style="width:21.25pt;height:14.3pt" o:ole="">
            <v:imagedata r:id="rId558" o:title=""/>
          </v:shape>
          <o:OLEObject Type="Embed" ProgID="Equation.DSMT4" ShapeID="_x0000_i1323" DrawAspect="Content" ObjectID="_1808506341" r:id="rId559"/>
        </w:object>
      </w:r>
      <w:r w:rsidRPr="005E5CA9">
        <w:rPr>
          <w:rFonts w:cs="Times New Roman"/>
          <w:szCs w:val="24"/>
        </w:rPr>
        <w:t xml:space="preserve"> (Dương tính giả là xét nghiệm dương tính nhưng thực tế không bị nhiễm bệnh). Biết rằng tỉ lệ bò ở địa phương A bị mắc bệnh X là </w:t>
      </w:r>
      <w:r w:rsidRPr="005E5CA9">
        <w:rPr>
          <w:rFonts w:eastAsia="Aptos" w:cs="Times New Roman"/>
          <w:position w:val="-6"/>
          <w:szCs w:val="24"/>
        </w:rPr>
        <w:object w:dxaOrig="560" w:dyaOrig="279">
          <v:shape id="_x0000_i1324" type="#_x0000_t75" style="width:27.7pt;height:14.3pt" o:ole="">
            <v:imagedata r:id="rId560" o:title=""/>
          </v:shape>
          <o:OLEObject Type="Embed" ProgID="Equation.DSMT4" ShapeID="_x0000_i1324" DrawAspect="Content" ObjectID="_1808506342" r:id="rId561"/>
        </w:object>
      </w:r>
      <w:r w:rsidRPr="005E5CA9">
        <w:rPr>
          <w:rFonts w:cs="Times New Roman"/>
          <w:szCs w:val="24"/>
        </w:rPr>
        <w:t>. Chọn ngẫu nhiên một con bò địa phương A để xét nghiệm, tính xác suất để chọn được con bò bị nhiễm bệnh, biết rằng con bò dương tính với xét nghiệm (kết quả làm tròn đến hàng phần trăm).</w:t>
      </w:r>
    </w:p>
    <w:p w:rsidR="00FA061C" w:rsidRPr="005E5CA9" w:rsidRDefault="00FA061C" w:rsidP="00F63B1A">
      <w:pPr>
        <w:spacing w:before="0" w:after="0"/>
        <w:ind w:left="992"/>
        <w:jc w:val="center"/>
        <w:rPr>
          <w:rFonts w:cs="Times New Roman"/>
          <w:szCs w:val="24"/>
        </w:rPr>
      </w:pPr>
      <w:r w:rsidRPr="005E5CA9">
        <w:rPr>
          <w:rFonts w:cs="Times New Roman"/>
          <w:b/>
          <w:color w:val="0000FF"/>
          <w:szCs w:val="24"/>
        </w:rPr>
        <w:t>Lời giải</w:t>
      </w:r>
    </w:p>
    <w:p w:rsidR="00FA061C" w:rsidRPr="005E5CA9" w:rsidRDefault="00FA061C" w:rsidP="00F63B1A">
      <w:pPr>
        <w:spacing w:before="0" w:after="0"/>
        <w:ind w:left="992"/>
        <w:rPr>
          <w:rFonts w:cs="Times New Roman"/>
          <w:b/>
          <w:szCs w:val="24"/>
        </w:rPr>
      </w:pPr>
      <w:r w:rsidRPr="005E5CA9">
        <w:rPr>
          <w:rFonts w:cs="Times New Roman"/>
          <w:b/>
          <w:szCs w:val="24"/>
          <w:highlight w:val="green"/>
        </w:rPr>
        <w:t xml:space="preserve">Đáp án: </w:t>
      </w:r>
      <w:r w:rsidRPr="005E5CA9">
        <w:rPr>
          <w:rFonts w:cs="Times New Roman"/>
          <w:b/>
          <w:position w:val="-10"/>
          <w:szCs w:val="24"/>
          <w:highlight w:val="green"/>
        </w:rPr>
        <w:object w:dxaOrig="540" w:dyaOrig="320">
          <v:shape id="_x0000_i1325" type="#_x0000_t75" style="width:27.25pt;height:15.7pt" o:ole="">
            <v:imagedata r:id="rId562" o:title=""/>
          </v:shape>
          <o:OLEObject Type="Embed" ProgID="Equation.DSMT4" ShapeID="_x0000_i1325" DrawAspect="Content" ObjectID="_1808506343" r:id="rId563"/>
        </w:object>
      </w:r>
      <w:r w:rsidRPr="005E5CA9">
        <w:rPr>
          <w:rFonts w:cs="Times New Roman"/>
          <w:b/>
          <w:szCs w:val="24"/>
          <w:highlight w:val="green"/>
        </w:rPr>
        <w:t>.</w:t>
      </w:r>
    </w:p>
    <w:p w:rsidR="00FA061C" w:rsidRPr="005E5CA9" w:rsidRDefault="00FA061C" w:rsidP="00F63B1A">
      <w:pPr>
        <w:spacing w:before="0" w:after="0"/>
        <w:ind w:left="992"/>
        <w:rPr>
          <w:rFonts w:cs="Times New Roman"/>
          <w:szCs w:val="24"/>
        </w:rPr>
      </w:pPr>
      <w:r w:rsidRPr="005E5CA9">
        <w:rPr>
          <w:rFonts w:cs="Times New Roman"/>
          <w:szCs w:val="24"/>
        </w:rPr>
        <w:t>Gọi M là biến cố “Chọn được một con bò bị nhiễm bệnh”</w:t>
      </w:r>
    </w:p>
    <w:p w:rsidR="00FA061C" w:rsidRPr="005E5CA9" w:rsidRDefault="00FA061C" w:rsidP="00F63B1A">
      <w:pPr>
        <w:spacing w:before="0" w:after="0"/>
        <w:ind w:left="992"/>
        <w:rPr>
          <w:rFonts w:cs="Times New Roman"/>
          <w:szCs w:val="24"/>
        </w:rPr>
      </w:pPr>
      <w:r w:rsidRPr="005E5CA9">
        <w:rPr>
          <w:rFonts w:cs="Times New Roman"/>
          <w:szCs w:val="24"/>
        </w:rPr>
        <w:t>N là biến cố “Chọn được một con bò dương tính với xét nghiệm”</w:t>
      </w:r>
    </w:p>
    <w:p w:rsidR="00FA061C" w:rsidRPr="005E5CA9" w:rsidRDefault="00FA061C" w:rsidP="00F63B1A">
      <w:pPr>
        <w:spacing w:before="0" w:after="0"/>
        <w:ind w:left="992"/>
        <w:rPr>
          <w:rFonts w:cs="Times New Roman"/>
          <w:szCs w:val="24"/>
        </w:rPr>
      </w:pPr>
      <w:r w:rsidRPr="005E5CA9">
        <w:rPr>
          <w:rFonts w:cs="Times New Roman"/>
          <w:szCs w:val="24"/>
        </w:rPr>
        <w:t xml:space="preserve">Theo giả thiết bài toán, ta có </w:t>
      </w:r>
      <w:r w:rsidRPr="005E5CA9">
        <w:rPr>
          <w:rFonts w:cs="Times New Roman"/>
          <w:position w:val="-20"/>
          <w:szCs w:val="24"/>
        </w:rPr>
        <w:object w:dxaOrig="5100" w:dyaOrig="540">
          <v:shape id="_x0000_i1326" type="#_x0000_t75" style="width:255.25pt;height:27.25pt" o:ole="">
            <v:imagedata r:id="rId564" o:title=""/>
          </v:shape>
          <o:OLEObject Type="Embed" ProgID="Equation.DSMT4" ShapeID="_x0000_i1326" DrawAspect="Content" ObjectID="_1808506344" r:id="rId565"/>
        </w:object>
      </w:r>
      <w:r w:rsidRPr="005E5CA9">
        <w:rPr>
          <w:rFonts w:cs="Times New Roman"/>
          <w:szCs w:val="24"/>
        </w:rPr>
        <w:t>.</w:t>
      </w:r>
    </w:p>
    <w:p w:rsidR="00FA061C" w:rsidRPr="005E5CA9" w:rsidRDefault="00FA061C" w:rsidP="00F63B1A">
      <w:pPr>
        <w:spacing w:before="0" w:after="0"/>
        <w:ind w:left="992"/>
        <w:rPr>
          <w:rFonts w:cs="Times New Roman"/>
          <w:szCs w:val="24"/>
        </w:rPr>
      </w:pPr>
      <w:r w:rsidRPr="005E5CA9">
        <w:rPr>
          <w:rFonts w:cs="Times New Roman"/>
          <w:szCs w:val="24"/>
        </w:rPr>
        <w:t xml:space="preserve">Vậy </w:t>
      </w:r>
      <w:r w:rsidRPr="005E5CA9">
        <w:rPr>
          <w:rFonts w:cs="Times New Roman"/>
          <w:position w:val="-46"/>
          <w:szCs w:val="24"/>
        </w:rPr>
        <w:object w:dxaOrig="7940" w:dyaOrig="960">
          <v:shape id="_x0000_i1327" type="#_x0000_t75" style="width:396.45pt;height:48pt" o:ole="">
            <v:imagedata r:id="rId566" o:title=""/>
          </v:shape>
          <o:OLEObject Type="Embed" ProgID="Equation.DSMT4" ShapeID="_x0000_i1327" DrawAspect="Content" ObjectID="_1808506345" r:id="rId567"/>
        </w:object>
      </w:r>
      <w:r w:rsidRPr="005E5CA9">
        <w:rPr>
          <w:rFonts w:cs="Times New Roman"/>
          <w:szCs w:val="24"/>
        </w:rPr>
        <w:t>.</w:t>
      </w:r>
    </w:p>
    <w:p w:rsidR="00FA061C" w:rsidRPr="005E5CA9" w:rsidRDefault="00FA061C" w:rsidP="00F63B1A">
      <w:pPr>
        <w:tabs>
          <w:tab w:val="left" w:pos="992"/>
        </w:tabs>
        <w:spacing w:before="0" w:after="0"/>
        <w:ind w:left="992" w:hanging="992"/>
        <w:rPr>
          <w:rFonts w:cs="Times New Roman"/>
          <w:bCs/>
          <w:iCs/>
          <w:szCs w:val="24"/>
        </w:rPr>
      </w:pPr>
      <w:r w:rsidRPr="005E5CA9">
        <w:rPr>
          <w:rFonts w:cs="Times New Roman"/>
          <w:b/>
          <w:bCs/>
          <w:iCs/>
          <w:color w:val="0000FF"/>
          <w:szCs w:val="24"/>
        </w:rPr>
        <w:lastRenderedPageBreak/>
        <w:t>Câu 5.</w:t>
      </w:r>
      <w:r w:rsidRPr="005E5CA9">
        <w:rPr>
          <w:rFonts w:cs="Times New Roman"/>
          <w:b/>
          <w:bCs/>
          <w:iCs/>
          <w:color w:val="0000FF"/>
          <w:szCs w:val="24"/>
        </w:rPr>
        <w:tab/>
      </w:r>
      <w:r w:rsidRPr="005E5CA9">
        <w:rPr>
          <w:rFonts w:cs="Times New Roman"/>
          <w:bCs/>
          <w:szCs w:val="24"/>
        </w:rPr>
        <w:t xml:space="preserve">Trong không gian với hệ toạ độ </w:t>
      </w:r>
      <w:r w:rsidRPr="005E5CA9">
        <w:rPr>
          <w:rFonts w:eastAsia="Aptos" w:cs="Times New Roman"/>
          <w:position w:val="-10"/>
          <w:szCs w:val="24"/>
        </w:rPr>
        <w:object w:dxaOrig="680" w:dyaOrig="320">
          <v:shape id="_x0000_i1328" type="#_x0000_t75" style="width:33.7pt;height:15.7pt" o:ole="">
            <v:imagedata r:id="rId568" o:title=""/>
          </v:shape>
          <o:OLEObject Type="Embed" ProgID="Equation.DSMT4" ShapeID="_x0000_i1328" DrawAspect="Content" ObjectID="_1808506346" r:id="rId569"/>
        </w:object>
      </w:r>
      <w:r w:rsidRPr="005E5CA9">
        <w:rPr>
          <w:rFonts w:cs="Times New Roman"/>
          <w:bCs/>
          <w:szCs w:val="24"/>
        </w:rPr>
        <w:t xml:space="preserve"> cho hai mặt cầu </w:t>
      </w:r>
      <w:r w:rsidRPr="005E5CA9">
        <w:rPr>
          <w:rFonts w:eastAsia="Aptos" w:cs="Times New Roman"/>
          <w:position w:val="-12"/>
          <w:szCs w:val="24"/>
        </w:rPr>
        <w:object w:dxaOrig="2820" w:dyaOrig="400">
          <v:shape id="_x0000_i1329" type="#_x0000_t75" style="width:141.25pt;height:20.3pt" o:ole="">
            <v:imagedata r:id="rId570" o:title=""/>
          </v:shape>
          <o:OLEObject Type="Embed" ProgID="Equation.DSMT4" ShapeID="_x0000_i1329" DrawAspect="Content" ObjectID="_1808506347" r:id="rId571"/>
        </w:object>
      </w:r>
      <w:r w:rsidRPr="005E5CA9">
        <w:rPr>
          <w:rFonts w:cs="Times New Roman"/>
          <w:bCs/>
          <w:szCs w:val="24"/>
        </w:rPr>
        <w:t xml:space="preserve"> và mặt cầu </w:t>
      </w:r>
      <w:r w:rsidRPr="005E5CA9">
        <w:rPr>
          <w:rFonts w:eastAsia="Aptos" w:cs="Times New Roman"/>
          <w:position w:val="-12"/>
          <w:szCs w:val="24"/>
        </w:rPr>
        <w:object w:dxaOrig="3379" w:dyaOrig="400">
          <v:shape id="_x0000_i1330" type="#_x0000_t75" style="width:168.9pt;height:20.3pt" o:ole="">
            <v:imagedata r:id="rId572" o:title=""/>
          </v:shape>
          <o:OLEObject Type="Embed" ProgID="Equation.DSMT4" ShapeID="_x0000_i1330" DrawAspect="Content" ObjectID="_1808506348" r:id="rId573"/>
        </w:object>
      </w:r>
      <w:r w:rsidRPr="005E5CA9">
        <w:rPr>
          <w:rFonts w:cs="Times New Roman"/>
          <w:bCs/>
          <w:szCs w:val="24"/>
        </w:rPr>
        <w:t xml:space="preserve"> và đường thẳng </w:t>
      </w:r>
      <w:r w:rsidRPr="005E5CA9">
        <w:rPr>
          <w:rFonts w:eastAsia="Aptos" w:cs="Times New Roman"/>
          <w:position w:val="-26"/>
          <w:szCs w:val="24"/>
        </w:rPr>
        <w:object w:dxaOrig="2640" w:dyaOrig="680">
          <v:shape id="_x0000_i1331" type="#_x0000_t75" style="width:132pt;height:33.7pt" o:ole="">
            <v:imagedata r:id="rId574" o:title=""/>
          </v:shape>
          <o:OLEObject Type="Embed" ProgID="Equation.DSMT4" ShapeID="_x0000_i1331" DrawAspect="Content" ObjectID="_1808506349" r:id="rId575"/>
        </w:object>
      </w:r>
      <w:r w:rsidRPr="005E5CA9">
        <w:rPr>
          <w:rFonts w:cs="Times New Roman"/>
          <w:bCs/>
          <w:szCs w:val="24"/>
        </w:rPr>
        <w:t xml:space="preserve"> Các điểm </w:t>
      </w:r>
      <w:r w:rsidRPr="005E5CA9">
        <w:rPr>
          <w:rFonts w:eastAsia="Aptos" w:cs="Times New Roman"/>
          <w:position w:val="-10"/>
          <w:szCs w:val="24"/>
        </w:rPr>
        <w:object w:dxaOrig="920" w:dyaOrig="320">
          <v:shape id="_x0000_i1332" type="#_x0000_t75" style="width:45.7pt;height:15.7pt" o:ole="">
            <v:imagedata r:id="rId576" o:title=""/>
          </v:shape>
          <o:OLEObject Type="Embed" ProgID="Equation.DSMT4" ShapeID="_x0000_i1332" DrawAspect="Content" ObjectID="_1808506350" r:id="rId577"/>
        </w:object>
      </w:r>
      <w:r w:rsidRPr="005E5CA9">
        <w:rPr>
          <w:rFonts w:cs="Times New Roman"/>
          <w:bCs/>
          <w:szCs w:val="24"/>
        </w:rPr>
        <w:t xml:space="preserve"> di chuyển và lần lượt thuộc </w:t>
      </w:r>
      <w:r w:rsidRPr="005E5CA9">
        <w:rPr>
          <w:rFonts w:eastAsia="Aptos" w:cs="Times New Roman"/>
          <w:position w:val="-12"/>
          <w:szCs w:val="24"/>
        </w:rPr>
        <w:object w:dxaOrig="1240" w:dyaOrig="360">
          <v:shape id="_x0000_i1333" type="#_x0000_t75" style="width:62.3pt;height:18pt" o:ole="">
            <v:imagedata r:id="rId578" o:title=""/>
          </v:shape>
          <o:OLEObject Type="Embed" ProgID="Equation.DSMT4" ShapeID="_x0000_i1333" DrawAspect="Content" ObjectID="_1808506351" r:id="rId579"/>
        </w:object>
      </w:r>
      <w:r w:rsidRPr="005E5CA9">
        <w:rPr>
          <w:rFonts w:cs="Times New Roman"/>
          <w:bCs/>
          <w:szCs w:val="24"/>
        </w:rPr>
        <w:t xml:space="preserve"> (</w:t>
      </w:r>
      <w:r w:rsidRPr="005E5CA9">
        <w:rPr>
          <w:rFonts w:cs="Times New Roman"/>
          <w:bCs/>
          <w:iCs/>
          <w:szCs w:val="24"/>
        </w:rPr>
        <w:t>tham khảo hình vẽ</w:t>
      </w:r>
      <w:r w:rsidRPr="005E5CA9">
        <w:rPr>
          <w:rFonts w:cs="Times New Roman"/>
          <w:bCs/>
          <w:szCs w:val="24"/>
        </w:rPr>
        <w:t xml:space="preserve">). Tìm giá trị nhỏ nhất của tổng </w:t>
      </w:r>
      <w:r w:rsidRPr="005E5CA9">
        <w:rPr>
          <w:rFonts w:eastAsia="Aptos" w:cs="Times New Roman"/>
          <w:position w:val="-4"/>
          <w:szCs w:val="24"/>
        </w:rPr>
        <w:object w:dxaOrig="1140" w:dyaOrig="260">
          <v:shape id="_x0000_i1334" type="#_x0000_t75" style="width:57.25pt;height:12.9pt" o:ole="">
            <v:imagedata r:id="rId580" o:title=""/>
          </v:shape>
          <o:OLEObject Type="Embed" ProgID="Equation.DSMT4" ShapeID="_x0000_i1334" DrawAspect="Content" ObjectID="_1808506352" r:id="rId581"/>
        </w:object>
      </w:r>
      <w:r w:rsidRPr="005E5CA9">
        <w:rPr>
          <w:rFonts w:cs="Times New Roman"/>
          <w:bCs/>
          <w:szCs w:val="24"/>
        </w:rPr>
        <w:t xml:space="preserve"> (</w:t>
      </w:r>
      <w:r w:rsidRPr="005E5CA9">
        <w:rPr>
          <w:rFonts w:cs="Times New Roman"/>
          <w:bCs/>
          <w:iCs/>
          <w:szCs w:val="24"/>
        </w:rPr>
        <w:t>kết quả làm tròn đến hàng phần chục).</w:t>
      </w:r>
    </w:p>
    <w:p w:rsidR="00FA061C" w:rsidRPr="005E5CA9" w:rsidRDefault="00FA061C" w:rsidP="00F63B1A">
      <w:pPr>
        <w:spacing w:before="0" w:after="0"/>
        <w:ind w:left="992"/>
        <w:jc w:val="center"/>
        <w:rPr>
          <w:rFonts w:cs="Times New Roman"/>
          <w:bCs/>
          <w:szCs w:val="24"/>
        </w:rPr>
      </w:pPr>
      <w:r w:rsidRPr="005E5CA9">
        <w:rPr>
          <w:rFonts w:cs="Times New Roman"/>
          <w:bCs/>
          <w:noProof/>
          <w:szCs w:val="24"/>
          <w:bdr w:val="none" w:sz="0" w:space="0" w:color="auto" w:frame="1"/>
        </w:rPr>
        <w:drawing>
          <wp:inline distT="0" distB="0" distL="0" distR="0" wp14:anchorId="410A2549" wp14:editId="3D453870">
            <wp:extent cx="1800225" cy="1514475"/>
            <wp:effectExtent l="0" t="0" r="9525" b="9525"/>
            <wp:docPr id="716875299" name="Hình ảnh 19" descr="A diagram of a sphere with a line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diagram of a sphere with a line and a triangle&#10;&#10;AI-generated content may be incorrect."/>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800225" cy="1514475"/>
                    </a:xfrm>
                    <a:prstGeom prst="rect">
                      <a:avLst/>
                    </a:prstGeom>
                    <a:noFill/>
                    <a:ln>
                      <a:noFill/>
                    </a:ln>
                  </pic:spPr>
                </pic:pic>
              </a:graphicData>
            </a:graphic>
          </wp:inline>
        </w:drawing>
      </w:r>
      <w:r w:rsidRPr="005E5CA9">
        <w:rPr>
          <w:rFonts w:cs="Times New Roman"/>
          <w:bCs/>
          <w:szCs w:val="24"/>
        </w:rPr>
        <w:t>.</w:t>
      </w:r>
    </w:p>
    <w:p w:rsidR="00FA061C" w:rsidRPr="005E5CA9" w:rsidRDefault="00FA061C" w:rsidP="00F63B1A">
      <w:pPr>
        <w:spacing w:before="0" w:after="0"/>
        <w:ind w:left="992"/>
        <w:jc w:val="center"/>
        <w:rPr>
          <w:rFonts w:cs="Times New Roman"/>
          <w:szCs w:val="24"/>
        </w:rPr>
      </w:pPr>
      <w:r w:rsidRPr="005E5CA9">
        <w:rPr>
          <w:rFonts w:cs="Times New Roman"/>
          <w:b/>
          <w:bCs/>
          <w:color w:val="0000FF"/>
          <w:szCs w:val="24"/>
        </w:rPr>
        <w:t>Lời giải</w:t>
      </w:r>
    </w:p>
    <w:p w:rsidR="00FA061C" w:rsidRPr="005E5CA9" w:rsidRDefault="00FA061C" w:rsidP="00F63B1A">
      <w:pPr>
        <w:spacing w:before="0" w:after="0"/>
        <w:ind w:left="992"/>
        <w:rPr>
          <w:rFonts w:cs="Times New Roman"/>
          <w:b/>
          <w:szCs w:val="24"/>
        </w:rPr>
      </w:pPr>
      <w:r w:rsidRPr="005E5CA9">
        <w:rPr>
          <w:rFonts w:cs="Times New Roman"/>
          <w:b/>
          <w:szCs w:val="24"/>
          <w:highlight w:val="green"/>
        </w:rPr>
        <w:t>Đáp án: 25,7.</w:t>
      </w:r>
    </w:p>
    <w:p w:rsidR="00FA061C" w:rsidRPr="005E5CA9" w:rsidRDefault="00FA061C" w:rsidP="00F63B1A">
      <w:pPr>
        <w:spacing w:before="0" w:after="0"/>
        <w:ind w:left="992"/>
        <w:rPr>
          <w:rFonts w:cs="Times New Roman"/>
          <w:szCs w:val="24"/>
        </w:rPr>
      </w:pPr>
      <w:r w:rsidRPr="005E5CA9">
        <w:rPr>
          <w:rFonts w:cs="Times New Roman"/>
          <w:szCs w:val="24"/>
        </w:rPr>
        <w:t>Ta có:</w:t>
      </w:r>
    </w:p>
    <w:p w:rsidR="00FA061C" w:rsidRPr="005E5CA9" w:rsidRDefault="00FA061C" w:rsidP="00F63B1A">
      <w:pPr>
        <w:spacing w:before="0" w:after="0"/>
        <w:ind w:left="992"/>
        <w:rPr>
          <w:rFonts w:cs="Times New Roman"/>
          <w:szCs w:val="24"/>
        </w:rPr>
      </w:pPr>
      <w:r w:rsidRPr="005E5CA9">
        <w:rPr>
          <w:rFonts w:cs="Times New Roman"/>
          <w:position w:val="-12"/>
          <w:szCs w:val="24"/>
          <w:lang w:val="sv-SE"/>
        </w:rPr>
        <w:object w:dxaOrig="480" w:dyaOrig="360">
          <v:shape id="_x0000_i1335" type="#_x0000_t75" style="width:24pt;height:18pt" o:ole="">
            <v:imagedata r:id="rId583" o:title=""/>
          </v:shape>
          <o:OLEObject Type="Embed" ProgID="Equation.DSMT4" ShapeID="_x0000_i1335" DrawAspect="Content" ObjectID="_1808506353" r:id="rId584"/>
        </w:object>
      </w:r>
      <w:r w:rsidRPr="005E5CA9">
        <w:rPr>
          <w:rFonts w:cs="Times New Roman"/>
          <w:szCs w:val="24"/>
        </w:rPr>
        <w:t xml:space="preserve"> có tâm </w:t>
      </w:r>
      <w:r w:rsidRPr="005E5CA9">
        <w:rPr>
          <w:rFonts w:cs="Times New Roman"/>
          <w:position w:val="-10"/>
          <w:szCs w:val="24"/>
          <w:lang w:val="sv-SE"/>
        </w:rPr>
        <w:object w:dxaOrig="960" w:dyaOrig="340">
          <v:shape id="_x0000_i1336" type="#_x0000_t75" style="width:48pt;height:17.1pt" o:ole="">
            <v:imagedata r:id="rId585" o:title=""/>
          </v:shape>
          <o:OLEObject Type="Embed" ProgID="Equation.DSMT4" ShapeID="_x0000_i1336" DrawAspect="Content" ObjectID="_1808506354" r:id="rId586"/>
        </w:object>
      </w:r>
      <w:r w:rsidRPr="005E5CA9">
        <w:rPr>
          <w:rFonts w:cs="Times New Roman"/>
          <w:szCs w:val="24"/>
        </w:rPr>
        <w:t xml:space="preserve"> bán kính </w:t>
      </w:r>
      <w:r w:rsidRPr="005E5CA9">
        <w:rPr>
          <w:rFonts w:cs="Times New Roman"/>
          <w:position w:val="-12"/>
          <w:szCs w:val="24"/>
          <w:lang w:val="pt-BR"/>
        </w:rPr>
        <w:object w:dxaOrig="680" w:dyaOrig="360">
          <v:shape id="_x0000_i1337" type="#_x0000_t75" style="width:33.7pt;height:18pt" o:ole="">
            <v:imagedata r:id="rId587" o:title=""/>
          </v:shape>
          <o:OLEObject Type="Embed" ProgID="Equation.DSMT4" ShapeID="_x0000_i1337" DrawAspect="Content" ObjectID="_1808506355" r:id="rId588"/>
        </w:object>
      </w:r>
    </w:p>
    <w:p w:rsidR="00FA061C" w:rsidRPr="005E5CA9" w:rsidRDefault="00FA061C" w:rsidP="00F63B1A">
      <w:pPr>
        <w:spacing w:before="0" w:after="0"/>
        <w:ind w:left="992"/>
        <w:rPr>
          <w:rFonts w:cs="Times New Roman"/>
          <w:szCs w:val="24"/>
        </w:rPr>
      </w:pPr>
      <w:r w:rsidRPr="005E5CA9">
        <w:rPr>
          <w:rFonts w:cs="Times New Roman"/>
          <w:position w:val="-12"/>
          <w:szCs w:val="24"/>
          <w:lang w:val="pt-BR"/>
        </w:rPr>
        <w:object w:dxaOrig="499" w:dyaOrig="360">
          <v:shape id="_x0000_i1338" type="#_x0000_t75" style="width:24.9pt;height:18pt" o:ole="">
            <v:imagedata r:id="rId589" o:title=""/>
          </v:shape>
          <o:OLEObject Type="Embed" ProgID="Equation.DSMT4" ShapeID="_x0000_i1338" DrawAspect="Content" ObjectID="_1808506356" r:id="rId590"/>
        </w:object>
      </w:r>
      <w:r w:rsidRPr="005E5CA9">
        <w:rPr>
          <w:rFonts w:cs="Times New Roman"/>
          <w:szCs w:val="24"/>
        </w:rPr>
        <w:t xml:space="preserve"> có tâm </w:t>
      </w:r>
      <w:r w:rsidRPr="005E5CA9">
        <w:rPr>
          <w:rFonts w:cs="Times New Roman"/>
          <w:position w:val="-10"/>
          <w:szCs w:val="24"/>
          <w:lang w:val="pt-BR"/>
        </w:rPr>
        <w:object w:dxaOrig="1280" w:dyaOrig="340">
          <v:shape id="_x0000_i1339" type="#_x0000_t75" style="width:63.7pt;height:17.1pt" o:ole="">
            <v:imagedata r:id="rId591" o:title=""/>
          </v:shape>
          <o:OLEObject Type="Embed" ProgID="Equation.DSMT4" ShapeID="_x0000_i1339" DrawAspect="Content" ObjectID="_1808506357" r:id="rId592"/>
        </w:object>
      </w:r>
      <w:r w:rsidRPr="005E5CA9">
        <w:rPr>
          <w:rFonts w:cs="Times New Roman"/>
          <w:szCs w:val="24"/>
        </w:rPr>
        <w:t xml:space="preserve"> bán kính </w:t>
      </w:r>
      <w:r w:rsidRPr="005E5CA9">
        <w:rPr>
          <w:rFonts w:cs="Times New Roman"/>
          <w:position w:val="-12"/>
          <w:szCs w:val="24"/>
          <w:lang w:val="pt-BR"/>
        </w:rPr>
        <w:object w:dxaOrig="680" w:dyaOrig="360">
          <v:shape id="_x0000_i1340" type="#_x0000_t75" style="width:33.7pt;height:18pt" o:ole="">
            <v:imagedata r:id="rId593" o:title=""/>
          </v:shape>
          <o:OLEObject Type="Embed" ProgID="Equation.DSMT4" ShapeID="_x0000_i1340" DrawAspect="Content" ObjectID="_1808506358" r:id="rId594"/>
        </w:object>
      </w:r>
    </w:p>
    <w:p w:rsidR="00FA061C" w:rsidRPr="005E5CA9" w:rsidRDefault="00FA061C" w:rsidP="00F63B1A">
      <w:pPr>
        <w:spacing w:before="0" w:after="0"/>
        <w:ind w:left="992"/>
        <w:rPr>
          <w:rFonts w:cs="Times New Roman"/>
          <w:szCs w:val="24"/>
        </w:rPr>
      </w:pPr>
      <w:r w:rsidRPr="005E5CA9">
        <w:rPr>
          <w:rFonts w:cs="Times New Roman"/>
          <w:position w:val="-4"/>
          <w:szCs w:val="24"/>
        </w:rPr>
        <w:object w:dxaOrig="240" w:dyaOrig="260">
          <v:shape id="_x0000_i1341" type="#_x0000_t75" style="width:12pt;height:12.9pt" o:ole="">
            <v:imagedata r:id="rId595" o:title=""/>
          </v:shape>
          <o:OLEObject Type="Embed" ProgID="Equation.DSMT4" ShapeID="_x0000_i1341" DrawAspect="Content" ObjectID="_1808506359" r:id="rId596"/>
        </w:object>
      </w:r>
      <w:r w:rsidRPr="005E5CA9">
        <w:rPr>
          <w:rFonts w:cs="Times New Roman"/>
          <w:szCs w:val="24"/>
        </w:rPr>
        <w:t xml:space="preserve"> có vectơ chỉ phương </w:t>
      </w:r>
      <w:r w:rsidRPr="005E5CA9">
        <w:rPr>
          <w:rFonts w:cs="Times New Roman"/>
          <w:position w:val="-10"/>
          <w:szCs w:val="24"/>
        </w:rPr>
        <w:object w:dxaOrig="1180" w:dyaOrig="340">
          <v:shape id="_x0000_i1342" type="#_x0000_t75" style="width:59.1pt;height:17.1pt" o:ole="">
            <v:imagedata r:id="rId597" o:title=""/>
          </v:shape>
          <o:OLEObject Type="Embed" ProgID="Equation.DSMT4" ShapeID="_x0000_i1342" DrawAspect="Content" ObjectID="_1808506360" r:id="rId598"/>
        </w:object>
      </w:r>
      <w:r w:rsidRPr="005E5CA9">
        <w:rPr>
          <w:rFonts w:cs="Times New Roman"/>
          <w:szCs w:val="24"/>
        </w:rPr>
        <w:t xml:space="preserve"> và đi qua </w:t>
      </w:r>
      <w:r w:rsidRPr="005E5CA9">
        <w:rPr>
          <w:rFonts w:cs="Times New Roman"/>
          <w:position w:val="-10"/>
          <w:szCs w:val="24"/>
          <w:lang w:val="pt-BR"/>
        </w:rPr>
        <w:object w:dxaOrig="1280" w:dyaOrig="340">
          <v:shape id="_x0000_i1343" type="#_x0000_t75" style="width:63.7pt;height:17.1pt" o:ole="">
            <v:imagedata r:id="rId599" o:title=""/>
          </v:shape>
          <o:OLEObject Type="Embed" ProgID="Equation.DSMT4" ShapeID="_x0000_i1343" DrawAspect="Content" ObjectID="_1808506361" r:id="rId600"/>
        </w:object>
      </w:r>
    </w:p>
    <w:p w:rsidR="00FA061C" w:rsidRPr="005E5CA9" w:rsidRDefault="00FA061C" w:rsidP="00F63B1A">
      <w:pPr>
        <w:spacing w:before="0" w:after="0"/>
        <w:ind w:left="992"/>
        <w:rPr>
          <w:rFonts w:cs="Times New Roman"/>
          <w:bCs/>
          <w:szCs w:val="24"/>
        </w:rPr>
      </w:pPr>
      <w:r w:rsidRPr="005E5CA9">
        <w:rPr>
          <w:rFonts w:cs="Times New Roman"/>
          <w:bCs/>
          <w:position w:val="-52"/>
          <w:szCs w:val="24"/>
        </w:rPr>
        <w:object w:dxaOrig="6800" w:dyaOrig="1180">
          <v:shape id="_x0000_i1344" type="#_x0000_t75" style="width:339.7pt;height:59.1pt" o:ole="">
            <v:imagedata r:id="rId601" o:title=""/>
          </v:shape>
          <o:OLEObject Type="Embed" ProgID="Equation.DSMT4" ShapeID="_x0000_i1344" DrawAspect="Content" ObjectID="_1808506362" r:id="rId602"/>
        </w:object>
      </w:r>
    </w:p>
    <w:p w:rsidR="00FA061C" w:rsidRPr="005E5CA9" w:rsidRDefault="00FA061C" w:rsidP="00F63B1A">
      <w:pPr>
        <w:spacing w:before="0" w:after="0"/>
        <w:ind w:left="992"/>
        <w:rPr>
          <w:rFonts w:cs="Times New Roman"/>
          <w:bCs/>
          <w:szCs w:val="24"/>
        </w:rPr>
      </w:pPr>
      <w:r w:rsidRPr="005E5CA9">
        <w:rPr>
          <w:rFonts w:cs="Times New Roman"/>
          <w:bCs/>
          <w:szCs w:val="24"/>
        </w:rPr>
        <w:t xml:space="preserve">Dễ thấy </w:t>
      </w:r>
      <w:r w:rsidRPr="005E5CA9">
        <w:rPr>
          <w:rFonts w:cs="Times New Roman"/>
          <w:bCs/>
          <w:position w:val="-4"/>
          <w:szCs w:val="24"/>
        </w:rPr>
        <w:object w:dxaOrig="1140" w:dyaOrig="260">
          <v:shape id="_x0000_i1345" type="#_x0000_t75" style="width:57.25pt;height:12.9pt" o:ole="">
            <v:imagedata r:id="rId580" o:title=""/>
          </v:shape>
          <o:OLEObject Type="Embed" ProgID="Equation.DSMT4" ShapeID="_x0000_i1345" DrawAspect="Content" ObjectID="_1808506363" r:id="rId603"/>
        </w:object>
      </w:r>
      <w:r w:rsidRPr="005E5CA9">
        <w:rPr>
          <w:rFonts w:cs="Times New Roman"/>
          <w:bCs/>
          <w:szCs w:val="24"/>
        </w:rPr>
        <w:t xml:space="preserve"> nhỏ nhất </w:t>
      </w:r>
      <w:r w:rsidRPr="005E5CA9">
        <w:rPr>
          <w:rFonts w:cs="Times New Roman"/>
          <w:bCs/>
          <w:position w:val="-6"/>
          <w:szCs w:val="24"/>
        </w:rPr>
        <w:object w:dxaOrig="2980" w:dyaOrig="279">
          <v:shape id="_x0000_i1346" type="#_x0000_t75" style="width:149.1pt;height:14.3pt" o:ole="">
            <v:imagedata r:id="rId604" o:title=""/>
          </v:shape>
          <o:OLEObject Type="Embed" ProgID="Equation.DSMT4" ShapeID="_x0000_i1346" DrawAspect="Content" ObjectID="_1808506364" r:id="rId605"/>
        </w:object>
      </w:r>
      <w:r w:rsidRPr="005E5CA9">
        <w:rPr>
          <w:rFonts w:cs="Times New Roman"/>
          <w:bCs/>
          <w:szCs w:val="24"/>
        </w:rPr>
        <w:t xml:space="preserve"> nhỏ nhất.</w:t>
      </w:r>
    </w:p>
    <w:p w:rsidR="00FA061C" w:rsidRPr="005E5CA9" w:rsidRDefault="00FA061C" w:rsidP="00F63B1A">
      <w:pPr>
        <w:spacing w:before="0" w:after="0"/>
        <w:ind w:left="992"/>
        <w:rPr>
          <w:rFonts w:cs="Times New Roman"/>
          <w:iCs/>
          <w:szCs w:val="24"/>
        </w:rPr>
      </w:pPr>
      <w:r w:rsidRPr="005E5CA9">
        <w:rPr>
          <w:rFonts w:cs="Times New Roman"/>
          <w:iCs/>
          <w:szCs w:val="24"/>
        </w:rPr>
        <w:t>Cách 1:</w:t>
      </w:r>
    </w:p>
    <w:p w:rsidR="00FA061C" w:rsidRPr="005E5CA9" w:rsidRDefault="00FA061C" w:rsidP="00F63B1A">
      <w:pPr>
        <w:spacing w:before="0" w:after="0"/>
        <w:ind w:left="992"/>
        <w:rPr>
          <w:rFonts w:cs="Times New Roman"/>
          <w:bCs/>
          <w:szCs w:val="24"/>
        </w:rPr>
      </w:pPr>
      <w:r w:rsidRPr="005E5CA9">
        <w:rPr>
          <w:rFonts w:cs="Times New Roman"/>
          <w:bCs/>
          <w:szCs w:val="24"/>
        </w:rPr>
        <w:t>Ta cần tìm giá trị nhỏ nhất của:</w:t>
      </w:r>
    </w:p>
    <w:p w:rsidR="00FA061C" w:rsidRPr="005E5CA9" w:rsidRDefault="00FA061C" w:rsidP="00F63B1A">
      <w:pPr>
        <w:spacing w:before="0" w:after="0"/>
        <w:ind w:left="992"/>
        <w:rPr>
          <w:rFonts w:cs="Times New Roman"/>
          <w:szCs w:val="24"/>
        </w:rPr>
      </w:pPr>
      <w:r w:rsidRPr="005E5CA9">
        <w:rPr>
          <w:rFonts w:cs="Times New Roman"/>
          <w:position w:val="-68"/>
          <w:szCs w:val="24"/>
        </w:rPr>
        <w:object w:dxaOrig="8440" w:dyaOrig="1480">
          <v:shape id="_x0000_i1347" type="#_x0000_t75" style="width:421.85pt;height:74.3pt" o:ole="">
            <v:imagedata r:id="rId606" o:title=""/>
          </v:shape>
          <o:OLEObject Type="Embed" ProgID="Equation.DSMT4" ShapeID="_x0000_i1347" DrawAspect="Content" ObjectID="_1808506365" r:id="rId607"/>
        </w:object>
      </w:r>
    </w:p>
    <w:p w:rsidR="00FA061C" w:rsidRPr="005E5CA9" w:rsidRDefault="00FA061C" w:rsidP="00F63B1A">
      <w:pPr>
        <w:spacing w:before="0" w:after="0"/>
        <w:ind w:left="992"/>
        <w:rPr>
          <w:rFonts w:cs="Times New Roman"/>
          <w:szCs w:val="24"/>
        </w:rPr>
      </w:pPr>
      <w:r w:rsidRPr="005E5CA9">
        <w:rPr>
          <w:rFonts w:cs="Times New Roman"/>
          <w:szCs w:val="24"/>
        </w:rPr>
        <w:t xml:space="preserve">Đặt </w:t>
      </w:r>
      <w:r w:rsidRPr="005E5CA9">
        <w:rPr>
          <w:rFonts w:cs="Times New Roman"/>
          <w:position w:val="-36"/>
          <w:szCs w:val="24"/>
        </w:rPr>
        <w:object w:dxaOrig="7479" w:dyaOrig="840">
          <v:shape id="_x0000_i1348" type="#_x0000_t75" style="width:374.3pt;height:42pt" o:ole="">
            <v:imagedata r:id="rId608" o:title=""/>
          </v:shape>
          <o:OLEObject Type="Embed" ProgID="Equation.DSMT4" ShapeID="_x0000_i1348" DrawAspect="Content" ObjectID="_1808506366" r:id="rId609"/>
        </w:object>
      </w:r>
    </w:p>
    <w:p w:rsidR="00FA061C" w:rsidRPr="005E5CA9" w:rsidRDefault="00FA061C" w:rsidP="00F63B1A">
      <w:pPr>
        <w:spacing w:before="0" w:after="0"/>
        <w:ind w:left="992"/>
        <w:rPr>
          <w:rFonts w:cs="Times New Roman"/>
          <w:szCs w:val="24"/>
        </w:rPr>
      </w:pPr>
      <w:r w:rsidRPr="005E5CA9">
        <w:rPr>
          <w:rFonts w:cs="Times New Roman"/>
          <w:szCs w:val="24"/>
        </w:rPr>
        <w:t xml:space="preserve">Ta có: </w:t>
      </w:r>
      <w:r w:rsidRPr="005E5CA9">
        <w:rPr>
          <w:rFonts w:cs="Times New Roman"/>
          <w:position w:val="-38"/>
          <w:szCs w:val="24"/>
        </w:rPr>
        <w:object w:dxaOrig="6979" w:dyaOrig="980">
          <v:shape id="_x0000_i1349" type="#_x0000_t75" style="width:348.45pt;height:48.9pt" o:ole="">
            <v:imagedata r:id="rId610" o:title=""/>
          </v:shape>
          <o:OLEObject Type="Embed" ProgID="Equation.DSMT4" ShapeID="_x0000_i1349" DrawAspect="Content" ObjectID="_1808506367" r:id="rId611"/>
        </w:object>
      </w:r>
    </w:p>
    <w:p w:rsidR="00FA061C" w:rsidRPr="005E5CA9" w:rsidRDefault="00FA061C" w:rsidP="00F63B1A">
      <w:pPr>
        <w:spacing w:before="0" w:after="0"/>
        <w:ind w:left="992"/>
        <w:rPr>
          <w:rFonts w:cs="Times New Roman"/>
          <w:szCs w:val="24"/>
        </w:rPr>
      </w:pPr>
      <w:r w:rsidRPr="005E5CA9">
        <w:rPr>
          <w:rFonts w:cs="Times New Roman"/>
          <w:szCs w:val="24"/>
        </w:rPr>
        <w:t xml:space="preserve">Đẳng thức xảy ra khi </w:t>
      </w:r>
      <w:r w:rsidRPr="005E5CA9">
        <w:rPr>
          <w:rFonts w:cs="Times New Roman"/>
          <w:position w:val="-10"/>
          <w:szCs w:val="24"/>
        </w:rPr>
        <w:object w:dxaOrig="440" w:dyaOrig="340">
          <v:shape id="_x0000_i1350" type="#_x0000_t75" style="width:21.7pt;height:17.1pt" o:ole="">
            <v:imagedata r:id="rId612" o:title=""/>
          </v:shape>
          <o:OLEObject Type="Embed" ProgID="Equation.DSMT4" ShapeID="_x0000_i1350" DrawAspect="Content" ObjectID="_1808506368" r:id="rId613"/>
        </w:object>
      </w:r>
      <w:r w:rsidRPr="005E5CA9">
        <w:rPr>
          <w:rFonts w:cs="Times New Roman"/>
          <w:szCs w:val="24"/>
        </w:rPr>
        <w:t xml:space="preserve"> cùng hướng hay</w:t>
      </w:r>
    </w:p>
    <w:p w:rsidR="00FA061C" w:rsidRPr="005E5CA9" w:rsidRDefault="00FA061C" w:rsidP="00F63B1A">
      <w:pPr>
        <w:spacing w:before="0" w:after="0"/>
        <w:ind w:left="992"/>
        <w:rPr>
          <w:rFonts w:cs="Times New Roman"/>
          <w:szCs w:val="24"/>
        </w:rPr>
      </w:pPr>
      <w:r w:rsidRPr="005E5CA9">
        <w:rPr>
          <w:rFonts w:cs="Times New Roman"/>
          <w:position w:val="-44"/>
          <w:szCs w:val="24"/>
        </w:rPr>
        <w:object w:dxaOrig="8199" w:dyaOrig="900">
          <v:shape id="_x0000_i1351" type="#_x0000_t75" style="width:410.3pt;height:45.25pt" o:ole="">
            <v:imagedata r:id="rId614" o:title=""/>
          </v:shape>
          <o:OLEObject Type="Embed" ProgID="Equation.DSMT4" ShapeID="_x0000_i1351" DrawAspect="Content" ObjectID="_1808506369" r:id="rId615"/>
        </w:object>
      </w:r>
    </w:p>
    <w:p w:rsidR="00FA061C" w:rsidRPr="005E5CA9" w:rsidRDefault="00FA061C" w:rsidP="00F63B1A">
      <w:pPr>
        <w:spacing w:before="0" w:after="0"/>
        <w:ind w:left="992"/>
        <w:rPr>
          <w:rFonts w:cs="Times New Roman"/>
          <w:szCs w:val="24"/>
        </w:rPr>
      </w:pPr>
      <w:r w:rsidRPr="005E5CA9">
        <w:rPr>
          <w:rFonts w:cs="Times New Roman"/>
          <w:szCs w:val="24"/>
        </w:rPr>
        <w:t xml:space="preserve">Vậy giá trị nhỏ nhất của </w:t>
      </w:r>
      <w:r w:rsidRPr="005E5CA9">
        <w:rPr>
          <w:rFonts w:cs="Times New Roman"/>
          <w:position w:val="-4"/>
          <w:szCs w:val="24"/>
        </w:rPr>
        <w:object w:dxaOrig="1140" w:dyaOrig="260">
          <v:shape id="_x0000_i1352" type="#_x0000_t75" style="width:57.25pt;height:12.9pt" o:ole="">
            <v:imagedata r:id="rId616" o:title=""/>
          </v:shape>
          <o:OLEObject Type="Embed" ProgID="Equation.DSMT4" ShapeID="_x0000_i1352" DrawAspect="Content" ObjectID="_1808506370" r:id="rId617"/>
        </w:object>
      </w:r>
      <w:r w:rsidRPr="005E5CA9">
        <w:rPr>
          <w:rFonts w:cs="Times New Roman"/>
          <w:szCs w:val="24"/>
        </w:rPr>
        <w:t xml:space="preserve"> là </w:t>
      </w:r>
      <w:r w:rsidRPr="005E5CA9">
        <w:rPr>
          <w:rFonts w:cs="Times New Roman"/>
          <w:position w:val="-10"/>
          <w:szCs w:val="24"/>
        </w:rPr>
        <w:object w:dxaOrig="1280" w:dyaOrig="320">
          <v:shape id="_x0000_i1353" type="#_x0000_t75" style="width:63.7pt;height:15.7pt" o:ole="">
            <v:imagedata r:id="rId618" o:title=""/>
          </v:shape>
          <o:OLEObject Type="Embed" ProgID="Equation.DSMT4" ShapeID="_x0000_i1353" DrawAspect="Content" ObjectID="_1808506371" r:id="rId619"/>
        </w:object>
      </w:r>
    </w:p>
    <w:p w:rsidR="00FA061C" w:rsidRPr="005E5CA9" w:rsidRDefault="00FA061C" w:rsidP="00F63B1A">
      <w:pPr>
        <w:spacing w:before="0" w:after="0"/>
        <w:ind w:left="992"/>
        <w:rPr>
          <w:rFonts w:cs="Times New Roman"/>
          <w:bCs/>
          <w:iCs/>
          <w:szCs w:val="24"/>
        </w:rPr>
      </w:pPr>
      <w:r w:rsidRPr="005E5CA9">
        <w:rPr>
          <w:rFonts w:cs="Times New Roman"/>
          <w:bCs/>
          <w:iCs/>
          <w:szCs w:val="24"/>
        </w:rPr>
        <w:t>Cách 2:</w:t>
      </w:r>
    </w:p>
    <w:p w:rsidR="00FA061C" w:rsidRPr="005E5CA9" w:rsidRDefault="00FA061C" w:rsidP="00F63B1A">
      <w:pPr>
        <w:spacing w:before="0" w:after="0"/>
        <w:ind w:left="992"/>
        <w:jc w:val="center"/>
        <w:rPr>
          <w:rFonts w:cs="Times New Roman"/>
          <w:szCs w:val="24"/>
        </w:rPr>
      </w:pPr>
      <w:r w:rsidRPr="005E5CA9">
        <w:rPr>
          <w:rFonts w:cs="Times New Roman"/>
          <w:noProof/>
          <w:szCs w:val="24"/>
        </w:rPr>
        <w:lastRenderedPageBreak/>
        <w:drawing>
          <wp:inline distT="0" distB="0" distL="0" distR="0" wp14:anchorId="2392EF24" wp14:editId="56ECF25F">
            <wp:extent cx="1676400" cy="2371972"/>
            <wp:effectExtent l="0" t="0" r="0" b="9525"/>
            <wp:docPr id="205876909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687576" cy="2387786"/>
                    </a:xfrm>
                    <a:prstGeom prst="rect">
                      <a:avLst/>
                    </a:prstGeom>
                    <a:noFill/>
                    <a:ln>
                      <a:noFill/>
                    </a:ln>
                  </pic:spPr>
                </pic:pic>
              </a:graphicData>
            </a:graphic>
          </wp:inline>
        </w:drawing>
      </w:r>
    </w:p>
    <w:p w:rsidR="00FA061C" w:rsidRPr="005E5CA9" w:rsidRDefault="00FA061C" w:rsidP="00F63B1A">
      <w:pPr>
        <w:spacing w:before="0" w:after="0"/>
        <w:ind w:left="992"/>
        <w:rPr>
          <w:rFonts w:cs="Times New Roman"/>
          <w:szCs w:val="24"/>
        </w:rPr>
      </w:pPr>
      <w:r w:rsidRPr="005E5CA9">
        <w:rPr>
          <w:rFonts w:cs="Times New Roman"/>
          <w:szCs w:val="24"/>
        </w:rPr>
        <w:t xml:space="preserve">Gọi các mặt phẳng: </w:t>
      </w:r>
      <w:r w:rsidRPr="005E5CA9">
        <w:rPr>
          <w:rFonts w:cs="Times New Roman"/>
          <w:position w:val="-10"/>
          <w:szCs w:val="24"/>
        </w:rPr>
        <w:object w:dxaOrig="6240" w:dyaOrig="340">
          <v:shape id="_x0000_i1354" type="#_x0000_t75" style="width:312pt;height:17.1pt" o:ole="">
            <v:imagedata r:id="rId621" o:title=""/>
          </v:shape>
          <o:OLEObject Type="Embed" ProgID="Equation.DSMT4" ShapeID="_x0000_i1354" DrawAspect="Content" ObjectID="_1808506372" r:id="rId622"/>
        </w:object>
      </w:r>
    </w:p>
    <w:p w:rsidR="00FA061C" w:rsidRPr="005E5CA9" w:rsidRDefault="00FA061C" w:rsidP="00F63B1A">
      <w:pPr>
        <w:spacing w:before="0" w:after="0"/>
        <w:ind w:left="992"/>
        <w:rPr>
          <w:rFonts w:cs="Times New Roman"/>
          <w:szCs w:val="24"/>
        </w:rPr>
      </w:pPr>
      <w:r w:rsidRPr="005E5CA9">
        <w:rPr>
          <w:rFonts w:cs="Times New Roman"/>
          <w:szCs w:val="24"/>
        </w:rPr>
        <w:t>Khi đó:</w:t>
      </w:r>
    </w:p>
    <w:p w:rsidR="00FA061C" w:rsidRPr="005E5CA9" w:rsidRDefault="00FA061C" w:rsidP="00F63B1A">
      <w:pPr>
        <w:spacing w:before="0" w:after="0"/>
        <w:ind w:left="992"/>
        <w:rPr>
          <w:rFonts w:cs="Times New Roman"/>
          <w:szCs w:val="24"/>
        </w:rPr>
      </w:pPr>
      <w:r w:rsidRPr="005E5CA9">
        <w:rPr>
          <w:rFonts w:cs="Times New Roman"/>
          <w:position w:val="-30"/>
          <w:szCs w:val="24"/>
        </w:rPr>
        <w:object w:dxaOrig="3180" w:dyaOrig="720">
          <v:shape id="_x0000_i1355" type="#_x0000_t75" style="width:159.25pt;height:36pt" o:ole="">
            <v:imagedata r:id="rId623" o:title=""/>
          </v:shape>
          <o:OLEObject Type="Embed" ProgID="Equation.DSMT4" ShapeID="_x0000_i1355" DrawAspect="Content" ObjectID="_1808506373" r:id="rId624"/>
        </w:object>
      </w:r>
    </w:p>
    <w:p w:rsidR="00FA061C" w:rsidRPr="005E5CA9" w:rsidRDefault="00FA061C" w:rsidP="00F63B1A">
      <w:pPr>
        <w:spacing w:before="0" w:after="0"/>
        <w:ind w:left="992"/>
        <w:rPr>
          <w:rFonts w:cs="Times New Roman"/>
          <w:szCs w:val="24"/>
        </w:rPr>
      </w:pPr>
      <w:bookmarkStart w:id="9" w:name="_GoBack"/>
      <w:bookmarkEnd w:id="9"/>
      <w:r w:rsidRPr="005E5CA9">
        <w:rPr>
          <w:rFonts w:cs="Times New Roman"/>
          <w:szCs w:val="24"/>
        </w:rPr>
        <w:t xml:space="preserve">Gọi </w:t>
      </w:r>
      <w:r w:rsidRPr="005E5CA9">
        <w:rPr>
          <w:rFonts w:cs="Times New Roman"/>
          <w:position w:val="-30"/>
          <w:szCs w:val="24"/>
        </w:rPr>
        <w:object w:dxaOrig="3460" w:dyaOrig="740">
          <v:shape id="_x0000_i1356" type="#_x0000_t75" style="width:172.6pt;height:36.9pt" o:ole="">
            <v:imagedata r:id="rId625" o:title=""/>
          </v:shape>
          <o:OLEObject Type="Embed" ProgID="Equation.DSMT4" ShapeID="_x0000_i1356" DrawAspect="Content" ObjectID="_1808506374" r:id="rId626"/>
        </w:object>
      </w:r>
      <w:r w:rsidRPr="005E5CA9">
        <w:rPr>
          <w:rFonts w:cs="Times New Roman"/>
          <w:szCs w:val="24"/>
        </w:rPr>
        <w:t xml:space="preserve"> và </w:t>
      </w:r>
      <w:r w:rsidRPr="005E5CA9">
        <w:rPr>
          <w:rFonts w:cs="Times New Roman"/>
          <w:position w:val="-100"/>
          <w:szCs w:val="24"/>
        </w:rPr>
        <w:object w:dxaOrig="3780" w:dyaOrig="2140">
          <v:shape id="_x0000_i1357" type="#_x0000_t75" style="width:189.25pt;height:107.1pt" o:ole="">
            <v:imagedata r:id="rId627" o:title=""/>
          </v:shape>
          <o:OLEObject Type="Embed" ProgID="Equation.DSMT4" ShapeID="_x0000_i1357" DrawAspect="Content" ObjectID="_1808506375" r:id="rId628"/>
        </w:object>
      </w:r>
    </w:p>
    <w:p w:rsidR="00FA061C" w:rsidRPr="005E5CA9" w:rsidRDefault="00FA061C" w:rsidP="00F63B1A">
      <w:pPr>
        <w:spacing w:before="0" w:after="0"/>
        <w:ind w:left="992"/>
        <w:rPr>
          <w:rFonts w:cs="Times New Roman"/>
          <w:szCs w:val="24"/>
        </w:rPr>
      </w:pPr>
      <w:r w:rsidRPr="005E5CA9">
        <w:rPr>
          <w:rFonts w:cs="Times New Roman"/>
          <w:szCs w:val="24"/>
        </w:rPr>
        <w:t xml:space="preserve">Gọi </w:t>
      </w:r>
      <w:r w:rsidRPr="005E5CA9">
        <w:rPr>
          <w:rFonts w:cs="Times New Roman"/>
          <w:position w:val="-30"/>
          <w:szCs w:val="24"/>
        </w:rPr>
        <w:object w:dxaOrig="4040" w:dyaOrig="740">
          <v:shape id="_x0000_i1358" type="#_x0000_t75" style="width:201.7pt;height:36.9pt" o:ole="">
            <v:imagedata r:id="rId629" o:title=""/>
          </v:shape>
          <o:OLEObject Type="Embed" ProgID="Equation.DSMT4" ShapeID="_x0000_i1358" DrawAspect="Content" ObjectID="_1808506376" r:id="rId630"/>
        </w:object>
      </w:r>
      <w:r w:rsidRPr="005E5CA9">
        <w:rPr>
          <w:rFonts w:cs="Times New Roman"/>
          <w:szCs w:val="24"/>
        </w:rPr>
        <w:t xml:space="preserve"> thỏa </w:t>
      </w:r>
      <w:r w:rsidRPr="005E5CA9">
        <w:rPr>
          <w:rFonts w:cs="Times New Roman"/>
          <w:position w:val="-6"/>
          <w:szCs w:val="24"/>
        </w:rPr>
        <w:object w:dxaOrig="1080" w:dyaOrig="300">
          <v:shape id="_x0000_i1359" type="#_x0000_t75" style="width:54pt;height:15.25pt" o:ole="">
            <v:imagedata r:id="rId631" o:title=""/>
          </v:shape>
          <o:OLEObject Type="Embed" ProgID="Equation.DSMT4" ShapeID="_x0000_i1359" DrawAspect="Content" ObjectID="_1808506377" r:id="rId632"/>
        </w:object>
      </w:r>
    </w:p>
    <w:p w:rsidR="00FA061C" w:rsidRPr="005E5CA9" w:rsidRDefault="00FA061C" w:rsidP="00F63B1A">
      <w:pPr>
        <w:spacing w:before="0" w:after="0"/>
        <w:ind w:left="992"/>
        <w:rPr>
          <w:rFonts w:cs="Times New Roman"/>
          <w:szCs w:val="24"/>
        </w:rPr>
      </w:pPr>
      <w:r w:rsidRPr="005E5CA9">
        <w:rPr>
          <w:rFonts w:cs="Times New Roman"/>
          <w:szCs w:val="24"/>
        </w:rPr>
        <w:t xml:space="preserve">Khi đó, trong mặt phẳng </w:t>
      </w:r>
      <w:r w:rsidRPr="005E5CA9">
        <w:rPr>
          <w:rFonts w:cs="Times New Roman"/>
          <w:position w:val="-10"/>
          <w:szCs w:val="24"/>
        </w:rPr>
        <w:object w:dxaOrig="1780" w:dyaOrig="340">
          <v:shape id="_x0000_i1360" type="#_x0000_t75" style="width:89.1pt;height:17.1pt" o:ole="">
            <v:imagedata r:id="rId633" o:title=""/>
          </v:shape>
          <o:OLEObject Type="Embed" ProgID="Equation.DSMT4" ShapeID="_x0000_i1360" DrawAspect="Content" ObjectID="_1808506378" r:id="rId634"/>
        </w:object>
      </w:r>
      <w:r w:rsidRPr="005E5CA9">
        <w:rPr>
          <w:rFonts w:cs="Times New Roman"/>
          <w:szCs w:val="24"/>
        </w:rPr>
        <w:t xml:space="preserve"> thỏa </w:t>
      </w:r>
      <w:r w:rsidRPr="005E5CA9">
        <w:rPr>
          <w:rFonts w:cs="Times New Roman"/>
          <w:position w:val="-10"/>
          <w:szCs w:val="24"/>
        </w:rPr>
        <w:object w:dxaOrig="4480" w:dyaOrig="340">
          <v:shape id="_x0000_i1361" type="#_x0000_t75" style="width:224.3pt;height:17.1pt" o:ole="">
            <v:imagedata r:id="rId635" o:title=""/>
          </v:shape>
          <o:OLEObject Type="Embed" ProgID="Equation.DSMT4" ShapeID="_x0000_i1361" DrawAspect="Content" ObjectID="_1808506379" r:id="rId636"/>
        </w:object>
      </w:r>
    </w:p>
    <w:p w:rsidR="00FA061C" w:rsidRPr="005E5CA9" w:rsidRDefault="00FA061C" w:rsidP="00F63B1A">
      <w:pPr>
        <w:spacing w:before="0" w:after="0"/>
        <w:ind w:left="992"/>
        <w:rPr>
          <w:rFonts w:cs="Times New Roman"/>
          <w:szCs w:val="24"/>
        </w:rPr>
      </w:pPr>
      <w:r w:rsidRPr="005E5CA9">
        <w:rPr>
          <w:rFonts w:cs="Times New Roman"/>
          <w:szCs w:val="24"/>
        </w:rPr>
        <w:t xml:space="preserve">Khi đó </w:t>
      </w:r>
      <w:r w:rsidRPr="005E5CA9">
        <w:rPr>
          <w:rFonts w:cs="Times New Roman"/>
          <w:position w:val="-4"/>
          <w:szCs w:val="24"/>
        </w:rPr>
        <w:object w:dxaOrig="960" w:dyaOrig="260">
          <v:shape id="_x0000_i1362" type="#_x0000_t75" style="width:48pt;height:12.9pt" o:ole="">
            <v:imagedata r:id="rId637" o:title=""/>
          </v:shape>
          <o:OLEObject Type="Embed" ProgID="Equation.DSMT4" ShapeID="_x0000_i1362" DrawAspect="Content" ObjectID="_1808506380" r:id="rId638"/>
        </w:object>
      </w:r>
      <w:r w:rsidRPr="005E5CA9">
        <w:rPr>
          <w:rFonts w:cs="Times New Roman"/>
          <w:szCs w:val="24"/>
        </w:rPr>
        <w:t xml:space="preserve"> nhỏ nhất khi và chỉ khi </w:t>
      </w:r>
      <w:r w:rsidRPr="005E5CA9">
        <w:rPr>
          <w:rFonts w:cs="Times New Roman"/>
          <w:position w:val="-10"/>
          <w:szCs w:val="24"/>
        </w:rPr>
        <w:object w:dxaOrig="780" w:dyaOrig="340">
          <v:shape id="_x0000_i1363" type="#_x0000_t75" style="width:39.25pt;height:17.1pt" o:ole="">
            <v:imagedata r:id="rId639" o:title=""/>
          </v:shape>
          <o:OLEObject Type="Embed" ProgID="Equation.DSMT4" ShapeID="_x0000_i1363" DrawAspect="Content" ObjectID="_1808506381" r:id="rId640"/>
        </w:object>
      </w:r>
      <w:r w:rsidRPr="005E5CA9">
        <w:rPr>
          <w:rFonts w:cs="Times New Roman"/>
          <w:szCs w:val="24"/>
        </w:rPr>
        <w:t xml:space="preserve"> thẳng hàng và </w:t>
      </w:r>
      <w:r w:rsidRPr="005E5CA9">
        <w:rPr>
          <w:rFonts w:cs="Times New Roman"/>
          <w:position w:val="-4"/>
          <w:szCs w:val="24"/>
        </w:rPr>
        <w:object w:dxaOrig="260" w:dyaOrig="260">
          <v:shape id="_x0000_i1364" type="#_x0000_t75" style="width:12.9pt;height:12.9pt" o:ole="">
            <v:imagedata r:id="rId641" o:title=""/>
          </v:shape>
          <o:OLEObject Type="Embed" ProgID="Equation.DSMT4" ShapeID="_x0000_i1364" DrawAspect="Content" ObjectID="_1808506382" r:id="rId642"/>
        </w:object>
      </w:r>
      <w:r w:rsidRPr="005E5CA9">
        <w:rPr>
          <w:rFonts w:cs="Times New Roman"/>
          <w:szCs w:val="24"/>
        </w:rPr>
        <w:t xml:space="preserve">nằm giữa </w:t>
      </w:r>
      <w:r w:rsidRPr="005E5CA9">
        <w:rPr>
          <w:rFonts w:cs="Times New Roman"/>
          <w:position w:val="-10"/>
          <w:szCs w:val="24"/>
        </w:rPr>
        <w:object w:dxaOrig="520" w:dyaOrig="340">
          <v:shape id="_x0000_i1365" type="#_x0000_t75" style="width:26.3pt;height:17.1pt" o:ole="">
            <v:imagedata r:id="rId643" o:title=""/>
          </v:shape>
          <o:OLEObject Type="Embed" ProgID="Equation.DSMT4" ShapeID="_x0000_i1365" DrawAspect="Content" ObjectID="_1808506383" r:id="rId644"/>
        </w:object>
      </w:r>
      <w:r w:rsidRPr="005E5CA9">
        <w:rPr>
          <w:rFonts w:cs="Times New Roman"/>
          <w:szCs w:val="24"/>
        </w:rPr>
        <w:t xml:space="preserve"> (Dễ dàng chứng minh </w:t>
      </w:r>
      <w:r w:rsidRPr="005E5CA9">
        <w:rPr>
          <w:rFonts w:cs="Times New Roman"/>
          <w:position w:val="-4"/>
          <w:szCs w:val="24"/>
        </w:rPr>
        <w:object w:dxaOrig="260" w:dyaOrig="260">
          <v:shape id="_x0000_i1366" type="#_x0000_t75" style="width:12.9pt;height:12.9pt" o:ole="">
            <v:imagedata r:id="rId641" o:title=""/>
          </v:shape>
          <o:OLEObject Type="Embed" ProgID="Equation.DSMT4" ShapeID="_x0000_i1366" DrawAspect="Content" ObjectID="_1808506384" r:id="rId645"/>
        </w:object>
      </w:r>
      <w:r w:rsidRPr="005E5CA9">
        <w:rPr>
          <w:rFonts w:cs="Times New Roman"/>
          <w:szCs w:val="24"/>
        </w:rPr>
        <w:t xml:space="preserve">nằm ngoài </w:t>
      </w:r>
      <w:r w:rsidRPr="005E5CA9">
        <w:rPr>
          <w:rFonts w:cs="Times New Roman"/>
          <w:position w:val="-10"/>
          <w:szCs w:val="24"/>
        </w:rPr>
        <w:object w:dxaOrig="520" w:dyaOrig="340">
          <v:shape id="_x0000_i1367" type="#_x0000_t75" style="width:26.3pt;height:17.1pt" o:ole="">
            <v:imagedata r:id="rId643" o:title=""/>
          </v:shape>
          <o:OLEObject Type="Embed" ProgID="Equation.DSMT4" ShapeID="_x0000_i1367" DrawAspect="Content" ObjectID="_1808506385" r:id="rId646"/>
        </w:object>
      </w:r>
      <w:r w:rsidRPr="005E5CA9">
        <w:rPr>
          <w:rFonts w:cs="Times New Roman"/>
          <w:szCs w:val="24"/>
        </w:rPr>
        <w:t xml:space="preserve"> không thỏa nhỏ nhất).</w:t>
      </w:r>
    </w:p>
    <w:p w:rsidR="00FA061C" w:rsidRPr="005E5CA9" w:rsidRDefault="00FA061C" w:rsidP="00F63B1A">
      <w:pPr>
        <w:spacing w:before="0" w:after="0"/>
        <w:ind w:left="992"/>
        <w:rPr>
          <w:rFonts w:cs="Times New Roman"/>
          <w:szCs w:val="24"/>
        </w:rPr>
      </w:pPr>
      <w:r w:rsidRPr="005E5CA9">
        <w:rPr>
          <w:rFonts w:cs="Times New Roman"/>
          <w:szCs w:val="24"/>
        </w:rPr>
        <w:t xml:space="preserve">Tìm </w:t>
      </w:r>
      <w:r w:rsidRPr="005E5CA9">
        <w:rPr>
          <w:rFonts w:cs="Times New Roman"/>
          <w:position w:val="-6"/>
          <w:szCs w:val="24"/>
        </w:rPr>
        <w:object w:dxaOrig="360" w:dyaOrig="300">
          <v:shape id="_x0000_i1368" type="#_x0000_t75" style="width:18pt;height:15.25pt" o:ole="">
            <v:imagedata r:id="rId647" o:title=""/>
          </v:shape>
          <o:OLEObject Type="Embed" ProgID="Equation.DSMT4" ShapeID="_x0000_i1368" DrawAspect="Content" ObjectID="_1808506386" r:id="rId648"/>
        </w:object>
      </w:r>
    </w:p>
    <w:p w:rsidR="00FA061C" w:rsidRPr="005E5CA9" w:rsidRDefault="00FA061C" w:rsidP="00F63B1A">
      <w:pPr>
        <w:spacing w:before="0" w:after="0"/>
        <w:ind w:left="992"/>
        <w:rPr>
          <w:rFonts w:cs="Times New Roman"/>
          <w:szCs w:val="24"/>
        </w:rPr>
      </w:pPr>
      <w:r w:rsidRPr="005E5CA9">
        <w:rPr>
          <w:rFonts w:cs="Times New Roman"/>
          <w:position w:val="-74"/>
          <w:szCs w:val="24"/>
        </w:rPr>
        <w:object w:dxaOrig="9040" w:dyaOrig="1600">
          <v:shape id="_x0000_i1369" type="#_x0000_t75" style="width:451.85pt;height:80.3pt" o:ole="">
            <v:imagedata r:id="rId649" o:title=""/>
          </v:shape>
          <o:OLEObject Type="Embed" ProgID="Equation.DSMT4" ShapeID="_x0000_i1369" DrawAspect="Content" ObjectID="_1808506387" r:id="rId650"/>
        </w:object>
      </w:r>
    </w:p>
    <w:p w:rsidR="00FA061C" w:rsidRPr="005E5CA9" w:rsidRDefault="00FA061C" w:rsidP="00F63B1A">
      <w:pPr>
        <w:spacing w:before="0" w:after="0"/>
        <w:ind w:left="992"/>
        <w:rPr>
          <w:rFonts w:cs="Times New Roman"/>
          <w:szCs w:val="24"/>
        </w:rPr>
      </w:pPr>
      <w:r w:rsidRPr="005E5CA9">
        <w:rPr>
          <w:rFonts w:cs="Times New Roman"/>
          <w:szCs w:val="24"/>
        </w:rPr>
        <w:t xml:space="preserve">Vậy </w:t>
      </w:r>
      <w:r w:rsidRPr="005E5CA9">
        <w:rPr>
          <w:rFonts w:cs="Times New Roman"/>
          <w:position w:val="-10"/>
          <w:szCs w:val="24"/>
        </w:rPr>
        <w:object w:dxaOrig="4360" w:dyaOrig="340">
          <v:shape id="_x0000_i1370" type="#_x0000_t75" style="width:218.3pt;height:17.1pt" o:ole="">
            <v:imagedata r:id="rId651" o:title=""/>
          </v:shape>
          <o:OLEObject Type="Embed" ProgID="Equation.DSMT4" ShapeID="_x0000_i1370" DrawAspect="Content" ObjectID="_1808506388" r:id="rId652"/>
        </w:object>
      </w:r>
    </w:p>
    <w:p w:rsidR="00FA061C" w:rsidRPr="005E5CA9" w:rsidRDefault="00FA061C" w:rsidP="00F63B1A">
      <w:pPr>
        <w:spacing w:before="0" w:after="0"/>
        <w:ind w:left="992"/>
        <w:rPr>
          <w:rFonts w:cs="Times New Roman"/>
          <w:bCs/>
          <w:iCs/>
          <w:szCs w:val="24"/>
        </w:rPr>
      </w:pPr>
      <w:r w:rsidRPr="005E5CA9">
        <w:rPr>
          <w:rFonts w:cs="Times New Roman"/>
          <w:bCs/>
          <w:iCs/>
          <w:szCs w:val="24"/>
        </w:rPr>
        <w:t>Cách 3: Dựa vào cách 2 tính nhanh</w:t>
      </w:r>
    </w:p>
    <w:p w:rsidR="00FA061C" w:rsidRPr="005E5CA9" w:rsidRDefault="00FA061C" w:rsidP="00F63B1A">
      <w:pPr>
        <w:spacing w:before="0" w:after="0"/>
        <w:ind w:left="992"/>
        <w:rPr>
          <w:rFonts w:cs="Times New Roman"/>
          <w:iCs/>
          <w:szCs w:val="24"/>
          <w:lang w:val="pt-BR"/>
        </w:rPr>
      </w:pPr>
      <w:r w:rsidRPr="005E5CA9">
        <w:rPr>
          <w:rFonts w:cs="Times New Roman"/>
          <w:iCs/>
          <w:position w:val="-10"/>
          <w:szCs w:val="24"/>
          <w:lang w:val="pt-BR"/>
        </w:rPr>
        <w:object w:dxaOrig="6280" w:dyaOrig="400">
          <v:shape id="_x0000_i1371" type="#_x0000_t75" style="width:314.3pt;height:20.3pt" o:ole="">
            <v:imagedata r:id="rId653" o:title=""/>
          </v:shape>
          <o:OLEObject Type="Embed" ProgID="Equation.DSMT4" ShapeID="_x0000_i1371" DrawAspect="Content" ObjectID="_1808506389" r:id="rId654"/>
        </w:object>
      </w:r>
    </w:p>
    <w:p w:rsidR="00FA061C" w:rsidRPr="005E5CA9" w:rsidRDefault="00FA061C" w:rsidP="00F63B1A">
      <w:pPr>
        <w:spacing w:before="0" w:after="0"/>
        <w:ind w:left="992"/>
        <w:rPr>
          <w:rFonts w:cs="Times New Roman"/>
          <w:iCs/>
          <w:szCs w:val="24"/>
          <w:lang w:val="pt-BR"/>
        </w:rPr>
      </w:pPr>
      <w:r w:rsidRPr="005E5CA9">
        <w:rPr>
          <w:rFonts w:cs="Times New Roman"/>
          <w:iCs/>
          <w:position w:val="-32"/>
          <w:szCs w:val="24"/>
          <w:lang w:val="pt-BR"/>
        </w:rPr>
        <w:object w:dxaOrig="7520" w:dyaOrig="820">
          <v:shape id="_x0000_i1372" type="#_x0000_t75" style="width:375.7pt;height:41.1pt" o:ole="">
            <v:imagedata r:id="rId655" o:title=""/>
          </v:shape>
          <o:OLEObject Type="Embed" ProgID="Equation.DSMT4" ShapeID="_x0000_i1372" DrawAspect="Content" ObjectID="_1808506390" r:id="rId656"/>
        </w:object>
      </w:r>
      <w:r w:rsidRPr="005E5CA9">
        <w:rPr>
          <w:rFonts w:cs="Times New Roman"/>
          <w:iCs/>
          <w:szCs w:val="24"/>
          <w:lang w:val="pt-BR"/>
        </w:rPr>
        <w:t>.</w:t>
      </w:r>
    </w:p>
    <w:p w:rsidR="00FA061C" w:rsidRPr="005E5CA9" w:rsidRDefault="00FA061C" w:rsidP="00F63B1A">
      <w:pPr>
        <w:tabs>
          <w:tab w:val="left" w:pos="992"/>
        </w:tabs>
        <w:spacing w:before="0" w:after="0"/>
        <w:ind w:left="992" w:hanging="992"/>
        <w:rPr>
          <w:rFonts w:eastAsia="Calibri" w:cs="Times New Roman"/>
          <w:szCs w:val="24"/>
          <w:lang w:val="pt-BR"/>
        </w:rPr>
      </w:pPr>
      <w:r w:rsidRPr="005E5CA9">
        <w:rPr>
          <w:rFonts w:eastAsia="Calibri" w:cs="Times New Roman"/>
          <w:b/>
          <w:color w:val="0000FF"/>
          <w:szCs w:val="24"/>
          <w:lang w:val="pt-BR"/>
        </w:rPr>
        <w:t>Câu 6.</w:t>
      </w:r>
      <w:r w:rsidRPr="005E5CA9">
        <w:rPr>
          <w:rFonts w:eastAsia="Calibri" w:cs="Times New Roman"/>
          <w:b/>
          <w:color w:val="0000FF"/>
          <w:szCs w:val="24"/>
          <w:lang w:val="pt-BR"/>
        </w:rPr>
        <w:tab/>
      </w:r>
      <w:r w:rsidRPr="005E5CA9">
        <w:rPr>
          <w:rFonts w:cs="Times New Roman"/>
          <w:bCs/>
          <w:szCs w:val="24"/>
          <w:lang w:val="pt-BR"/>
        </w:rPr>
        <w:t>Trong không gian</w:t>
      </w:r>
      <w:r w:rsidRPr="005E5CA9">
        <w:rPr>
          <w:rFonts w:cs="Times New Roman"/>
          <w:szCs w:val="24"/>
          <w:lang w:val="pt-BR"/>
        </w:rPr>
        <w:t xml:space="preserve"> </w:t>
      </w:r>
      <w:r w:rsidRPr="005E5CA9">
        <w:rPr>
          <w:rFonts w:eastAsia="Aptos" w:cs="Times New Roman"/>
          <w:position w:val="-10"/>
          <w:szCs w:val="24"/>
        </w:rPr>
        <w:object w:dxaOrig="555" w:dyaOrig="315">
          <v:shape id="_x0000_i1373" type="#_x0000_t75" style="width:27.7pt;height:15.7pt" o:ole="">
            <v:imagedata r:id="rId657" o:title=""/>
          </v:shape>
          <o:OLEObject Type="Embed" ProgID="Equation.DSMT4" ShapeID="_x0000_i1373" DrawAspect="Content" ObjectID="_1808506391" r:id="rId658"/>
        </w:object>
      </w:r>
      <w:r w:rsidRPr="005E5CA9">
        <w:rPr>
          <w:rFonts w:eastAsia="Calibri" w:cs="Times New Roman"/>
          <w:szCs w:val="24"/>
          <w:lang w:val="pt-BR"/>
        </w:rPr>
        <w:t xml:space="preserve"> (đơn vị trên mỗi trục tọa độ là </w:t>
      </w:r>
      <w:r w:rsidRPr="005E5CA9">
        <w:rPr>
          <w:rFonts w:eastAsia="Calibri" w:cs="Times New Roman"/>
          <w:iCs/>
          <w:szCs w:val="24"/>
          <w:lang w:val="pt-BR"/>
        </w:rPr>
        <w:t>mét</w:t>
      </w:r>
      <w:r w:rsidRPr="005E5CA9">
        <w:rPr>
          <w:rFonts w:eastAsia="Calibri" w:cs="Times New Roman"/>
          <w:szCs w:val="24"/>
          <w:lang w:val="pt-BR"/>
        </w:rPr>
        <w:t xml:space="preserve">), một ngôi nhà như hình vẽ dưới đây có sàn nhà nằm ngang trên mặt phẳng </w:t>
      </w:r>
      <w:r w:rsidRPr="005E5CA9">
        <w:rPr>
          <w:rFonts w:eastAsia="Aptos" w:cs="Times New Roman"/>
          <w:position w:val="-14"/>
          <w:szCs w:val="24"/>
        </w:rPr>
        <w:object w:dxaOrig="2380" w:dyaOrig="400">
          <v:shape id="_x0000_i1374" type="#_x0000_t75" style="width:119.1pt;height:20.3pt" o:ole="">
            <v:imagedata r:id="rId659" o:title=""/>
          </v:shape>
          <o:OLEObject Type="Embed" ProgID="Equation.DSMT4" ShapeID="_x0000_i1374" DrawAspect="Content" ObjectID="_1808506392" r:id="rId660"/>
        </w:object>
      </w:r>
      <w:r w:rsidRPr="005E5CA9">
        <w:rPr>
          <w:rFonts w:eastAsia="Calibri" w:cs="Times New Roman"/>
          <w:szCs w:val="24"/>
          <w:lang w:val="pt-BR"/>
        </w:rPr>
        <w:t xml:space="preserve">. Hai mái nhà lần lượt nằm trên các mặt phẳng </w:t>
      </w:r>
      <w:r w:rsidRPr="005E5CA9">
        <w:rPr>
          <w:rFonts w:eastAsia="Aptos" w:cs="Times New Roman"/>
          <w:position w:val="-14"/>
          <w:szCs w:val="24"/>
        </w:rPr>
        <w:object w:dxaOrig="1380" w:dyaOrig="400">
          <v:shape id="_x0000_i1375" type="#_x0000_t75" style="width:68.3pt;height:20.3pt" o:ole="">
            <v:imagedata r:id="rId661" o:title=""/>
          </v:shape>
          <o:OLEObject Type="Embed" ProgID="Equation.DSMT4" ShapeID="_x0000_i1375" DrawAspect="Content" ObjectID="_1808506393" r:id="rId662"/>
        </w:object>
      </w:r>
      <w:r w:rsidRPr="005E5CA9">
        <w:rPr>
          <w:rFonts w:eastAsia="Calibri" w:cs="Times New Roman"/>
          <w:szCs w:val="24"/>
          <w:lang w:val="pt-BR"/>
        </w:rPr>
        <w:t xml:space="preserve">, </w:t>
      </w:r>
      <w:r w:rsidRPr="005E5CA9">
        <w:rPr>
          <w:rFonts w:eastAsia="Aptos" w:cs="Times New Roman"/>
          <w:position w:val="-14"/>
          <w:szCs w:val="24"/>
        </w:rPr>
        <w:object w:dxaOrig="1860" w:dyaOrig="400">
          <v:shape id="_x0000_i1376" type="#_x0000_t75" style="width:92.3pt;height:20.3pt" o:ole="">
            <v:imagedata r:id="rId663" o:title=""/>
          </v:shape>
          <o:OLEObject Type="Embed" ProgID="Equation.DSMT4" ShapeID="_x0000_i1376" DrawAspect="Content" ObjectID="_1808506394" r:id="rId664"/>
        </w:object>
      </w:r>
      <w:r w:rsidRPr="005E5CA9">
        <w:rPr>
          <w:rFonts w:eastAsia="Calibri" w:cs="Times New Roman"/>
          <w:szCs w:val="24"/>
          <w:lang w:val="pt-BR"/>
        </w:rPr>
        <w:t>. Hỏi chiều cao của ngôi nhà tính từ sàn nhà đến nóc nhà (</w:t>
      </w:r>
      <w:r w:rsidRPr="005E5CA9">
        <w:rPr>
          <w:rFonts w:eastAsia="Calibri" w:cs="Times New Roman"/>
          <w:iCs/>
          <w:szCs w:val="24"/>
          <w:lang w:val="pt-BR"/>
        </w:rPr>
        <w:t>điểm cao nhất của mái nhà</w:t>
      </w:r>
      <w:r w:rsidRPr="005E5CA9">
        <w:rPr>
          <w:rFonts w:eastAsia="Calibri" w:cs="Times New Roman"/>
          <w:szCs w:val="24"/>
          <w:lang w:val="pt-BR"/>
        </w:rPr>
        <w:t xml:space="preserve">) là bao nhiêu? </w:t>
      </w:r>
      <w:r w:rsidRPr="005E5CA9">
        <w:rPr>
          <w:rFonts w:eastAsia="Calibri" w:cs="Times New Roman"/>
          <w:iCs/>
          <w:szCs w:val="24"/>
          <w:lang w:val="pt-BR"/>
        </w:rPr>
        <w:t>(làm tròn đến hàng phần chục)</w:t>
      </w:r>
    </w:p>
    <w:p w:rsidR="00FA061C" w:rsidRPr="005E5CA9" w:rsidRDefault="00FA061C" w:rsidP="00F63B1A">
      <w:pPr>
        <w:spacing w:before="0" w:after="0"/>
        <w:ind w:left="992"/>
        <w:jc w:val="center"/>
        <w:rPr>
          <w:rFonts w:cs="Times New Roman"/>
          <w:szCs w:val="24"/>
          <w:lang w:val="pt-BR"/>
        </w:rPr>
      </w:pPr>
      <w:r w:rsidRPr="005E5CA9">
        <w:rPr>
          <w:rFonts w:cs="Times New Roman"/>
          <w:noProof/>
          <w:szCs w:val="24"/>
        </w:rPr>
        <w:lastRenderedPageBreak/>
        <w:drawing>
          <wp:inline distT="0" distB="0" distL="0" distR="0" wp14:anchorId="5B1B0C7D" wp14:editId="37BAF96B">
            <wp:extent cx="2617596" cy="1554815"/>
            <wp:effectExtent l="0" t="0" r="0" b="7620"/>
            <wp:docPr id="18" name="image10.jpg" descr="A house with a lawn and trees&#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0.jpg" descr="A house with a lawn and trees&#10;&#10;Description automatically generated"/>
                    <pic:cNvPicPr preferRelativeResize="0"/>
                  </pic:nvPicPr>
                  <pic:blipFill>
                    <a:blip r:embed="rId665"/>
                    <a:srcRect/>
                    <a:stretch>
                      <a:fillRect/>
                    </a:stretch>
                  </pic:blipFill>
                  <pic:spPr>
                    <a:xfrm>
                      <a:off x="0" y="0"/>
                      <a:ext cx="2625569" cy="1559551"/>
                    </a:xfrm>
                    <a:prstGeom prst="rect">
                      <a:avLst/>
                    </a:prstGeom>
                    <a:ln/>
                  </pic:spPr>
                </pic:pic>
              </a:graphicData>
            </a:graphic>
          </wp:inline>
        </w:drawing>
      </w:r>
      <w:r w:rsidRPr="005E5CA9">
        <w:rPr>
          <w:rFonts w:cs="Times New Roman"/>
          <w:szCs w:val="24"/>
          <w:lang w:val="pt-BR"/>
        </w:rPr>
        <w:t>.</w:t>
      </w:r>
    </w:p>
    <w:p w:rsidR="00FA061C" w:rsidRPr="005E5CA9" w:rsidRDefault="00FA061C" w:rsidP="00F63B1A">
      <w:pPr>
        <w:spacing w:before="0" w:after="0"/>
        <w:ind w:left="992"/>
        <w:jc w:val="center"/>
        <w:rPr>
          <w:rFonts w:cs="Times New Roman"/>
          <w:szCs w:val="24"/>
          <w:lang w:val="pt-BR"/>
        </w:rPr>
      </w:pPr>
      <w:r w:rsidRPr="005E5CA9">
        <w:rPr>
          <w:rFonts w:cs="Times New Roman"/>
          <w:b/>
          <w:color w:val="0000FF"/>
          <w:szCs w:val="24"/>
          <w:lang w:val="pt-BR"/>
        </w:rPr>
        <w:t>Lời giải</w:t>
      </w:r>
    </w:p>
    <w:p w:rsidR="00FA061C" w:rsidRPr="005E5CA9" w:rsidRDefault="00FA061C" w:rsidP="00F63B1A">
      <w:pPr>
        <w:spacing w:before="0" w:after="0"/>
        <w:ind w:left="992"/>
        <w:rPr>
          <w:rFonts w:cs="Times New Roman"/>
          <w:bCs/>
          <w:szCs w:val="24"/>
          <w:lang w:val="pt-BR"/>
        </w:rPr>
      </w:pPr>
      <w:r w:rsidRPr="005E5CA9">
        <w:rPr>
          <w:rFonts w:cs="Times New Roman"/>
          <w:szCs w:val="24"/>
          <w:lang w:val="pt-BR"/>
        </w:rPr>
        <w:t xml:space="preserve">Đáp án: </w:t>
      </w:r>
      <w:r w:rsidRPr="005E5CA9">
        <w:rPr>
          <w:rFonts w:cs="Times New Roman"/>
          <w:bCs/>
          <w:szCs w:val="24"/>
          <w:lang w:val="pt-BR"/>
        </w:rPr>
        <w:t>4,8.</w:t>
      </w:r>
    </w:p>
    <w:p w:rsidR="00FA061C" w:rsidRPr="005E5CA9" w:rsidRDefault="00FA061C" w:rsidP="00F63B1A">
      <w:pPr>
        <w:spacing w:before="0" w:after="0"/>
        <w:ind w:left="992"/>
        <w:rPr>
          <w:rFonts w:eastAsia="Calibri" w:cs="Times New Roman"/>
          <w:noProof/>
          <w:szCs w:val="24"/>
          <w:lang w:val="pt-BR"/>
        </w:rPr>
      </w:pPr>
      <w:r w:rsidRPr="005E5CA9">
        <w:rPr>
          <w:rFonts w:eastAsia="Calibri" w:cs="Times New Roman"/>
          <w:noProof/>
          <w:szCs w:val="24"/>
          <w:lang w:val="pt-BR"/>
        </w:rPr>
        <w:t xml:space="preserve">Cần tìm tọa độ một điểm thuộc đường thẳng giao tuyến của hai mặt phẳng </w:t>
      </w:r>
      <w:r w:rsidRPr="005E5CA9">
        <w:rPr>
          <w:rFonts w:eastAsia="Calibri" w:cs="Times New Roman"/>
          <w:position w:val="-14"/>
          <w:szCs w:val="24"/>
        </w:rPr>
        <w:object w:dxaOrig="420" w:dyaOrig="400">
          <v:shape id="_x0000_i1377" type="#_x0000_t75" style="width:21.25pt;height:20.3pt" o:ole="">
            <v:imagedata r:id="rId666" o:title=""/>
          </v:shape>
          <o:OLEObject Type="Embed" ProgID="Equation.DSMT4" ShapeID="_x0000_i1377" DrawAspect="Content" ObjectID="_1808506395" r:id="rId667"/>
        </w:object>
      </w:r>
      <w:r w:rsidRPr="005E5CA9">
        <w:rPr>
          <w:rFonts w:eastAsia="Calibri" w:cs="Times New Roman"/>
          <w:szCs w:val="24"/>
          <w:lang w:val="pt-BR"/>
        </w:rPr>
        <w:t xml:space="preserve"> và </w:t>
      </w:r>
      <w:r w:rsidRPr="005E5CA9">
        <w:rPr>
          <w:rFonts w:eastAsia="Calibri" w:cs="Times New Roman"/>
          <w:position w:val="-14"/>
          <w:szCs w:val="24"/>
        </w:rPr>
        <w:object w:dxaOrig="420" w:dyaOrig="400">
          <v:shape id="_x0000_i1378" type="#_x0000_t75" style="width:21.25pt;height:20.3pt" o:ole="">
            <v:imagedata r:id="rId668" o:title=""/>
          </v:shape>
          <o:OLEObject Type="Embed" ProgID="Equation.DSMT4" ShapeID="_x0000_i1378" DrawAspect="Content" ObjectID="_1808506396" r:id="rId669"/>
        </w:object>
      </w:r>
    </w:p>
    <w:p w:rsidR="00FA061C" w:rsidRPr="005E5CA9" w:rsidRDefault="00FA061C" w:rsidP="00F63B1A">
      <w:pPr>
        <w:spacing w:before="0" w:after="0"/>
        <w:ind w:left="992"/>
        <w:rPr>
          <w:rFonts w:eastAsia="Calibri" w:cs="Times New Roman"/>
          <w:szCs w:val="24"/>
          <w:lang w:val="pt-BR"/>
        </w:rPr>
      </w:pPr>
      <w:r w:rsidRPr="005E5CA9">
        <w:rPr>
          <w:rFonts w:eastAsia="Calibri" w:cs="Times New Roman"/>
          <w:noProof/>
          <w:szCs w:val="24"/>
          <w:lang w:val="pt-BR"/>
        </w:rPr>
        <w:t xml:space="preserve">Cho </w:t>
      </w:r>
      <w:r w:rsidRPr="005E5CA9">
        <w:rPr>
          <w:rFonts w:eastAsia="Calibri" w:cs="Times New Roman"/>
          <w:position w:val="-10"/>
          <w:szCs w:val="24"/>
        </w:rPr>
        <w:object w:dxaOrig="560" w:dyaOrig="320">
          <v:shape id="_x0000_i1379" type="#_x0000_t75" style="width:27.7pt;height:15.7pt" o:ole="">
            <v:imagedata r:id="rId670" o:title=""/>
          </v:shape>
          <o:OLEObject Type="Embed" ProgID="Equation.DSMT4" ShapeID="_x0000_i1379" DrawAspect="Content" ObjectID="_1808506397" r:id="rId671"/>
        </w:object>
      </w:r>
      <w:r w:rsidRPr="005E5CA9">
        <w:rPr>
          <w:rFonts w:eastAsia="Calibri" w:cs="Times New Roman"/>
          <w:szCs w:val="24"/>
          <w:lang w:val="pt-BR"/>
        </w:rPr>
        <w:t xml:space="preserve">, ta giải hệ phương trình: </w:t>
      </w:r>
      <w:r w:rsidRPr="005E5CA9">
        <w:rPr>
          <w:rFonts w:eastAsia="Calibri" w:cs="Times New Roman"/>
          <w:position w:val="-30"/>
          <w:szCs w:val="24"/>
        </w:rPr>
        <w:object w:dxaOrig="2100" w:dyaOrig="720">
          <v:shape id="_x0000_i1380" type="#_x0000_t75" style="width:104.3pt;height:36.9pt" o:ole="">
            <v:imagedata r:id="rId672" o:title=""/>
          </v:shape>
          <o:OLEObject Type="Embed" ProgID="Equation.DSMT4" ShapeID="_x0000_i1380" DrawAspect="Content" ObjectID="_1808506398" r:id="rId673"/>
        </w:object>
      </w:r>
    </w:p>
    <w:p w:rsidR="00FA061C" w:rsidRPr="005E5CA9" w:rsidRDefault="00FA061C" w:rsidP="00F63B1A">
      <w:pPr>
        <w:spacing w:before="0" w:after="0"/>
        <w:ind w:left="992"/>
        <w:rPr>
          <w:rFonts w:eastAsia="Calibri" w:cs="Times New Roman"/>
          <w:noProof/>
          <w:szCs w:val="24"/>
          <w:lang w:val="pt-BR"/>
        </w:rPr>
      </w:pPr>
      <w:r w:rsidRPr="005E5CA9">
        <w:rPr>
          <w:rFonts w:eastAsia="Calibri" w:cs="Times New Roman"/>
          <w:szCs w:val="24"/>
          <w:lang w:val="pt-BR"/>
        </w:rPr>
        <w:t xml:space="preserve">Do đó gốc tọa độ </w:t>
      </w:r>
      <w:r w:rsidRPr="005E5CA9">
        <w:rPr>
          <w:rFonts w:eastAsia="Calibri" w:cs="Times New Roman"/>
          <w:position w:val="-14"/>
          <w:szCs w:val="24"/>
        </w:rPr>
        <w:object w:dxaOrig="980" w:dyaOrig="400">
          <v:shape id="_x0000_i1381" type="#_x0000_t75" style="width:48.9pt;height:20.3pt" o:ole="">
            <v:imagedata r:id="rId674" o:title=""/>
          </v:shape>
          <o:OLEObject Type="Embed" ProgID="Equation.DSMT4" ShapeID="_x0000_i1381" DrawAspect="Content" ObjectID="_1808506399" r:id="rId675"/>
        </w:object>
      </w:r>
      <w:r w:rsidRPr="005E5CA9">
        <w:rPr>
          <w:rFonts w:eastAsia="Calibri" w:cs="Times New Roman"/>
          <w:szCs w:val="24"/>
          <w:lang w:val="pt-BR"/>
        </w:rPr>
        <w:t xml:space="preserve"> </w:t>
      </w:r>
      <w:r w:rsidRPr="005E5CA9">
        <w:rPr>
          <w:rFonts w:eastAsia="Calibri" w:cs="Times New Roman"/>
          <w:noProof/>
          <w:szCs w:val="24"/>
          <w:lang w:val="pt-BR"/>
        </w:rPr>
        <w:t xml:space="preserve">thuộc đường thẳng giao tuyến của hai mặt phẳng </w:t>
      </w:r>
      <w:r w:rsidRPr="005E5CA9">
        <w:rPr>
          <w:rFonts w:eastAsia="Calibri" w:cs="Times New Roman"/>
          <w:position w:val="-14"/>
          <w:szCs w:val="24"/>
        </w:rPr>
        <w:object w:dxaOrig="420" w:dyaOrig="400">
          <v:shape id="_x0000_i1382" type="#_x0000_t75" style="width:20.3pt;height:20.3pt" o:ole="">
            <v:imagedata r:id="rId666" o:title=""/>
          </v:shape>
          <o:OLEObject Type="Embed" ProgID="Equation.DSMT4" ShapeID="_x0000_i1382" DrawAspect="Content" ObjectID="_1808506400" r:id="rId676"/>
        </w:object>
      </w:r>
      <w:r w:rsidRPr="005E5CA9">
        <w:rPr>
          <w:rFonts w:eastAsia="Calibri" w:cs="Times New Roman"/>
          <w:szCs w:val="24"/>
          <w:lang w:val="pt-BR"/>
        </w:rPr>
        <w:t xml:space="preserve"> và </w:t>
      </w:r>
      <w:r w:rsidRPr="005E5CA9">
        <w:rPr>
          <w:rFonts w:eastAsia="Calibri" w:cs="Times New Roman"/>
          <w:position w:val="-14"/>
          <w:szCs w:val="24"/>
        </w:rPr>
        <w:object w:dxaOrig="420" w:dyaOrig="400">
          <v:shape id="_x0000_i1383" type="#_x0000_t75" style="width:20.3pt;height:20.3pt" o:ole="">
            <v:imagedata r:id="rId668" o:title=""/>
          </v:shape>
          <o:OLEObject Type="Embed" ProgID="Equation.DSMT4" ShapeID="_x0000_i1383" DrawAspect="Content" ObjectID="_1808506401" r:id="rId677"/>
        </w:object>
      </w:r>
    </w:p>
    <w:p w:rsidR="00FA061C" w:rsidRPr="005E5CA9" w:rsidRDefault="00FA061C" w:rsidP="00F63B1A">
      <w:pPr>
        <w:spacing w:before="0" w:after="0"/>
        <w:ind w:left="992"/>
        <w:rPr>
          <w:rFonts w:eastAsia="Calibri" w:cs="Times New Roman"/>
          <w:kern w:val="2"/>
          <w:szCs w:val="24"/>
        </w:rPr>
      </w:pPr>
      <w:r w:rsidRPr="005E5CA9">
        <w:rPr>
          <w:rFonts w:eastAsia="Calibri" w:cs="Times New Roman"/>
          <w:noProof/>
          <w:szCs w:val="24"/>
          <w:lang w:val="pt-BR"/>
        </w:rPr>
        <w:t xml:space="preserve">Khi đó </w:t>
      </w:r>
      <w:r w:rsidRPr="005E5CA9">
        <w:rPr>
          <w:rFonts w:eastAsia="Calibri" w:cs="Times New Roman"/>
          <w:szCs w:val="24"/>
          <w:lang w:val="pt-BR"/>
        </w:rPr>
        <w:t xml:space="preserve">chiều cao từ sàn nhà đến nóc nhà là </w:t>
      </w:r>
      <w:r w:rsidRPr="005E5CA9">
        <w:rPr>
          <w:rFonts w:eastAsia="Calibri" w:cs="Times New Roman"/>
          <w:kern w:val="2"/>
          <w:position w:val="-42"/>
          <w:szCs w:val="24"/>
        </w:rPr>
        <w:object w:dxaOrig="4380" w:dyaOrig="859">
          <v:shape id="_x0000_i1384" type="#_x0000_t75" style="width:219.25pt;height:43.85pt" o:ole="">
            <v:imagedata r:id="rId678" o:title=""/>
          </v:shape>
          <o:OLEObject Type="Embed" ProgID="Equation.DSMT4" ShapeID="_x0000_i1384" DrawAspect="Content" ObjectID="_1808506402" r:id="rId679"/>
        </w:object>
      </w:r>
      <w:r w:rsidRPr="005E5CA9">
        <w:rPr>
          <w:rFonts w:eastAsia="Calibri" w:cs="Times New Roman"/>
          <w:kern w:val="2"/>
          <w:szCs w:val="24"/>
        </w:rPr>
        <w:t>.</w:t>
      </w:r>
    </w:p>
    <w:p w:rsidR="00FA061C" w:rsidRPr="00D758E2" w:rsidRDefault="00D758E2" w:rsidP="00F63B1A">
      <w:pPr>
        <w:spacing w:before="0" w:after="0"/>
        <w:ind w:left="992"/>
        <w:jc w:val="center"/>
        <w:rPr>
          <w:rFonts w:eastAsia="Calibri" w:cs="Times New Roman"/>
          <w:b/>
          <w:noProof/>
          <w:szCs w:val="24"/>
          <w:lang w:val="pt-BR"/>
        </w:rPr>
      </w:pPr>
      <w:r w:rsidRPr="00D758E2">
        <w:rPr>
          <w:rFonts w:eastAsia="Calibri" w:cs="Times New Roman"/>
          <w:b/>
          <w:noProof/>
          <w:szCs w:val="24"/>
          <w:lang w:val="pt-BR"/>
        </w:rPr>
        <w:t>---HẾT---</w:t>
      </w:r>
    </w:p>
    <w:bookmarkEnd w:id="0"/>
    <w:p w:rsidR="009113A8" w:rsidRPr="00FA061C" w:rsidRDefault="009113A8" w:rsidP="00F63B1A">
      <w:pPr>
        <w:spacing w:before="0" w:after="0"/>
      </w:pPr>
    </w:p>
    <w:sectPr w:rsidR="009113A8" w:rsidRPr="00FA061C" w:rsidSect="00C5569C">
      <w:pgSz w:w="11906" w:h="16838" w:code="9"/>
      <w:pgMar w:top="680" w:right="567" w:bottom="680" w:left="851" w:header="227"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6DC" w:rsidRDefault="00B756DC" w:rsidP="009D23AE">
      <w:pPr>
        <w:spacing w:before="0" w:after="0"/>
      </w:pPr>
      <w:r>
        <w:separator/>
      </w:r>
    </w:p>
  </w:endnote>
  <w:endnote w:type="continuationSeparator" w:id="0">
    <w:p w:rsidR="00B756DC" w:rsidRDefault="00B756DC"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clid Symbol">
    <w:panose1 w:val="05050102010706020507"/>
    <w:charset w:val="02"/>
    <w:family w:val="roman"/>
    <w:pitch w:val="variable"/>
    <w:sig w:usb0="8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Italic">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UTM Avo">
    <w:panose1 w:val="02040603050506020204"/>
    <w:charset w:val="00"/>
    <w:family w:val="roman"/>
    <w:pitch w:val="variable"/>
    <w:sig w:usb0="00000007" w:usb1="00000000" w:usb2="00000000" w:usb3="00000000" w:csb0="00000003" w:csb1="00000000"/>
  </w:font>
  <w:font w:name="Aptos">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6DC" w:rsidRDefault="00B756DC" w:rsidP="009D23AE">
      <w:pPr>
        <w:spacing w:before="0" w:after="0"/>
      </w:pPr>
      <w:r>
        <w:separator/>
      </w:r>
    </w:p>
  </w:footnote>
  <w:footnote w:type="continuationSeparator" w:id="0">
    <w:p w:rsidR="00B756DC" w:rsidRDefault="00B756DC" w:rsidP="009D23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7" w15:restartNumberingAfterBreak="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 w15:restartNumberingAfterBreak="0">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377E24"/>
    <w:multiLevelType w:val="multilevel"/>
    <w:tmpl w:val="1DC69EC2"/>
    <w:lvl w:ilvl="0">
      <w:start w:val="1"/>
      <w:numFmt w:val="decimal"/>
      <w:pStyle w:val="MTDisplayEquation"/>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15:restartNumberingAfterBreak="0">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15:restartNumberingAfterBreak="0">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25" w15:restartNumberingAfterBreak="0">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15:restartNumberingAfterBreak="0">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3"/>
  </w:num>
  <w:num w:numId="4">
    <w:abstractNumId w:val="2"/>
  </w:num>
  <w:num w:numId="5">
    <w:abstractNumId w:val="4"/>
  </w:num>
  <w:num w:numId="6">
    <w:abstractNumId w:val="1"/>
  </w:num>
  <w:num w:numId="7">
    <w:abstractNumId w:val="0"/>
  </w:num>
  <w:num w:numId="8">
    <w:abstractNumId w:val="6"/>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9">
    <w:abstractNumId w:val="11"/>
  </w:num>
  <w:num w:numId="10">
    <w:abstractNumId w:val="26"/>
  </w:num>
  <w:num w:numId="11">
    <w:abstractNumId w:val="18"/>
  </w:num>
  <w:num w:numId="12">
    <w:abstractNumId w:val="7"/>
  </w:num>
  <w:num w:numId="13">
    <w:abstractNumId w:val="21"/>
  </w:num>
  <w:num w:numId="14">
    <w:abstractNumId w:val="14"/>
  </w:num>
  <w:num w:numId="15">
    <w:abstractNumId w:val="24"/>
  </w:num>
  <w:num w:numId="16">
    <w:abstractNumId w:val="15"/>
  </w:num>
  <w:num w:numId="17">
    <w:abstractNumId w:val="10"/>
  </w:num>
  <w:num w:numId="18">
    <w:abstractNumId w:val="20"/>
  </w:num>
  <w:num w:numId="19">
    <w:abstractNumId w:val="17"/>
  </w:num>
  <w:num w:numId="20">
    <w:abstractNumId w:val="23"/>
  </w:num>
  <w:num w:numId="21">
    <w:abstractNumId w:val="27"/>
  </w:num>
  <w:num w:numId="22">
    <w:abstractNumId w:val="22"/>
  </w:num>
  <w:num w:numId="23">
    <w:abstractNumId w:val="19"/>
  </w:num>
  <w:num w:numId="24">
    <w:abstractNumId w:val="16"/>
  </w:num>
  <w:num w:numId="25">
    <w:abstractNumId w:val="8"/>
  </w:num>
  <w:num w:numId="26">
    <w:abstractNumId w:val="25"/>
  </w:num>
  <w:num w:numId="27">
    <w:abstractNumId w:val="12"/>
  </w:num>
  <w:num w:numId="2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738D8"/>
    <w:rsid w:val="00083EDF"/>
    <w:rsid w:val="00086ECE"/>
    <w:rsid w:val="00090CAE"/>
    <w:rsid w:val="000B4BCD"/>
    <w:rsid w:val="000C3E36"/>
    <w:rsid w:val="000F0761"/>
    <w:rsid w:val="001271DB"/>
    <w:rsid w:val="001B3D32"/>
    <w:rsid w:val="001D1053"/>
    <w:rsid w:val="001F0B64"/>
    <w:rsid w:val="001F6849"/>
    <w:rsid w:val="002029B3"/>
    <w:rsid w:val="00204A9F"/>
    <w:rsid w:val="00227C0C"/>
    <w:rsid w:val="00232E5E"/>
    <w:rsid w:val="00242C05"/>
    <w:rsid w:val="00255B4D"/>
    <w:rsid w:val="00272FA1"/>
    <w:rsid w:val="00283677"/>
    <w:rsid w:val="002842D1"/>
    <w:rsid w:val="002C2951"/>
    <w:rsid w:val="00363BD7"/>
    <w:rsid w:val="00373D90"/>
    <w:rsid w:val="00385EF5"/>
    <w:rsid w:val="003B7FD1"/>
    <w:rsid w:val="00453277"/>
    <w:rsid w:val="00455153"/>
    <w:rsid w:val="00481BEF"/>
    <w:rsid w:val="004D1888"/>
    <w:rsid w:val="00527E9E"/>
    <w:rsid w:val="0056376F"/>
    <w:rsid w:val="00592E10"/>
    <w:rsid w:val="005970C9"/>
    <w:rsid w:val="005C2776"/>
    <w:rsid w:val="005E6A3F"/>
    <w:rsid w:val="00617E45"/>
    <w:rsid w:val="0062497D"/>
    <w:rsid w:val="006D6B67"/>
    <w:rsid w:val="007307D8"/>
    <w:rsid w:val="00733EBF"/>
    <w:rsid w:val="007856D5"/>
    <w:rsid w:val="007919E2"/>
    <w:rsid w:val="007B58FB"/>
    <w:rsid w:val="007D730D"/>
    <w:rsid w:val="007E2450"/>
    <w:rsid w:val="00805EC9"/>
    <w:rsid w:val="00815A05"/>
    <w:rsid w:val="00820DBD"/>
    <w:rsid w:val="00827F44"/>
    <w:rsid w:val="00896591"/>
    <w:rsid w:val="008C01BF"/>
    <w:rsid w:val="008E39D7"/>
    <w:rsid w:val="008F47A2"/>
    <w:rsid w:val="009113A8"/>
    <w:rsid w:val="00921C44"/>
    <w:rsid w:val="00924ED8"/>
    <w:rsid w:val="00931E9F"/>
    <w:rsid w:val="009434D3"/>
    <w:rsid w:val="00973264"/>
    <w:rsid w:val="009D17FC"/>
    <w:rsid w:val="009D23AE"/>
    <w:rsid w:val="00A3218F"/>
    <w:rsid w:val="00A50A1A"/>
    <w:rsid w:val="00A90852"/>
    <w:rsid w:val="00AA7EB2"/>
    <w:rsid w:val="00AD3B56"/>
    <w:rsid w:val="00AF23CC"/>
    <w:rsid w:val="00B0088E"/>
    <w:rsid w:val="00B0764F"/>
    <w:rsid w:val="00B40B78"/>
    <w:rsid w:val="00B54A2B"/>
    <w:rsid w:val="00B57849"/>
    <w:rsid w:val="00B756DC"/>
    <w:rsid w:val="00BD63FF"/>
    <w:rsid w:val="00C25F5A"/>
    <w:rsid w:val="00C41A5B"/>
    <w:rsid w:val="00C4225E"/>
    <w:rsid w:val="00C5569C"/>
    <w:rsid w:val="00C617AE"/>
    <w:rsid w:val="00C73C38"/>
    <w:rsid w:val="00CC0004"/>
    <w:rsid w:val="00CC231D"/>
    <w:rsid w:val="00CF0E23"/>
    <w:rsid w:val="00CF1A09"/>
    <w:rsid w:val="00D05C3D"/>
    <w:rsid w:val="00D0762C"/>
    <w:rsid w:val="00D44922"/>
    <w:rsid w:val="00D758E2"/>
    <w:rsid w:val="00D852AF"/>
    <w:rsid w:val="00DA06A7"/>
    <w:rsid w:val="00DF02C5"/>
    <w:rsid w:val="00E11387"/>
    <w:rsid w:val="00E444F1"/>
    <w:rsid w:val="00E55D02"/>
    <w:rsid w:val="00E62059"/>
    <w:rsid w:val="00E915DD"/>
    <w:rsid w:val="00E97759"/>
    <w:rsid w:val="00EA4FA6"/>
    <w:rsid w:val="00EA5289"/>
    <w:rsid w:val="00EB3B56"/>
    <w:rsid w:val="00EB7D44"/>
    <w:rsid w:val="00ED58DE"/>
    <w:rsid w:val="00EE03C8"/>
    <w:rsid w:val="00F626ED"/>
    <w:rsid w:val="00F62D1B"/>
    <w:rsid w:val="00F63B1A"/>
    <w:rsid w:val="00F87698"/>
    <w:rsid w:val="00FA061C"/>
    <w:rsid w:val="00FA1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2A884"/>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aliases w:val="PHẦN"/>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uiPriority w:val="9"/>
    <w:unhideWhenUsed/>
    <w:qFormat/>
    <w:rsid w:val="001271DB"/>
    <w:pPr>
      <w:keepNext/>
      <w:keepLines/>
      <w:spacing w:before="160" w:after="80" w:line="259" w:lineRule="auto"/>
      <w:jc w:val="left"/>
      <w:outlineLvl w:val="2"/>
    </w:pPr>
    <w:rPr>
      <w:rFonts w:asciiTheme="minorHAnsi" w:eastAsiaTheme="majorEastAsia" w:hAnsiTheme="minorHAnsi" w:cstheme="majorBidi"/>
      <w:color w:val="2F5496" w:themeColor="accent1" w:themeShade="BF"/>
      <w:kern w:val="2"/>
      <w:sz w:val="28"/>
      <w:szCs w:val="28"/>
    </w:rPr>
  </w:style>
  <w:style w:type="paragraph" w:styleId="Heading4">
    <w:name w:val="heading 4"/>
    <w:basedOn w:val="Normal"/>
    <w:next w:val="Normal"/>
    <w:link w:val="Heading4Char"/>
    <w:uiPriority w:val="9"/>
    <w:unhideWhenUsed/>
    <w:qFormat/>
    <w:rsid w:val="001271DB"/>
    <w:pPr>
      <w:keepNext/>
      <w:keepLines/>
      <w:spacing w:before="80" w:line="259" w:lineRule="auto"/>
      <w:jc w:val="left"/>
      <w:outlineLvl w:val="3"/>
    </w:pPr>
    <w:rPr>
      <w:rFonts w:asciiTheme="minorHAnsi" w:eastAsiaTheme="majorEastAsia" w:hAnsiTheme="minorHAnsi" w:cstheme="majorBidi"/>
      <w:i/>
      <w:iCs/>
      <w:color w:val="2F5496" w:themeColor="accent1" w:themeShade="BF"/>
      <w:kern w:val="2"/>
    </w:rPr>
  </w:style>
  <w:style w:type="paragraph" w:styleId="Heading5">
    <w:name w:val="heading 5"/>
    <w:basedOn w:val="Normal"/>
    <w:next w:val="Normal"/>
    <w:link w:val="Heading5Char"/>
    <w:uiPriority w:val="9"/>
    <w:unhideWhenUsed/>
    <w:qFormat/>
    <w:rsid w:val="001271DB"/>
    <w:pPr>
      <w:keepNext/>
      <w:keepLines/>
      <w:spacing w:before="80" w:line="259" w:lineRule="auto"/>
      <w:jc w:val="left"/>
      <w:outlineLvl w:val="4"/>
    </w:pPr>
    <w:rPr>
      <w:rFonts w:asciiTheme="minorHAnsi" w:eastAsiaTheme="majorEastAsia" w:hAnsiTheme="minorHAnsi" w:cstheme="majorBidi"/>
      <w:color w:val="2F5496" w:themeColor="accent1" w:themeShade="BF"/>
      <w:kern w:val="2"/>
    </w:rPr>
  </w:style>
  <w:style w:type="paragraph" w:styleId="Heading6">
    <w:name w:val="heading 6"/>
    <w:basedOn w:val="Normal"/>
    <w:next w:val="Normal"/>
    <w:link w:val="Heading6Char"/>
    <w:uiPriority w:val="9"/>
    <w:unhideWhenUsed/>
    <w:qFormat/>
    <w:rsid w:val="001271DB"/>
    <w:pPr>
      <w:keepNext/>
      <w:keepLines/>
      <w:spacing w:after="0" w:line="259" w:lineRule="auto"/>
      <w:jc w:val="left"/>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1271DB"/>
    <w:pPr>
      <w:keepNext/>
      <w:keepLines/>
      <w:spacing w:after="0" w:line="259" w:lineRule="auto"/>
      <w:jc w:val="left"/>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1271DB"/>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1271DB"/>
    <w:pPr>
      <w:keepNext/>
      <w:keepLines/>
      <w:spacing w:before="0" w:after="0" w:line="259" w:lineRule="auto"/>
      <w:jc w:val="left"/>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aliases w:val="PHẦN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rsid w:val="009D23AE"/>
    <w:rPr>
      <w:rFonts w:ascii="Times New Roman" w:eastAsia="Times New Roman" w:hAnsi="Times New Roman" w:cs="Times New Roman"/>
      <w:sz w:val="24"/>
      <w:szCs w:val="24"/>
      <w:lang w:val="vi"/>
    </w:rPr>
  </w:style>
  <w:style w:type="paragraph" w:styleId="ListParagraph">
    <w:name w:val="List Paragraph"/>
    <w:aliases w:val="List Paragraph_FS,Câu dẫn,Dau -,List Paragraph3,HPL01,chuẩn không cần chỉnh,List Paragraph1,Đoạn của Danh sách1,List Paragraph11,List Paragraph111,Numbered List,bullet,Cita extensa,Medium Grid 1 - Accent 22,Colorful List - Accent 13"/>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aliases w:val="Char2,Char2 Char, Char2, Char2 Char"/>
    <w:basedOn w:val="Normal"/>
    <w:link w:val="HeaderChar"/>
    <w:uiPriority w:val="99"/>
    <w:unhideWhenUsed/>
    <w:qFormat/>
    <w:rsid w:val="009D23AE"/>
    <w:pPr>
      <w:tabs>
        <w:tab w:val="center" w:pos="4680"/>
        <w:tab w:val="right" w:pos="9360"/>
      </w:tabs>
      <w:spacing w:before="0" w:after="0"/>
    </w:pPr>
  </w:style>
  <w:style w:type="character" w:customStyle="1" w:styleId="HeaderChar">
    <w:name w:val="Header Char"/>
    <w:aliases w:val="Char2 Char1,Char2 Char Char, Char2 Char1, Char2 Char Char"/>
    <w:basedOn w:val="DefaultParagraphFont"/>
    <w:link w:val="Header"/>
    <w:uiPriority w:val="99"/>
    <w:qFormat/>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ham khao,trongbang"/>
    <w:basedOn w:val="TableNormal"/>
    <w:uiPriority w:val="39"/>
    <w:qFormat/>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semiHidden/>
    <w:unhideWhenUsed/>
    <w:rsid w:val="00815A0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A05"/>
    <w:rPr>
      <w:rFonts w:ascii="Segoe UI" w:hAnsi="Segoe UI" w:cs="Segoe UI"/>
      <w:sz w:val="18"/>
      <w:szCs w:val="18"/>
    </w:rPr>
  </w:style>
  <w:style w:type="character" w:customStyle="1" w:styleId="Heading3Char">
    <w:name w:val="Heading 3 Char"/>
    <w:basedOn w:val="DefaultParagraphFont"/>
    <w:link w:val="Heading3"/>
    <w:uiPriority w:val="9"/>
    <w:rsid w:val="001271DB"/>
    <w:rPr>
      <w:rFonts w:eastAsiaTheme="majorEastAsia" w:cstheme="majorBidi"/>
      <w:color w:val="2F5496" w:themeColor="accent1" w:themeShade="BF"/>
      <w:kern w:val="2"/>
      <w:sz w:val="28"/>
      <w:szCs w:val="28"/>
    </w:rPr>
  </w:style>
  <w:style w:type="character" w:customStyle="1" w:styleId="Heading4Char">
    <w:name w:val="Heading 4 Char"/>
    <w:basedOn w:val="DefaultParagraphFont"/>
    <w:link w:val="Heading4"/>
    <w:uiPriority w:val="9"/>
    <w:rsid w:val="001271DB"/>
    <w:rPr>
      <w:rFonts w:eastAsiaTheme="majorEastAsia" w:cstheme="majorBidi"/>
      <w:i/>
      <w:iCs/>
      <w:color w:val="2F5496" w:themeColor="accent1" w:themeShade="BF"/>
      <w:kern w:val="2"/>
      <w:sz w:val="24"/>
    </w:rPr>
  </w:style>
  <w:style w:type="character" w:customStyle="1" w:styleId="Heading5Char">
    <w:name w:val="Heading 5 Char"/>
    <w:basedOn w:val="DefaultParagraphFont"/>
    <w:link w:val="Heading5"/>
    <w:uiPriority w:val="9"/>
    <w:rsid w:val="001271DB"/>
    <w:rPr>
      <w:rFonts w:eastAsiaTheme="majorEastAsia" w:cstheme="majorBidi"/>
      <w:color w:val="2F5496" w:themeColor="accent1" w:themeShade="BF"/>
      <w:kern w:val="2"/>
      <w:sz w:val="24"/>
    </w:rPr>
  </w:style>
  <w:style w:type="character" w:customStyle="1" w:styleId="Heading6Char">
    <w:name w:val="Heading 6 Char"/>
    <w:basedOn w:val="DefaultParagraphFont"/>
    <w:link w:val="Heading6"/>
    <w:uiPriority w:val="9"/>
    <w:rsid w:val="001271DB"/>
    <w:rPr>
      <w:rFonts w:eastAsiaTheme="majorEastAsia" w:cstheme="majorBidi"/>
      <w:i/>
      <w:iCs/>
      <w:color w:val="595959" w:themeColor="text1" w:themeTint="A6"/>
      <w:kern w:val="2"/>
      <w:sz w:val="24"/>
    </w:rPr>
  </w:style>
  <w:style w:type="character" w:customStyle="1" w:styleId="Heading7Char">
    <w:name w:val="Heading 7 Char"/>
    <w:basedOn w:val="DefaultParagraphFont"/>
    <w:link w:val="Heading7"/>
    <w:uiPriority w:val="9"/>
    <w:semiHidden/>
    <w:rsid w:val="001271DB"/>
    <w:rPr>
      <w:rFonts w:eastAsiaTheme="majorEastAsia" w:cstheme="majorBidi"/>
      <w:color w:val="595959" w:themeColor="text1" w:themeTint="A6"/>
      <w:kern w:val="2"/>
      <w:sz w:val="24"/>
    </w:rPr>
  </w:style>
  <w:style w:type="character" w:customStyle="1" w:styleId="Heading8Char">
    <w:name w:val="Heading 8 Char"/>
    <w:basedOn w:val="DefaultParagraphFont"/>
    <w:link w:val="Heading8"/>
    <w:uiPriority w:val="9"/>
    <w:semiHidden/>
    <w:rsid w:val="001271DB"/>
    <w:rPr>
      <w:rFonts w:eastAsiaTheme="majorEastAsia" w:cstheme="majorBidi"/>
      <w:i/>
      <w:iCs/>
      <w:color w:val="272727" w:themeColor="text1" w:themeTint="D8"/>
      <w:kern w:val="2"/>
      <w:sz w:val="24"/>
    </w:rPr>
  </w:style>
  <w:style w:type="character" w:customStyle="1" w:styleId="Heading9Char">
    <w:name w:val="Heading 9 Char"/>
    <w:basedOn w:val="DefaultParagraphFont"/>
    <w:link w:val="Heading9"/>
    <w:uiPriority w:val="9"/>
    <w:semiHidden/>
    <w:rsid w:val="001271DB"/>
    <w:rPr>
      <w:rFonts w:eastAsiaTheme="majorEastAsia" w:cstheme="majorBidi"/>
      <w:color w:val="272727" w:themeColor="text1" w:themeTint="D8"/>
      <w:kern w:val="2"/>
      <w:sz w:val="24"/>
    </w:rPr>
  </w:style>
  <w:style w:type="paragraph" w:customStyle="1" w:styleId="Normal0">
    <w:name w:val="Normal_0"/>
    <w:link w:val="Normal0Char"/>
    <w:qFormat/>
    <w:rsid w:val="001271DB"/>
    <w:pPr>
      <w:widowControl w:val="0"/>
      <w:spacing w:after="0" w:line="240" w:lineRule="auto"/>
    </w:pPr>
    <w:rPr>
      <w:rFonts w:ascii="Calibri" w:eastAsia="Calibri" w:hAnsi="Calibri" w:cs="Times New Roman"/>
      <w:sz w:val="20"/>
      <w:szCs w:val="20"/>
    </w:rPr>
  </w:style>
  <w:style w:type="paragraph" w:styleId="Title">
    <w:name w:val="Title"/>
    <w:basedOn w:val="Normal"/>
    <w:next w:val="Normal"/>
    <w:link w:val="TitleChar"/>
    <w:uiPriority w:val="10"/>
    <w:qFormat/>
    <w:rsid w:val="001271DB"/>
    <w:pPr>
      <w:spacing w:before="0" w:after="8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DB"/>
    <w:pPr>
      <w:numPr>
        <w:ilvl w:val="1"/>
      </w:numPr>
      <w:spacing w:before="0" w:after="160" w:line="259" w:lineRule="auto"/>
      <w:jc w:val="left"/>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1271DB"/>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1271DB"/>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1271DB"/>
    <w:rPr>
      <w:rFonts w:ascii="Times New Roman" w:hAnsi="Times New Roman"/>
      <w:i/>
      <w:iCs/>
      <w:color w:val="404040" w:themeColor="text1" w:themeTint="BF"/>
      <w:kern w:val="2"/>
      <w:sz w:val="24"/>
    </w:rPr>
  </w:style>
  <w:style w:type="character" w:styleId="IntenseEmphasis">
    <w:name w:val="Intense Emphasis"/>
    <w:basedOn w:val="DefaultParagraphFont"/>
    <w:uiPriority w:val="21"/>
    <w:qFormat/>
    <w:rsid w:val="001271DB"/>
    <w:rPr>
      <w:i/>
      <w:iCs/>
      <w:color w:val="2F5496" w:themeColor="accent1" w:themeShade="BF"/>
    </w:rPr>
  </w:style>
  <w:style w:type="paragraph" w:styleId="IntenseQuote">
    <w:name w:val="Intense Quote"/>
    <w:basedOn w:val="Normal"/>
    <w:next w:val="Normal"/>
    <w:link w:val="IntenseQuoteChar"/>
    <w:uiPriority w:val="30"/>
    <w:qFormat/>
    <w:rsid w:val="001271D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1271DB"/>
    <w:rPr>
      <w:rFonts w:ascii="Times New Roman" w:hAnsi="Times New Roman"/>
      <w:i/>
      <w:iCs/>
      <w:color w:val="2F5496" w:themeColor="accent1" w:themeShade="BF"/>
      <w:kern w:val="2"/>
      <w:sz w:val="24"/>
    </w:rPr>
  </w:style>
  <w:style w:type="character" w:styleId="IntenseReference">
    <w:name w:val="Intense Reference"/>
    <w:basedOn w:val="DefaultParagraphFont"/>
    <w:uiPriority w:val="32"/>
    <w:qFormat/>
    <w:rsid w:val="001271DB"/>
    <w:rPr>
      <w:b/>
      <w:bCs/>
      <w:smallCaps/>
      <w:color w:val="2F5496" w:themeColor="accent1" w:themeShade="BF"/>
      <w:spacing w:val="5"/>
    </w:rPr>
  </w:style>
  <w:style w:type="paragraph" w:customStyle="1" w:styleId="MTDisplayEquation">
    <w:name w:val="MTDisplayEquation"/>
    <w:basedOn w:val="Normal"/>
    <w:link w:val="MTDisplayEquationChar"/>
    <w:qFormat/>
    <w:rsid w:val="001271DB"/>
    <w:pPr>
      <w:numPr>
        <w:numId w:val="1"/>
      </w:numPr>
      <w:spacing w:before="0" w:after="200" w:line="276" w:lineRule="auto"/>
      <w:jc w:val="left"/>
    </w:pPr>
    <w:rPr>
      <w:rFonts w:eastAsia="Calibri" w:cs="Times New Roman"/>
      <w:szCs w:val="24"/>
    </w:rPr>
  </w:style>
  <w:style w:type="character" w:customStyle="1" w:styleId="MTDisplayEquationChar">
    <w:name w:val="MTDisplayEquation Char"/>
    <w:link w:val="MTDisplayEquation"/>
    <w:qFormat/>
    <w:rsid w:val="001271DB"/>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Đoạn của Danh sách1 Char,List Paragraph11 Char,List Paragraph111 Char,Numbered List Char,bullet Char"/>
    <w:link w:val="ListParagraph"/>
    <w:uiPriority w:val="34"/>
    <w:qFormat/>
    <w:rsid w:val="001271DB"/>
    <w:rPr>
      <w:rFonts w:ascii="Times New Roman" w:eastAsia="Times New Roman" w:hAnsi="Times New Roman" w:cs="Times New Roman"/>
      <w:lang w:val="vi"/>
    </w:rPr>
  </w:style>
  <w:style w:type="character" w:styleId="PageNumber">
    <w:name w:val="page number"/>
    <w:basedOn w:val="DefaultParagraphFont"/>
    <w:rsid w:val="00DF02C5"/>
    <w:rPr>
      <w:rFonts w:cs="Times New Roman"/>
    </w:rPr>
  </w:style>
  <w:style w:type="paragraph" w:styleId="NormalWeb">
    <w:name w:val="Normal (Web)"/>
    <w:basedOn w:val="Normal"/>
    <w:link w:val="NormalWebChar"/>
    <w:uiPriority w:val="99"/>
    <w:unhideWhenUsed/>
    <w:rsid w:val="00A3218F"/>
    <w:pPr>
      <w:spacing w:before="100" w:beforeAutospacing="1" w:after="100" w:afterAutospacing="1"/>
      <w:jc w:val="left"/>
    </w:pPr>
    <w:rPr>
      <w:rFonts w:eastAsia="Times New Roman" w:cs="Times New Roman"/>
      <w:szCs w:val="24"/>
    </w:rPr>
  </w:style>
  <w:style w:type="paragraph" w:styleId="NoSpacing">
    <w:name w:val="No Spacing"/>
    <w:link w:val="NoSpacingChar"/>
    <w:uiPriority w:val="1"/>
    <w:qFormat/>
    <w:rsid w:val="00A3218F"/>
    <w:pPr>
      <w:spacing w:after="0" w:line="240" w:lineRule="auto"/>
    </w:pPr>
    <w:rPr>
      <w:rFonts w:ascii="Times New Roman" w:eastAsia="Calibri" w:hAnsi="Times New Roman" w:cs="Times New Roman"/>
      <w:sz w:val="28"/>
      <w:lang w:val="vi-VN"/>
    </w:rPr>
  </w:style>
  <w:style w:type="paragraph" w:styleId="List2">
    <w:name w:val="List 2"/>
    <w:basedOn w:val="Normal"/>
    <w:uiPriority w:val="99"/>
    <w:unhideWhenUsed/>
    <w:rsid w:val="00A3218F"/>
    <w:pPr>
      <w:spacing w:before="0" w:after="160" w:line="256" w:lineRule="auto"/>
      <w:ind w:left="720" w:hanging="360"/>
      <w:contextualSpacing/>
      <w:jc w:val="left"/>
    </w:pPr>
    <w:rPr>
      <w:rFonts w:cs="Times New Roman"/>
      <w:szCs w:val="24"/>
    </w:rPr>
  </w:style>
  <w:style w:type="paragraph" w:styleId="BodyTextIndent">
    <w:name w:val="Body Text Indent"/>
    <w:basedOn w:val="Normal"/>
    <w:link w:val="BodyTextIndentChar"/>
    <w:uiPriority w:val="99"/>
    <w:semiHidden/>
    <w:unhideWhenUsed/>
    <w:rsid w:val="00A3218F"/>
    <w:pPr>
      <w:spacing w:before="0" w:after="120" w:line="259" w:lineRule="auto"/>
      <w:ind w:left="283"/>
      <w:jc w:val="left"/>
    </w:pPr>
    <w:rPr>
      <w:rFonts w:cs="Times New Roman"/>
      <w:szCs w:val="24"/>
    </w:rPr>
  </w:style>
  <w:style w:type="character" w:customStyle="1" w:styleId="BodyTextIndentChar">
    <w:name w:val="Body Text Indent Char"/>
    <w:basedOn w:val="DefaultParagraphFont"/>
    <w:link w:val="BodyTextIndent"/>
    <w:uiPriority w:val="99"/>
    <w:semiHidden/>
    <w:rsid w:val="00A3218F"/>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A3218F"/>
    <w:pPr>
      <w:spacing w:after="160" w:line="256" w:lineRule="auto"/>
      <w:ind w:left="360" w:firstLine="360"/>
    </w:pPr>
  </w:style>
  <w:style w:type="character" w:customStyle="1" w:styleId="BodyTextFirstIndent2Char">
    <w:name w:val="Body Text First Indent 2 Char"/>
    <w:basedOn w:val="BodyTextIndentChar"/>
    <w:link w:val="BodyTextFirstIndent2"/>
    <w:uiPriority w:val="99"/>
    <w:rsid w:val="00A3218F"/>
    <w:rPr>
      <w:rFonts w:ascii="Times New Roman" w:hAnsi="Times New Roman" w:cs="Times New Roman"/>
      <w:sz w:val="24"/>
      <w:szCs w:val="24"/>
    </w:rPr>
  </w:style>
  <w:style w:type="paragraph" w:customStyle="1" w:styleId="Default">
    <w:name w:val="Default"/>
    <w:rsid w:val="00E11387"/>
    <w:pPr>
      <w:autoSpaceDE w:val="0"/>
      <w:autoSpaceDN w:val="0"/>
      <w:adjustRightInd w:val="0"/>
      <w:spacing w:after="0" w:line="240" w:lineRule="auto"/>
    </w:pPr>
    <w:rPr>
      <w:rFonts w:ascii="Times New Roman" w:eastAsia="Calibri" w:hAnsi="Times New Roman" w:cs="Times New Roman"/>
      <w:color w:val="000000"/>
      <w:sz w:val="24"/>
      <w:szCs w:val="24"/>
      <w:lang w:val="vi-VN"/>
    </w:rPr>
  </w:style>
  <w:style w:type="paragraph" w:customStyle="1" w:styleId="oancuaDanhsach">
    <w:name w:val="Đoạn của Danh sách"/>
    <w:basedOn w:val="Normal"/>
    <w:link w:val="oancuaDanhsachChar"/>
    <w:qFormat/>
    <w:rsid w:val="00E11387"/>
    <w:pPr>
      <w:spacing w:before="0" w:after="200" w:line="276" w:lineRule="auto"/>
      <w:ind w:left="720"/>
      <w:jc w:val="left"/>
    </w:pPr>
    <w:rPr>
      <w:rFonts w:eastAsia="Arial" w:cs="Calibri"/>
      <w:szCs w:val="24"/>
    </w:rPr>
  </w:style>
  <w:style w:type="character" w:customStyle="1" w:styleId="oancuaDanhsachChar">
    <w:name w:val="Đoạn của Danh sách Char"/>
    <w:link w:val="oancuaDanhsach"/>
    <w:locked/>
    <w:rsid w:val="00E11387"/>
    <w:rPr>
      <w:rFonts w:ascii="Times New Roman" w:eastAsia="Arial" w:hAnsi="Times New Roman" w:cs="Calibri"/>
      <w:sz w:val="24"/>
      <w:szCs w:val="24"/>
    </w:rPr>
  </w:style>
  <w:style w:type="character" w:styleId="Strong">
    <w:name w:val="Strong"/>
    <w:uiPriority w:val="22"/>
    <w:qFormat/>
    <w:rsid w:val="00E11387"/>
    <w:rPr>
      <w:rFonts w:ascii="Times New Roman" w:hAnsi="Times New Roman" w:cs="Times New Roman" w:hint="default"/>
      <w:b/>
      <w:bCs/>
    </w:rPr>
  </w:style>
  <w:style w:type="paragraph" w:customStyle="1" w:styleId="msonormal0">
    <w:name w:val="msonormal"/>
    <w:basedOn w:val="Normal"/>
    <w:rsid w:val="00E11387"/>
    <w:pPr>
      <w:spacing w:before="100" w:beforeAutospacing="1" w:after="100" w:afterAutospacing="1"/>
      <w:jc w:val="left"/>
    </w:pPr>
    <w:rPr>
      <w:rFonts w:eastAsia="Calibri" w:cs="Times New Roman"/>
      <w:szCs w:val="24"/>
    </w:rPr>
  </w:style>
  <w:style w:type="paragraph" w:customStyle="1" w:styleId="Normal1">
    <w:name w:val="Normal1"/>
    <w:basedOn w:val="Normal"/>
    <w:rsid w:val="00E11387"/>
    <w:pPr>
      <w:spacing w:before="100" w:beforeAutospacing="1" w:after="100" w:afterAutospacing="1"/>
      <w:jc w:val="left"/>
    </w:pPr>
    <w:rPr>
      <w:rFonts w:eastAsia="Times New Roman" w:cs="Times New Roman"/>
      <w:szCs w:val="24"/>
    </w:rPr>
  </w:style>
  <w:style w:type="table" w:customStyle="1" w:styleId="TableGrid3">
    <w:name w:val="Table Grid3"/>
    <w:basedOn w:val="TableNormal"/>
    <w:next w:val="TableGrid"/>
    <w:uiPriority w:val="59"/>
    <w:rsid w:val="00E11387"/>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qFormat/>
    <w:rsid w:val="001D1053"/>
    <w:rPr>
      <w:rFonts w:ascii="Times New Roman" w:hAnsi="Times New Roman"/>
      <w:sz w:val="24"/>
    </w:rPr>
  </w:style>
  <w:style w:type="paragraph" w:customStyle="1" w:styleId="footnotedescription">
    <w:name w:val="footnote description"/>
    <w:next w:val="Normal"/>
    <w:link w:val="footnotedescriptionChar"/>
    <w:hidden/>
    <w:rsid w:val="001D1053"/>
    <w:pPr>
      <w:spacing w:after="0"/>
      <w:jc w:val="both"/>
    </w:pPr>
    <w:rPr>
      <w:rFonts w:ascii="Euclid Symbol" w:eastAsia="Euclid Symbol" w:hAnsi="Euclid Symbol" w:cs="Euclid Symbol"/>
      <w:color w:val="000000"/>
      <w:kern w:val="2"/>
      <w:sz w:val="24"/>
    </w:rPr>
  </w:style>
  <w:style w:type="character" w:customStyle="1" w:styleId="footnotedescriptionChar">
    <w:name w:val="footnote description Char"/>
    <w:link w:val="footnotedescription"/>
    <w:rsid w:val="001D1053"/>
    <w:rPr>
      <w:rFonts w:ascii="Euclid Symbol" w:eastAsia="Euclid Symbol" w:hAnsi="Euclid Symbol" w:cs="Euclid Symbol"/>
      <w:color w:val="000000"/>
      <w:kern w:val="2"/>
      <w:sz w:val="24"/>
    </w:rPr>
  </w:style>
  <w:style w:type="character" w:customStyle="1" w:styleId="footnotemark">
    <w:name w:val="footnote mark"/>
    <w:hidden/>
    <w:rsid w:val="001D1053"/>
    <w:rPr>
      <w:rFonts w:ascii="Times New Roman" w:eastAsia="Times New Roman" w:hAnsi="Times New Roman" w:cs="Times New Roman"/>
      <w:color w:val="000000"/>
      <w:sz w:val="21"/>
      <w:vertAlign w:val="superscript"/>
    </w:rPr>
  </w:style>
  <w:style w:type="table" w:customStyle="1" w:styleId="TableGrid0">
    <w:name w:val="TableGrid"/>
    <w:rsid w:val="001D1053"/>
    <w:pPr>
      <w:spacing w:after="0" w:line="240" w:lineRule="auto"/>
    </w:pPr>
    <w:rPr>
      <w:rFonts w:eastAsiaTheme="minorEastAsia"/>
      <w:kern w:val="2"/>
    </w:rPr>
    <w:tblPr>
      <w:tblCellMar>
        <w:top w:w="0" w:type="dxa"/>
        <w:left w:w="0" w:type="dxa"/>
        <w:bottom w:w="0" w:type="dxa"/>
        <w:right w:w="0" w:type="dxa"/>
      </w:tblCellMar>
    </w:tblPr>
  </w:style>
  <w:style w:type="numbering" w:customStyle="1" w:styleId="NoList1">
    <w:name w:val="No List1"/>
    <w:next w:val="NoList"/>
    <w:uiPriority w:val="99"/>
    <w:semiHidden/>
    <w:unhideWhenUsed/>
    <w:rsid w:val="001D1053"/>
  </w:style>
  <w:style w:type="paragraph" w:customStyle="1" w:styleId="Normal044">
    <w:name w:val="Normal_0_44"/>
    <w:qFormat/>
    <w:rsid w:val="001D1053"/>
    <w:pPr>
      <w:spacing w:after="0" w:line="240" w:lineRule="auto"/>
    </w:pPr>
    <w:rPr>
      <w:rFonts w:ascii="Times New Roman" w:eastAsia="Calibri" w:hAnsi="Times New Roman" w:cs="Times New Roman"/>
      <w:sz w:val="20"/>
      <w:szCs w:val="20"/>
    </w:rPr>
  </w:style>
  <w:style w:type="paragraph" w:styleId="BodyText2">
    <w:name w:val="Body Text 2"/>
    <w:basedOn w:val="Normal"/>
    <w:link w:val="BodyText2Char"/>
    <w:uiPriority w:val="99"/>
    <w:unhideWhenUsed/>
    <w:rsid w:val="001D1053"/>
    <w:pPr>
      <w:spacing w:before="0" w:after="120" w:line="480" w:lineRule="auto"/>
      <w:jc w:val="left"/>
    </w:pPr>
    <w:rPr>
      <w:rFonts w:asciiTheme="minorHAnsi" w:eastAsiaTheme="minorEastAsia" w:hAnsiTheme="minorHAnsi"/>
      <w:sz w:val="22"/>
    </w:rPr>
  </w:style>
  <w:style w:type="character" w:customStyle="1" w:styleId="BodyText2Char">
    <w:name w:val="Body Text 2 Char"/>
    <w:basedOn w:val="DefaultParagraphFont"/>
    <w:link w:val="BodyText2"/>
    <w:uiPriority w:val="99"/>
    <w:rsid w:val="001D1053"/>
    <w:rPr>
      <w:rFonts w:eastAsiaTheme="minorEastAsia"/>
    </w:rPr>
  </w:style>
  <w:style w:type="paragraph" w:styleId="BodyText3">
    <w:name w:val="Body Text 3"/>
    <w:basedOn w:val="Normal"/>
    <w:link w:val="BodyText3Char"/>
    <w:uiPriority w:val="99"/>
    <w:unhideWhenUsed/>
    <w:rsid w:val="001D1053"/>
    <w:pPr>
      <w:spacing w:before="0" w:after="120" w:line="276" w:lineRule="auto"/>
      <w:jc w:val="left"/>
    </w:pPr>
    <w:rPr>
      <w:rFonts w:asciiTheme="minorHAnsi" w:eastAsiaTheme="minorEastAsia" w:hAnsiTheme="minorHAnsi"/>
      <w:sz w:val="16"/>
      <w:szCs w:val="16"/>
    </w:rPr>
  </w:style>
  <w:style w:type="character" w:customStyle="1" w:styleId="BodyText3Char">
    <w:name w:val="Body Text 3 Char"/>
    <w:basedOn w:val="DefaultParagraphFont"/>
    <w:link w:val="BodyText3"/>
    <w:uiPriority w:val="99"/>
    <w:rsid w:val="001D1053"/>
    <w:rPr>
      <w:rFonts w:eastAsiaTheme="minorEastAsia"/>
      <w:sz w:val="16"/>
      <w:szCs w:val="16"/>
    </w:rPr>
  </w:style>
  <w:style w:type="paragraph" w:styleId="List">
    <w:name w:val="List"/>
    <w:basedOn w:val="Normal"/>
    <w:uiPriority w:val="99"/>
    <w:unhideWhenUsed/>
    <w:rsid w:val="001D1053"/>
    <w:pPr>
      <w:spacing w:before="0" w:after="200" w:line="276" w:lineRule="auto"/>
      <w:ind w:left="360" w:hanging="360"/>
      <w:contextualSpacing/>
      <w:jc w:val="left"/>
    </w:pPr>
    <w:rPr>
      <w:rFonts w:asciiTheme="minorHAnsi" w:eastAsiaTheme="minorEastAsia" w:hAnsiTheme="minorHAnsi"/>
      <w:sz w:val="22"/>
    </w:rPr>
  </w:style>
  <w:style w:type="paragraph" w:styleId="List3">
    <w:name w:val="List 3"/>
    <w:basedOn w:val="Normal"/>
    <w:uiPriority w:val="99"/>
    <w:unhideWhenUsed/>
    <w:rsid w:val="001D1053"/>
    <w:pPr>
      <w:spacing w:before="0" w:after="200" w:line="276" w:lineRule="auto"/>
      <w:ind w:left="1080" w:hanging="360"/>
      <w:contextualSpacing/>
      <w:jc w:val="left"/>
    </w:pPr>
    <w:rPr>
      <w:rFonts w:asciiTheme="minorHAnsi" w:eastAsiaTheme="minorEastAsia" w:hAnsiTheme="minorHAnsi"/>
      <w:sz w:val="22"/>
    </w:rPr>
  </w:style>
  <w:style w:type="paragraph" w:styleId="ListBullet">
    <w:name w:val="List Bullet"/>
    <w:basedOn w:val="Normal"/>
    <w:uiPriority w:val="99"/>
    <w:unhideWhenUsed/>
    <w:rsid w:val="001D1053"/>
    <w:pPr>
      <w:numPr>
        <w:numId w:val="2"/>
      </w:numPr>
      <w:spacing w:before="0" w:after="200" w:line="276" w:lineRule="auto"/>
      <w:contextualSpacing/>
      <w:jc w:val="left"/>
    </w:pPr>
    <w:rPr>
      <w:rFonts w:asciiTheme="minorHAnsi" w:eastAsiaTheme="minorEastAsia" w:hAnsiTheme="minorHAnsi"/>
      <w:sz w:val="22"/>
    </w:rPr>
  </w:style>
  <w:style w:type="paragraph" w:styleId="ListBullet2">
    <w:name w:val="List Bullet 2"/>
    <w:basedOn w:val="Normal"/>
    <w:uiPriority w:val="99"/>
    <w:unhideWhenUsed/>
    <w:rsid w:val="001D1053"/>
    <w:pPr>
      <w:numPr>
        <w:numId w:val="3"/>
      </w:numPr>
      <w:spacing w:before="0" w:after="200" w:line="276" w:lineRule="auto"/>
      <w:contextualSpacing/>
      <w:jc w:val="left"/>
    </w:pPr>
    <w:rPr>
      <w:rFonts w:asciiTheme="minorHAnsi" w:eastAsiaTheme="minorEastAsia" w:hAnsiTheme="minorHAnsi"/>
      <w:sz w:val="22"/>
    </w:rPr>
  </w:style>
  <w:style w:type="paragraph" w:styleId="ListBullet3">
    <w:name w:val="List Bullet 3"/>
    <w:basedOn w:val="Normal"/>
    <w:uiPriority w:val="99"/>
    <w:unhideWhenUsed/>
    <w:rsid w:val="001D1053"/>
    <w:pPr>
      <w:numPr>
        <w:numId w:val="4"/>
      </w:numPr>
      <w:spacing w:before="0" w:after="200" w:line="276" w:lineRule="auto"/>
      <w:contextualSpacing/>
      <w:jc w:val="left"/>
    </w:pPr>
    <w:rPr>
      <w:rFonts w:asciiTheme="minorHAnsi" w:eastAsiaTheme="minorEastAsia" w:hAnsiTheme="minorHAnsi"/>
      <w:sz w:val="22"/>
    </w:rPr>
  </w:style>
  <w:style w:type="paragraph" w:styleId="ListNumber">
    <w:name w:val="List Number"/>
    <w:basedOn w:val="Normal"/>
    <w:uiPriority w:val="99"/>
    <w:unhideWhenUsed/>
    <w:rsid w:val="001D1053"/>
    <w:pPr>
      <w:numPr>
        <w:numId w:val="5"/>
      </w:numPr>
      <w:spacing w:before="0" w:after="200" w:line="276" w:lineRule="auto"/>
      <w:contextualSpacing/>
      <w:jc w:val="left"/>
    </w:pPr>
    <w:rPr>
      <w:rFonts w:asciiTheme="minorHAnsi" w:eastAsiaTheme="minorEastAsia" w:hAnsiTheme="minorHAnsi"/>
      <w:sz w:val="22"/>
    </w:rPr>
  </w:style>
  <w:style w:type="paragraph" w:styleId="ListNumber2">
    <w:name w:val="List Number 2"/>
    <w:basedOn w:val="Normal"/>
    <w:uiPriority w:val="99"/>
    <w:unhideWhenUsed/>
    <w:rsid w:val="001D1053"/>
    <w:pPr>
      <w:numPr>
        <w:numId w:val="6"/>
      </w:numPr>
      <w:spacing w:before="0" w:after="200" w:line="276" w:lineRule="auto"/>
      <w:contextualSpacing/>
      <w:jc w:val="left"/>
    </w:pPr>
    <w:rPr>
      <w:rFonts w:asciiTheme="minorHAnsi" w:eastAsiaTheme="minorEastAsia" w:hAnsiTheme="minorHAnsi"/>
      <w:sz w:val="22"/>
    </w:rPr>
  </w:style>
  <w:style w:type="paragraph" w:styleId="ListNumber3">
    <w:name w:val="List Number 3"/>
    <w:basedOn w:val="Normal"/>
    <w:uiPriority w:val="99"/>
    <w:unhideWhenUsed/>
    <w:rsid w:val="001D1053"/>
    <w:pPr>
      <w:numPr>
        <w:numId w:val="7"/>
      </w:numPr>
      <w:spacing w:before="0" w:after="200" w:line="276" w:lineRule="auto"/>
      <w:contextualSpacing/>
      <w:jc w:val="left"/>
    </w:pPr>
    <w:rPr>
      <w:rFonts w:asciiTheme="minorHAnsi" w:eastAsiaTheme="minorEastAsia" w:hAnsiTheme="minorHAnsi"/>
      <w:sz w:val="22"/>
    </w:rPr>
  </w:style>
  <w:style w:type="paragraph" w:styleId="ListContinue">
    <w:name w:val="List Continue"/>
    <w:basedOn w:val="Normal"/>
    <w:uiPriority w:val="99"/>
    <w:unhideWhenUsed/>
    <w:rsid w:val="001D1053"/>
    <w:pPr>
      <w:spacing w:before="0" w:after="120" w:line="276" w:lineRule="auto"/>
      <w:ind w:left="360"/>
      <w:contextualSpacing/>
      <w:jc w:val="left"/>
    </w:pPr>
    <w:rPr>
      <w:rFonts w:asciiTheme="minorHAnsi" w:eastAsiaTheme="minorEastAsia" w:hAnsiTheme="minorHAnsi"/>
      <w:sz w:val="22"/>
    </w:rPr>
  </w:style>
  <w:style w:type="paragraph" w:styleId="ListContinue2">
    <w:name w:val="List Continue 2"/>
    <w:basedOn w:val="Normal"/>
    <w:uiPriority w:val="99"/>
    <w:unhideWhenUsed/>
    <w:rsid w:val="001D1053"/>
    <w:pPr>
      <w:spacing w:before="0" w:after="120" w:line="276" w:lineRule="auto"/>
      <w:ind w:left="720"/>
      <w:contextualSpacing/>
      <w:jc w:val="left"/>
    </w:pPr>
    <w:rPr>
      <w:rFonts w:asciiTheme="minorHAnsi" w:eastAsiaTheme="minorEastAsia" w:hAnsiTheme="minorHAnsi"/>
      <w:sz w:val="22"/>
    </w:rPr>
  </w:style>
  <w:style w:type="paragraph" w:styleId="ListContinue3">
    <w:name w:val="List Continue 3"/>
    <w:basedOn w:val="Normal"/>
    <w:uiPriority w:val="99"/>
    <w:unhideWhenUsed/>
    <w:rsid w:val="001D1053"/>
    <w:pPr>
      <w:spacing w:before="0" w:after="120" w:line="276" w:lineRule="auto"/>
      <w:ind w:left="1080"/>
      <w:contextualSpacing/>
      <w:jc w:val="left"/>
    </w:pPr>
    <w:rPr>
      <w:rFonts w:asciiTheme="minorHAnsi" w:eastAsiaTheme="minorEastAsia" w:hAnsiTheme="minorHAnsi"/>
      <w:sz w:val="22"/>
    </w:rPr>
  </w:style>
  <w:style w:type="paragraph" w:styleId="MacroText">
    <w:name w:val="macro"/>
    <w:link w:val="MacroTextChar"/>
    <w:uiPriority w:val="99"/>
    <w:unhideWhenUsed/>
    <w:rsid w:val="001D1053"/>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MacroTextChar">
    <w:name w:val="Macro Text Char"/>
    <w:basedOn w:val="DefaultParagraphFont"/>
    <w:link w:val="MacroText"/>
    <w:uiPriority w:val="99"/>
    <w:rsid w:val="001D1053"/>
    <w:rPr>
      <w:rFonts w:ascii="Courier" w:eastAsiaTheme="minorEastAsia" w:hAnsi="Courier"/>
      <w:sz w:val="20"/>
      <w:szCs w:val="20"/>
    </w:rPr>
  </w:style>
  <w:style w:type="paragraph" w:styleId="Caption">
    <w:name w:val="caption"/>
    <w:basedOn w:val="Normal"/>
    <w:next w:val="Normal"/>
    <w:uiPriority w:val="35"/>
    <w:unhideWhenUsed/>
    <w:qFormat/>
    <w:rsid w:val="001D1053"/>
    <w:pPr>
      <w:spacing w:before="0" w:after="200"/>
      <w:jc w:val="left"/>
    </w:pPr>
    <w:rPr>
      <w:rFonts w:asciiTheme="minorHAnsi" w:eastAsiaTheme="minorEastAsia" w:hAnsiTheme="minorHAnsi"/>
      <w:b/>
      <w:bCs/>
      <w:color w:val="4472C4" w:themeColor="accent1"/>
      <w:sz w:val="18"/>
      <w:szCs w:val="18"/>
    </w:rPr>
  </w:style>
  <w:style w:type="character" w:styleId="Emphasis">
    <w:name w:val="Emphasis"/>
    <w:basedOn w:val="DefaultParagraphFont"/>
    <w:uiPriority w:val="20"/>
    <w:qFormat/>
    <w:rsid w:val="001D1053"/>
    <w:rPr>
      <w:i/>
      <w:iCs/>
    </w:rPr>
  </w:style>
  <w:style w:type="character" w:styleId="SubtleEmphasis">
    <w:name w:val="Subtle Emphasis"/>
    <w:basedOn w:val="DefaultParagraphFont"/>
    <w:uiPriority w:val="19"/>
    <w:qFormat/>
    <w:rsid w:val="001D1053"/>
    <w:rPr>
      <w:i/>
      <w:iCs/>
      <w:color w:val="808080" w:themeColor="text1" w:themeTint="7F"/>
    </w:rPr>
  </w:style>
  <w:style w:type="character" w:styleId="SubtleReference">
    <w:name w:val="Subtle Reference"/>
    <w:basedOn w:val="DefaultParagraphFont"/>
    <w:uiPriority w:val="31"/>
    <w:qFormat/>
    <w:rsid w:val="001D1053"/>
    <w:rPr>
      <w:smallCaps/>
      <w:color w:val="ED7D31" w:themeColor="accent2"/>
      <w:u w:val="single"/>
    </w:rPr>
  </w:style>
  <w:style w:type="character" w:styleId="BookTitle">
    <w:name w:val="Book Title"/>
    <w:basedOn w:val="DefaultParagraphFont"/>
    <w:uiPriority w:val="33"/>
    <w:qFormat/>
    <w:rsid w:val="001D1053"/>
    <w:rPr>
      <w:b/>
      <w:bCs/>
      <w:smallCaps/>
      <w:spacing w:val="5"/>
    </w:rPr>
  </w:style>
  <w:style w:type="paragraph" w:styleId="TOCHeading">
    <w:name w:val="TOC Heading"/>
    <w:basedOn w:val="Heading1"/>
    <w:next w:val="Normal"/>
    <w:uiPriority w:val="39"/>
    <w:semiHidden/>
    <w:unhideWhenUsed/>
    <w:qFormat/>
    <w:rsid w:val="001D1053"/>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en-US"/>
    </w:rPr>
  </w:style>
  <w:style w:type="table" w:customStyle="1" w:styleId="TableGrid1">
    <w:name w:val="Table Grid1"/>
    <w:basedOn w:val="TableNormal"/>
    <w:next w:val="TableGrid"/>
    <w:uiPriority w:val="39"/>
    <w:rsid w:val="001D105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D1053"/>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1053"/>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D1053"/>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D1053"/>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D1053"/>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D1053"/>
    <w:pPr>
      <w:spacing w:after="0" w:line="240"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D1053"/>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
    <w:name w:val="No List2"/>
    <w:next w:val="NoList"/>
    <w:uiPriority w:val="99"/>
    <w:semiHidden/>
    <w:unhideWhenUsed/>
    <w:rsid w:val="001D1053"/>
  </w:style>
  <w:style w:type="paragraph" w:customStyle="1" w:styleId="oncaDanhsch1">
    <w:name w:val="Đoạn của Danh sách1"/>
    <w:basedOn w:val="Normal"/>
    <w:rsid w:val="001D1053"/>
    <w:pPr>
      <w:widowControl w:val="0"/>
      <w:spacing w:before="0" w:after="0"/>
      <w:jc w:val="left"/>
    </w:pPr>
    <w:rPr>
      <w:rFonts w:ascii="Calibri" w:eastAsia="Times New Roman" w:hAnsi="Calibri" w:cs="Times New Roman"/>
      <w:sz w:val="22"/>
    </w:rPr>
  </w:style>
  <w:style w:type="table" w:customStyle="1" w:styleId="thamkhao1">
    <w:name w:val="tham khao1"/>
    <w:basedOn w:val="TableNormal"/>
    <w:next w:val="TableGrid"/>
    <w:uiPriority w:val="39"/>
    <w:qFormat/>
    <w:rsid w:val="001D1053"/>
    <w:pPr>
      <w:spacing w:after="0" w:line="240" w:lineRule="auto"/>
    </w:pPr>
    <w:rPr>
      <w:rFonts w:ascii="Calibri" w:eastAsia="Calibri" w:hAnsi="Calibri"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1D1053"/>
    <w:pPr>
      <w:spacing w:before="0" w:after="160" w:line="240" w:lineRule="exact"/>
      <w:ind w:firstLine="567"/>
      <w:jc w:val="left"/>
    </w:pPr>
    <w:rPr>
      <w:rFonts w:ascii="Arial" w:eastAsia="Times New Roman" w:hAnsi="Arial" w:cs="Verdana"/>
      <w:color w:val="800000"/>
      <w:sz w:val="20"/>
      <w:szCs w:val="20"/>
    </w:rPr>
  </w:style>
  <w:style w:type="character" w:customStyle="1" w:styleId="fontstyle01">
    <w:name w:val="fontstyle01"/>
    <w:rsid w:val="001D1053"/>
    <w:rPr>
      <w:rFonts w:ascii="Times New Roman" w:hAnsi="Times New Roman" w:cs="Times New Roman" w:hint="default"/>
      <w:b w:val="0"/>
      <w:bCs w:val="0"/>
      <w:i w:val="0"/>
      <w:iCs w:val="0"/>
      <w:color w:val="000000"/>
      <w:sz w:val="24"/>
      <w:szCs w:val="24"/>
    </w:rPr>
  </w:style>
  <w:style w:type="character" w:customStyle="1" w:styleId="Heading2Char1">
    <w:name w:val="Heading 2 Char1"/>
    <w:rsid w:val="001D1053"/>
    <w:rPr>
      <w:rFonts w:eastAsia="Times New Roman"/>
      <w:b/>
      <w:bCs/>
      <w:sz w:val="26"/>
      <w:szCs w:val="26"/>
      <w:lang w:val="pt-BR" w:eastAsia="en-US"/>
    </w:rPr>
  </w:style>
  <w:style w:type="character" w:styleId="CommentReference">
    <w:name w:val="annotation reference"/>
    <w:basedOn w:val="DefaultParagraphFont"/>
    <w:uiPriority w:val="99"/>
    <w:semiHidden/>
    <w:unhideWhenUsed/>
    <w:rsid w:val="001D1053"/>
    <w:rPr>
      <w:sz w:val="16"/>
      <w:szCs w:val="16"/>
    </w:rPr>
  </w:style>
  <w:style w:type="paragraph" w:styleId="CommentText">
    <w:name w:val="annotation text"/>
    <w:basedOn w:val="Normal"/>
    <w:link w:val="CommentTextChar"/>
    <w:uiPriority w:val="99"/>
    <w:semiHidden/>
    <w:unhideWhenUsed/>
    <w:rsid w:val="001D1053"/>
    <w:pPr>
      <w:spacing w:before="0" w:after="160"/>
      <w:jc w:val="left"/>
    </w:pPr>
    <w:rPr>
      <w:rFonts w:ascii="Palatino Linotype" w:hAnsi="Palatino Linotype"/>
      <w:sz w:val="20"/>
      <w:szCs w:val="20"/>
    </w:rPr>
  </w:style>
  <w:style w:type="character" w:customStyle="1" w:styleId="CommentTextChar">
    <w:name w:val="Comment Text Char"/>
    <w:basedOn w:val="DefaultParagraphFont"/>
    <w:link w:val="CommentText"/>
    <w:uiPriority w:val="99"/>
    <w:semiHidden/>
    <w:rsid w:val="001D1053"/>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1D1053"/>
    <w:rPr>
      <w:b/>
      <w:bCs/>
    </w:rPr>
  </w:style>
  <w:style w:type="character" w:customStyle="1" w:styleId="CommentSubjectChar">
    <w:name w:val="Comment Subject Char"/>
    <w:basedOn w:val="CommentTextChar"/>
    <w:link w:val="CommentSubject"/>
    <w:uiPriority w:val="99"/>
    <w:semiHidden/>
    <w:rsid w:val="001D1053"/>
    <w:rPr>
      <w:rFonts w:ascii="Palatino Linotype" w:hAnsi="Palatino Linotype"/>
      <w:b/>
      <w:bCs/>
      <w:sz w:val="20"/>
      <w:szCs w:val="20"/>
    </w:rPr>
  </w:style>
  <w:style w:type="numbering" w:customStyle="1" w:styleId="NoList11">
    <w:name w:val="No List11"/>
    <w:next w:val="NoList"/>
    <w:uiPriority w:val="99"/>
    <w:semiHidden/>
    <w:unhideWhenUsed/>
    <w:rsid w:val="001D1053"/>
  </w:style>
  <w:style w:type="table" w:customStyle="1" w:styleId="TableGrid11">
    <w:name w:val="Table Grid11"/>
    <w:basedOn w:val="TableNormal"/>
    <w:next w:val="TableGrid"/>
    <w:uiPriority w:val="59"/>
    <w:rsid w:val="001D1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link w:val="Normal0"/>
    <w:locked/>
    <w:rsid w:val="001D1053"/>
    <w:rPr>
      <w:rFonts w:ascii="Calibri" w:eastAsia="Calibri" w:hAnsi="Calibri" w:cs="Times New Roman"/>
      <w:sz w:val="20"/>
      <w:szCs w:val="20"/>
    </w:rPr>
  </w:style>
  <w:style w:type="character" w:customStyle="1" w:styleId="fontstyle21">
    <w:name w:val="fontstyle21"/>
    <w:rsid w:val="001D1053"/>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1D1053"/>
    <w:pPr>
      <w:spacing w:before="0" w:after="200" w:line="276" w:lineRule="auto"/>
      <w:ind w:left="720"/>
      <w:jc w:val="left"/>
    </w:pPr>
    <w:rPr>
      <w:rFonts w:ascii="Calibri" w:eastAsia="Times New Roman" w:hAnsi="Calibri" w:cs="Times New Roman"/>
      <w:sz w:val="22"/>
    </w:rPr>
  </w:style>
  <w:style w:type="character" w:customStyle="1" w:styleId="oncaDanhschChar">
    <w:name w:val="Đoạn của Danh sách Char"/>
    <w:link w:val="oncaDanhsch"/>
    <w:qFormat/>
    <w:locked/>
    <w:rsid w:val="001D1053"/>
    <w:rPr>
      <w:rFonts w:ascii="Calibri" w:eastAsia="Times New Roman" w:hAnsi="Calibri" w:cs="Times New Roman"/>
    </w:rPr>
  </w:style>
  <w:style w:type="character" w:customStyle="1" w:styleId="NormalWebChar">
    <w:name w:val="Normal (Web) Char"/>
    <w:link w:val="NormalWeb"/>
    <w:uiPriority w:val="99"/>
    <w:rsid w:val="001D1053"/>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1D1053"/>
    <w:rPr>
      <w:rFonts w:ascii="Times New Roman" w:eastAsia="Calibri" w:hAnsi="Times New Roman" w:cs="Times New Roman"/>
      <w:sz w:val="28"/>
      <w:lang w:val="vi-VN"/>
    </w:rPr>
  </w:style>
  <w:style w:type="character" w:customStyle="1" w:styleId="MTEquationSection">
    <w:name w:val="MTEquationSection"/>
    <w:basedOn w:val="DefaultParagraphFont"/>
    <w:rsid w:val="001D1053"/>
    <w:rPr>
      <w:rFonts w:ascii="Times New Roman" w:eastAsia="Times New Roman" w:hAnsi="Times New Roman" w:cs="Times New Roman"/>
      <w:b/>
      <w:vanish/>
      <w:color w:val="FF0000"/>
      <w:sz w:val="24"/>
      <w:lang w:val="en-US" w:eastAsia="vi-VN"/>
    </w:rPr>
  </w:style>
  <w:style w:type="character" w:customStyle="1" w:styleId="Bodytext20">
    <w:name w:val="Body text (2)"/>
    <w:rsid w:val="001D1053"/>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
    <w:link w:val="Mu2Char"/>
    <w:qFormat/>
    <w:rsid w:val="001D1053"/>
    <w:pPr>
      <w:widowControl w:val="0"/>
      <w:numPr>
        <w:numId w:val="8"/>
      </w:numPr>
      <w:tabs>
        <w:tab w:val="left" w:pos="2694"/>
      </w:tabs>
      <w:spacing w:before="0" w:after="0"/>
      <w:ind w:left="57"/>
      <w:jc w:val="left"/>
    </w:pPr>
    <w:rPr>
      <w:rFonts w:eastAsia="Calibri" w:cs="Times New Roman"/>
      <w:bCs/>
      <w:szCs w:val="24"/>
      <w:lang w:eastAsia="ja-JP"/>
    </w:rPr>
  </w:style>
  <w:style w:type="character" w:customStyle="1" w:styleId="Mu2Char">
    <w:name w:val="Mẫu 2 Char"/>
    <w:link w:val="Mu2"/>
    <w:rsid w:val="001D1053"/>
    <w:rPr>
      <w:rFonts w:ascii="Times New Roman" w:eastAsia="Calibri" w:hAnsi="Times New Roman" w:cs="Times New Roman"/>
      <w:bCs/>
      <w:sz w:val="24"/>
      <w:szCs w:val="24"/>
      <w:lang w:eastAsia="ja-JP"/>
    </w:rPr>
  </w:style>
  <w:style w:type="character" w:customStyle="1" w:styleId="Vnbnnidung510pt">
    <w:name w:val="Văn bản nội dung (5) + 10 pt"/>
    <w:rsid w:val="001D1053"/>
    <w:rPr>
      <w:b/>
      <w:bCs/>
      <w:i/>
      <w:iCs/>
      <w:sz w:val="20"/>
      <w:szCs w:val="20"/>
      <w:lang w:bidi="ar-SA"/>
    </w:rPr>
  </w:style>
  <w:style w:type="table" w:customStyle="1" w:styleId="TableGrid2">
    <w:name w:val="Table Grid2"/>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D1053"/>
  </w:style>
  <w:style w:type="table" w:customStyle="1" w:styleId="TableGrid4">
    <w:name w:val="Table Grid4"/>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1053"/>
  </w:style>
  <w:style w:type="table" w:customStyle="1" w:styleId="thamkhao11">
    <w:name w:val="tham khao11"/>
    <w:basedOn w:val="TableNormal"/>
    <w:next w:val="TableGrid"/>
    <w:uiPriority w:val="59"/>
    <w:rsid w:val="001D1053"/>
    <w:pPr>
      <w:spacing w:after="0" w:line="240" w:lineRule="auto"/>
    </w:pPr>
    <w:rPr>
      <w:rFonts w:ascii="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D1053"/>
    <w:pPr>
      <w:spacing w:after="0" w:line="240" w:lineRule="auto"/>
    </w:pPr>
    <w:rPr>
      <w:rFonts w:ascii="Arial" w:hAnsi="Arial"/>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D1053"/>
  </w:style>
  <w:style w:type="table" w:customStyle="1" w:styleId="TableGrid6">
    <w:name w:val="Table Grid6"/>
    <w:basedOn w:val="TableNormal"/>
    <w:next w:val="TableGrid"/>
    <w:uiPriority w:val="3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D10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D1053"/>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D1053"/>
    <w:pPr>
      <w:spacing w:after="0" w:line="240" w:lineRule="auto"/>
    </w:pPr>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53277"/>
  </w:style>
  <w:style w:type="table" w:customStyle="1" w:styleId="trongbang1">
    <w:name w:val="trongbang1"/>
    <w:basedOn w:val="TableNormal"/>
    <w:next w:val="TableGrid"/>
    <w:uiPriority w:val="39"/>
    <w:qFormat/>
    <w:rsid w:val="0045327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19">
    <w:name w:val="Normal_0_19"/>
    <w:qFormat/>
    <w:rsid w:val="00FA061C"/>
    <w:pPr>
      <w:spacing w:after="0" w:line="240" w:lineRule="auto"/>
    </w:pPr>
    <w:rPr>
      <w:rFonts w:ascii="Times New Roman" w:eastAsia="Calibri" w:hAnsi="Times New Roman" w:cs="Times New Roman"/>
      <w:sz w:val="20"/>
      <w:szCs w:val="20"/>
    </w:rPr>
  </w:style>
  <w:style w:type="paragraph" w:customStyle="1" w:styleId="Normal020">
    <w:name w:val="Normal_0_20"/>
    <w:qFormat/>
    <w:rsid w:val="00FA061C"/>
    <w:pPr>
      <w:spacing w:after="0" w:line="240" w:lineRule="auto"/>
    </w:pPr>
    <w:rPr>
      <w:rFonts w:ascii="Times New Roman" w:eastAsia="Calibri" w:hAnsi="Times New Roman" w:cs="Times New Roman"/>
      <w:sz w:val="20"/>
      <w:szCs w:val="20"/>
    </w:rPr>
  </w:style>
  <w:style w:type="character" w:customStyle="1" w:styleId="15">
    <w:name w:val="15"/>
    <w:rsid w:val="00FA061C"/>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FA061C"/>
    <w:pPr>
      <w:tabs>
        <w:tab w:val="left" w:pos="992"/>
      </w:tabs>
      <w:spacing w:before="120" w:after="0" w:line="276" w:lineRule="auto"/>
      <w:ind w:left="993" w:hanging="993"/>
      <w:jc w:val="left"/>
    </w:pPr>
    <w:rPr>
      <w:rFonts w:cs="Times New Roman"/>
      <w:noProof/>
      <w:szCs w:val="24"/>
    </w:rPr>
  </w:style>
  <w:style w:type="character" w:customStyle="1" w:styleId="AstrongChar">
    <w:name w:val="ĐA strong Char"/>
    <w:basedOn w:val="DefaultParagraphFont"/>
    <w:link w:val="Astrong"/>
    <w:rsid w:val="00FA061C"/>
    <w:rPr>
      <w:rFonts w:ascii="Times New Roman" w:hAnsi="Times New Roman" w:cs="Times New Roman"/>
      <w:noProof/>
      <w:sz w:val="24"/>
      <w:szCs w:val="24"/>
    </w:rPr>
  </w:style>
  <w:style w:type="paragraph" w:customStyle="1" w:styleId="Char">
    <w:name w:val="Char"/>
    <w:basedOn w:val="Normal"/>
    <w:semiHidden/>
    <w:rsid w:val="00FA061C"/>
    <w:pPr>
      <w:spacing w:before="0" w:after="160" w:line="240" w:lineRule="exact"/>
      <w:jc w:val="left"/>
    </w:pPr>
    <w:rPr>
      <w:rFonts w:ascii="Arial" w:eastAsia="Times New Roman" w:hAnsi="Arial" w:cs="Times New Roman"/>
      <w:szCs w:val="24"/>
    </w:rPr>
  </w:style>
  <w:style w:type="paragraph" w:customStyle="1" w:styleId="msonormalcxspmiddle">
    <w:name w:val="msonormalcxspmiddle"/>
    <w:basedOn w:val="Normal"/>
    <w:rsid w:val="00FA061C"/>
    <w:pPr>
      <w:spacing w:before="100" w:beforeAutospacing="1" w:after="100" w:afterAutospacing="1"/>
      <w:jc w:val="left"/>
    </w:pPr>
    <w:rPr>
      <w:rFonts w:eastAsia="MS Mincho" w:cs="Times New Roman"/>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11836">
      <w:bodyDiv w:val="1"/>
      <w:marLeft w:val="0"/>
      <w:marRight w:val="0"/>
      <w:marTop w:val="0"/>
      <w:marBottom w:val="0"/>
      <w:divBdr>
        <w:top w:val="none" w:sz="0" w:space="0" w:color="auto"/>
        <w:left w:val="none" w:sz="0" w:space="0" w:color="auto"/>
        <w:bottom w:val="none" w:sz="0" w:space="0" w:color="auto"/>
        <w:right w:val="none" w:sz="0" w:space="0" w:color="auto"/>
      </w:divBdr>
    </w:div>
    <w:div w:id="1070538926">
      <w:bodyDiv w:val="1"/>
      <w:marLeft w:val="0"/>
      <w:marRight w:val="0"/>
      <w:marTop w:val="0"/>
      <w:marBottom w:val="0"/>
      <w:divBdr>
        <w:top w:val="none" w:sz="0" w:space="0" w:color="auto"/>
        <w:left w:val="none" w:sz="0" w:space="0" w:color="auto"/>
        <w:bottom w:val="none" w:sz="0" w:space="0" w:color="auto"/>
        <w:right w:val="none" w:sz="0" w:space="0" w:color="auto"/>
      </w:divBdr>
    </w:div>
    <w:div w:id="1105657930">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oleObject" Target="embeddings/oleObject355.bin"/><Relationship Id="rId21" Type="http://schemas.openxmlformats.org/officeDocument/2006/relationships/oleObject" Target="embeddings/oleObject7.bin"/><Relationship Id="rId324" Type="http://schemas.openxmlformats.org/officeDocument/2006/relationships/image" Target="media/image146.wmf"/><Relationship Id="rId531" Type="http://schemas.openxmlformats.org/officeDocument/2006/relationships/image" Target="media/image238.wmf"/><Relationship Id="rId629" Type="http://schemas.openxmlformats.org/officeDocument/2006/relationships/image" Target="media/image289.wmf"/><Relationship Id="rId170" Type="http://schemas.openxmlformats.org/officeDocument/2006/relationships/oleObject" Target="embeddings/oleObject89.bin"/><Relationship Id="rId268" Type="http://schemas.openxmlformats.org/officeDocument/2006/relationships/oleObject" Target="embeddings/oleObject140.bin"/><Relationship Id="rId475" Type="http://schemas.openxmlformats.org/officeDocument/2006/relationships/image" Target="media/image210.wmf"/><Relationship Id="rId32" Type="http://schemas.openxmlformats.org/officeDocument/2006/relationships/oleObject" Target="embeddings/oleObject15.bin"/><Relationship Id="rId128" Type="http://schemas.openxmlformats.org/officeDocument/2006/relationships/image" Target="media/image55.wmf"/><Relationship Id="rId335" Type="http://schemas.openxmlformats.org/officeDocument/2006/relationships/oleObject" Target="embeddings/oleObject182.bin"/><Relationship Id="rId542" Type="http://schemas.openxmlformats.org/officeDocument/2006/relationships/image" Target="media/image244.wmf"/><Relationship Id="rId181" Type="http://schemas.openxmlformats.org/officeDocument/2006/relationships/image" Target="media/image80.wmf"/><Relationship Id="rId402" Type="http://schemas.openxmlformats.org/officeDocument/2006/relationships/oleObject" Target="embeddings/oleObject217.bin"/><Relationship Id="rId279" Type="http://schemas.openxmlformats.org/officeDocument/2006/relationships/oleObject" Target="embeddings/oleObject146.bin"/><Relationship Id="rId486" Type="http://schemas.openxmlformats.org/officeDocument/2006/relationships/oleObject" Target="embeddings/oleObject264.bin"/><Relationship Id="rId43" Type="http://schemas.openxmlformats.org/officeDocument/2006/relationships/oleObject" Target="embeddings/oleObject21.bin"/><Relationship Id="rId139" Type="http://schemas.openxmlformats.org/officeDocument/2006/relationships/oleObject" Target="embeddings/oleObject72.bin"/><Relationship Id="rId346" Type="http://schemas.openxmlformats.org/officeDocument/2006/relationships/oleObject" Target="embeddings/oleObject188.bin"/><Relationship Id="rId553" Type="http://schemas.openxmlformats.org/officeDocument/2006/relationships/oleObject" Target="embeddings/oleObject296.bin"/><Relationship Id="rId192" Type="http://schemas.openxmlformats.org/officeDocument/2006/relationships/oleObject" Target="embeddings/oleObject100.bin"/><Relationship Id="rId206" Type="http://schemas.openxmlformats.org/officeDocument/2006/relationships/oleObject" Target="embeddings/oleObject107.bin"/><Relationship Id="rId413" Type="http://schemas.openxmlformats.org/officeDocument/2006/relationships/image" Target="media/image183.wmf"/><Relationship Id="rId497" Type="http://schemas.openxmlformats.org/officeDocument/2006/relationships/image" Target="media/image221.wmf"/><Relationship Id="rId620" Type="http://schemas.openxmlformats.org/officeDocument/2006/relationships/image" Target="media/image284.emf"/><Relationship Id="rId357" Type="http://schemas.openxmlformats.org/officeDocument/2006/relationships/image" Target="media/image157.wmf"/><Relationship Id="rId54" Type="http://schemas.openxmlformats.org/officeDocument/2006/relationships/image" Target="media/image20.wmf"/><Relationship Id="rId217" Type="http://schemas.openxmlformats.org/officeDocument/2006/relationships/image" Target="media/image98.wmf"/><Relationship Id="rId564" Type="http://schemas.openxmlformats.org/officeDocument/2006/relationships/image" Target="media/image256.wmf"/><Relationship Id="rId424" Type="http://schemas.openxmlformats.org/officeDocument/2006/relationships/oleObject" Target="embeddings/oleObject229.bin"/><Relationship Id="rId631" Type="http://schemas.openxmlformats.org/officeDocument/2006/relationships/image" Target="media/image290.wmf"/><Relationship Id="rId270" Type="http://schemas.openxmlformats.org/officeDocument/2006/relationships/oleObject" Target="embeddings/oleObject141.bin"/><Relationship Id="rId65" Type="http://schemas.openxmlformats.org/officeDocument/2006/relationships/oleObject" Target="embeddings/oleObject34.bin"/><Relationship Id="rId130" Type="http://schemas.openxmlformats.org/officeDocument/2006/relationships/image" Target="media/image56.wmf"/><Relationship Id="rId368" Type="http://schemas.openxmlformats.org/officeDocument/2006/relationships/oleObject" Target="embeddings/oleObject199.bin"/><Relationship Id="rId575" Type="http://schemas.openxmlformats.org/officeDocument/2006/relationships/oleObject" Target="embeddings/oleObject307.bin"/><Relationship Id="rId228" Type="http://schemas.openxmlformats.org/officeDocument/2006/relationships/image" Target="media/image102.wmf"/><Relationship Id="rId435" Type="http://schemas.openxmlformats.org/officeDocument/2006/relationships/image" Target="media/image192.wmf"/><Relationship Id="rId642" Type="http://schemas.openxmlformats.org/officeDocument/2006/relationships/oleObject" Target="embeddings/oleObject340.bin"/><Relationship Id="rId281" Type="http://schemas.openxmlformats.org/officeDocument/2006/relationships/oleObject" Target="embeddings/oleObject147.bin"/><Relationship Id="rId502" Type="http://schemas.openxmlformats.org/officeDocument/2006/relationships/oleObject" Target="embeddings/oleObject272.bin"/><Relationship Id="rId76" Type="http://schemas.openxmlformats.org/officeDocument/2006/relationships/image" Target="media/image29.wmf"/><Relationship Id="rId141" Type="http://schemas.openxmlformats.org/officeDocument/2006/relationships/oleObject" Target="embeddings/oleObject73.bin"/><Relationship Id="rId379" Type="http://schemas.openxmlformats.org/officeDocument/2006/relationships/oleObject" Target="embeddings/oleObject205.bin"/><Relationship Id="rId586" Type="http://schemas.openxmlformats.org/officeDocument/2006/relationships/oleObject" Target="embeddings/oleObject312.bin"/><Relationship Id="rId7" Type="http://schemas.openxmlformats.org/officeDocument/2006/relationships/endnotes" Target="endnotes.xml"/><Relationship Id="rId239" Type="http://schemas.openxmlformats.org/officeDocument/2006/relationships/oleObject" Target="embeddings/oleObject125.bin"/><Relationship Id="rId446" Type="http://schemas.openxmlformats.org/officeDocument/2006/relationships/oleObject" Target="embeddings/oleObject242.bin"/><Relationship Id="rId653" Type="http://schemas.openxmlformats.org/officeDocument/2006/relationships/image" Target="media/image300.wmf"/><Relationship Id="rId292" Type="http://schemas.openxmlformats.org/officeDocument/2006/relationships/image" Target="media/image133.wmf"/><Relationship Id="rId306" Type="http://schemas.openxmlformats.org/officeDocument/2006/relationships/oleObject" Target="embeddings/oleObject160.bin"/><Relationship Id="rId87" Type="http://schemas.openxmlformats.org/officeDocument/2006/relationships/image" Target="media/image34.wmf"/><Relationship Id="rId513" Type="http://schemas.openxmlformats.org/officeDocument/2006/relationships/image" Target="media/image229.wmf"/><Relationship Id="rId597" Type="http://schemas.openxmlformats.org/officeDocument/2006/relationships/image" Target="media/image273.wmf"/><Relationship Id="rId152" Type="http://schemas.openxmlformats.org/officeDocument/2006/relationships/oleObject" Target="embeddings/oleObject79.bin"/><Relationship Id="rId457" Type="http://schemas.openxmlformats.org/officeDocument/2006/relationships/oleObject" Target="embeddings/oleObject249.bin"/><Relationship Id="rId664" Type="http://schemas.openxmlformats.org/officeDocument/2006/relationships/oleObject" Target="embeddings/oleObject352.bin"/><Relationship Id="rId14" Type="http://schemas.openxmlformats.org/officeDocument/2006/relationships/oleObject" Target="embeddings/oleObject3.bin"/><Relationship Id="rId317" Type="http://schemas.openxmlformats.org/officeDocument/2006/relationships/oleObject" Target="embeddings/oleObject167.bin"/><Relationship Id="rId524" Type="http://schemas.openxmlformats.org/officeDocument/2006/relationships/oleObject" Target="embeddings/oleObject283.bin"/><Relationship Id="rId98" Type="http://schemas.openxmlformats.org/officeDocument/2006/relationships/oleObject" Target="embeddings/oleObject52.bin"/><Relationship Id="rId163" Type="http://schemas.openxmlformats.org/officeDocument/2006/relationships/oleObject" Target="embeddings/oleObject85.bin"/><Relationship Id="rId370" Type="http://schemas.openxmlformats.org/officeDocument/2006/relationships/oleObject" Target="embeddings/oleObject200.bin"/><Relationship Id="rId230" Type="http://schemas.openxmlformats.org/officeDocument/2006/relationships/image" Target="media/image103.wmf"/><Relationship Id="rId468" Type="http://schemas.openxmlformats.org/officeDocument/2006/relationships/oleObject" Target="embeddings/oleObject255.bin"/><Relationship Id="rId675" Type="http://schemas.openxmlformats.org/officeDocument/2006/relationships/oleObject" Target="embeddings/oleObject357.bin"/><Relationship Id="rId25" Type="http://schemas.openxmlformats.org/officeDocument/2006/relationships/oleObject" Target="embeddings/oleObject10.bin"/><Relationship Id="rId328" Type="http://schemas.openxmlformats.org/officeDocument/2006/relationships/oleObject" Target="embeddings/oleObject175.bin"/><Relationship Id="rId535" Type="http://schemas.openxmlformats.org/officeDocument/2006/relationships/image" Target="media/image240.jpeg"/><Relationship Id="rId174" Type="http://schemas.openxmlformats.org/officeDocument/2006/relationships/oleObject" Target="embeddings/oleObject91.bin"/><Relationship Id="rId381" Type="http://schemas.openxmlformats.org/officeDocument/2006/relationships/oleObject" Target="embeddings/oleObject206.bin"/><Relationship Id="rId602" Type="http://schemas.openxmlformats.org/officeDocument/2006/relationships/oleObject" Target="embeddings/oleObject320.bin"/><Relationship Id="rId241" Type="http://schemas.openxmlformats.org/officeDocument/2006/relationships/oleObject" Target="embeddings/oleObject127.bin"/><Relationship Id="rId479" Type="http://schemas.openxmlformats.org/officeDocument/2006/relationships/image" Target="media/image212.wmf"/><Relationship Id="rId36" Type="http://schemas.openxmlformats.org/officeDocument/2006/relationships/oleObject" Target="embeddings/oleObject17.bin"/><Relationship Id="rId339" Type="http://schemas.openxmlformats.org/officeDocument/2006/relationships/oleObject" Target="embeddings/oleObject184.bin"/><Relationship Id="rId546" Type="http://schemas.openxmlformats.org/officeDocument/2006/relationships/image" Target="media/image246.png"/><Relationship Id="rId101" Type="http://schemas.openxmlformats.org/officeDocument/2006/relationships/image" Target="media/image41.wmf"/><Relationship Id="rId185" Type="http://schemas.openxmlformats.org/officeDocument/2006/relationships/image" Target="media/image82.wmf"/><Relationship Id="rId406" Type="http://schemas.openxmlformats.org/officeDocument/2006/relationships/oleObject" Target="embeddings/oleObject220.bin"/><Relationship Id="rId392" Type="http://schemas.openxmlformats.org/officeDocument/2006/relationships/image" Target="media/image174.wmf"/><Relationship Id="rId613" Type="http://schemas.openxmlformats.org/officeDocument/2006/relationships/oleObject" Target="embeddings/oleObject326.bin"/><Relationship Id="rId252" Type="http://schemas.openxmlformats.org/officeDocument/2006/relationships/oleObject" Target="embeddings/oleObject132.bin"/><Relationship Id="rId47" Type="http://schemas.openxmlformats.org/officeDocument/2006/relationships/oleObject" Target="embeddings/oleObject24.bin"/><Relationship Id="rId112" Type="http://schemas.openxmlformats.org/officeDocument/2006/relationships/image" Target="media/image47.wmf"/><Relationship Id="rId557" Type="http://schemas.openxmlformats.org/officeDocument/2006/relationships/oleObject" Target="embeddings/oleObject298.bin"/><Relationship Id="rId196" Type="http://schemas.openxmlformats.org/officeDocument/2006/relationships/oleObject" Target="embeddings/oleObject102.bin"/><Relationship Id="rId417" Type="http://schemas.openxmlformats.org/officeDocument/2006/relationships/image" Target="media/image185.wmf"/><Relationship Id="rId624" Type="http://schemas.openxmlformats.org/officeDocument/2006/relationships/oleObject" Target="embeddings/oleObject331.bin"/><Relationship Id="rId263" Type="http://schemas.openxmlformats.org/officeDocument/2006/relationships/image" Target="media/image119.wmf"/><Relationship Id="rId470" Type="http://schemas.openxmlformats.org/officeDocument/2006/relationships/oleObject" Target="embeddings/oleObject256.bin"/><Relationship Id="rId58" Type="http://schemas.openxmlformats.org/officeDocument/2006/relationships/image" Target="media/image22.wmf"/><Relationship Id="rId123" Type="http://schemas.openxmlformats.org/officeDocument/2006/relationships/oleObject" Target="embeddings/oleObject64.bin"/><Relationship Id="rId330" Type="http://schemas.openxmlformats.org/officeDocument/2006/relationships/oleObject" Target="embeddings/oleObject177.bin"/><Relationship Id="rId568" Type="http://schemas.openxmlformats.org/officeDocument/2006/relationships/image" Target="media/image258.wmf"/><Relationship Id="rId428" Type="http://schemas.openxmlformats.org/officeDocument/2006/relationships/image" Target="media/image190.wmf"/><Relationship Id="rId635" Type="http://schemas.openxmlformats.org/officeDocument/2006/relationships/image" Target="media/image292.wmf"/><Relationship Id="rId274" Type="http://schemas.openxmlformats.org/officeDocument/2006/relationships/oleObject" Target="embeddings/oleObject143.bin"/><Relationship Id="rId481" Type="http://schemas.openxmlformats.org/officeDocument/2006/relationships/image" Target="media/image213.wmf"/><Relationship Id="rId69" Type="http://schemas.openxmlformats.org/officeDocument/2006/relationships/oleObject" Target="embeddings/oleObject37.bin"/><Relationship Id="rId134" Type="http://schemas.openxmlformats.org/officeDocument/2006/relationships/image" Target="media/image58.wmf"/><Relationship Id="rId579" Type="http://schemas.openxmlformats.org/officeDocument/2006/relationships/oleObject" Target="embeddings/oleObject309.bin"/><Relationship Id="rId341" Type="http://schemas.openxmlformats.org/officeDocument/2006/relationships/oleObject" Target="embeddings/oleObject185.bin"/><Relationship Id="rId439" Type="http://schemas.openxmlformats.org/officeDocument/2006/relationships/image" Target="media/image194.wmf"/><Relationship Id="rId646" Type="http://schemas.openxmlformats.org/officeDocument/2006/relationships/oleObject" Target="embeddings/oleObject343.bin"/><Relationship Id="rId201" Type="http://schemas.openxmlformats.org/officeDocument/2006/relationships/image" Target="media/image90.wmf"/><Relationship Id="rId285" Type="http://schemas.openxmlformats.org/officeDocument/2006/relationships/oleObject" Target="embeddings/oleObject149.bin"/><Relationship Id="rId506" Type="http://schemas.openxmlformats.org/officeDocument/2006/relationships/oleObject" Target="embeddings/oleObject274.bin"/><Relationship Id="rId492" Type="http://schemas.openxmlformats.org/officeDocument/2006/relationships/oleObject" Target="embeddings/oleObject267.bin"/><Relationship Id="rId91" Type="http://schemas.openxmlformats.org/officeDocument/2006/relationships/image" Target="media/image36.wmf"/><Relationship Id="rId145" Type="http://schemas.openxmlformats.org/officeDocument/2006/relationships/image" Target="media/image63.wmf"/><Relationship Id="rId187" Type="http://schemas.openxmlformats.org/officeDocument/2006/relationships/image" Target="media/image83.wmf"/><Relationship Id="rId352" Type="http://schemas.openxmlformats.org/officeDocument/2006/relationships/oleObject" Target="embeddings/oleObject191.bin"/><Relationship Id="rId394" Type="http://schemas.openxmlformats.org/officeDocument/2006/relationships/image" Target="media/image175.wmf"/><Relationship Id="rId408" Type="http://schemas.openxmlformats.org/officeDocument/2006/relationships/oleObject" Target="embeddings/oleObject221.bin"/><Relationship Id="rId615" Type="http://schemas.openxmlformats.org/officeDocument/2006/relationships/oleObject" Target="embeddings/oleObject327.bin"/><Relationship Id="rId212" Type="http://schemas.openxmlformats.org/officeDocument/2006/relationships/oleObject" Target="embeddings/oleObject110.bin"/><Relationship Id="rId254" Type="http://schemas.openxmlformats.org/officeDocument/2006/relationships/oleObject" Target="embeddings/oleObject133.bin"/><Relationship Id="rId657" Type="http://schemas.openxmlformats.org/officeDocument/2006/relationships/image" Target="media/image302.wmf"/><Relationship Id="rId49" Type="http://schemas.openxmlformats.org/officeDocument/2006/relationships/oleObject" Target="embeddings/oleObject25.bin"/><Relationship Id="rId114" Type="http://schemas.openxmlformats.org/officeDocument/2006/relationships/image" Target="media/image48.wmf"/><Relationship Id="rId296" Type="http://schemas.openxmlformats.org/officeDocument/2006/relationships/image" Target="media/image135.wmf"/><Relationship Id="rId461" Type="http://schemas.openxmlformats.org/officeDocument/2006/relationships/oleObject" Target="embeddings/oleObject251.bin"/><Relationship Id="rId517" Type="http://schemas.openxmlformats.org/officeDocument/2006/relationships/image" Target="media/image231.wmf"/><Relationship Id="rId559" Type="http://schemas.openxmlformats.org/officeDocument/2006/relationships/oleObject" Target="embeddings/oleObject299.bin"/><Relationship Id="rId60" Type="http://schemas.openxmlformats.org/officeDocument/2006/relationships/oleObject" Target="embeddings/oleObject31.bin"/><Relationship Id="rId156" Type="http://schemas.openxmlformats.org/officeDocument/2006/relationships/oleObject" Target="embeddings/oleObject81.bin"/><Relationship Id="rId198" Type="http://schemas.openxmlformats.org/officeDocument/2006/relationships/oleObject" Target="embeddings/oleObject103.bin"/><Relationship Id="rId321" Type="http://schemas.openxmlformats.org/officeDocument/2006/relationships/oleObject" Target="embeddings/oleObject169.bin"/><Relationship Id="rId363" Type="http://schemas.openxmlformats.org/officeDocument/2006/relationships/image" Target="media/image160.wmf"/><Relationship Id="rId419" Type="http://schemas.openxmlformats.org/officeDocument/2006/relationships/image" Target="media/image186.wmf"/><Relationship Id="rId570" Type="http://schemas.openxmlformats.org/officeDocument/2006/relationships/image" Target="media/image259.wmf"/><Relationship Id="rId626" Type="http://schemas.openxmlformats.org/officeDocument/2006/relationships/oleObject" Target="embeddings/oleObject332.bin"/><Relationship Id="rId223" Type="http://schemas.openxmlformats.org/officeDocument/2006/relationships/oleObject" Target="embeddings/oleObject117.bin"/><Relationship Id="rId430" Type="http://schemas.openxmlformats.org/officeDocument/2006/relationships/image" Target="media/image191.wmf"/><Relationship Id="rId668" Type="http://schemas.openxmlformats.org/officeDocument/2006/relationships/image" Target="media/image308.wmf"/><Relationship Id="rId18" Type="http://schemas.openxmlformats.org/officeDocument/2006/relationships/oleObject" Target="embeddings/oleObject5.bin"/><Relationship Id="rId265" Type="http://schemas.openxmlformats.org/officeDocument/2006/relationships/image" Target="media/image120.wmf"/><Relationship Id="rId472" Type="http://schemas.openxmlformats.org/officeDocument/2006/relationships/oleObject" Target="embeddings/oleObject257.bin"/><Relationship Id="rId528" Type="http://schemas.openxmlformats.org/officeDocument/2006/relationships/oleObject" Target="embeddings/oleObject285.bin"/><Relationship Id="rId125" Type="http://schemas.openxmlformats.org/officeDocument/2006/relationships/oleObject" Target="embeddings/oleObject65.bin"/><Relationship Id="rId167" Type="http://schemas.openxmlformats.org/officeDocument/2006/relationships/image" Target="media/image73.wmf"/><Relationship Id="rId332" Type="http://schemas.openxmlformats.org/officeDocument/2006/relationships/oleObject" Target="embeddings/oleObject179.bin"/><Relationship Id="rId374" Type="http://schemas.openxmlformats.org/officeDocument/2006/relationships/image" Target="media/image165.wmf"/><Relationship Id="rId581" Type="http://schemas.openxmlformats.org/officeDocument/2006/relationships/oleObject" Target="embeddings/oleObject310.bin"/><Relationship Id="rId71" Type="http://schemas.openxmlformats.org/officeDocument/2006/relationships/oleObject" Target="embeddings/oleObject38.bin"/><Relationship Id="rId234" Type="http://schemas.openxmlformats.org/officeDocument/2006/relationships/image" Target="media/image105.wmf"/><Relationship Id="rId637" Type="http://schemas.openxmlformats.org/officeDocument/2006/relationships/image" Target="media/image293.wmf"/><Relationship Id="rId679" Type="http://schemas.openxmlformats.org/officeDocument/2006/relationships/oleObject" Target="embeddings/oleObject360.bin"/><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image" Target="media/image125.wmf"/><Relationship Id="rId441" Type="http://schemas.openxmlformats.org/officeDocument/2006/relationships/image" Target="media/image195.wmf"/><Relationship Id="rId483" Type="http://schemas.openxmlformats.org/officeDocument/2006/relationships/image" Target="media/image214.wmf"/><Relationship Id="rId539" Type="http://schemas.openxmlformats.org/officeDocument/2006/relationships/oleObject" Target="embeddings/oleObject290.bin"/><Relationship Id="rId40" Type="http://schemas.openxmlformats.org/officeDocument/2006/relationships/oleObject" Target="embeddings/oleObject19.bin"/><Relationship Id="rId136" Type="http://schemas.openxmlformats.org/officeDocument/2006/relationships/image" Target="media/image59.wmf"/><Relationship Id="rId178" Type="http://schemas.openxmlformats.org/officeDocument/2006/relationships/oleObject" Target="embeddings/oleObject93.bin"/><Relationship Id="rId301" Type="http://schemas.openxmlformats.org/officeDocument/2006/relationships/oleObject" Target="embeddings/oleObject157.bin"/><Relationship Id="rId343" Type="http://schemas.openxmlformats.org/officeDocument/2006/relationships/oleObject" Target="embeddings/oleObject186.bin"/><Relationship Id="rId550" Type="http://schemas.openxmlformats.org/officeDocument/2006/relationships/image" Target="media/image249.wmf"/><Relationship Id="rId82" Type="http://schemas.openxmlformats.org/officeDocument/2006/relationships/oleObject" Target="embeddings/oleObject44.bin"/><Relationship Id="rId203" Type="http://schemas.openxmlformats.org/officeDocument/2006/relationships/image" Target="media/image91.wmf"/><Relationship Id="rId385" Type="http://schemas.openxmlformats.org/officeDocument/2006/relationships/image" Target="media/image170.wmf"/><Relationship Id="rId592" Type="http://schemas.openxmlformats.org/officeDocument/2006/relationships/oleObject" Target="embeddings/oleObject315.bin"/><Relationship Id="rId606" Type="http://schemas.openxmlformats.org/officeDocument/2006/relationships/image" Target="media/image277.wmf"/><Relationship Id="rId648" Type="http://schemas.openxmlformats.org/officeDocument/2006/relationships/oleObject" Target="embeddings/oleObject344.bin"/><Relationship Id="rId245" Type="http://schemas.openxmlformats.org/officeDocument/2006/relationships/image" Target="media/image110.wmf"/><Relationship Id="rId287" Type="http://schemas.openxmlformats.org/officeDocument/2006/relationships/oleObject" Target="embeddings/oleObject150.bin"/><Relationship Id="rId410" Type="http://schemas.openxmlformats.org/officeDocument/2006/relationships/oleObject" Target="embeddings/oleObject222.bin"/><Relationship Id="rId452" Type="http://schemas.openxmlformats.org/officeDocument/2006/relationships/oleObject" Target="embeddings/oleObject246.bin"/><Relationship Id="rId494" Type="http://schemas.openxmlformats.org/officeDocument/2006/relationships/oleObject" Target="embeddings/oleObject268.bin"/><Relationship Id="rId508" Type="http://schemas.openxmlformats.org/officeDocument/2006/relationships/oleObject" Target="embeddings/oleObject275.bin"/><Relationship Id="rId105" Type="http://schemas.openxmlformats.org/officeDocument/2006/relationships/image" Target="media/image43.wmf"/><Relationship Id="rId147" Type="http://schemas.openxmlformats.org/officeDocument/2006/relationships/image" Target="media/image64.wmf"/><Relationship Id="rId312" Type="http://schemas.openxmlformats.org/officeDocument/2006/relationships/oleObject" Target="embeddings/oleObject163.bin"/><Relationship Id="rId354" Type="http://schemas.openxmlformats.org/officeDocument/2006/relationships/oleObject" Target="embeddings/oleObject192.bin"/><Relationship Id="rId51" Type="http://schemas.openxmlformats.org/officeDocument/2006/relationships/oleObject" Target="embeddings/oleObject26.bin"/><Relationship Id="rId93" Type="http://schemas.openxmlformats.org/officeDocument/2006/relationships/image" Target="media/image37.wmf"/><Relationship Id="rId189" Type="http://schemas.openxmlformats.org/officeDocument/2006/relationships/image" Target="media/image84.wmf"/><Relationship Id="rId396" Type="http://schemas.openxmlformats.org/officeDocument/2006/relationships/image" Target="media/image176.wmf"/><Relationship Id="rId561" Type="http://schemas.openxmlformats.org/officeDocument/2006/relationships/oleObject" Target="embeddings/oleObject300.bin"/><Relationship Id="rId617" Type="http://schemas.openxmlformats.org/officeDocument/2006/relationships/oleObject" Target="embeddings/oleObject328.bin"/><Relationship Id="rId659" Type="http://schemas.openxmlformats.org/officeDocument/2006/relationships/image" Target="media/image303.wmf"/><Relationship Id="rId214" Type="http://schemas.openxmlformats.org/officeDocument/2006/relationships/oleObject" Target="embeddings/oleObject111.bin"/><Relationship Id="rId256" Type="http://schemas.openxmlformats.org/officeDocument/2006/relationships/oleObject" Target="embeddings/oleObject134.bin"/><Relationship Id="rId298" Type="http://schemas.openxmlformats.org/officeDocument/2006/relationships/image" Target="media/image136.wmf"/><Relationship Id="rId421" Type="http://schemas.openxmlformats.org/officeDocument/2006/relationships/image" Target="media/image187.wmf"/><Relationship Id="rId463" Type="http://schemas.openxmlformats.org/officeDocument/2006/relationships/image" Target="media/image204.wmf"/><Relationship Id="rId519" Type="http://schemas.openxmlformats.org/officeDocument/2006/relationships/image" Target="media/image232.wmf"/><Relationship Id="rId670" Type="http://schemas.openxmlformats.org/officeDocument/2006/relationships/image" Target="media/image309.wmf"/><Relationship Id="rId116" Type="http://schemas.openxmlformats.org/officeDocument/2006/relationships/image" Target="media/image49.wmf"/><Relationship Id="rId158" Type="http://schemas.openxmlformats.org/officeDocument/2006/relationships/image" Target="media/image69.wmf"/><Relationship Id="rId323" Type="http://schemas.openxmlformats.org/officeDocument/2006/relationships/oleObject" Target="embeddings/oleObject171.bin"/><Relationship Id="rId530" Type="http://schemas.openxmlformats.org/officeDocument/2006/relationships/oleObject" Target="embeddings/oleObject286.bin"/><Relationship Id="rId20" Type="http://schemas.openxmlformats.org/officeDocument/2006/relationships/oleObject" Target="embeddings/oleObject6.bin"/><Relationship Id="rId62" Type="http://schemas.openxmlformats.org/officeDocument/2006/relationships/oleObject" Target="embeddings/oleObject32.bin"/><Relationship Id="rId365" Type="http://schemas.openxmlformats.org/officeDocument/2006/relationships/image" Target="media/image161.wmf"/><Relationship Id="rId572" Type="http://schemas.openxmlformats.org/officeDocument/2006/relationships/image" Target="media/image260.wmf"/><Relationship Id="rId628" Type="http://schemas.openxmlformats.org/officeDocument/2006/relationships/oleObject" Target="embeddings/oleObject333.bin"/><Relationship Id="rId225" Type="http://schemas.openxmlformats.org/officeDocument/2006/relationships/oleObject" Target="embeddings/oleObject118.bin"/><Relationship Id="rId267" Type="http://schemas.openxmlformats.org/officeDocument/2006/relationships/image" Target="media/image121.wmf"/><Relationship Id="rId432" Type="http://schemas.openxmlformats.org/officeDocument/2006/relationships/oleObject" Target="embeddings/oleObject234.bin"/><Relationship Id="rId474" Type="http://schemas.openxmlformats.org/officeDocument/2006/relationships/oleObject" Target="embeddings/oleObject258.bin"/><Relationship Id="rId127" Type="http://schemas.openxmlformats.org/officeDocument/2006/relationships/oleObject" Target="embeddings/oleObject66.bin"/><Relationship Id="rId681" Type="http://schemas.openxmlformats.org/officeDocument/2006/relationships/theme" Target="theme/theme1.xml"/><Relationship Id="rId31" Type="http://schemas.openxmlformats.org/officeDocument/2006/relationships/oleObject" Target="embeddings/oleObject14.bin"/><Relationship Id="rId73" Type="http://schemas.openxmlformats.org/officeDocument/2006/relationships/oleObject" Target="embeddings/oleObject39.bin"/><Relationship Id="rId169" Type="http://schemas.openxmlformats.org/officeDocument/2006/relationships/image" Target="media/image74.wmf"/><Relationship Id="rId334" Type="http://schemas.openxmlformats.org/officeDocument/2006/relationships/oleObject" Target="embeddings/oleObject181.bin"/><Relationship Id="rId376" Type="http://schemas.openxmlformats.org/officeDocument/2006/relationships/image" Target="media/image166.wmf"/><Relationship Id="rId541" Type="http://schemas.openxmlformats.org/officeDocument/2006/relationships/oleObject" Target="embeddings/oleObject291.bin"/><Relationship Id="rId583" Type="http://schemas.openxmlformats.org/officeDocument/2006/relationships/image" Target="media/image266.wmf"/><Relationship Id="rId639" Type="http://schemas.openxmlformats.org/officeDocument/2006/relationships/image" Target="media/image294.wmf"/><Relationship Id="rId4" Type="http://schemas.openxmlformats.org/officeDocument/2006/relationships/settings" Target="settings.xml"/><Relationship Id="rId180" Type="http://schemas.openxmlformats.org/officeDocument/2006/relationships/oleObject" Target="embeddings/oleObject94.bin"/><Relationship Id="rId236" Type="http://schemas.openxmlformats.org/officeDocument/2006/relationships/image" Target="media/image106.wmf"/><Relationship Id="rId278" Type="http://schemas.openxmlformats.org/officeDocument/2006/relationships/image" Target="media/image126.wmf"/><Relationship Id="rId401" Type="http://schemas.openxmlformats.org/officeDocument/2006/relationships/oleObject" Target="embeddings/oleObject216.bin"/><Relationship Id="rId443" Type="http://schemas.openxmlformats.org/officeDocument/2006/relationships/image" Target="media/image196.wmf"/><Relationship Id="rId650" Type="http://schemas.openxmlformats.org/officeDocument/2006/relationships/oleObject" Target="embeddings/oleObject345.bin"/><Relationship Id="rId303" Type="http://schemas.openxmlformats.org/officeDocument/2006/relationships/oleObject" Target="embeddings/oleObject158.bin"/><Relationship Id="rId485" Type="http://schemas.openxmlformats.org/officeDocument/2006/relationships/image" Target="media/image215.wmf"/><Relationship Id="rId42" Type="http://schemas.openxmlformats.org/officeDocument/2006/relationships/oleObject" Target="embeddings/oleObject20.bin"/><Relationship Id="rId84" Type="http://schemas.openxmlformats.org/officeDocument/2006/relationships/oleObject" Target="embeddings/oleObject45.bin"/><Relationship Id="rId138" Type="http://schemas.openxmlformats.org/officeDocument/2006/relationships/image" Target="media/image60.wmf"/><Relationship Id="rId345" Type="http://schemas.openxmlformats.org/officeDocument/2006/relationships/image" Target="media/image151.wmf"/><Relationship Id="rId387" Type="http://schemas.openxmlformats.org/officeDocument/2006/relationships/image" Target="media/image171.png"/><Relationship Id="rId510" Type="http://schemas.openxmlformats.org/officeDocument/2006/relationships/oleObject" Target="embeddings/oleObject276.bin"/><Relationship Id="rId552" Type="http://schemas.openxmlformats.org/officeDocument/2006/relationships/image" Target="media/image250.wmf"/><Relationship Id="rId594" Type="http://schemas.openxmlformats.org/officeDocument/2006/relationships/oleObject" Target="embeddings/oleObject316.bin"/><Relationship Id="rId608" Type="http://schemas.openxmlformats.org/officeDocument/2006/relationships/image" Target="media/image278.wmf"/><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1.wmf"/><Relationship Id="rId412" Type="http://schemas.openxmlformats.org/officeDocument/2006/relationships/oleObject" Target="embeddings/oleObject223.bin"/><Relationship Id="rId107" Type="http://schemas.openxmlformats.org/officeDocument/2006/relationships/image" Target="media/image44.wmf"/><Relationship Id="rId289" Type="http://schemas.openxmlformats.org/officeDocument/2006/relationships/oleObject" Target="embeddings/oleObject151.bin"/><Relationship Id="rId454" Type="http://schemas.openxmlformats.org/officeDocument/2006/relationships/oleObject" Target="embeddings/oleObject247.bin"/><Relationship Id="rId496" Type="http://schemas.openxmlformats.org/officeDocument/2006/relationships/oleObject" Target="embeddings/oleObject269.bin"/><Relationship Id="rId661" Type="http://schemas.openxmlformats.org/officeDocument/2006/relationships/image" Target="media/image304.wmf"/><Relationship Id="rId11" Type="http://schemas.openxmlformats.org/officeDocument/2006/relationships/image" Target="media/image3.wmf"/><Relationship Id="rId53" Type="http://schemas.openxmlformats.org/officeDocument/2006/relationships/oleObject" Target="embeddings/oleObject27.bin"/><Relationship Id="rId149" Type="http://schemas.openxmlformats.org/officeDocument/2006/relationships/image" Target="media/image65.wmf"/><Relationship Id="rId314" Type="http://schemas.openxmlformats.org/officeDocument/2006/relationships/oleObject" Target="embeddings/oleObject164.bin"/><Relationship Id="rId356" Type="http://schemas.openxmlformats.org/officeDocument/2006/relationships/oleObject" Target="embeddings/oleObject193.bin"/><Relationship Id="rId398" Type="http://schemas.openxmlformats.org/officeDocument/2006/relationships/image" Target="media/image177.wmf"/><Relationship Id="rId521" Type="http://schemas.openxmlformats.org/officeDocument/2006/relationships/image" Target="media/image233.wmf"/><Relationship Id="rId563" Type="http://schemas.openxmlformats.org/officeDocument/2006/relationships/oleObject" Target="embeddings/oleObject301.bin"/><Relationship Id="rId619" Type="http://schemas.openxmlformats.org/officeDocument/2006/relationships/oleObject" Target="embeddings/oleObject329.bin"/><Relationship Id="rId95" Type="http://schemas.openxmlformats.org/officeDocument/2006/relationships/image" Target="media/image38.wmf"/><Relationship Id="rId160" Type="http://schemas.openxmlformats.org/officeDocument/2006/relationships/image" Target="media/image70.wmf"/><Relationship Id="rId216" Type="http://schemas.openxmlformats.org/officeDocument/2006/relationships/oleObject" Target="embeddings/oleObject112.bin"/><Relationship Id="rId423" Type="http://schemas.openxmlformats.org/officeDocument/2006/relationships/image" Target="media/image188.wmf"/><Relationship Id="rId258" Type="http://schemas.openxmlformats.org/officeDocument/2006/relationships/oleObject" Target="embeddings/oleObject135.bin"/><Relationship Id="rId465" Type="http://schemas.openxmlformats.org/officeDocument/2006/relationships/image" Target="media/image205.wmf"/><Relationship Id="rId630" Type="http://schemas.openxmlformats.org/officeDocument/2006/relationships/oleObject" Target="embeddings/oleObject334.bin"/><Relationship Id="rId672" Type="http://schemas.openxmlformats.org/officeDocument/2006/relationships/image" Target="media/image310.wmf"/><Relationship Id="rId22" Type="http://schemas.openxmlformats.org/officeDocument/2006/relationships/image" Target="media/image8.wmf"/><Relationship Id="rId64" Type="http://schemas.openxmlformats.org/officeDocument/2006/relationships/image" Target="media/image24.wmf"/><Relationship Id="rId118" Type="http://schemas.openxmlformats.org/officeDocument/2006/relationships/image" Target="media/image50.wmf"/><Relationship Id="rId325" Type="http://schemas.openxmlformats.org/officeDocument/2006/relationships/oleObject" Target="embeddings/oleObject172.bin"/><Relationship Id="rId367" Type="http://schemas.openxmlformats.org/officeDocument/2006/relationships/image" Target="media/image162.wmf"/><Relationship Id="rId532" Type="http://schemas.openxmlformats.org/officeDocument/2006/relationships/oleObject" Target="embeddings/oleObject287.bin"/><Relationship Id="rId574" Type="http://schemas.openxmlformats.org/officeDocument/2006/relationships/image" Target="media/image261.wmf"/><Relationship Id="rId171" Type="http://schemas.openxmlformats.org/officeDocument/2006/relationships/image" Target="media/image75.wmf"/><Relationship Id="rId227" Type="http://schemas.openxmlformats.org/officeDocument/2006/relationships/oleObject" Target="embeddings/oleObject119.bin"/><Relationship Id="rId269" Type="http://schemas.openxmlformats.org/officeDocument/2006/relationships/image" Target="media/image122.wmf"/><Relationship Id="rId434" Type="http://schemas.openxmlformats.org/officeDocument/2006/relationships/oleObject" Target="embeddings/oleObject236.bin"/><Relationship Id="rId476" Type="http://schemas.openxmlformats.org/officeDocument/2006/relationships/oleObject" Target="embeddings/oleObject259.bin"/><Relationship Id="rId641" Type="http://schemas.openxmlformats.org/officeDocument/2006/relationships/image" Target="media/image295.wmf"/><Relationship Id="rId33" Type="http://schemas.openxmlformats.org/officeDocument/2006/relationships/image" Target="media/image11.wmf"/><Relationship Id="rId129" Type="http://schemas.openxmlformats.org/officeDocument/2006/relationships/oleObject" Target="embeddings/oleObject67.bin"/><Relationship Id="rId280" Type="http://schemas.openxmlformats.org/officeDocument/2006/relationships/image" Target="media/image127.wmf"/><Relationship Id="rId336" Type="http://schemas.openxmlformats.org/officeDocument/2006/relationships/image" Target="media/image147.wmf"/><Relationship Id="rId501" Type="http://schemas.openxmlformats.org/officeDocument/2006/relationships/image" Target="media/image223.wmf"/><Relationship Id="rId543" Type="http://schemas.openxmlformats.org/officeDocument/2006/relationships/oleObject" Target="embeddings/oleObject292.bin"/><Relationship Id="rId75" Type="http://schemas.openxmlformats.org/officeDocument/2006/relationships/oleObject" Target="embeddings/oleObject40.bin"/><Relationship Id="rId140" Type="http://schemas.openxmlformats.org/officeDocument/2006/relationships/image" Target="media/image61.wmf"/><Relationship Id="rId182" Type="http://schemas.openxmlformats.org/officeDocument/2006/relationships/oleObject" Target="embeddings/oleObject95.bin"/><Relationship Id="rId378" Type="http://schemas.openxmlformats.org/officeDocument/2006/relationships/image" Target="media/image167.wmf"/><Relationship Id="rId403" Type="http://schemas.openxmlformats.org/officeDocument/2006/relationships/oleObject" Target="embeddings/oleObject218.bin"/><Relationship Id="rId585" Type="http://schemas.openxmlformats.org/officeDocument/2006/relationships/image" Target="media/image267.wmf"/><Relationship Id="rId6" Type="http://schemas.openxmlformats.org/officeDocument/2006/relationships/footnotes" Target="footnotes.xml"/><Relationship Id="rId238" Type="http://schemas.openxmlformats.org/officeDocument/2006/relationships/image" Target="media/image107.wmf"/><Relationship Id="rId445" Type="http://schemas.openxmlformats.org/officeDocument/2006/relationships/image" Target="media/image197.wmf"/><Relationship Id="rId487" Type="http://schemas.openxmlformats.org/officeDocument/2006/relationships/image" Target="media/image216.wmf"/><Relationship Id="rId610" Type="http://schemas.openxmlformats.org/officeDocument/2006/relationships/image" Target="media/image279.wmf"/><Relationship Id="rId652" Type="http://schemas.openxmlformats.org/officeDocument/2006/relationships/oleObject" Target="embeddings/oleObject346.bin"/><Relationship Id="rId291" Type="http://schemas.openxmlformats.org/officeDocument/2006/relationships/oleObject" Target="embeddings/oleObject152.bin"/><Relationship Id="rId305" Type="http://schemas.openxmlformats.org/officeDocument/2006/relationships/image" Target="media/image139.wmf"/><Relationship Id="rId347" Type="http://schemas.openxmlformats.org/officeDocument/2006/relationships/image" Target="media/image152.wmf"/><Relationship Id="rId512" Type="http://schemas.openxmlformats.org/officeDocument/2006/relationships/oleObject" Target="embeddings/oleObject277.bin"/><Relationship Id="rId44" Type="http://schemas.openxmlformats.org/officeDocument/2006/relationships/oleObject" Target="embeddings/oleObject22.bin"/><Relationship Id="rId86" Type="http://schemas.openxmlformats.org/officeDocument/2006/relationships/oleObject" Target="embeddings/oleObject46.bin"/><Relationship Id="rId151" Type="http://schemas.openxmlformats.org/officeDocument/2006/relationships/image" Target="media/image66.wmf"/><Relationship Id="rId389" Type="http://schemas.openxmlformats.org/officeDocument/2006/relationships/oleObject" Target="embeddings/oleObject210.bin"/><Relationship Id="rId554" Type="http://schemas.openxmlformats.org/officeDocument/2006/relationships/image" Target="media/image251.wmf"/><Relationship Id="rId596" Type="http://schemas.openxmlformats.org/officeDocument/2006/relationships/oleObject" Target="embeddings/oleObject317.bin"/><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image" Target="media/image112.wmf"/><Relationship Id="rId414" Type="http://schemas.openxmlformats.org/officeDocument/2006/relationships/oleObject" Target="embeddings/oleObject224.bin"/><Relationship Id="rId456" Type="http://schemas.openxmlformats.org/officeDocument/2006/relationships/oleObject" Target="embeddings/oleObject248.bin"/><Relationship Id="rId498" Type="http://schemas.openxmlformats.org/officeDocument/2006/relationships/oleObject" Target="embeddings/oleObject270.bin"/><Relationship Id="rId621" Type="http://schemas.openxmlformats.org/officeDocument/2006/relationships/image" Target="media/image285.wmf"/><Relationship Id="rId663" Type="http://schemas.openxmlformats.org/officeDocument/2006/relationships/image" Target="media/image305.wmf"/><Relationship Id="rId13" Type="http://schemas.openxmlformats.org/officeDocument/2006/relationships/image" Target="media/image4.wmf"/><Relationship Id="rId109" Type="http://schemas.openxmlformats.org/officeDocument/2006/relationships/image" Target="media/image45.png"/><Relationship Id="rId260" Type="http://schemas.openxmlformats.org/officeDocument/2006/relationships/oleObject" Target="embeddings/oleObject136.bin"/><Relationship Id="rId316" Type="http://schemas.openxmlformats.org/officeDocument/2006/relationships/oleObject" Target="embeddings/oleObject166.bin"/><Relationship Id="rId523" Type="http://schemas.openxmlformats.org/officeDocument/2006/relationships/image" Target="media/image234.wmf"/><Relationship Id="rId55" Type="http://schemas.openxmlformats.org/officeDocument/2006/relationships/oleObject" Target="embeddings/oleObject28.bin"/><Relationship Id="rId97" Type="http://schemas.openxmlformats.org/officeDocument/2006/relationships/image" Target="media/image39.wmf"/><Relationship Id="rId120" Type="http://schemas.openxmlformats.org/officeDocument/2006/relationships/image" Target="media/image51.wmf"/><Relationship Id="rId358" Type="http://schemas.openxmlformats.org/officeDocument/2006/relationships/oleObject" Target="embeddings/oleObject194.bin"/><Relationship Id="rId565" Type="http://schemas.openxmlformats.org/officeDocument/2006/relationships/oleObject" Target="embeddings/oleObject302.bin"/><Relationship Id="rId162" Type="http://schemas.openxmlformats.org/officeDocument/2006/relationships/image" Target="media/image71.wmf"/><Relationship Id="rId218" Type="http://schemas.openxmlformats.org/officeDocument/2006/relationships/oleObject" Target="embeddings/oleObject113.bin"/><Relationship Id="rId425" Type="http://schemas.openxmlformats.org/officeDocument/2006/relationships/image" Target="media/image189.wmf"/><Relationship Id="rId467" Type="http://schemas.openxmlformats.org/officeDocument/2006/relationships/image" Target="media/image206.wmf"/><Relationship Id="rId632" Type="http://schemas.openxmlformats.org/officeDocument/2006/relationships/oleObject" Target="embeddings/oleObject335.bin"/><Relationship Id="rId271" Type="http://schemas.openxmlformats.org/officeDocument/2006/relationships/image" Target="media/image123.wmf"/><Relationship Id="rId674" Type="http://schemas.openxmlformats.org/officeDocument/2006/relationships/image" Target="media/image311.wmf"/><Relationship Id="rId24" Type="http://schemas.openxmlformats.org/officeDocument/2006/relationships/oleObject" Target="embeddings/oleObject9.bin"/><Relationship Id="rId66" Type="http://schemas.openxmlformats.org/officeDocument/2006/relationships/oleObject" Target="embeddings/oleObject35.bin"/><Relationship Id="rId131" Type="http://schemas.openxmlformats.org/officeDocument/2006/relationships/oleObject" Target="embeddings/oleObject68.bin"/><Relationship Id="rId327" Type="http://schemas.openxmlformats.org/officeDocument/2006/relationships/oleObject" Target="embeddings/oleObject174.bin"/><Relationship Id="rId369" Type="http://schemas.openxmlformats.org/officeDocument/2006/relationships/image" Target="media/image163.wmf"/><Relationship Id="rId534" Type="http://schemas.openxmlformats.org/officeDocument/2006/relationships/oleObject" Target="embeddings/oleObject288.bin"/><Relationship Id="rId576" Type="http://schemas.openxmlformats.org/officeDocument/2006/relationships/image" Target="media/image262.wmf"/><Relationship Id="rId173" Type="http://schemas.openxmlformats.org/officeDocument/2006/relationships/image" Target="media/image76.wmf"/><Relationship Id="rId229" Type="http://schemas.openxmlformats.org/officeDocument/2006/relationships/oleObject" Target="embeddings/oleObject120.bin"/><Relationship Id="rId380" Type="http://schemas.openxmlformats.org/officeDocument/2006/relationships/image" Target="media/image168.wmf"/><Relationship Id="rId436" Type="http://schemas.openxmlformats.org/officeDocument/2006/relationships/oleObject" Target="embeddings/oleObject237.bin"/><Relationship Id="rId601" Type="http://schemas.openxmlformats.org/officeDocument/2006/relationships/image" Target="media/image275.wmf"/><Relationship Id="rId643" Type="http://schemas.openxmlformats.org/officeDocument/2006/relationships/image" Target="media/image296.wmf"/><Relationship Id="rId240" Type="http://schemas.openxmlformats.org/officeDocument/2006/relationships/oleObject" Target="embeddings/oleObject126.bin"/><Relationship Id="rId478" Type="http://schemas.openxmlformats.org/officeDocument/2006/relationships/oleObject" Target="embeddings/oleObject260.bin"/><Relationship Id="rId35" Type="http://schemas.openxmlformats.org/officeDocument/2006/relationships/image" Target="media/image12.wmf"/><Relationship Id="rId77" Type="http://schemas.openxmlformats.org/officeDocument/2006/relationships/oleObject" Target="embeddings/oleObject41.bin"/><Relationship Id="rId100" Type="http://schemas.openxmlformats.org/officeDocument/2006/relationships/oleObject" Target="embeddings/oleObject53.bin"/><Relationship Id="rId282" Type="http://schemas.openxmlformats.org/officeDocument/2006/relationships/image" Target="media/image128.wmf"/><Relationship Id="rId338" Type="http://schemas.openxmlformats.org/officeDocument/2006/relationships/image" Target="media/image148.wmf"/><Relationship Id="rId503" Type="http://schemas.openxmlformats.org/officeDocument/2006/relationships/image" Target="media/image224.wmf"/><Relationship Id="rId545" Type="http://schemas.openxmlformats.org/officeDocument/2006/relationships/oleObject" Target="embeddings/oleObject293.bin"/><Relationship Id="rId587" Type="http://schemas.openxmlformats.org/officeDocument/2006/relationships/image" Target="media/image268.wmf"/><Relationship Id="rId8" Type="http://schemas.openxmlformats.org/officeDocument/2006/relationships/image" Target="media/image1.wmf"/><Relationship Id="rId142" Type="http://schemas.openxmlformats.org/officeDocument/2006/relationships/oleObject" Target="embeddings/oleObject74.bin"/><Relationship Id="rId184" Type="http://schemas.openxmlformats.org/officeDocument/2006/relationships/oleObject" Target="embeddings/oleObject96.bin"/><Relationship Id="rId391" Type="http://schemas.openxmlformats.org/officeDocument/2006/relationships/oleObject" Target="embeddings/oleObject211.bin"/><Relationship Id="rId405" Type="http://schemas.openxmlformats.org/officeDocument/2006/relationships/image" Target="media/image179.wmf"/><Relationship Id="rId447" Type="http://schemas.openxmlformats.org/officeDocument/2006/relationships/oleObject" Target="embeddings/oleObject243.bin"/><Relationship Id="rId612" Type="http://schemas.openxmlformats.org/officeDocument/2006/relationships/image" Target="media/image280.wmf"/><Relationship Id="rId251" Type="http://schemas.openxmlformats.org/officeDocument/2006/relationships/image" Target="media/image113.wmf"/><Relationship Id="rId489" Type="http://schemas.openxmlformats.org/officeDocument/2006/relationships/image" Target="media/image217.wmf"/><Relationship Id="rId654" Type="http://schemas.openxmlformats.org/officeDocument/2006/relationships/oleObject" Target="embeddings/oleObject347.bin"/><Relationship Id="rId46" Type="http://schemas.openxmlformats.org/officeDocument/2006/relationships/image" Target="media/image16.wmf"/><Relationship Id="rId293" Type="http://schemas.openxmlformats.org/officeDocument/2006/relationships/oleObject" Target="embeddings/oleObject153.bin"/><Relationship Id="rId307" Type="http://schemas.openxmlformats.org/officeDocument/2006/relationships/image" Target="media/image140.wmf"/><Relationship Id="rId349" Type="http://schemas.openxmlformats.org/officeDocument/2006/relationships/image" Target="media/image153.wmf"/><Relationship Id="rId514" Type="http://schemas.openxmlformats.org/officeDocument/2006/relationships/oleObject" Target="embeddings/oleObject278.bin"/><Relationship Id="rId556" Type="http://schemas.openxmlformats.org/officeDocument/2006/relationships/image" Target="media/image252.wmf"/><Relationship Id="rId88" Type="http://schemas.openxmlformats.org/officeDocument/2006/relationships/oleObject" Target="embeddings/oleObject47.bin"/><Relationship Id="rId111" Type="http://schemas.openxmlformats.org/officeDocument/2006/relationships/oleObject" Target="embeddings/oleObject58.bin"/><Relationship Id="rId153" Type="http://schemas.openxmlformats.org/officeDocument/2006/relationships/image" Target="media/image67.wmf"/><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195.bin"/><Relationship Id="rId416" Type="http://schemas.openxmlformats.org/officeDocument/2006/relationships/oleObject" Target="embeddings/oleObject225.bin"/><Relationship Id="rId598" Type="http://schemas.openxmlformats.org/officeDocument/2006/relationships/oleObject" Target="embeddings/oleObject318.bin"/><Relationship Id="rId220" Type="http://schemas.openxmlformats.org/officeDocument/2006/relationships/oleObject" Target="embeddings/oleObject114.bin"/><Relationship Id="rId458" Type="http://schemas.openxmlformats.org/officeDocument/2006/relationships/image" Target="media/image202.wmf"/><Relationship Id="rId623" Type="http://schemas.openxmlformats.org/officeDocument/2006/relationships/image" Target="media/image286.wmf"/><Relationship Id="rId665" Type="http://schemas.openxmlformats.org/officeDocument/2006/relationships/image" Target="media/image306.jpg"/><Relationship Id="rId15" Type="http://schemas.openxmlformats.org/officeDocument/2006/relationships/image" Target="media/image5.wmf"/><Relationship Id="rId57" Type="http://schemas.openxmlformats.org/officeDocument/2006/relationships/oleObject" Target="embeddings/oleObject29.bin"/><Relationship Id="rId262" Type="http://schemas.openxmlformats.org/officeDocument/2006/relationships/oleObject" Target="embeddings/oleObject137.bin"/><Relationship Id="rId318" Type="http://schemas.openxmlformats.org/officeDocument/2006/relationships/image" Target="media/image144.wmf"/><Relationship Id="rId525" Type="http://schemas.openxmlformats.org/officeDocument/2006/relationships/image" Target="media/image235.wmf"/><Relationship Id="rId567" Type="http://schemas.openxmlformats.org/officeDocument/2006/relationships/oleObject" Target="embeddings/oleObject303.bin"/><Relationship Id="rId99" Type="http://schemas.openxmlformats.org/officeDocument/2006/relationships/image" Target="media/image40.wmf"/><Relationship Id="rId122" Type="http://schemas.openxmlformats.org/officeDocument/2006/relationships/image" Target="media/image52.wmf"/><Relationship Id="rId164" Type="http://schemas.openxmlformats.org/officeDocument/2006/relationships/oleObject" Target="embeddings/oleObject86.bin"/><Relationship Id="rId371" Type="http://schemas.openxmlformats.org/officeDocument/2006/relationships/image" Target="media/image164.wmf"/><Relationship Id="rId427" Type="http://schemas.openxmlformats.org/officeDocument/2006/relationships/oleObject" Target="embeddings/oleObject231.bin"/><Relationship Id="rId469" Type="http://schemas.openxmlformats.org/officeDocument/2006/relationships/image" Target="media/image207.wmf"/><Relationship Id="rId634" Type="http://schemas.openxmlformats.org/officeDocument/2006/relationships/oleObject" Target="embeddings/oleObject336.bin"/><Relationship Id="rId676" Type="http://schemas.openxmlformats.org/officeDocument/2006/relationships/oleObject" Target="embeddings/oleObject358.bin"/><Relationship Id="rId26" Type="http://schemas.openxmlformats.org/officeDocument/2006/relationships/image" Target="media/image9.png"/><Relationship Id="rId231" Type="http://schemas.openxmlformats.org/officeDocument/2006/relationships/oleObject" Target="embeddings/oleObject121.bin"/><Relationship Id="rId273" Type="http://schemas.openxmlformats.org/officeDocument/2006/relationships/image" Target="media/image124.wmf"/><Relationship Id="rId329" Type="http://schemas.openxmlformats.org/officeDocument/2006/relationships/oleObject" Target="embeddings/oleObject176.bin"/><Relationship Id="rId480" Type="http://schemas.openxmlformats.org/officeDocument/2006/relationships/oleObject" Target="embeddings/oleObject261.bin"/><Relationship Id="rId536" Type="http://schemas.openxmlformats.org/officeDocument/2006/relationships/image" Target="media/image241.wmf"/><Relationship Id="rId68" Type="http://schemas.openxmlformats.org/officeDocument/2006/relationships/image" Target="media/image25.wmf"/><Relationship Id="rId133" Type="http://schemas.openxmlformats.org/officeDocument/2006/relationships/oleObject" Target="embeddings/oleObject69.bin"/><Relationship Id="rId175" Type="http://schemas.openxmlformats.org/officeDocument/2006/relationships/image" Target="media/image77.wmf"/><Relationship Id="rId340" Type="http://schemas.openxmlformats.org/officeDocument/2006/relationships/image" Target="media/image149.wmf"/><Relationship Id="rId578" Type="http://schemas.openxmlformats.org/officeDocument/2006/relationships/image" Target="media/image263.wmf"/><Relationship Id="rId200" Type="http://schemas.openxmlformats.org/officeDocument/2006/relationships/oleObject" Target="embeddings/oleObject104.bin"/><Relationship Id="rId382" Type="http://schemas.openxmlformats.org/officeDocument/2006/relationships/oleObject" Target="embeddings/oleObject207.bin"/><Relationship Id="rId438" Type="http://schemas.openxmlformats.org/officeDocument/2006/relationships/oleObject" Target="embeddings/oleObject238.bin"/><Relationship Id="rId603" Type="http://schemas.openxmlformats.org/officeDocument/2006/relationships/oleObject" Target="embeddings/oleObject321.bin"/><Relationship Id="rId645" Type="http://schemas.openxmlformats.org/officeDocument/2006/relationships/oleObject" Target="embeddings/oleObject342.bin"/><Relationship Id="rId242" Type="http://schemas.openxmlformats.org/officeDocument/2006/relationships/image" Target="media/image108.wmf"/><Relationship Id="rId284" Type="http://schemas.openxmlformats.org/officeDocument/2006/relationships/image" Target="media/image129.wmf"/><Relationship Id="rId491" Type="http://schemas.openxmlformats.org/officeDocument/2006/relationships/image" Target="media/image218.wmf"/><Relationship Id="rId505" Type="http://schemas.openxmlformats.org/officeDocument/2006/relationships/image" Target="media/image225.wmf"/><Relationship Id="rId37" Type="http://schemas.openxmlformats.org/officeDocument/2006/relationships/image" Target="media/image13.wmf"/><Relationship Id="rId79" Type="http://schemas.openxmlformats.org/officeDocument/2006/relationships/image" Target="media/image30.wmf"/><Relationship Id="rId102" Type="http://schemas.openxmlformats.org/officeDocument/2006/relationships/oleObject" Target="embeddings/oleObject54.bin"/><Relationship Id="rId144" Type="http://schemas.openxmlformats.org/officeDocument/2006/relationships/oleObject" Target="embeddings/oleObject75.bin"/><Relationship Id="rId547" Type="http://schemas.openxmlformats.org/officeDocument/2006/relationships/image" Target="media/image247.png"/><Relationship Id="rId589" Type="http://schemas.openxmlformats.org/officeDocument/2006/relationships/image" Target="media/image269.wmf"/><Relationship Id="rId90" Type="http://schemas.openxmlformats.org/officeDocument/2006/relationships/oleObject" Target="embeddings/oleObject48.bin"/><Relationship Id="rId186" Type="http://schemas.openxmlformats.org/officeDocument/2006/relationships/oleObject" Target="embeddings/oleObject97.bin"/><Relationship Id="rId351" Type="http://schemas.openxmlformats.org/officeDocument/2006/relationships/image" Target="media/image154.wmf"/><Relationship Id="rId393" Type="http://schemas.openxmlformats.org/officeDocument/2006/relationships/oleObject" Target="embeddings/oleObject212.bin"/><Relationship Id="rId407" Type="http://schemas.openxmlformats.org/officeDocument/2006/relationships/image" Target="media/image180.wmf"/><Relationship Id="rId449" Type="http://schemas.openxmlformats.org/officeDocument/2006/relationships/oleObject" Target="embeddings/oleObject244.bin"/><Relationship Id="rId614" Type="http://schemas.openxmlformats.org/officeDocument/2006/relationships/image" Target="media/image281.wmf"/><Relationship Id="rId656" Type="http://schemas.openxmlformats.org/officeDocument/2006/relationships/oleObject" Target="embeddings/oleObject348.bin"/><Relationship Id="rId211" Type="http://schemas.openxmlformats.org/officeDocument/2006/relationships/image" Target="media/image95.wmf"/><Relationship Id="rId253" Type="http://schemas.openxmlformats.org/officeDocument/2006/relationships/image" Target="media/image114.wmf"/><Relationship Id="rId295" Type="http://schemas.openxmlformats.org/officeDocument/2006/relationships/oleObject" Target="embeddings/oleObject154.bin"/><Relationship Id="rId309" Type="http://schemas.openxmlformats.org/officeDocument/2006/relationships/image" Target="media/image141.wmf"/><Relationship Id="rId460" Type="http://schemas.openxmlformats.org/officeDocument/2006/relationships/image" Target="media/image203.wmf"/><Relationship Id="rId516" Type="http://schemas.openxmlformats.org/officeDocument/2006/relationships/oleObject" Target="embeddings/oleObject279.bin"/><Relationship Id="rId48" Type="http://schemas.openxmlformats.org/officeDocument/2006/relationships/image" Target="media/image17.wmf"/><Relationship Id="rId113" Type="http://schemas.openxmlformats.org/officeDocument/2006/relationships/oleObject" Target="embeddings/oleObject59.bin"/><Relationship Id="rId320" Type="http://schemas.openxmlformats.org/officeDocument/2006/relationships/image" Target="media/image145.wmf"/><Relationship Id="rId558" Type="http://schemas.openxmlformats.org/officeDocument/2006/relationships/image" Target="media/image253.wmf"/><Relationship Id="rId155" Type="http://schemas.openxmlformats.org/officeDocument/2006/relationships/image" Target="media/image68.wmf"/><Relationship Id="rId197" Type="http://schemas.openxmlformats.org/officeDocument/2006/relationships/image" Target="media/image88.wmf"/><Relationship Id="rId362" Type="http://schemas.openxmlformats.org/officeDocument/2006/relationships/oleObject" Target="embeddings/oleObject196.bin"/><Relationship Id="rId418" Type="http://schemas.openxmlformats.org/officeDocument/2006/relationships/oleObject" Target="embeddings/oleObject226.bin"/><Relationship Id="rId625" Type="http://schemas.openxmlformats.org/officeDocument/2006/relationships/image" Target="media/image287.wmf"/><Relationship Id="rId222" Type="http://schemas.openxmlformats.org/officeDocument/2006/relationships/oleObject" Target="embeddings/oleObject116.bin"/><Relationship Id="rId264" Type="http://schemas.openxmlformats.org/officeDocument/2006/relationships/oleObject" Target="embeddings/oleObject138.bin"/><Relationship Id="rId471" Type="http://schemas.openxmlformats.org/officeDocument/2006/relationships/image" Target="media/image208.jpg"/><Relationship Id="rId667" Type="http://schemas.openxmlformats.org/officeDocument/2006/relationships/oleObject" Target="embeddings/oleObject353.bin"/><Relationship Id="rId17" Type="http://schemas.openxmlformats.org/officeDocument/2006/relationships/image" Target="media/image6.wmf"/><Relationship Id="rId59" Type="http://schemas.openxmlformats.org/officeDocument/2006/relationships/oleObject" Target="embeddings/oleObject30.bin"/><Relationship Id="rId124" Type="http://schemas.openxmlformats.org/officeDocument/2006/relationships/image" Target="media/image53.wmf"/><Relationship Id="rId527" Type="http://schemas.openxmlformats.org/officeDocument/2006/relationships/image" Target="media/image236.wmf"/><Relationship Id="rId569" Type="http://schemas.openxmlformats.org/officeDocument/2006/relationships/oleObject" Target="embeddings/oleObject304.bin"/><Relationship Id="rId70" Type="http://schemas.openxmlformats.org/officeDocument/2006/relationships/image" Target="media/image26.wmf"/><Relationship Id="rId166" Type="http://schemas.openxmlformats.org/officeDocument/2006/relationships/oleObject" Target="embeddings/oleObject87.bin"/><Relationship Id="rId331" Type="http://schemas.openxmlformats.org/officeDocument/2006/relationships/oleObject" Target="embeddings/oleObject178.bin"/><Relationship Id="rId373" Type="http://schemas.openxmlformats.org/officeDocument/2006/relationships/oleObject" Target="embeddings/oleObject202.bin"/><Relationship Id="rId429" Type="http://schemas.openxmlformats.org/officeDocument/2006/relationships/oleObject" Target="embeddings/oleObject232.bin"/><Relationship Id="rId580" Type="http://schemas.openxmlformats.org/officeDocument/2006/relationships/image" Target="media/image264.wmf"/><Relationship Id="rId636" Type="http://schemas.openxmlformats.org/officeDocument/2006/relationships/oleObject" Target="embeddings/oleObject337.bin"/><Relationship Id="rId1" Type="http://schemas.openxmlformats.org/officeDocument/2006/relationships/customXml" Target="../customXml/item1.xml"/><Relationship Id="rId233" Type="http://schemas.openxmlformats.org/officeDocument/2006/relationships/oleObject" Target="embeddings/oleObject122.bin"/><Relationship Id="rId440" Type="http://schemas.openxmlformats.org/officeDocument/2006/relationships/oleObject" Target="embeddings/oleObject239.bin"/><Relationship Id="rId678" Type="http://schemas.openxmlformats.org/officeDocument/2006/relationships/image" Target="media/image312.wmf"/><Relationship Id="rId28" Type="http://schemas.openxmlformats.org/officeDocument/2006/relationships/image" Target="media/image10.wmf"/><Relationship Id="rId275" Type="http://schemas.openxmlformats.org/officeDocument/2006/relationships/oleObject" Target="embeddings/oleObject144.bin"/><Relationship Id="rId300" Type="http://schemas.openxmlformats.org/officeDocument/2006/relationships/image" Target="media/image137.wmf"/><Relationship Id="rId482" Type="http://schemas.openxmlformats.org/officeDocument/2006/relationships/oleObject" Target="embeddings/oleObject262.bin"/><Relationship Id="rId538" Type="http://schemas.openxmlformats.org/officeDocument/2006/relationships/image" Target="media/image242.wmf"/><Relationship Id="rId81" Type="http://schemas.openxmlformats.org/officeDocument/2006/relationships/image" Target="media/image31.wmf"/><Relationship Id="rId135" Type="http://schemas.openxmlformats.org/officeDocument/2006/relationships/oleObject" Target="embeddings/oleObject70.bin"/><Relationship Id="rId177" Type="http://schemas.openxmlformats.org/officeDocument/2006/relationships/image" Target="media/image78.wmf"/><Relationship Id="rId342" Type="http://schemas.openxmlformats.org/officeDocument/2006/relationships/image" Target="media/image150.wmf"/><Relationship Id="rId384" Type="http://schemas.openxmlformats.org/officeDocument/2006/relationships/oleObject" Target="embeddings/oleObject208.bin"/><Relationship Id="rId591" Type="http://schemas.openxmlformats.org/officeDocument/2006/relationships/image" Target="media/image270.wmf"/><Relationship Id="rId605" Type="http://schemas.openxmlformats.org/officeDocument/2006/relationships/oleObject" Target="embeddings/oleObject322.bin"/><Relationship Id="rId202" Type="http://schemas.openxmlformats.org/officeDocument/2006/relationships/oleObject" Target="embeddings/oleObject105.bin"/><Relationship Id="rId244" Type="http://schemas.openxmlformats.org/officeDocument/2006/relationships/image" Target="media/image109.png"/><Relationship Id="rId647" Type="http://schemas.openxmlformats.org/officeDocument/2006/relationships/image" Target="media/image297.wmf"/><Relationship Id="rId39" Type="http://schemas.openxmlformats.org/officeDocument/2006/relationships/image" Target="media/image14.wmf"/><Relationship Id="rId286" Type="http://schemas.openxmlformats.org/officeDocument/2006/relationships/image" Target="media/image130.wmf"/><Relationship Id="rId451" Type="http://schemas.openxmlformats.org/officeDocument/2006/relationships/oleObject" Target="embeddings/oleObject245.bin"/><Relationship Id="rId493" Type="http://schemas.openxmlformats.org/officeDocument/2006/relationships/image" Target="media/image219.wmf"/><Relationship Id="rId507" Type="http://schemas.openxmlformats.org/officeDocument/2006/relationships/image" Target="media/image226.wmf"/><Relationship Id="rId549" Type="http://schemas.openxmlformats.org/officeDocument/2006/relationships/oleObject" Target="embeddings/oleObject294.bin"/><Relationship Id="rId50" Type="http://schemas.openxmlformats.org/officeDocument/2006/relationships/image" Target="media/image18.wmf"/><Relationship Id="rId104" Type="http://schemas.openxmlformats.org/officeDocument/2006/relationships/oleObject" Target="embeddings/oleObject55.bin"/><Relationship Id="rId146" Type="http://schemas.openxmlformats.org/officeDocument/2006/relationships/oleObject" Target="embeddings/oleObject76.bin"/><Relationship Id="rId188" Type="http://schemas.openxmlformats.org/officeDocument/2006/relationships/oleObject" Target="embeddings/oleObject98.bin"/><Relationship Id="rId311" Type="http://schemas.openxmlformats.org/officeDocument/2006/relationships/image" Target="media/image142.wmf"/><Relationship Id="rId353" Type="http://schemas.openxmlformats.org/officeDocument/2006/relationships/image" Target="media/image155.wmf"/><Relationship Id="rId395" Type="http://schemas.openxmlformats.org/officeDocument/2006/relationships/oleObject" Target="embeddings/oleObject213.bin"/><Relationship Id="rId409" Type="http://schemas.openxmlformats.org/officeDocument/2006/relationships/image" Target="media/image181.wmf"/><Relationship Id="rId560" Type="http://schemas.openxmlformats.org/officeDocument/2006/relationships/image" Target="media/image254.wmf"/><Relationship Id="rId92" Type="http://schemas.openxmlformats.org/officeDocument/2006/relationships/oleObject" Target="embeddings/oleObject49.bin"/><Relationship Id="rId213" Type="http://schemas.openxmlformats.org/officeDocument/2006/relationships/image" Target="media/image96.wmf"/><Relationship Id="rId420" Type="http://schemas.openxmlformats.org/officeDocument/2006/relationships/oleObject" Target="embeddings/oleObject227.bin"/><Relationship Id="rId616" Type="http://schemas.openxmlformats.org/officeDocument/2006/relationships/image" Target="media/image282.wmf"/><Relationship Id="rId658" Type="http://schemas.openxmlformats.org/officeDocument/2006/relationships/oleObject" Target="embeddings/oleObject349.bin"/><Relationship Id="rId255" Type="http://schemas.openxmlformats.org/officeDocument/2006/relationships/image" Target="media/image115.wmf"/><Relationship Id="rId297" Type="http://schemas.openxmlformats.org/officeDocument/2006/relationships/oleObject" Target="embeddings/oleObject155.bin"/><Relationship Id="rId462" Type="http://schemas.openxmlformats.org/officeDocument/2006/relationships/oleObject" Target="embeddings/oleObject252.bin"/><Relationship Id="rId518" Type="http://schemas.openxmlformats.org/officeDocument/2006/relationships/oleObject" Target="embeddings/oleObject280.bin"/><Relationship Id="rId115" Type="http://schemas.openxmlformats.org/officeDocument/2006/relationships/oleObject" Target="embeddings/oleObject60.bin"/><Relationship Id="rId157" Type="http://schemas.openxmlformats.org/officeDocument/2006/relationships/oleObject" Target="embeddings/oleObject82.bin"/><Relationship Id="rId322" Type="http://schemas.openxmlformats.org/officeDocument/2006/relationships/oleObject" Target="embeddings/oleObject170.bin"/><Relationship Id="rId364" Type="http://schemas.openxmlformats.org/officeDocument/2006/relationships/oleObject" Target="embeddings/oleObject197.bin"/><Relationship Id="rId61" Type="http://schemas.openxmlformats.org/officeDocument/2006/relationships/image" Target="media/image23.wmf"/><Relationship Id="rId199" Type="http://schemas.openxmlformats.org/officeDocument/2006/relationships/image" Target="media/image89.wmf"/><Relationship Id="rId571" Type="http://schemas.openxmlformats.org/officeDocument/2006/relationships/oleObject" Target="embeddings/oleObject305.bin"/><Relationship Id="rId627" Type="http://schemas.openxmlformats.org/officeDocument/2006/relationships/image" Target="media/image288.wmf"/><Relationship Id="rId669" Type="http://schemas.openxmlformats.org/officeDocument/2006/relationships/oleObject" Target="embeddings/oleObject354.bin"/><Relationship Id="rId19" Type="http://schemas.openxmlformats.org/officeDocument/2006/relationships/image" Target="media/image7.wmf"/><Relationship Id="rId224" Type="http://schemas.openxmlformats.org/officeDocument/2006/relationships/image" Target="media/image100.wmf"/><Relationship Id="rId266" Type="http://schemas.openxmlformats.org/officeDocument/2006/relationships/oleObject" Target="embeddings/oleObject139.bin"/><Relationship Id="rId431" Type="http://schemas.openxmlformats.org/officeDocument/2006/relationships/oleObject" Target="embeddings/oleObject233.bin"/><Relationship Id="rId473" Type="http://schemas.openxmlformats.org/officeDocument/2006/relationships/image" Target="media/image209.wmf"/><Relationship Id="rId529" Type="http://schemas.openxmlformats.org/officeDocument/2006/relationships/image" Target="media/image237.wmf"/><Relationship Id="rId680" Type="http://schemas.openxmlformats.org/officeDocument/2006/relationships/fontTable" Target="fontTable.xml"/><Relationship Id="rId30" Type="http://schemas.openxmlformats.org/officeDocument/2006/relationships/oleObject" Target="embeddings/oleObject13.bin"/><Relationship Id="rId126" Type="http://schemas.openxmlformats.org/officeDocument/2006/relationships/image" Target="media/image54.wmf"/><Relationship Id="rId168" Type="http://schemas.openxmlformats.org/officeDocument/2006/relationships/oleObject" Target="embeddings/oleObject88.bin"/><Relationship Id="rId333" Type="http://schemas.openxmlformats.org/officeDocument/2006/relationships/oleObject" Target="embeddings/oleObject180.bin"/><Relationship Id="rId540" Type="http://schemas.openxmlformats.org/officeDocument/2006/relationships/image" Target="media/image243.wmf"/><Relationship Id="rId72" Type="http://schemas.openxmlformats.org/officeDocument/2006/relationships/image" Target="media/image27.wmf"/><Relationship Id="rId375" Type="http://schemas.openxmlformats.org/officeDocument/2006/relationships/oleObject" Target="embeddings/oleObject203.bin"/><Relationship Id="rId582" Type="http://schemas.openxmlformats.org/officeDocument/2006/relationships/image" Target="media/image265.jpeg"/><Relationship Id="rId638" Type="http://schemas.openxmlformats.org/officeDocument/2006/relationships/oleObject" Target="embeddings/oleObject338.bin"/><Relationship Id="rId3" Type="http://schemas.openxmlformats.org/officeDocument/2006/relationships/styles" Target="styles.xml"/><Relationship Id="rId235" Type="http://schemas.openxmlformats.org/officeDocument/2006/relationships/oleObject" Target="embeddings/oleObject123.bin"/><Relationship Id="rId277" Type="http://schemas.openxmlformats.org/officeDocument/2006/relationships/oleObject" Target="embeddings/oleObject145.bin"/><Relationship Id="rId400" Type="http://schemas.openxmlformats.org/officeDocument/2006/relationships/image" Target="media/image178.wmf"/><Relationship Id="rId442" Type="http://schemas.openxmlformats.org/officeDocument/2006/relationships/oleObject" Target="embeddings/oleObject240.bin"/><Relationship Id="rId484" Type="http://schemas.openxmlformats.org/officeDocument/2006/relationships/oleObject" Target="embeddings/oleObject263.bin"/><Relationship Id="rId137" Type="http://schemas.openxmlformats.org/officeDocument/2006/relationships/oleObject" Target="embeddings/oleObject71.bin"/><Relationship Id="rId302" Type="http://schemas.openxmlformats.org/officeDocument/2006/relationships/image" Target="media/image138.wmf"/><Relationship Id="rId344" Type="http://schemas.openxmlformats.org/officeDocument/2006/relationships/oleObject" Target="embeddings/oleObject187.bin"/><Relationship Id="rId41" Type="http://schemas.openxmlformats.org/officeDocument/2006/relationships/image" Target="media/image15.wmf"/><Relationship Id="rId83" Type="http://schemas.openxmlformats.org/officeDocument/2006/relationships/image" Target="media/image32.wmf"/><Relationship Id="rId179" Type="http://schemas.openxmlformats.org/officeDocument/2006/relationships/image" Target="media/image79.wmf"/><Relationship Id="rId386" Type="http://schemas.openxmlformats.org/officeDocument/2006/relationships/oleObject" Target="embeddings/oleObject209.bin"/><Relationship Id="rId551" Type="http://schemas.openxmlformats.org/officeDocument/2006/relationships/oleObject" Target="embeddings/oleObject295.bin"/><Relationship Id="rId593" Type="http://schemas.openxmlformats.org/officeDocument/2006/relationships/image" Target="media/image271.wmf"/><Relationship Id="rId607" Type="http://schemas.openxmlformats.org/officeDocument/2006/relationships/oleObject" Target="embeddings/oleObject323.bin"/><Relationship Id="rId649" Type="http://schemas.openxmlformats.org/officeDocument/2006/relationships/image" Target="media/image298.wmf"/><Relationship Id="rId190" Type="http://schemas.openxmlformats.org/officeDocument/2006/relationships/oleObject" Target="embeddings/oleObject99.bin"/><Relationship Id="rId204" Type="http://schemas.openxmlformats.org/officeDocument/2006/relationships/oleObject" Target="embeddings/oleObject106.bin"/><Relationship Id="rId246" Type="http://schemas.openxmlformats.org/officeDocument/2006/relationships/oleObject" Target="embeddings/oleObject129.bin"/><Relationship Id="rId288" Type="http://schemas.openxmlformats.org/officeDocument/2006/relationships/image" Target="media/image131.wmf"/><Relationship Id="rId411" Type="http://schemas.openxmlformats.org/officeDocument/2006/relationships/image" Target="media/image182.wmf"/><Relationship Id="rId453" Type="http://schemas.openxmlformats.org/officeDocument/2006/relationships/image" Target="media/image200.wmf"/><Relationship Id="rId509" Type="http://schemas.openxmlformats.org/officeDocument/2006/relationships/image" Target="media/image227.wmf"/><Relationship Id="rId660" Type="http://schemas.openxmlformats.org/officeDocument/2006/relationships/oleObject" Target="embeddings/oleObject350.bin"/><Relationship Id="rId106" Type="http://schemas.openxmlformats.org/officeDocument/2006/relationships/oleObject" Target="embeddings/oleObject56.bin"/><Relationship Id="rId313" Type="http://schemas.openxmlformats.org/officeDocument/2006/relationships/image" Target="media/image143.wmf"/><Relationship Id="rId495" Type="http://schemas.openxmlformats.org/officeDocument/2006/relationships/image" Target="media/image220.wmf"/><Relationship Id="rId10" Type="http://schemas.openxmlformats.org/officeDocument/2006/relationships/image" Target="media/image2.png"/><Relationship Id="rId52" Type="http://schemas.openxmlformats.org/officeDocument/2006/relationships/image" Target="media/image19.wmf"/><Relationship Id="rId94" Type="http://schemas.openxmlformats.org/officeDocument/2006/relationships/oleObject" Target="embeddings/oleObject50.bin"/><Relationship Id="rId148" Type="http://schemas.openxmlformats.org/officeDocument/2006/relationships/oleObject" Target="embeddings/oleObject77.bin"/><Relationship Id="rId355" Type="http://schemas.openxmlformats.org/officeDocument/2006/relationships/image" Target="media/image156.wmf"/><Relationship Id="rId397" Type="http://schemas.openxmlformats.org/officeDocument/2006/relationships/oleObject" Target="embeddings/oleObject214.bin"/><Relationship Id="rId520" Type="http://schemas.openxmlformats.org/officeDocument/2006/relationships/oleObject" Target="embeddings/oleObject281.bin"/><Relationship Id="rId562" Type="http://schemas.openxmlformats.org/officeDocument/2006/relationships/image" Target="media/image255.wmf"/><Relationship Id="rId618" Type="http://schemas.openxmlformats.org/officeDocument/2006/relationships/image" Target="media/image283.wmf"/><Relationship Id="rId215" Type="http://schemas.openxmlformats.org/officeDocument/2006/relationships/image" Target="media/image97.wmf"/><Relationship Id="rId257" Type="http://schemas.openxmlformats.org/officeDocument/2006/relationships/image" Target="media/image116.wmf"/><Relationship Id="rId422" Type="http://schemas.openxmlformats.org/officeDocument/2006/relationships/oleObject" Target="embeddings/oleObject228.bin"/><Relationship Id="rId464" Type="http://schemas.openxmlformats.org/officeDocument/2006/relationships/oleObject" Target="embeddings/oleObject253.bin"/><Relationship Id="rId299" Type="http://schemas.openxmlformats.org/officeDocument/2006/relationships/oleObject" Target="embeddings/oleObject156.bin"/><Relationship Id="rId63" Type="http://schemas.openxmlformats.org/officeDocument/2006/relationships/oleObject" Target="embeddings/oleObject33.bin"/><Relationship Id="rId159" Type="http://schemas.openxmlformats.org/officeDocument/2006/relationships/oleObject" Target="embeddings/oleObject83.bin"/><Relationship Id="rId366" Type="http://schemas.openxmlformats.org/officeDocument/2006/relationships/oleObject" Target="embeddings/oleObject198.bin"/><Relationship Id="rId573" Type="http://schemas.openxmlformats.org/officeDocument/2006/relationships/oleObject" Target="embeddings/oleObject306.bin"/><Relationship Id="rId226" Type="http://schemas.openxmlformats.org/officeDocument/2006/relationships/image" Target="media/image101.wmf"/><Relationship Id="rId433" Type="http://schemas.openxmlformats.org/officeDocument/2006/relationships/oleObject" Target="embeddings/oleObject235.bin"/><Relationship Id="rId640" Type="http://schemas.openxmlformats.org/officeDocument/2006/relationships/oleObject" Target="embeddings/oleObject339.bin"/><Relationship Id="rId74" Type="http://schemas.openxmlformats.org/officeDocument/2006/relationships/image" Target="media/image28.wmf"/><Relationship Id="rId377" Type="http://schemas.openxmlformats.org/officeDocument/2006/relationships/oleObject" Target="embeddings/oleObject204.bin"/><Relationship Id="rId500" Type="http://schemas.openxmlformats.org/officeDocument/2006/relationships/oleObject" Target="embeddings/oleObject271.bin"/><Relationship Id="rId584" Type="http://schemas.openxmlformats.org/officeDocument/2006/relationships/oleObject" Target="embeddings/oleObject311.bin"/><Relationship Id="rId5" Type="http://schemas.openxmlformats.org/officeDocument/2006/relationships/webSettings" Target="webSettings.xml"/><Relationship Id="rId237" Type="http://schemas.openxmlformats.org/officeDocument/2006/relationships/oleObject" Target="embeddings/oleObject124.bin"/><Relationship Id="rId444" Type="http://schemas.openxmlformats.org/officeDocument/2006/relationships/oleObject" Target="embeddings/oleObject241.bin"/><Relationship Id="rId651" Type="http://schemas.openxmlformats.org/officeDocument/2006/relationships/image" Target="media/image299.wmf"/><Relationship Id="rId290" Type="http://schemas.openxmlformats.org/officeDocument/2006/relationships/image" Target="media/image132.wmf"/><Relationship Id="rId304" Type="http://schemas.openxmlformats.org/officeDocument/2006/relationships/oleObject" Target="embeddings/oleObject159.bin"/><Relationship Id="rId388" Type="http://schemas.openxmlformats.org/officeDocument/2006/relationships/image" Target="media/image172.wmf"/><Relationship Id="rId511" Type="http://schemas.openxmlformats.org/officeDocument/2006/relationships/image" Target="media/image228.wmf"/><Relationship Id="rId609" Type="http://schemas.openxmlformats.org/officeDocument/2006/relationships/oleObject" Target="embeddings/oleObject324.bin"/><Relationship Id="rId85" Type="http://schemas.openxmlformats.org/officeDocument/2006/relationships/image" Target="media/image33.wmf"/><Relationship Id="rId150" Type="http://schemas.openxmlformats.org/officeDocument/2006/relationships/oleObject" Target="embeddings/oleObject78.bin"/><Relationship Id="rId595" Type="http://schemas.openxmlformats.org/officeDocument/2006/relationships/image" Target="media/image272.wmf"/><Relationship Id="rId248" Type="http://schemas.openxmlformats.org/officeDocument/2006/relationships/oleObject" Target="embeddings/oleObject130.bin"/><Relationship Id="rId455" Type="http://schemas.openxmlformats.org/officeDocument/2006/relationships/image" Target="media/image201.wmf"/><Relationship Id="rId662" Type="http://schemas.openxmlformats.org/officeDocument/2006/relationships/oleObject" Target="embeddings/oleObject351.bin"/><Relationship Id="rId12" Type="http://schemas.openxmlformats.org/officeDocument/2006/relationships/oleObject" Target="embeddings/oleObject2.bin"/><Relationship Id="rId108" Type="http://schemas.openxmlformats.org/officeDocument/2006/relationships/oleObject" Target="embeddings/oleObject57.bin"/><Relationship Id="rId315" Type="http://schemas.openxmlformats.org/officeDocument/2006/relationships/oleObject" Target="embeddings/oleObject165.bin"/><Relationship Id="rId522" Type="http://schemas.openxmlformats.org/officeDocument/2006/relationships/oleObject" Target="embeddings/oleObject282.bin"/><Relationship Id="rId96" Type="http://schemas.openxmlformats.org/officeDocument/2006/relationships/oleObject" Target="embeddings/oleObject51.bin"/><Relationship Id="rId161" Type="http://schemas.openxmlformats.org/officeDocument/2006/relationships/oleObject" Target="embeddings/oleObject84.bin"/><Relationship Id="rId399" Type="http://schemas.openxmlformats.org/officeDocument/2006/relationships/oleObject" Target="embeddings/oleObject215.bin"/><Relationship Id="rId259" Type="http://schemas.openxmlformats.org/officeDocument/2006/relationships/image" Target="media/image117.wmf"/><Relationship Id="rId466" Type="http://schemas.openxmlformats.org/officeDocument/2006/relationships/oleObject" Target="embeddings/oleObject254.bin"/><Relationship Id="rId673" Type="http://schemas.openxmlformats.org/officeDocument/2006/relationships/oleObject" Target="embeddings/oleObject356.bin"/><Relationship Id="rId23" Type="http://schemas.openxmlformats.org/officeDocument/2006/relationships/oleObject" Target="embeddings/oleObject8.bin"/><Relationship Id="rId119" Type="http://schemas.openxmlformats.org/officeDocument/2006/relationships/oleObject" Target="embeddings/oleObject62.bin"/><Relationship Id="rId326" Type="http://schemas.openxmlformats.org/officeDocument/2006/relationships/oleObject" Target="embeddings/oleObject173.bin"/><Relationship Id="rId533" Type="http://schemas.openxmlformats.org/officeDocument/2006/relationships/image" Target="media/image239.wmf"/><Relationship Id="rId172" Type="http://schemas.openxmlformats.org/officeDocument/2006/relationships/oleObject" Target="embeddings/oleObject90.bin"/><Relationship Id="rId477" Type="http://schemas.openxmlformats.org/officeDocument/2006/relationships/image" Target="media/image211.wmf"/><Relationship Id="rId600" Type="http://schemas.openxmlformats.org/officeDocument/2006/relationships/oleObject" Target="embeddings/oleObject319.bin"/><Relationship Id="rId337" Type="http://schemas.openxmlformats.org/officeDocument/2006/relationships/oleObject" Target="embeddings/oleObject183.bin"/><Relationship Id="rId34" Type="http://schemas.openxmlformats.org/officeDocument/2006/relationships/oleObject" Target="embeddings/oleObject16.bin"/><Relationship Id="rId544" Type="http://schemas.openxmlformats.org/officeDocument/2006/relationships/image" Target="media/image245.wmf"/><Relationship Id="rId183" Type="http://schemas.openxmlformats.org/officeDocument/2006/relationships/image" Target="media/image81.wmf"/><Relationship Id="rId390" Type="http://schemas.openxmlformats.org/officeDocument/2006/relationships/image" Target="media/image173.wmf"/><Relationship Id="rId404" Type="http://schemas.openxmlformats.org/officeDocument/2006/relationships/oleObject" Target="embeddings/oleObject219.bin"/><Relationship Id="rId611" Type="http://schemas.openxmlformats.org/officeDocument/2006/relationships/oleObject" Target="embeddings/oleObject325.bin"/><Relationship Id="rId250" Type="http://schemas.openxmlformats.org/officeDocument/2006/relationships/oleObject" Target="embeddings/oleObject131.bin"/><Relationship Id="rId488" Type="http://schemas.openxmlformats.org/officeDocument/2006/relationships/oleObject" Target="embeddings/oleObject265.bin"/><Relationship Id="rId45" Type="http://schemas.openxmlformats.org/officeDocument/2006/relationships/oleObject" Target="embeddings/oleObject23.bin"/><Relationship Id="rId110" Type="http://schemas.openxmlformats.org/officeDocument/2006/relationships/image" Target="media/image46.wmf"/><Relationship Id="rId348" Type="http://schemas.openxmlformats.org/officeDocument/2006/relationships/oleObject" Target="embeddings/oleObject189.bin"/><Relationship Id="rId555" Type="http://schemas.openxmlformats.org/officeDocument/2006/relationships/oleObject" Target="embeddings/oleObject297.bin"/><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image" Target="media/image184.wmf"/><Relationship Id="rId622" Type="http://schemas.openxmlformats.org/officeDocument/2006/relationships/oleObject" Target="embeddings/oleObject330.bin"/><Relationship Id="rId261" Type="http://schemas.openxmlformats.org/officeDocument/2006/relationships/image" Target="media/image118.wmf"/><Relationship Id="rId499" Type="http://schemas.openxmlformats.org/officeDocument/2006/relationships/image" Target="media/image222.wmf"/><Relationship Id="rId56" Type="http://schemas.openxmlformats.org/officeDocument/2006/relationships/image" Target="media/image21.wmf"/><Relationship Id="rId359" Type="http://schemas.openxmlformats.org/officeDocument/2006/relationships/image" Target="media/image158.wmf"/><Relationship Id="rId566" Type="http://schemas.openxmlformats.org/officeDocument/2006/relationships/image" Target="media/image257.wmf"/><Relationship Id="rId121" Type="http://schemas.openxmlformats.org/officeDocument/2006/relationships/oleObject" Target="embeddings/oleObject63.bin"/><Relationship Id="rId219" Type="http://schemas.openxmlformats.org/officeDocument/2006/relationships/image" Target="media/image99.wmf"/><Relationship Id="rId426" Type="http://schemas.openxmlformats.org/officeDocument/2006/relationships/oleObject" Target="embeddings/oleObject230.bin"/><Relationship Id="rId633" Type="http://schemas.openxmlformats.org/officeDocument/2006/relationships/image" Target="media/image291.wmf"/><Relationship Id="rId67" Type="http://schemas.openxmlformats.org/officeDocument/2006/relationships/oleObject" Target="embeddings/oleObject36.bin"/><Relationship Id="rId272" Type="http://schemas.openxmlformats.org/officeDocument/2006/relationships/oleObject" Target="embeddings/oleObject142.bin"/><Relationship Id="rId577" Type="http://schemas.openxmlformats.org/officeDocument/2006/relationships/oleObject" Target="embeddings/oleObject308.bin"/><Relationship Id="rId132" Type="http://schemas.openxmlformats.org/officeDocument/2006/relationships/image" Target="media/image57.wmf"/><Relationship Id="rId437" Type="http://schemas.openxmlformats.org/officeDocument/2006/relationships/image" Target="media/image193.wmf"/><Relationship Id="rId644" Type="http://schemas.openxmlformats.org/officeDocument/2006/relationships/oleObject" Target="embeddings/oleObject341.bin"/><Relationship Id="rId283" Type="http://schemas.openxmlformats.org/officeDocument/2006/relationships/oleObject" Target="embeddings/oleObject148.bin"/><Relationship Id="rId490" Type="http://schemas.openxmlformats.org/officeDocument/2006/relationships/oleObject" Target="embeddings/oleObject266.bin"/><Relationship Id="rId504" Type="http://schemas.openxmlformats.org/officeDocument/2006/relationships/oleObject" Target="embeddings/oleObject273.bin"/><Relationship Id="rId78" Type="http://schemas.openxmlformats.org/officeDocument/2006/relationships/oleObject" Target="embeddings/oleObject42.bin"/><Relationship Id="rId143" Type="http://schemas.openxmlformats.org/officeDocument/2006/relationships/image" Target="media/image62.wmf"/><Relationship Id="rId350" Type="http://schemas.openxmlformats.org/officeDocument/2006/relationships/oleObject" Target="embeddings/oleObject190.bin"/><Relationship Id="rId588" Type="http://schemas.openxmlformats.org/officeDocument/2006/relationships/oleObject" Target="embeddings/oleObject313.bin"/><Relationship Id="rId9" Type="http://schemas.openxmlformats.org/officeDocument/2006/relationships/oleObject" Target="embeddings/oleObject1.bin"/><Relationship Id="rId210" Type="http://schemas.openxmlformats.org/officeDocument/2006/relationships/oleObject" Target="embeddings/oleObject109.bin"/><Relationship Id="rId448" Type="http://schemas.openxmlformats.org/officeDocument/2006/relationships/image" Target="media/image198.wmf"/><Relationship Id="rId655" Type="http://schemas.openxmlformats.org/officeDocument/2006/relationships/image" Target="media/image301.wmf"/><Relationship Id="rId294" Type="http://schemas.openxmlformats.org/officeDocument/2006/relationships/image" Target="media/image134.wmf"/><Relationship Id="rId308" Type="http://schemas.openxmlformats.org/officeDocument/2006/relationships/oleObject" Target="embeddings/oleObject161.bin"/><Relationship Id="rId515" Type="http://schemas.openxmlformats.org/officeDocument/2006/relationships/image" Target="media/image230.wmf"/><Relationship Id="rId89" Type="http://schemas.openxmlformats.org/officeDocument/2006/relationships/image" Target="media/image35.wmf"/><Relationship Id="rId154" Type="http://schemas.openxmlformats.org/officeDocument/2006/relationships/oleObject" Target="embeddings/oleObject80.bin"/><Relationship Id="rId361" Type="http://schemas.openxmlformats.org/officeDocument/2006/relationships/image" Target="media/image159.wmf"/><Relationship Id="rId599" Type="http://schemas.openxmlformats.org/officeDocument/2006/relationships/image" Target="media/image274.wmf"/><Relationship Id="rId459" Type="http://schemas.openxmlformats.org/officeDocument/2006/relationships/oleObject" Target="embeddings/oleObject250.bin"/><Relationship Id="rId666" Type="http://schemas.openxmlformats.org/officeDocument/2006/relationships/image" Target="media/image307.wmf"/><Relationship Id="rId16" Type="http://schemas.openxmlformats.org/officeDocument/2006/relationships/oleObject" Target="embeddings/oleObject4.bin"/><Relationship Id="rId221" Type="http://schemas.openxmlformats.org/officeDocument/2006/relationships/oleObject" Target="embeddings/oleObject115.bin"/><Relationship Id="rId319" Type="http://schemas.openxmlformats.org/officeDocument/2006/relationships/oleObject" Target="embeddings/oleObject168.bin"/><Relationship Id="rId526" Type="http://schemas.openxmlformats.org/officeDocument/2006/relationships/oleObject" Target="embeddings/oleObject284.bin"/><Relationship Id="rId165" Type="http://schemas.openxmlformats.org/officeDocument/2006/relationships/image" Target="media/image72.wmf"/><Relationship Id="rId372" Type="http://schemas.openxmlformats.org/officeDocument/2006/relationships/oleObject" Target="embeddings/oleObject201.bin"/><Relationship Id="rId677" Type="http://schemas.openxmlformats.org/officeDocument/2006/relationships/oleObject" Target="embeddings/oleObject359.bin"/><Relationship Id="rId232" Type="http://schemas.openxmlformats.org/officeDocument/2006/relationships/image" Target="media/image104.wmf"/><Relationship Id="rId27" Type="http://schemas.openxmlformats.org/officeDocument/2006/relationships/oleObject" Target="embeddings/oleObject11.bin"/><Relationship Id="rId537" Type="http://schemas.openxmlformats.org/officeDocument/2006/relationships/oleObject" Target="embeddings/oleObject289.bin"/><Relationship Id="rId80" Type="http://schemas.openxmlformats.org/officeDocument/2006/relationships/oleObject" Target="embeddings/oleObject43.bin"/><Relationship Id="rId176" Type="http://schemas.openxmlformats.org/officeDocument/2006/relationships/oleObject" Target="embeddings/oleObject92.bin"/><Relationship Id="rId383" Type="http://schemas.openxmlformats.org/officeDocument/2006/relationships/image" Target="media/image169.wmf"/><Relationship Id="rId590" Type="http://schemas.openxmlformats.org/officeDocument/2006/relationships/oleObject" Target="embeddings/oleObject314.bin"/><Relationship Id="rId604" Type="http://schemas.openxmlformats.org/officeDocument/2006/relationships/image" Target="media/image276.wmf"/><Relationship Id="rId243" Type="http://schemas.openxmlformats.org/officeDocument/2006/relationships/oleObject" Target="embeddings/oleObject128.bin"/><Relationship Id="rId450" Type="http://schemas.openxmlformats.org/officeDocument/2006/relationships/image" Target="media/image199.wmf"/><Relationship Id="rId38" Type="http://schemas.openxmlformats.org/officeDocument/2006/relationships/oleObject" Target="embeddings/oleObject18.bin"/><Relationship Id="rId103" Type="http://schemas.openxmlformats.org/officeDocument/2006/relationships/image" Target="media/image42.wmf"/><Relationship Id="rId310" Type="http://schemas.openxmlformats.org/officeDocument/2006/relationships/oleObject" Target="embeddings/oleObject162.bin"/><Relationship Id="rId548" Type="http://schemas.openxmlformats.org/officeDocument/2006/relationships/image" Target="media/image2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34A00-4EC9-4495-AADF-E6DC52C5C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12</Pages>
  <Words>3019</Words>
  <Characters>17211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phuong</dc:creator>
  <cp:keywords/>
  <dc:description/>
  <cp:lastModifiedBy>Admin</cp:lastModifiedBy>
  <cp:revision>29</cp:revision>
  <cp:lastPrinted>2025-04-27T02:52:00Z</cp:lastPrinted>
  <dcterms:created xsi:type="dcterms:W3CDTF">2022-08-12T10:34:00Z</dcterms:created>
  <dcterms:modified xsi:type="dcterms:W3CDTF">2025-05-11T14:01:00Z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