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90D" w:rsidRPr="0069390D" w:rsidRDefault="0069390D" w:rsidP="0069390D">
      <w:pPr>
        <w:pStyle w:val="Heading2"/>
        <w:tabs>
          <w:tab w:val="left" w:pos="283"/>
          <w:tab w:val="left" w:pos="2835"/>
          <w:tab w:val="left" w:pos="5386"/>
          <w:tab w:val="left" w:pos="7937"/>
        </w:tabs>
        <w:spacing w:before="0"/>
        <w:ind w:firstLine="283"/>
        <w:jc w:val="center"/>
        <w:rPr>
          <w:rFonts w:ascii="UTM Avo" w:hAnsi="UTM Avo"/>
          <w:i w:val="0"/>
          <w:color w:val="FF0000"/>
          <w:sz w:val="36"/>
          <w:lang w:val="en-US"/>
        </w:rPr>
      </w:pPr>
      <w:bookmarkStart w:id="0" w:name="_Hlk197889663"/>
      <w:bookmarkStart w:id="1" w:name="_Hlk197889801"/>
      <w:bookmarkStart w:id="2" w:name="_GoBack"/>
      <w:r w:rsidRPr="0069390D">
        <w:rPr>
          <w:rFonts w:ascii="UTM Avo" w:hAnsi="UTM Avo"/>
          <w:i w:val="0"/>
          <w:color w:val="FF0000"/>
          <w:sz w:val="36"/>
        </w:rPr>
        <w:t>ĐỀ 07</w:t>
      </w:r>
      <w:r w:rsidRPr="0069390D">
        <w:rPr>
          <w:rFonts w:ascii="UTM Avo" w:hAnsi="UTM Avo"/>
          <w:i w:val="0"/>
          <w:color w:val="FF0000"/>
          <w:sz w:val="36"/>
          <w:lang w:val="en-US"/>
        </w:rPr>
        <w:t xml:space="preserve"> </w:t>
      </w:r>
      <w:r w:rsidRPr="0069390D">
        <w:rPr>
          <w:i w:val="0"/>
          <w:color w:val="FF0000"/>
          <w:sz w:val="36"/>
          <w:lang w:val="en-US"/>
        </w:rPr>
        <w:t>–</w:t>
      </w:r>
      <w:r w:rsidRPr="0069390D">
        <w:rPr>
          <w:rFonts w:ascii="UTM Avo" w:hAnsi="UTM Avo"/>
          <w:i w:val="0"/>
          <w:color w:val="FF0000"/>
          <w:sz w:val="36"/>
          <w:lang w:val="en-US"/>
        </w:rPr>
        <w:t xml:space="preserve"> GIẢI</w:t>
      </w:r>
    </w:p>
    <w:bookmarkEnd w:id="0"/>
    <w:p w:rsidR="00BA3DBF" w:rsidRPr="00BA3DBF" w:rsidRDefault="00BA3DBF" w:rsidP="00BA3DBF">
      <w:pPr>
        <w:tabs>
          <w:tab w:val="left" w:pos="283"/>
          <w:tab w:val="left" w:pos="2835"/>
          <w:tab w:val="left" w:pos="5386"/>
          <w:tab w:val="left" w:pos="7937"/>
        </w:tabs>
        <w:spacing w:before="0" w:after="0"/>
        <w:rPr>
          <w:rFonts w:cs="Times New Roman"/>
          <w:color w:val="FF0000"/>
          <w:szCs w:val="24"/>
        </w:rPr>
      </w:pPr>
      <w:r w:rsidRPr="00BA3DBF">
        <w:rPr>
          <w:rFonts w:cs="Times New Roman"/>
          <w:b/>
          <w:bCs/>
          <w:color w:val="FF0000"/>
          <w:szCs w:val="24"/>
        </w:rPr>
        <w:t>PHẦN I. Câu trắc nghiệm nhiều phương án lựa chọn. Thí sinh trả lời từ câu 1 đến câu 12. Mỗi câu hỏi thí sinh chỉ chọn một phương án.</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Cường độ âm thanh (dB) tại một địa điểm được đo liên tục trong 12 giờ là một hàm số </w:t>
      </w:r>
      <w:r w:rsidRPr="00BA3DBF">
        <w:rPr>
          <w:position w:val="-10"/>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pt;height:16.15pt" o:ole="">
            <v:imagedata r:id="rId8" o:title=""/>
          </v:shape>
          <o:OLEObject Type="Embed" ProgID="Equation.DSMT4" ShapeID="_x0000_i1025" DrawAspect="Content" ObjectID="_1808506908" r:id="rId9"/>
        </w:object>
      </w:r>
      <w:r w:rsidRPr="00BA3DBF">
        <w:rPr>
          <w:sz w:val="24"/>
          <w:szCs w:val="24"/>
        </w:rPr>
        <w:t xml:space="preserve"> có bảng biến thiên như sau:</w:t>
      </w:r>
    </w:p>
    <w:p w:rsidR="00BA3DBF" w:rsidRPr="00BA3DBF" w:rsidRDefault="00BA3DBF" w:rsidP="00BA3DBF">
      <w:pPr>
        <w:pStyle w:val="ListParagraph"/>
        <w:spacing w:before="0"/>
        <w:ind w:left="0"/>
        <w:contextualSpacing/>
        <w:jc w:val="center"/>
        <w:rPr>
          <w:b/>
          <w:color w:val="0000FF"/>
          <w:sz w:val="24"/>
          <w:szCs w:val="24"/>
        </w:rPr>
      </w:pPr>
      <w:r w:rsidRPr="00BA3DBF">
        <w:rPr>
          <w:noProof/>
          <w:sz w:val="24"/>
          <w:szCs w:val="24"/>
        </w:rPr>
        <w:drawing>
          <wp:inline distT="0" distB="0" distL="0" distR="0" wp14:anchorId="7AAB5AEE" wp14:editId="1ACC64D5">
            <wp:extent cx="3652612" cy="100800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08" t="2135" r="22739" b="20518"/>
                    <a:stretch/>
                  </pic:blipFill>
                  <pic:spPr bwMode="auto">
                    <a:xfrm>
                      <a:off x="0" y="0"/>
                      <a:ext cx="3652612" cy="1008000"/>
                    </a:xfrm>
                    <a:prstGeom prst="rect">
                      <a:avLst/>
                    </a:prstGeom>
                    <a:noFill/>
                    <a:ln>
                      <a:noFill/>
                    </a:ln>
                    <a:extLst>
                      <a:ext uri="{53640926-AAD7-44D8-BBD7-CCE9431645EC}">
                        <a14:shadowObscured xmlns:a14="http://schemas.microsoft.com/office/drawing/2010/main"/>
                      </a:ext>
                    </a:extLst>
                  </pic:spPr>
                </pic:pic>
              </a:graphicData>
            </a:graphic>
          </wp:inline>
        </w:drawing>
      </w:r>
    </w:p>
    <w:p w:rsidR="00BA3DBF" w:rsidRPr="00BA3DBF" w:rsidRDefault="00BA3DBF" w:rsidP="00BA3DBF">
      <w:pPr>
        <w:pStyle w:val="ListParagraph"/>
        <w:spacing w:before="0"/>
        <w:ind w:left="0" w:firstLine="284"/>
        <w:contextualSpacing/>
        <w:jc w:val="both"/>
        <w:rPr>
          <w:b/>
          <w:color w:val="0000FF"/>
          <w:sz w:val="24"/>
          <w:szCs w:val="24"/>
        </w:rPr>
      </w:pPr>
      <w:r w:rsidRPr="00BA3DBF">
        <w:rPr>
          <w:sz w:val="24"/>
          <w:szCs w:val="24"/>
        </w:rPr>
        <w:t xml:space="preserve">Tại thời điểm </w:t>
      </w:r>
      <w:r w:rsidRPr="00BA3DBF">
        <w:rPr>
          <w:position w:val="-6"/>
          <w:sz w:val="24"/>
          <w:szCs w:val="24"/>
        </w:rPr>
        <w:object w:dxaOrig="139" w:dyaOrig="240">
          <v:shape id="_x0000_i1026" type="#_x0000_t75" style="width:7.4pt;height:12pt" o:ole="">
            <v:imagedata r:id="rId11" o:title=""/>
          </v:shape>
          <o:OLEObject Type="Embed" ProgID="Equation.DSMT4" ShapeID="_x0000_i1026" DrawAspect="Content" ObjectID="_1808506909" r:id="rId12"/>
        </w:object>
      </w:r>
      <w:r w:rsidRPr="00BA3DBF">
        <w:rPr>
          <w:sz w:val="24"/>
          <w:szCs w:val="24"/>
        </w:rPr>
        <w:t xml:space="preserve"> bằng bao nhiêu trong thời gian khảo sát thì cường độ âm thanh là nhỏ nhất ?</w:t>
      </w:r>
    </w:p>
    <w:p w:rsidR="00BA3DBF" w:rsidRPr="00BA3DBF" w:rsidRDefault="00BA3DBF" w:rsidP="00BA3DBF">
      <w:pPr>
        <w:tabs>
          <w:tab w:val="left" w:pos="284"/>
          <w:tab w:val="left" w:pos="2835"/>
          <w:tab w:val="left" w:pos="5387"/>
          <w:tab w:val="left" w:pos="7938"/>
        </w:tabs>
        <w:spacing w:before="0" w:after="0"/>
        <w:ind w:firstLine="284"/>
        <w:rPr>
          <w:rFonts w:eastAsia="Calibri" w:cs="Times New Roman"/>
          <w:szCs w:val="24"/>
          <w:lang w:val="pt-BR"/>
        </w:rPr>
      </w:pPr>
      <w:r w:rsidRPr="00BA3DBF">
        <w:rPr>
          <w:rFonts w:eastAsia="Calibri" w:cs="Times New Roman"/>
          <w:b/>
          <w:color w:val="0000FF"/>
          <w:szCs w:val="24"/>
          <w:highlight w:val="green"/>
          <w:u w:val="single"/>
          <w:lang w:val="pt-BR"/>
        </w:rPr>
        <w:t>A.</w:t>
      </w:r>
      <w:r w:rsidRPr="00BA3DBF">
        <w:rPr>
          <w:rFonts w:eastAsia="Calibri" w:cs="Times New Roman"/>
          <w:b/>
          <w:color w:val="0000FF"/>
          <w:szCs w:val="24"/>
          <w:highlight w:val="green"/>
          <w:lang w:val="pt-BR"/>
        </w:rPr>
        <w:t xml:space="preserve"> </w:t>
      </w:r>
      <w:r w:rsidRPr="00BA3DBF">
        <w:rPr>
          <w:rFonts w:eastAsia="Calibri" w:cs="Times New Roman"/>
          <w:szCs w:val="24"/>
          <w:highlight w:val="green"/>
          <w14:ligatures w14:val="standardContextual"/>
        </w:rPr>
        <w:t>8</w:t>
      </w:r>
      <w:r w:rsidRPr="00BA3DBF">
        <w:rPr>
          <w:rFonts w:eastAsia="Calibri" w:cs="Times New Roman"/>
          <w:szCs w:val="24"/>
          <w:highlight w:val="green"/>
          <w:lang w:val="pt-BR"/>
        </w:rPr>
        <w:t>.</w:t>
      </w:r>
      <w:r w:rsidRPr="00BA3DBF">
        <w:rPr>
          <w:rFonts w:eastAsia="Calibri" w:cs="Times New Roman"/>
          <w:szCs w:val="24"/>
          <w:lang w:val="pt-BR"/>
        </w:rPr>
        <w:tab/>
      </w:r>
      <w:r w:rsidRPr="00BA3DBF">
        <w:rPr>
          <w:rFonts w:eastAsia="Calibri" w:cs="Times New Roman"/>
          <w:b/>
          <w:color w:val="0000FF"/>
          <w:szCs w:val="24"/>
          <w:lang w:val="pt-BR"/>
        </w:rPr>
        <w:t xml:space="preserve">B. </w:t>
      </w:r>
      <w:r w:rsidRPr="00BA3DBF">
        <w:rPr>
          <w:rFonts w:eastAsia="Calibri" w:cs="Times New Roman"/>
          <w:szCs w:val="24"/>
          <w:lang w:val="pt-BR"/>
        </w:rPr>
        <w:t>3.</w:t>
      </w:r>
      <w:r w:rsidRPr="00BA3DBF">
        <w:rPr>
          <w:rFonts w:eastAsia="Calibri" w:cs="Times New Roman"/>
          <w:szCs w:val="24"/>
          <w:lang w:val="pt-BR"/>
        </w:rPr>
        <w:tab/>
      </w:r>
      <w:r w:rsidRPr="00BA3DBF">
        <w:rPr>
          <w:rFonts w:eastAsia="Calibri" w:cs="Times New Roman"/>
          <w:b/>
          <w:color w:val="0000FF"/>
          <w:szCs w:val="24"/>
          <w:lang w:val="pt-BR"/>
        </w:rPr>
        <w:t xml:space="preserve">C. </w:t>
      </w:r>
      <w:r w:rsidRPr="00BA3DBF">
        <w:rPr>
          <w:rFonts w:eastAsia="Calibri" w:cs="Times New Roman"/>
          <w:szCs w:val="24"/>
          <w14:ligatures w14:val="standardContextual"/>
        </w:rPr>
        <w:t>12</w:t>
      </w:r>
      <w:r w:rsidRPr="00BA3DBF">
        <w:rPr>
          <w:rFonts w:eastAsia="Calibri" w:cs="Times New Roman"/>
          <w:szCs w:val="24"/>
          <w:lang w:val="pt-BR"/>
        </w:rPr>
        <w:t>.</w:t>
      </w:r>
      <w:r w:rsidRPr="00BA3DBF">
        <w:rPr>
          <w:rFonts w:eastAsia="Calibri" w:cs="Times New Roman"/>
          <w:szCs w:val="24"/>
          <w:lang w:val="pt-BR"/>
        </w:rPr>
        <w:tab/>
      </w:r>
      <w:r w:rsidRPr="00BA3DBF">
        <w:rPr>
          <w:rFonts w:eastAsia="Calibri" w:cs="Times New Roman"/>
          <w:b/>
          <w:color w:val="0000FF"/>
          <w:szCs w:val="24"/>
          <w:lang w:val="pt-BR"/>
        </w:rPr>
        <w:t xml:space="preserve">D.  </w:t>
      </w:r>
      <w:r w:rsidRPr="00BA3DBF">
        <w:rPr>
          <w:rFonts w:eastAsia="Calibri" w:cs="Times New Roman"/>
          <w:bCs/>
          <w:szCs w:val="24"/>
          <w:lang w:val="pt-BR"/>
        </w:rPr>
        <w:t>25 .</w:t>
      </w:r>
    </w:p>
    <w:p w:rsidR="00BA3DBF" w:rsidRPr="00BA3DBF" w:rsidRDefault="00BA3DBF" w:rsidP="00BA3DBF">
      <w:pPr>
        <w:tabs>
          <w:tab w:val="left" w:pos="283"/>
          <w:tab w:val="left" w:pos="2835"/>
          <w:tab w:val="left" w:pos="5386"/>
          <w:tab w:val="left" w:pos="7937"/>
        </w:tabs>
        <w:spacing w:before="0" w:after="0"/>
        <w:ind w:firstLine="283"/>
        <w:rPr>
          <w:rFonts w:eastAsia="Calibri" w:cs="Times New Roman"/>
          <w:b/>
          <w:szCs w:val="24"/>
          <w:lang w:val="nl-NL"/>
        </w:rPr>
      </w:pPr>
      <w:r w:rsidRPr="00BA3DBF">
        <w:rPr>
          <w:rFonts w:eastAsia="Calibri" w:cs="Times New Roman"/>
          <w:b/>
          <w:color w:val="0000FF"/>
          <w:szCs w:val="24"/>
          <w:lang w:val="nl-NL"/>
        </w:rPr>
        <w:t>Lời giải</w:t>
      </w:r>
    </w:p>
    <w:p w:rsidR="00BA3DBF" w:rsidRPr="00BA3DBF" w:rsidRDefault="00BA3DBF" w:rsidP="00BA3DBF">
      <w:pPr>
        <w:pStyle w:val="ListParagraph"/>
        <w:tabs>
          <w:tab w:val="left" w:pos="283"/>
          <w:tab w:val="left" w:pos="2835"/>
          <w:tab w:val="left" w:pos="5386"/>
          <w:tab w:val="left" w:pos="7937"/>
        </w:tabs>
        <w:spacing w:before="0"/>
        <w:ind w:left="0" w:firstLine="283"/>
        <w:jc w:val="both"/>
        <w:rPr>
          <w:b/>
          <w:color w:val="0000FF"/>
          <w:sz w:val="24"/>
          <w:szCs w:val="24"/>
          <w:highlight w:val="green"/>
          <w:lang w:val="nl-NL"/>
        </w:rPr>
      </w:pPr>
      <w:r w:rsidRPr="00BA3DBF">
        <w:rPr>
          <w:b/>
          <w:color w:val="0000FF"/>
          <w:sz w:val="24"/>
          <w:szCs w:val="24"/>
          <w:highlight w:val="green"/>
          <w:lang w:val="nl-NL"/>
        </w:rPr>
        <w:t>Chọn A</w:t>
      </w:r>
    </w:p>
    <w:p w:rsidR="00BA3DBF" w:rsidRPr="00BA3DBF" w:rsidRDefault="00BA3DBF" w:rsidP="00BA3DBF">
      <w:pPr>
        <w:pStyle w:val="ListParagraph"/>
        <w:tabs>
          <w:tab w:val="left" w:pos="283"/>
          <w:tab w:val="left" w:pos="2835"/>
          <w:tab w:val="left" w:pos="5386"/>
          <w:tab w:val="left" w:pos="7937"/>
        </w:tabs>
        <w:spacing w:before="0"/>
        <w:ind w:left="0" w:firstLine="283"/>
        <w:jc w:val="both"/>
        <w:rPr>
          <w:b/>
          <w:color w:val="0000FF"/>
          <w:sz w:val="24"/>
          <w:szCs w:val="24"/>
          <w:lang w:val="nl-NL"/>
        </w:rPr>
      </w:pPr>
      <w:r w:rsidRPr="00BA3DBF">
        <w:rPr>
          <w:kern w:val="2"/>
          <w:sz w:val="24"/>
          <w:szCs w:val="24"/>
          <w14:ligatures w14:val="standardContextual"/>
        </w:rPr>
        <w:t xml:space="preserve">Từ bảng biến thiên ta thấy tại thời điểm </w:t>
      </w:r>
      <w:r w:rsidRPr="00BA3DBF">
        <w:rPr>
          <w:position w:val="-6"/>
          <w:sz w:val="24"/>
          <w:szCs w:val="24"/>
        </w:rPr>
        <w:object w:dxaOrig="499" w:dyaOrig="279">
          <v:shape id="_x0000_i1027" type="#_x0000_t75" style="width:25.4pt;height:13.85pt" o:ole="">
            <v:imagedata r:id="rId13" o:title=""/>
          </v:shape>
          <o:OLEObject Type="Embed" ProgID="Equation.DSMT4" ShapeID="_x0000_i1027" DrawAspect="Content" ObjectID="_1808506910" r:id="rId14"/>
        </w:object>
      </w:r>
      <w:r w:rsidRPr="00BA3DBF">
        <w:rPr>
          <w:sz w:val="24"/>
          <w:szCs w:val="24"/>
        </w:rPr>
        <w:t xml:space="preserve"> </w:t>
      </w:r>
      <w:r w:rsidRPr="00BA3DBF">
        <w:rPr>
          <w:kern w:val="2"/>
          <w:sz w:val="24"/>
          <w:szCs w:val="24"/>
          <w14:ligatures w14:val="standardContextual"/>
        </w:rPr>
        <w:t xml:space="preserve">thì hàm số đạt </w:t>
      </w:r>
      <w:r w:rsidRPr="00BA3DBF">
        <w:rPr>
          <w:sz w:val="24"/>
          <w:szCs w:val="24"/>
        </w:rPr>
        <w:t>cường độ âm thanh nhỏ nhất là 25.</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lang w:val="vi-VN"/>
        </w:rPr>
        <w:t xml:space="preserve">Cho cấp số cộng </w:t>
      </w:r>
      <w:r w:rsidRPr="00BA3DBF">
        <w:rPr>
          <w:position w:val="-14"/>
          <w:sz w:val="24"/>
          <w:szCs w:val="24"/>
        </w:rPr>
        <w:object w:dxaOrig="480" w:dyaOrig="400">
          <v:shape id="_x0000_i1028" type="#_x0000_t75" style="width:24pt;height:20.3pt" o:ole="">
            <v:imagedata r:id="rId15" o:title=""/>
          </v:shape>
          <o:OLEObject Type="Embed" ProgID="Equation.DSMT4" ShapeID="_x0000_i1028" DrawAspect="Content" ObjectID="_1808506911" r:id="rId16"/>
        </w:object>
      </w:r>
      <w:r w:rsidRPr="00BA3DBF">
        <w:rPr>
          <w:sz w:val="24"/>
          <w:szCs w:val="24"/>
          <w:lang w:val="vi-VN"/>
        </w:rPr>
        <w:t xml:space="preserve"> có </w:t>
      </w:r>
      <w:r w:rsidRPr="00BA3DBF">
        <w:rPr>
          <w:position w:val="-12"/>
          <w:sz w:val="24"/>
          <w:szCs w:val="24"/>
        </w:rPr>
        <w:object w:dxaOrig="1240" w:dyaOrig="360">
          <v:shape id="_x0000_i1029" type="#_x0000_t75" style="width:62.3pt;height:18pt" o:ole="">
            <v:imagedata r:id="rId17" o:title=""/>
          </v:shape>
          <o:OLEObject Type="Embed" ProgID="Equation.DSMT4" ShapeID="_x0000_i1029" DrawAspect="Content" ObjectID="_1808506912" r:id="rId18"/>
        </w:object>
      </w:r>
      <w:r w:rsidRPr="00BA3DBF">
        <w:rPr>
          <w:sz w:val="24"/>
          <w:szCs w:val="24"/>
          <w:lang w:val="vi-VN"/>
        </w:rPr>
        <w:t xml:space="preserve">. Giá trị của </w:t>
      </w:r>
      <w:r w:rsidRPr="00BA3DBF">
        <w:rPr>
          <w:position w:val="-12"/>
          <w:sz w:val="24"/>
          <w:szCs w:val="24"/>
        </w:rPr>
        <w:object w:dxaOrig="320" w:dyaOrig="360">
          <v:shape id="_x0000_i1030" type="#_x0000_t75" style="width:15.7pt;height:18pt" o:ole="">
            <v:imagedata r:id="rId19" o:title=""/>
          </v:shape>
          <o:OLEObject Type="Embed" ProgID="Equation.DSMT4" ShapeID="_x0000_i1030" DrawAspect="Content" ObjectID="_1808506913" r:id="rId20"/>
        </w:object>
      </w:r>
      <w:r w:rsidRPr="00BA3DBF">
        <w:rPr>
          <w:sz w:val="24"/>
          <w:szCs w:val="24"/>
          <w:lang w:val="vi-VN"/>
        </w:rPr>
        <w:t xml:space="preserve"> bằng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vi-VN"/>
        </w:rPr>
      </w:pPr>
      <w:r w:rsidRPr="00BA3DBF">
        <w:rPr>
          <w:rFonts w:cs="Times New Roman"/>
          <w:b/>
          <w:color w:val="0000FF"/>
          <w:szCs w:val="24"/>
          <w:lang w:val="vi-VN"/>
        </w:rPr>
        <w:t>A.</w:t>
      </w:r>
      <w:r w:rsidRPr="00BA3DBF">
        <w:rPr>
          <w:rFonts w:cs="Times New Roman"/>
          <w:b/>
          <w:szCs w:val="24"/>
          <w:lang w:val="vi-VN"/>
        </w:rPr>
        <w:t xml:space="preserve"> </w:t>
      </w:r>
      <w:r w:rsidRPr="00BA3DBF">
        <w:rPr>
          <w:rFonts w:cs="Times New Roman"/>
          <w:position w:val="-12"/>
          <w:szCs w:val="24"/>
        </w:rPr>
        <w:object w:dxaOrig="800" w:dyaOrig="360">
          <v:shape id="_x0000_i1031" type="#_x0000_t75" style="width:39.7pt;height:18pt" o:ole="">
            <v:imagedata r:id="rId21" o:title=""/>
          </v:shape>
          <o:OLEObject Type="Embed" ProgID="Equation.DSMT4" ShapeID="_x0000_i1031" DrawAspect="Content" ObjectID="_1808506914" r:id="rId22"/>
        </w:object>
      </w:r>
      <w:r w:rsidRPr="00BA3DBF">
        <w:rPr>
          <w:rFonts w:cs="Times New Roman"/>
          <w:szCs w:val="24"/>
          <w:lang w:val="vi-VN"/>
        </w:rPr>
        <w:t>.</w:t>
      </w:r>
      <w:r w:rsidRPr="00BA3DBF">
        <w:rPr>
          <w:rFonts w:cs="Times New Roman"/>
          <w:b/>
          <w:color w:val="0000FF"/>
          <w:szCs w:val="24"/>
          <w:lang w:val="vi-VN"/>
        </w:rPr>
        <w:tab/>
      </w:r>
      <w:r w:rsidRPr="00BA3DBF">
        <w:rPr>
          <w:rFonts w:cs="Times New Roman"/>
          <w:b/>
          <w:color w:val="0000FF"/>
          <w:szCs w:val="24"/>
          <w:u w:val="single"/>
          <w:lang w:val="vi-VN"/>
        </w:rPr>
        <w:t>B</w:t>
      </w:r>
      <w:r w:rsidRPr="00BA3DBF">
        <w:rPr>
          <w:rFonts w:cs="Times New Roman"/>
          <w:b/>
          <w:color w:val="0000FF"/>
          <w:szCs w:val="24"/>
          <w:lang w:val="vi-VN"/>
        </w:rPr>
        <w:t>.</w:t>
      </w:r>
      <w:r w:rsidRPr="00BA3DBF">
        <w:rPr>
          <w:rFonts w:cs="Times New Roman"/>
          <w:b/>
          <w:szCs w:val="24"/>
          <w:lang w:val="vi-VN"/>
        </w:rPr>
        <w:t xml:space="preserve"> </w:t>
      </w:r>
      <w:r w:rsidRPr="00BA3DBF">
        <w:rPr>
          <w:rFonts w:cs="Times New Roman"/>
          <w:position w:val="-12"/>
          <w:szCs w:val="24"/>
        </w:rPr>
        <w:object w:dxaOrig="940" w:dyaOrig="360">
          <v:shape id="_x0000_i1032" type="#_x0000_t75" style="width:47.55pt;height:18pt" o:ole="">
            <v:imagedata r:id="rId23" o:title=""/>
          </v:shape>
          <o:OLEObject Type="Embed" ProgID="Equation.DSMT4" ShapeID="_x0000_i1032" DrawAspect="Content" ObjectID="_1808506915" r:id="rId24"/>
        </w:object>
      </w:r>
      <w:r w:rsidRPr="00BA3DBF">
        <w:rPr>
          <w:rFonts w:cs="Times New Roman"/>
          <w:szCs w:val="24"/>
          <w:lang w:val="vi-VN"/>
        </w:rPr>
        <w:t>.</w:t>
      </w:r>
      <w:r w:rsidRPr="00BA3DBF">
        <w:rPr>
          <w:rFonts w:cs="Times New Roman"/>
          <w:b/>
          <w:color w:val="0000FF"/>
          <w:szCs w:val="24"/>
          <w:lang w:val="vi-VN"/>
        </w:rPr>
        <w:tab/>
        <w:t>C.</w:t>
      </w:r>
      <w:r w:rsidRPr="00BA3DBF">
        <w:rPr>
          <w:rFonts w:cs="Times New Roman"/>
          <w:b/>
          <w:szCs w:val="24"/>
          <w:lang w:val="vi-VN"/>
        </w:rPr>
        <w:t xml:space="preserve"> </w:t>
      </w:r>
      <w:r w:rsidRPr="00BA3DBF">
        <w:rPr>
          <w:rFonts w:cs="Times New Roman"/>
          <w:position w:val="-12"/>
          <w:szCs w:val="24"/>
        </w:rPr>
        <w:object w:dxaOrig="960" w:dyaOrig="360">
          <v:shape id="_x0000_i1033" type="#_x0000_t75" style="width:48pt;height:18pt" o:ole="">
            <v:imagedata r:id="rId25" o:title=""/>
          </v:shape>
          <o:OLEObject Type="Embed" ProgID="Equation.DSMT4" ShapeID="_x0000_i1033" DrawAspect="Content" ObjectID="_1808506916" r:id="rId26"/>
        </w:object>
      </w:r>
      <w:r w:rsidRPr="00BA3DBF">
        <w:rPr>
          <w:rFonts w:cs="Times New Roman"/>
          <w:szCs w:val="24"/>
          <w:lang w:val="vi-VN"/>
        </w:rPr>
        <w:t>.</w:t>
      </w:r>
      <w:r w:rsidRPr="00BA3DBF">
        <w:rPr>
          <w:rFonts w:cs="Times New Roman"/>
          <w:b/>
          <w:color w:val="0000FF"/>
          <w:szCs w:val="24"/>
          <w:lang w:val="vi-VN"/>
        </w:rPr>
        <w:tab/>
        <w:t>D.</w:t>
      </w:r>
      <w:r w:rsidRPr="00BA3DBF">
        <w:rPr>
          <w:rFonts w:cs="Times New Roman"/>
          <w:b/>
          <w:szCs w:val="24"/>
          <w:lang w:val="vi-VN"/>
        </w:rPr>
        <w:t xml:space="preserve"> </w:t>
      </w:r>
      <w:r w:rsidRPr="00BA3DBF">
        <w:rPr>
          <w:rFonts w:cs="Times New Roman"/>
          <w:position w:val="-12"/>
          <w:szCs w:val="24"/>
        </w:rPr>
        <w:object w:dxaOrig="840" w:dyaOrig="360">
          <v:shape id="_x0000_i1034" type="#_x0000_t75" style="width:42pt;height:18pt" o:ole="">
            <v:imagedata r:id="rId27" o:title=""/>
          </v:shape>
          <o:OLEObject Type="Embed" ProgID="Equation.DSMT4" ShapeID="_x0000_i1034" DrawAspect="Content" ObjectID="_1808506917" r:id="rId28"/>
        </w:object>
      </w:r>
    </w:p>
    <w:p w:rsidR="00BA3DBF" w:rsidRPr="00BA3DBF" w:rsidRDefault="00BA3DBF" w:rsidP="00BA3DBF">
      <w:pPr>
        <w:tabs>
          <w:tab w:val="left" w:pos="283"/>
          <w:tab w:val="left" w:pos="2835"/>
          <w:tab w:val="left" w:pos="5386"/>
          <w:tab w:val="left" w:pos="7937"/>
        </w:tabs>
        <w:spacing w:before="0" w:after="0"/>
        <w:ind w:firstLine="283"/>
        <w:rPr>
          <w:rFonts w:eastAsia="Calibri" w:cs="Times New Roman"/>
          <w:b/>
          <w:szCs w:val="24"/>
          <w:lang w:val="nl-NL"/>
        </w:rPr>
      </w:pPr>
      <w:r w:rsidRPr="00BA3DBF">
        <w:rPr>
          <w:rFonts w:eastAsia="Calibri" w:cs="Times New Roman"/>
          <w:b/>
          <w:color w:val="0000FF"/>
          <w:szCs w:val="24"/>
          <w:lang w:val="nl-NL"/>
        </w:rPr>
        <w:t>Lời giải</w:t>
      </w:r>
    </w:p>
    <w:p w:rsidR="00BA3DBF" w:rsidRPr="00BA3DBF" w:rsidRDefault="00BA3DBF" w:rsidP="00BA3DBF">
      <w:pPr>
        <w:pStyle w:val="ListParagraph"/>
        <w:tabs>
          <w:tab w:val="left" w:pos="283"/>
          <w:tab w:val="left" w:pos="2835"/>
          <w:tab w:val="left" w:pos="5386"/>
          <w:tab w:val="left" w:pos="7937"/>
        </w:tabs>
        <w:spacing w:before="0"/>
        <w:ind w:left="0" w:firstLine="283"/>
        <w:jc w:val="both"/>
        <w:rPr>
          <w:b/>
          <w:color w:val="0000FF"/>
          <w:sz w:val="24"/>
          <w:szCs w:val="24"/>
          <w:lang w:val="nl-NL"/>
        </w:rPr>
      </w:pPr>
      <w:r w:rsidRPr="00BA3DBF">
        <w:rPr>
          <w:b/>
          <w:color w:val="0000FF"/>
          <w:sz w:val="24"/>
          <w:szCs w:val="24"/>
          <w:highlight w:val="green"/>
          <w:lang w:val="nl-NL"/>
        </w:rPr>
        <w:t>Chọn B</w:t>
      </w:r>
    </w:p>
    <w:p w:rsidR="00BA3DBF" w:rsidRPr="00BA3DBF" w:rsidRDefault="00BA3DBF" w:rsidP="00BA3DBF">
      <w:pPr>
        <w:pStyle w:val="ListParagraph"/>
        <w:tabs>
          <w:tab w:val="left" w:pos="283"/>
          <w:tab w:val="left" w:pos="2835"/>
          <w:tab w:val="left" w:pos="5386"/>
          <w:tab w:val="left" w:pos="7937"/>
        </w:tabs>
        <w:spacing w:before="0"/>
        <w:ind w:left="0" w:firstLine="283"/>
        <w:jc w:val="both"/>
        <w:rPr>
          <w:sz w:val="24"/>
          <w:szCs w:val="24"/>
          <w:lang w:val="nl-NL"/>
        </w:rPr>
      </w:pPr>
      <w:r w:rsidRPr="00BA3DBF">
        <w:rPr>
          <w:sz w:val="24"/>
          <w:szCs w:val="24"/>
        </w:rPr>
        <w:t xml:space="preserve">Ta có </w:t>
      </w:r>
      <w:r w:rsidRPr="00BA3DBF">
        <w:rPr>
          <w:position w:val="-12"/>
          <w:sz w:val="24"/>
          <w:szCs w:val="24"/>
        </w:rPr>
        <w:object w:dxaOrig="1240" w:dyaOrig="360">
          <v:shape id="_x0000_i1035" type="#_x0000_t75" style="width:62.3pt;height:18pt" o:ole="">
            <v:imagedata r:id="rId29" o:title=""/>
          </v:shape>
          <o:OLEObject Type="Embed" ProgID="Equation.DSMT4" ShapeID="_x0000_i1035" DrawAspect="Content" ObjectID="_1808506918" r:id="rId30"/>
        </w:object>
      </w:r>
      <w:r w:rsidRPr="00BA3DBF">
        <w:rPr>
          <w:sz w:val="24"/>
          <w:szCs w:val="24"/>
        </w:rPr>
        <w:t>, suy ra</w:t>
      </w:r>
      <w:r w:rsidRPr="00BA3DBF">
        <w:rPr>
          <w:sz w:val="24"/>
          <w:szCs w:val="24"/>
          <w:lang w:val="nl-NL"/>
        </w:rPr>
        <w:t xml:space="preserve"> </w:t>
      </w:r>
      <w:r w:rsidRPr="00BA3DBF">
        <w:rPr>
          <w:position w:val="-6"/>
          <w:sz w:val="24"/>
          <w:szCs w:val="24"/>
        </w:rPr>
        <w:object w:dxaOrig="700" w:dyaOrig="279">
          <v:shape id="_x0000_i1036" type="#_x0000_t75" style="width:35.55pt;height:14.3pt" o:ole="">
            <v:imagedata r:id="rId31" o:title=""/>
          </v:shape>
          <o:OLEObject Type="Embed" ProgID="Equation.DSMT4" ShapeID="_x0000_i1036" DrawAspect="Content" ObjectID="_1808506919" r:id="rId32"/>
        </w:object>
      </w:r>
    </w:p>
    <w:p w:rsidR="00BA3DBF" w:rsidRPr="00BA3DBF" w:rsidRDefault="00BA3DBF" w:rsidP="00BA3DBF">
      <w:pPr>
        <w:pStyle w:val="ListParagraph"/>
        <w:tabs>
          <w:tab w:val="left" w:pos="283"/>
          <w:tab w:val="left" w:pos="2835"/>
          <w:tab w:val="left" w:pos="5386"/>
          <w:tab w:val="left" w:pos="7937"/>
        </w:tabs>
        <w:spacing w:before="0"/>
        <w:ind w:left="0" w:firstLine="283"/>
        <w:jc w:val="both"/>
        <w:rPr>
          <w:sz w:val="24"/>
          <w:szCs w:val="24"/>
          <w:lang w:val="nl-NL"/>
        </w:rPr>
      </w:pPr>
      <w:r w:rsidRPr="00BA3DBF">
        <w:rPr>
          <w:sz w:val="24"/>
          <w:szCs w:val="24"/>
          <w:lang w:val="nl-NL"/>
        </w:rPr>
        <w:t xml:space="preserve">Vậy </w:t>
      </w:r>
      <w:r w:rsidRPr="00BA3DBF">
        <w:rPr>
          <w:position w:val="-14"/>
          <w:sz w:val="24"/>
          <w:szCs w:val="24"/>
        </w:rPr>
        <w:object w:dxaOrig="3040" w:dyaOrig="400">
          <v:shape id="_x0000_i1037" type="#_x0000_t75" style="width:152.75pt;height:20.3pt" o:ole="">
            <v:imagedata r:id="rId33" o:title=""/>
          </v:shape>
          <o:OLEObject Type="Embed" ProgID="Equation.DSMT4" ShapeID="_x0000_i1037" DrawAspect="Content" ObjectID="_1808506920" r:id="rId34"/>
        </w:object>
      </w:r>
      <w:r w:rsidRPr="00BA3DBF">
        <w:rPr>
          <w:sz w:val="24"/>
          <w:szCs w:val="24"/>
          <w:lang w:val="nl-NL"/>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Cho hàm số </w:t>
      </w:r>
      <w:r w:rsidRPr="00BA3DBF">
        <w:rPr>
          <w:position w:val="-24"/>
          <w:sz w:val="24"/>
          <w:szCs w:val="24"/>
        </w:rPr>
        <w:object w:dxaOrig="1540" w:dyaOrig="620">
          <v:shape id="_x0000_i1038" type="#_x0000_t75" style="width:76.6pt;height:31.85pt" o:ole="">
            <v:imagedata r:id="rId35" o:title=""/>
          </v:shape>
          <o:OLEObject Type="Embed" ProgID="Equation.DSMT4" ShapeID="_x0000_i1038" DrawAspect="Content" ObjectID="_1808506921" r:id="rId36"/>
        </w:object>
      </w:r>
      <w:r w:rsidRPr="00BA3DBF">
        <w:rPr>
          <w:sz w:val="24"/>
          <w:szCs w:val="24"/>
        </w:rPr>
        <w:t xml:space="preserve">. Giá trị lớn nhất của hàm số trên đoạn </w:t>
      </w:r>
      <w:r w:rsidRPr="00BA3DBF">
        <w:rPr>
          <w:position w:val="-14"/>
          <w:sz w:val="24"/>
          <w:szCs w:val="24"/>
        </w:rPr>
        <w:object w:dxaOrig="639" w:dyaOrig="400">
          <v:shape id="_x0000_i1039" type="#_x0000_t75" style="width:31.85pt;height:19.4pt" o:ole="">
            <v:imagedata r:id="rId37" o:title=""/>
          </v:shape>
          <o:OLEObject Type="Embed" ProgID="Equation.DSMT4" ShapeID="_x0000_i1039" DrawAspect="Content" ObjectID="_1808506922" r:id="rId38"/>
        </w:object>
      </w:r>
      <w:r w:rsidRPr="00BA3DBF">
        <w:rPr>
          <w:sz w:val="24"/>
          <w:szCs w:val="24"/>
        </w:rPr>
        <w:t xml:space="preserve"> là</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color w:val="0000FF"/>
          <w:szCs w:val="24"/>
        </w:rPr>
        <w:t xml:space="preserve">A. </w:t>
      </w:r>
      <w:r w:rsidRPr="00BA3DBF">
        <w:rPr>
          <w:rFonts w:cs="Times New Roman"/>
          <w:position w:val="-24"/>
          <w:szCs w:val="24"/>
        </w:rPr>
        <w:object w:dxaOrig="340" w:dyaOrig="620">
          <v:shape id="_x0000_i1040" type="#_x0000_t75" style="width:16.6pt;height:31.85pt" o:ole="">
            <v:imagedata r:id="rId39" o:title=""/>
          </v:shape>
          <o:OLEObject Type="Embed" ProgID="Equation.DSMT4" ShapeID="_x0000_i1040" DrawAspect="Content" ObjectID="_1808506923" r:id="rId40"/>
        </w:object>
      </w:r>
      <w:r w:rsidRPr="00BA3DBF">
        <w:rPr>
          <w:rFonts w:cs="Times New Roman"/>
          <w:szCs w:val="24"/>
        </w:rPr>
        <w:t>.</w:t>
      </w:r>
      <w:r w:rsidRPr="00BA3DBF">
        <w:rPr>
          <w:rFonts w:cs="Times New Roman"/>
          <w:b/>
          <w:color w:val="0000FF"/>
          <w:szCs w:val="24"/>
        </w:rPr>
        <w:tab/>
      </w:r>
      <w:r w:rsidRPr="00BA3DBF">
        <w:rPr>
          <w:rFonts w:cs="Times New Roman"/>
          <w:b/>
          <w:color w:val="0000FF"/>
          <w:szCs w:val="24"/>
          <w:u w:val="single"/>
        </w:rPr>
        <w:t>B</w:t>
      </w:r>
      <w:r w:rsidRPr="00BA3DBF">
        <w:rPr>
          <w:rFonts w:cs="Times New Roman"/>
          <w:b/>
          <w:color w:val="0000FF"/>
          <w:szCs w:val="24"/>
        </w:rPr>
        <w:t xml:space="preserve">. </w:t>
      </w:r>
      <w:r w:rsidRPr="00BA3DBF">
        <w:rPr>
          <w:rFonts w:cs="Times New Roman"/>
          <w:position w:val="-24"/>
          <w:szCs w:val="24"/>
        </w:rPr>
        <w:object w:dxaOrig="360" w:dyaOrig="620">
          <v:shape id="_x0000_i1041" type="#_x0000_t75" style="width:18.45pt;height:31.85pt" o:ole="">
            <v:imagedata r:id="rId41" o:title=""/>
          </v:shape>
          <o:OLEObject Type="Embed" ProgID="Equation.DSMT4" ShapeID="_x0000_i1041" DrawAspect="Content" ObjectID="_1808506924" r:id="rId42"/>
        </w:object>
      </w:r>
      <w:r w:rsidRPr="00BA3DBF">
        <w:rPr>
          <w:rFonts w:cs="Times New Roman"/>
          <w:szCs w:val="24"/>
        </w:rPr>
        <w:t>.</w:t>
      </w:r>
      <w:r w:rsidRPr="00BA3DBF">
        <w:rPr>
          <w:rFonts w:cs="Times New Roman"/>
          <w:b/>
          <w:color w:val="0000FF"/>
          <w:szCs w:val="24"/>
        </w:rPr>
        <w:tab/>
        <w:t xml:space="preserve">C. </w:t>
      </w:r>
      <w:r w:rsidRPr="00BA3DBF">
        <w:rPr>
          <w:rFonts w:cs="Times New Roman"/>
          <w:position w:val="-4"/>
          <w:szCs w:val="24"/>
        </w:rPr>
        <w:object w:dxaOrig="320" w:dyaOrig="260">
          <v:shape id="_x0000_i1042" type="#_x0000_t75" style="width:16.15pt;height:13.4pt" o:ole="">
            <v:imagedata r:id="rId43" o:title=""/>
          </v:shape>
          <o:OLEObject Type="Embed" ProgID="Equation.DSMT4" ShapeID="_x0000_i1042" DrawAspect="Content" ObjectID="_1808506925" r:id="rId44"/>
        </w:object>
      </w:r>
      <w:r w:rsidRPr="00BA3DBF">
        <w:rPr>
          <w:rFonts w:cs="Times New Roman"/>
          <w:szCs w:val="24"/>
        </w:rPr>
        <w:t>.</w:t>
      </w:r>
      <w:r w:rsidRPr="00BA3DBF">
        <w:rPr>
          <w:rFonts w:cs="Times New Roman"/>
          <w:b/>
          <w:color w:val="0000FF"/>
          <w:szCs w:val="24"/>
        </w:rPr>
        <w:tab/>
        <w:t xml:space="preserve">D. </w:t>
      </w:r>
      <w:r w:rsidRPr="00BA3DBF">
        <w:rPr>
          <w:rFonts w:cs="Times New Roman"/>
          <w:position w:val="-24"/>
          <w:szCs w:val="24"/>
        </w:rPr>
        <w:object w:dxaOrig="520" w:dyaOrig="620">
          <v:shape id="_x0000_i1043" type="#_x0000_t75" style="width:25.85pt;height:31.85pt" o:ole="">
            <v:imagedata r:id="rId45" o:title=""/>
          </v:shape>
          <o:OLEObject Type="Embed" ProgID="Equation.DSMT4" ShapeID="_x0000_i1043" DrawAspect="Content" ObjectID="_1808506926" r:id="rId46"/>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 B</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rPr>
        <w:t xml:space="preserve">Hàm số </w:t>
      </w:r>
      <w:r w:rsidRPr="00BA3DBF">
        <w:rPr>
          <w:rFonts w:cs="Times New Roman"/>
          <w:position w:val="-24"/>
          <w:szCs w:val="24"/>
        </w:rPr>
        <w:object w:dxaOrig="1540" w:dyaOrig="620">
          <v:shape id="_x0000_i1044" type="#_x0000_t75" style="width:76.6pt;height:31.85pt" o:ole="">
            <v:imagedata r:id="rId47" o:title=""/>
          </v:shape>
          <o:OLEObject Type="Embed" ProgID="Equation.DSMT4" ShapeID="_x0000_i1044" DrawAspect="Content" ObjectID="_1808506927" r:id="rId48"/>
        </w:object>
      </w:r>
      <w:r w:rsidRPr="00BA3DBF">
        <w:rPr>
          <w:rFonts w:cs="Times New Roman"/>
          <w:szCs w:val="24"/>
        </w:rPr>
        <w:t xml:space="preserve"> có tập xác định </w:t>
      </w:r>
      <w:r w:rsidRPr="00BA3DBF">
        <w:rPr>
          <w:rFonts w:cs="Times New Roman"/>
          <w:position w:val="-14"/>
          <w:szCs w:val="24"/>
        </w:rPr>
        <w:object w:dxaOrig="1280" w:dyaOrig="400">
          <v:shape id="_x0000_i1045" type="#_x0000_t75" style="width:64.6pt;height:19.4pt" o:ole="">
            <v:imagedata r:id="rId49" o:title=""/>
          </v:shape>
          <o:OLEObject Type="Embed" ProgID="Equation.DSMT4" ShapeID="_x0000_i1045" DrawAspect="Content" ObjectID="_1808506928" r:id="rId5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vi-VN"/>
        </w:rPr>
      </w:pPr>
      <w:r w:rsidRPr="00BA3DBF">
        <w:rPr>
          <w:rFonts w:cs="Times New Roman"/>
          <w:szCs w:val="24"/>
          <w:lang w:val="vi-VN"/>
        </w:rPr>
        <w:t xml:space="preserve">Vì </w:t>
      </w:r>
      <w:r w:rsidRPr="00BA3DBF">
        <w:rPr>
          <w:rFonts w:cs="Times New Roman"/>
          <w:position w:val="-36"/>
          <w:szCs w:val="24"/>
        </w:rPr>
        <w:object w:dxaOrig="2860" w:dyaOrig="740">
          <v:shape id="_x0000_i1046" type="#_x0000_t75" style="width:143.55pt;height:37.4pt" o:ole="">
            <v:imagedata r:id="rId51" o:title=""/>
          </v:shape>
          <o:OLEObject Type="Embed" ProgID="Equation.DSMT4" ShapeID="_x0000_i1046" DrawAspect="Content" ObjectID="_1808506929" r:id="rId52"/>
        </w:object>
      </w:r>
      <w:r w:rsidRPr="00BA3DBF">
        <w:rPr>
          <w:rFonts w:cs="Times New Roman"/>
          <w:szCs w:val="24"/>
          <w:lang w:val="vi-VN"/>
        </w:rPr>
        <w:t xml:space="preserve"> nên hàm số đã cho đồng biến </w:t>
      </w:r>
      <w:r w:rsidRPr="00BA3DBF">
        <w:rPr>
          <w:rFonts w:cs="Times New Roman"/>
          <w:szCs w:val="24"/>
        </w:rPr>
        <w:t>tr</w:t>
      </w:r>
      <w:r w:rsidRPr="00BA3DBF">
        <w:rPr>
          <w:rFonts w:cs="Times New Roman"/>
          <w:szCs w:val="24"/>
          <w:lang w:val="vi-VN"/>
        </w:rPr>
        <w:t>ên mỗi khoảng xác định của hàm số, do đó hàm số đồng biến</w:t>
      </w:r>
      <w:r w:rsidRPr="00BA3DBF">
        <w:rPr>
          <w:rFonts w:cs="Times New Roman"/>
          <w:szCs w:val="24"/>
        </w:rPr>
        <w:t xml:space="preserve"> </w:t>
      </w:r>
      <w:r w:rsidRPr="00BA3DBF">
        <w:rPr>
          <w:rFonts w:cs="Times New Roman"/>
          <w:szCs w:val="24"/>
          <w:lang w:val="vi-VN"/>
        </w:rPr>
        <w:t xml:space="preserve">trên đoạn </w:t>
      </w:r>
      <w:r w:rsidRPr="00BA3DBF">
        <w:rPr>
          <w:rFonts w:cs="Times New Roman"/>
          <w:position w:val="-14"/>
          <w:szCs w:val="24"/>
        </w:rPr>
        <w:object w:dxaOrig="639" w:dyaOrig="400">
          <v:shape id="_x0000_i1047" type="#_x0000_t75" style="width:31.85pt;height:19.4pt" o:ole="">
            <v:imagedata r:id="rId53" o:title=""/>
          </v:shape>
          <o:OLEObject Type="Embed" ProgID="Equation.DSMT4" ShapeID="_x0000_i1047" DrawAspect="Content" ObjectID="_1808506930" r:id="rId54"/>
        </w:object>
      </w:r>
      <w:r w:rsidRPr="00BA3DBF">
        <w:rPr>
          <w:rFonts w:cs="Times New Roman"/>
          <w:szCs w:val="24"/>
          <w:lang w:val="vi-VN"/>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Vậy giá trị lớn nhất của hàm số trên đoạn </w:t>
      </w:r>
      <w:r w:rsidRPr="00BA3DBF">
        <w:rPr>
          <w:rFonts w:cs="Times New Roman"/>
          <w:position w:val="-14"/>
          <w:szCs w:val="24"/>
        </w:rPr>
        <w:object w:dxaOrig="639" w:dyaOrig="400">
          <v:shape id="_x0000_i1048" type="#_x0000_t75" style="width:31.85pt;height:19.4pt" o:ole="">
            <v:imagedata r:id="rId55" o:title=""/>
          </v:shape>
          <o:OLEObject Type="Embed" ProgID="Equation.DSMT4" ShapeID="_x0000_i1048" DrawAspect="Content" ObjectID="_1808506931" r:id="rId56"/>
        </w:object>
      </w:r>
      <w:r w:rsidRPr="00BA3DBF">
        <w:rPr>
          <w:rFonts w:cs="Times New Roman"/>
          <w:szCs w:val="24"/>
          <w:lang w:val="vi-VN"/>
        </w:rPr>
        <w:t xml:space="preserve"> là </w:t>
      </w:r>
      <w:r w:rsidRPr="00BA3DBF">
        <w:rPr>
          <w:rFonts w:cs="Times New Roman"/>
          <w:position w:val="-24"/>
          <w:szCs w:val="24"/>
        </w:rPr>
        <w:object w:dxaOrig="2960" w:dyaOrig="620">
          <v:shape id="_x0000_i1049" type="#_x0000_t75" style="width:148.15pt;height:31.85pt" o:ole="">
            <v:imagedata r:id="rId57" o:title=""/>
          </v:shape>
          <o:OLEObject Type="Embed" ProgID="Equation.DSMT4" ShapeID="_x0000_i1049" DrawAspect="Content" ObjectID="_1808506932" r:id="rId58"/>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sz w:val="24"/>
          <w:szCs w:val="24"/>
        </w:rPr>
      </w:pPr>
      <w:r w:rsidRPr="00BA3DBF">
        <w:rPr>
          <w:sz w:val="24"/>
          <w:szCs w:val="24"/>
        </w:rPr>
        <w:t xml:space="preserve">Cho hàm số </w:t>
      </w:r>
      <w:r w:rsidRPr="00BA3DBF">
        <w:rPr>
          <w:position w:val="-14"/>
          <w:sz w:val="24"/>
          <w:szCs w:val="24"/>
        </w:rPr>
        <w:object w:dxaOrig="960" w:dyaOrig="400">
          <v:shape id="_x0000_i1050" type="#_x0000_t75" style="width:48.45pt;height:19.4pt" o:ole="">
            <v:imagedata r:id="rId59" o:title=""/>
          </v:shape>
          <o:OLEObject Type="Embed" ProgID="Equation.DSMT4" ShapeID="_x0000_i1050" DrawAspect="Content" ObjectID="_1808506933" r:id="rId60"/>
        </w:object>
      </w:r>
      <w:r w:rsidRPr="00BA3DBF">
        <w:rPr>
          <w:sz w:val="24"/>
          <w:szCs w:val="24"/>
        </w:rPr>
        <w:t xml:space="preserve"> có bảng biến thiên như sau:</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noProof/>
          <w:color w:val="0000FF"/>
          <w:szCs w:val="24"/>
        </w:rPr>
        <w:drawing>
          <wp:inline distT="0" distB="0" distL="0" distR="0" wp14:anchorId="2E450956" wp14:editId="2983E66F">
            <wp:extent cx="3649163" cy="1404000"/>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6562" b="1"/>
                    <a:stretch/>
                  </pic:blipFill>
                  <pic:spPr bwMode="auto">
                    <a:xfrm>
                      <a:off x="0" y="0"/>
                      <a:ext cx="3649163" cy="1404000"/>
                    </a:xfrm>
                    <a:prstGeom prst="rect">
                      <a:avLst/>
                    </a:prstGeom>
                    <a:ln>
                      <a:noFill/>
                    </a:ln>
                    <a:extLst>
                      <a:ext uri="{53640926-AAD7-44D8-BBD7-CCE9431645EC}">
                        <a14:shadowObscured xmlns:a14="http://schemas.microsoft.com/office/drawing/2010/main"/>
                      </a:ext>
                    </a:extLst>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szCs w:val="24"/>
        </w:rPr>
        <w:t>Tổng số đường tiệm cận đứng và tiệm cận ngang của đồ thị hàm số đã cho là:</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color w:val="0000FF"/>
          <w:szCs w:val="24"/>
        </w:rPr>
        <w:t xml:space="preserve">A. </w:t>
      </w:r>
      <w:r w:rsidRPr="00BA3DBF">
        <w:rPr>
          <w:rFonts w:cs="Times New Roman"/>
          <w:position w:val="-4"/>
          <w:szCs w:val="24"/>
        </w:rPr>
        <w:object w:dxaOrig="200" w:dyaOrig="260">
          <v:shape id="_x0000_i1051" type="#_x0000_t75" style="width:10.6pt;height:13.4pt" o:ole="">
            <v:imagedata r:id="rId62" o:title=""/>
          </v:shape>
          <o:OLEObject Type="Embed" ProgID="Equation.DSMT4" ShapeID="_x0000_i1051" DrawAspect="Content" ObjectID="_1808506934" r:id="rId63"/>
        </w:object>
      </w:r>
      <w:r w:rsidRPr="00BA3DBF">
        <w:rPr>
          <w:rFonts w:cs="Times New Roman"/>
          <w:szCs w:val="24"/>
        </w:rPr>
        <w:t>.</w:t>
      </w:r>
      <w:r w:rsidRPr="00BA3DBF">
        <w:rPr>
          <w:rFonts w:cs="Times New Roman"/>
          <w:b/>
          <w:color w:val="0000FF"/>
          <w:szCs w:val="24"/>
        </w:rPr>
        <w:tab/>
        <w:t xml:space="preserve">B. </w:t>
      </w:r>
      <w:r w:rsidRPr="00BA3DBF">
        <w:rPr>
          <w:rFonts w:cs="Times New Roman"/>
          <w:position w:val="-4"/>
          <w:szCs w:val="24"/>
        </w:rPr>
        <w:object w:dxaOrig="139" w:dyaOrig="260">
          <v:shape id="_x0000_i1052" type="#_x0000_t75" style="width:7.4pt;height:13.4pt" o:ole="">
            <v:imagedata r:id="rId64" o:title=""/>
          </v:shape>
          <o:OLEObject Type="Embed" ProgID="Equation.DSMT4" ShapeID="_x0000_i1052" DrawAspect="Content" ObjectID="_1808506935" r:id="rId65"/>
        </w:object>
      </w:r>
      <w:r w:rsidRPr="00BA3DBF">
        <w:rPr>
          <w:rFonts w:cs="Times New Roman"/>
          <w:szCs w:val="24"/>
        </w:rPr>
        <w:t>.</w:t>
      </w:r>
      <w:r w:rsidRPr="00BA3DBF">
        <w:rPr>
          <w:rFonts w:cs="Times New Roman"/>
          <w:b/>
          <w:color w:val="0000FF"/>
          <w:szCs w:val="24"/>
        </w:rPr>
        <w:tab/>
        <w:t xml:space="preserve">C. </w:t>
      </w:r>
      <w:r w:rsidRPr="00BA3DBF">
        <w:rPr>
          <w:rFonts w:cs="Times New Roman"/>
          <w:position w:val="-6"/>
          <w:szCs w:val="24"/>
        </w:rPr>
        <w:object w:dxaOrig="180" w:dyaOrig="279">
          <v:shape id="_x0000_i1053" type="#_x0000_t75" style="width:9.25pt;height:13.85pt" o:ole="">
            <v:imagedata r:id="rId66" o:title=""/>
          </v:shape>
          <o:OLEObject Type="Embed" ProgID="Equation.DSMT4" ShapeID="_x0000_i1053" DrawAspect="Content" ObjectID="_1808506936" r:id="rId67"/>
        </w:object>
      </w:r>
      <w:r w:rsidRPr="00BA3DBF">
        <w:rPr>
          <w:rFonts w:cs="Times New Roman"/>
          <w:szCs w:val="24"/>
        </w:rPr>
        <w:t>.</w:t>
      </w:r>
      <w:r w:rsidRPr="00BA3DBF">
        <w:rPr>
          <w:rFonts w:cs="Times New Roman"/>
          <w:b/>
          <w:color w:val="0000FF"/>
          <w:szCs w:val="24"/>
        </w:rPr>
        <w:tab/>
      </w:r>
      <w:r w:rsidRPr="00BA3DBF">
        <w:rPr>
          <w:rFonts w:cs="Times New Roman"/>
          <w:b/>
          <w:color w:val="0000FF"/>
          <w:szCs w:val="24"/>
          <w:u w:val="single"/>
        </w:rPr>
        <w:t>D</w:t>
      </w:r>
      <w:r w:rsidRPr="00BA3DBF">
        <w:rPr>
          <w:rFonts w:cs="Times New Roman"/>
          <w:b/>
          <w:color w:val="0000FF"/>
          <w:szCs w:val="24"/>
        </w:rPr>
        <w:t xml:space="preserve">. </w:t>
      </w:r>
      <w:r w:rsidRPr="00BA3DBF">
        <w:rPr>
          <w:rFonts w:cs="Times New Roman"/>
          <w:position w:val="-4"/>
          <w:szCs w:val="24"/>
        </w:rPr>
        <w:object w:dxaOrig="200" w:dyaOrig="260">
          <v:shape id="_x0000_i1054" type="#_x0000_t75" style="width:10.6pt;height:13.4pt" o:ole="">
            <v:imagedata r:id="rId68" o:title=""/>
          </v:shape>
          <o:OLEObject Type="Embed" ProgID="Equation.DSMT4" ShapeID="_x0000_i1054" DrawAspect="Content" ObjectID="_1808506937" r:id="rId69"/>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 D</w:t>
      </w:r>
    </w:p>
    <w:p w:rsidR="00BA3DBF" w:rsidRPr="00BA3DBF" w:rsidRDefault="00BA3DBF" w:rsidP="00BA3DBF">
      <w:pPr>
        <w:tabs>
          <w:tab w:val="left" w:pos="283"/>
          <w:tab w:val="left" w:pos="2835"/>
          <w:tab w:val="left" w:pos="5386"/>
          <w:tab w:val="left" w:pos="7937"/>
        </w:tabs>
        <w:spacing w:before="0" w:after="0"/>
        <w:ind w:firstLine="283"/>
        <w:rPr>
          <w:rFonts w:cs="Times New Roman"/>
          <w:noProof/>
          <w:szCs w:val="24"/>
        </w:rPr>
      </w:pPr>
      <w:r w:rsidRPr="00BA3DBF">
        <w:rPr>
          <w:rFonts w:cs="Times New Roman"/>
          <w:noProof/>
          <w:szCs w:val="24"/>
        </w:rPr>
        <w:t>Quan sát bảng biến thiên ta thấy:</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20"/>
          <w:szCs w:val="24"/>
        </w:rPr>
        <w:object w:dxaOrig="1380" w:dyaOrig="460">
          <v:shape id="_x0000_i1055" type="#_x0000_t75" style="width:69.7pt;height:22.6pt" o:ole="">
            <v:imagedata r:id="rId70" o:title=""/>
          </v:shape>
          <o:OLEObject Type="Embed" ProgID="Equation.DSMT4" ShapeID="_x0000_i1055" DrawAspect="Content" ObjectID="_1808506938" r:id="rId71"/>
        </w:object>
      </w:r>
      <w:r w:rsidRPr="00BA3DBF">
        <w:rPr>
          <w:rFonts w:cs="Times New Roman"/>
          <w:szCs w:val="24"/>
        </w:rPr>
        <w:t xml:space="preserve"> nên đường thẳng </w:t>
      </w:r>
      <w:r w:rsidRPr="00BA3DBF">
        <w:rPr>
          <w:rFonts w:cs="Times New Roman"/>
          <w:position w:val="-10"/>
          <w:szCs w:val="24"/>
        </w:rPr>
        <w:object w:dxaOrig="580" w:dyaOrig="320">
          <v:shape id="_x0000_i1056" type="#_x0000_t75" style="width:28.6pt;height:16.15pt" o:ole="">
            <v:imagedata r:id="rId72" o:title=""/>
          </v:shape>
          <o:OLEObject Type="Embed" ProgID="Equation.DSMT4" ShapeID="_x0000_i1056" DrawAspect="Content" ObjectID="_1808506939" r:id="rId73"/>
        </w:object>
      </w:r>
      <w:r w:rsidRPr="00BA3DBF">
        <w:rPr>
          <w:rFonts w:cs="Times New Roman"/>
          <w:szCs w:val="24"/>
        </w:rPr>
        <w:t xml:space="preserve"> là tiệm cận ngang của đồ thị hàm số.</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20"/>
          <w:szCs w:val="24"/>
        </w:rPr>
        <w:object w:dxaOrig="1520" w:dyaOrig="460">
          <v:shape id="_x0000_i1057" type="#_x0000_t75" style="width:76.15pt;height:22.6pt" o:ole="">
            <v:imagedata r:id="rId74" o:title=""/>
          </v:shape>
          <o:OLEObject Type="Embed" ProgID="Equation.DSMT4" ShapeID="_x0000_i1057" DrawAspect="Content" ObjectID="_1808506940" r:id="rId75"/>
        </w:object>
      </w:r>
      <w:r w:rsidRPr="00BA3DBF">
        <w:rPr>
          <w:rFonts w:cs="Times New Roman"/>
          <w:szCs w:val="24"/>
        </w:rPr>
        <w:t xml:space="preserve"> nên đường thẳng </w:t>
      </w:r>
      <w:r w:rsidRPr="00BA3DBF">
        <w:rPr>
          <w:rFonts w:cs="Times New Roman"/>
          <w:position w:val="-6"/>
          <w:szCs w:val="24"/>
        </w:rPr>
        <w:object w:dxaOrig="560" w:dyaOrig="279">
          <v:shape id="_x0000_i1058" type="#_x0000_t75" style="width:28.15pt;height:13.85pt" o:ole="">
            <v:imagedata r:id="rId76" o:title=""/>
          </v:shape>
          <o:OLEObject Type="Embed" ProgID="Equation.DSMT4" ShapeID="_x0000_i1058" DrawAspect="Content" ObjectID="_1808506941" r:id="rId77"/>
        </w:object>
      </w:r>
      <w:r w:rsidRPr="00BA3DBF">
        <w:rPr>
          <w:rFonts w:cs="Times New Roman"/>
          <w:szCs w:val="24"/>
        </w:rPr>
        <w:t xml:space="preserve"> là tiệm cận đứng của đồ thị hàm số.</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Vậy đồ thị hàm số có 1 đường tiệm cận đứng và 1 đường tiệm cận ngang.</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Trong mặt phẳng toạ độ </w:t>
      </w:r>
      <w:r w:rsidRPr="00BA3DBF">
        <w:rPr>
          <w:position w:val="-10"/>
          <w:sz w:val="24"/>
          <w:szCs w:val="24"/>
        </w:rPr>
        <w:object w:dxaOrig="560" w:dyaOrig="320">
          <v:shape id="_x0000_i1059" type="#_x0000_t75" style="width:28.15pt;height:16.15pt" o:ole="">
            <v:imagedata r:id="rId78" o:title=""/>
          </v:shape>
          <o:OLEObject Type="Embed" ProgID="Equation.DSMT4" ShapeID="_x0000_i1059" DrawAspect="Content" ObjectID="_1808506942" r:id="rId79"/>
        </w:object>
      </w:r>
      <w:r w:rsidRPr="00BA3DBF">
        <w:rPr>
          <w:bCs/>
          <w:sz w:val="24"/>
          <w:szCs w:val="24"/>
        </w:rPr>
        <w:t xml:space="preserve">, cho </w:t>
      </w:r>
      <w:r w:rsidRPr="00BA3DBF">
        <w:rPr>
          <w:position w:val="-14"/>
          <w:sz w:val="24"/>
          <w:szCs w:val="24"/>
        </w:rPr>
        <w:object w:dxaOrig="1280" w:dyaOrig="420">
          <v:shape id="_x0000_i1060" type="#_x0000_t75" style="width:64.6pt;height:21.25pt" o:ole="">
            <v:imagedata r:id="rId80" o:title=""/>
          </v:shape>
          <o:OLEObject Type="Embed" ProgID="Equation.DSMT4" ShapeID="_x0000_i1060" DrawAspect="Content" ObjectID="_1808506943" r:id="rId81"/>
        </w:object>
      </w:r>
      <w:r w:rsidRPr="00BA3DBF">
        <w:rPr>
          <w:bCs/>
          <w:sz w:val="24"/>
          <w:szCs w:val="24"/>
        </w:rPr>
        <w:t xml:space="preserve"> và </w:t>
      </w:r>
      <w:r w:rsidRPr="00BA3DBF">
        <w:rPr>
          <w:position w:val="-14"/>
          <w:sz w:val="24"/>
          <w:szCs w:val="24"/>
        </w:rPr>
        <w:object w:dxaOrig="1100" w:dyaOrig="420">
          <v:shape id="_x0000_i1061" type="#_x0000_t75" style="width:55.4pt;height:21.25pt" o:ole="">
            <v:imagedata r:id="rId82" o:title=""/>
          </v:shape>
          <o:OLEObject Type="Embed" ProgID="Equation.DSMT4" ShapeID="_x0000_i1061" DrawAspect="Content" ObjectID="_1808506944" r:id="rId83"/>
        </w:object>
      </w:r>
      <w:r w:rsidRPr="00BA3DBF">
        <w:rPr>
          <w:bCs/>
          <w:sz w:val="24"/>
          <w:szCs w:val="24"/>
        </w:rPr>
        <w:t xml:space="preserve">. Toạ độ của vectơ </w:t>
      </w:r>
      <w:r w:rsidRPr="00BA3DBF">
        <w:rPr>
          <w:position w:val="-6"/>
          <w:sz w:val="24"/>
          <w:szCs w:val="24"/>
        </w:rPr>
        <w:object w:dxaOrig="520" w:dyaOrig="340">
          <v:shape id="_x0000_i1062" type="#_x0000_t75" style="width:25.85pt;height:16.6pt" o:ole="">
            <v:imagedata r:id="rId84" o:title=""/>
          </v:shape>
          <o:OLEObject Type="Embed" ProgID="Equation.DSMT4" ShapeID="_x0000_i1062" DrawAspect="Content" ObjectID="_1808506945" r:id="rId85"/>
        </w:object>
      </w:r>
      <w:r w:rsidRPr="00BA3DBF">
        <w:rPr>
          <w:bCs/>
          <w:sz w:val="24"/>
          <w:szCs w:val="24"/>
        </w:rPr>
        <w:t xml:space="preserve">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u w:val="single"/>
          <w:lang w:val="nl-NL"/>
        </w:rPr>
        <w:t>A</w:t>
      </w:r>
      <w:r w:rsidRPr="00BA3DBF">
        <w:rPr>
          <w:rFonts w:cs="Times New Roman"/>
          <w:b/>
          <w:color w:val="0000FF"/>
          <w:szCs w:val="24"/>
          <w:lang w:val="nl-NL"/>
        </w:rPr>
        <w:t xml:space="preserve">. </w:t>
      </w:r>
      <w:r w:rsidRPr="00BA3DBF">
        <w:rPr>
          <w:rFonts w:cs="Times New Roman"/>
          <w:position w:val="-14"/>
          <w:szCs w:val="24"/>
        </w:rPr>
        <w:object w:dxaOrig="1700" w:dyaOrig="420">
          <v:shape id="_x0000_i1063" type="#_x0000_t75" style="width:85.4pt;height:21.25pt" o:ole="">
            <v:imagedata r:id="rId86" o:title=""/>
          </v:shape>
          <o:OLEObject Type="Embed" ProgID="Equation.DSMT4" ShapeID="_x0000_i1063" DrawAspect="Content" ObjectID="_1808506946" r:id="rId87"/>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B. </w:t>
      </w:r>
      <w:r w:rsidRPr="00BA3DBF">
        <w:rPr>
          <w:rFonts w:cs="Times New Roman"/>
          <w:position w:val="-14"/>
          <w:szCs w:val="24"/>
        </w:rPr>
        <w:object w:dxaOrig="1860" w:dyaOrig="420">
          <v:shape id="_x0000_i1064" type="#_x0000_t75" style="width:93.7pt;height:21.25pt" o:ole="">
            <v:imagedata r:id="rId88" o:title=""/>
          </v:shape>
          <o:OLEObject Type="Embed" ProgID="Equation.DSMT4" ShapeID="_x0000_i1064" DrawAspect="Content" ObjectID="_1808506947" r:id="rId89"/>
        </w:object>
      </w:r>
      <w:r w:rsidRPr="00BA3DBF">
        <w:rPr>
          <w:rFonts w:cs="Times New Roman"/>
          <w:szCs w:val="24"/>
        </w:rPr>
        <w:t>.</w:t>
      </w:r>
      <w:r w:rsidRPr="00BA3DBF">
        <w:rPr>
          <w:rFonts w:cs="Times New Roman"/>
          <w:szCs w:val="24"/>
        </w:rPr>
        <w:tab/>
      </w:r>
      <w:r w:rsidRPr="00BA3DBF">
        <w:rPr>
          <w:rFonts w:cs="Times New Roman"/>
          <w:b/>
          <w:color w:val="0000FF"/>
          <w:szCs w:val="24"/>
          <w:lang w:val="nl-NL"/>
        </w:rPr>
        <w:t xml:space="preserve">C. </w:t>
      </w:r>
      <w:r w:rsidRPr="00BA3DBF">
        <w:rPr>
          <w:rFonts w:cs="Times New Roman"/>
          <w:position w:val="-14"/>
          <w:szCs w:val="24"/>
        </w:rPr>
        <w:object w:dxaOrig="1579" w:dyaOrig="420">
          <v:shape id="_x0000_i1065" type="#_x0000_t75" style="width:79.4pt;height:21.25pt" o:ole="">
            <v:imagedata r:id="rId90" o:title=""/>
          </v:shape>
          <o:OLEObject Type="Embed" ProgID="Equation.DSMT4" ShapeID="_x0000_i1065" DrawAspect="Content" ObjectID="_1808506948" r:id="rId91"/>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D. </w:t>
      </w:r>
      <w:r w:rsidRPr="00BA3DBF">
        <w:rPr>
          <w:rFonts w:cs="Times New Roman"/>
          <w:position w:val="-14"/>
          <w:szCs w:val="24"/>
        </w:rPr>
        <w:object w:dxaOrig="1700" w:dyaOrig="420">
          <v:shape id="_x0000_i1066" type="#_x0000_t75" style="width:85.4pt;height:21.25pt" o:ole="">
            <v:imagedata r:id="rId92" o:title=""/>
          </v:shape>
          <o:OLEObject Type="Embed" ProgID="Equation.DSMT4" ShapeID="_x0000_i1066" DrawAspect="Content" ObjectID="_1808506949" r:id="rId93"/>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 A</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14"/>
          <w:szCs w:val="24"/>
        </w:rPr>
        <w:object w:dxaOrig="1700" w:dyaOrig="420">
          <v:shape id="_x0000_i1067" type="#_x0000_t75" style="width:85.4pt;height:21.25pt" o:ole="">
            <v:imagedata r:id="rId94" o:title=""/>
          </v:shape>
          <o:OLEObject Type="Embed" ProgID="Equation.DSMT4" ShapeID="_x0000_i1067" DrawAspect="Content" ObjectID="_1808506950" r:id="rId95"/>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sz w:val="24"/>
          <w:szCs w:val="24"/>
        </w:rPr>
      </w:pPr>
      <w:r w:rsidRPr="00BA3DBF">
        <w:rPr>
          <w:sz w:val="24"/>
          <w:szCs w:val="24"/>
        </w:rPr>
        <w:t>Mỗi ngày bà Minh đều đi bộ để rèn luyện sức khoẻ. Quãng đường đi bộ mỗi ngày (đơn vị: km) của bà Minh trong 20 ngày được thống kê lại ở bảng sau:</w:t>
      </w:r>
    </w:p>
    <w:p w:rsidR="00BA3DBF" w:rsidRPr="00BA3DBF" w:rsidRDefault="00BA3DBF" w:rsidP="008B770D">
      <w:pPr>
        <w:tabs>
          <w:tab w:val="left" w:pos="283"/>
          <w:tab w:val="left" w:pos="2835"/>
          <w:tab w:val="left" w:pos="5386"/>
          <w:tab w:val="left" w:pos="7937"/>
        </w:tabs>
        <w:spacing w:before="0" w:after="0"/>
        <w:ind w:firstLine="283"/>
        <w:jc w:val="center"/>
        <w:rPr>
          <w:rFonts w:cs="Times New Roman"/>
          <w:b/>
          <w:color w:val="0000FF"/>
          <w:szCs w:val="24"/>
        </w:rPr>
      </w:pPr>
      <w:r w:rsidRPr="00BA3DBF">
        <w:rPr>
          <w:rFonts w:cs="Times New Roman"/>
          <w:b/>
          <w:noProof/>
          <w:color w:val="0000FF"/>
          <w:szCs w:val="24"/>
        </w:rPr>
        <w:drawing>
          <wp:inline distT="0" distB="0" distL="0" distR="0" wp14:anchorId="442C0106" wp14:editId="67300EB5">
            <wp:extent cx="5134692" cy="409632"/>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34692" cy="409632"/>
                    </a:xfrm>
                    <a:prstGeom prst="rect">
                      <a:avLst/>
                    </a:prstGeom>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szCs w:val="24"/>
        </w:rPr>
        <w:t>Khoảng biến thiên của mẫu số liệu ghép nhóm là</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color w:val="0000FF"/>
          <w:szCs w:val="24"/>
          <w:u w:val="single"/>
        </w:rPr>
        <w:t>A</w:t>
      </w:r>
      <w:r w:rsidRPr="00BA3DBF">
        <w:rPr>
          <w:rFonts w:cs="Times New Roman"/>
          <w:b/>
          <w:color w:val="0000FF"/>
          <w:szCs w:val="24"/>
        </w:rPr>
        <w:t xml:space="preserve">. </w:t>
      </w:r>
      <w:r w:rsidRPr="00BA3DBF">
        <w:rPr>
          <w:rFonts w:cs="Times New Roman"/>
          <w:position w:val="-14"/>
          <w:szCs w:val="24"/>
        </w:rPr>
        <w:object w:dxaOrig="859" w:dyaOrig="400">
          <v:shape id="_x0000_i1068" type="#_x0000_t75" style="width:43.4pt;height:19.4pt" o:ole="">
            <v:imagedata r:id="rId97" o:title=""/>
          </v:shape>
          <o:OLEObject Type="Embed" ProgID="Equation.DSMT4" ShapeID="_x0000_i1068" DrawAspect="Content" ObjectID="_1808506951" r:id="rId98"/>
        </w:object>
      </w:r>
      <w:r w:rsidRPr="00BA3DBF">
        <w:rPr>
          <w:rFonts w:cs="Times New Roman"/>
          <w:szCs w:val="24"/>
        </w:rPr>
        <w:t>.</w:t>
      </w:r>
      <w:r w:rsidRPr="00BA3DBF">
        <w:rPr>
          <w:rFonts w:cs="Times New Roman"/>
          <w:b/>
          <w:color w:val="0000FF"/>
          <w:szCs w:val="24"/>
        </w:rPr>
        <w:tab/>
        <w:t xml:space="preserve">B. </w:t>
      </w:r>
      <w:r w:rsidRPr="00BA3DBF">
        <w:rPr>
          <w:rFonts w:cs="Times New Roman"/>
          <w:position w:val="-14"/>
          <w:szCs w:val="24"/>
        </w:rPr>
        <w:object w:dxaOrig="920" w:dyaOrig="400">
          <v:shape id="_x0000_i1069" type="#_x0000_t75" style="width:46.15pt;height:19.4pt" o:ole="">
            <v:imagedata r:id="rId99" o:title=""/>
          </v:shape>
          <o:OLEObject Type="Embed" ProgID="Equation.DSMT4" ShapeID="_x0000_i1069" DrawAspect="Content" ObjectID="_1808506952" r:id="rId100"/>
        </w:object>
      </w:r>
      <w:r w:rsidRPr="00BA3DBF">
        <w:rPr>
          <w:rFonts w:cs="Times New Roman"/>
          <w:szCs w:val="24"/>
        </w:rPr>
        <w:t>.</w:t>
      </w:r>
      <w:r w:rsidRPr="00BA3DBF">
        <w:rPr>
          <w:rFonts w:cs="Times New Roman"/>
          <w:b/>
          <w:color w:val="0000FF"/>
          <w:szCs w:val="24"/>
        </w:rPr>
        <w:tab/>
        <w:t xml:space="preserve">C. </w:t>
      </w:r>
      <w:r w:rsidRPr="00BA3DBF">
        <w:rPr>
          <w:rFonts w:cs="Times New Roman"/>
          <w:position w:val="-14"/>
          <w:szCs w:val="24"/>
        </w:rPr>
        <w:object w:dxaOrig="920" w:dyaOrig="400">
          <v:shape id="_x0000_i1070" type="#_x0000_t75" style="width:46.15pt;height:19.4pt" o:ole="">
            <v:imagedata r:id="rId101" o:title=""/>
          </v:shape>
          <o:OLEObject Type="Embed" ProgID="Equation.DSMT4" ShapeID="_x0000_i1070" DrawAspect="Content" ObjectID="_1808506953" r:id="rId102"/>
        </w:object>
      </w:r>
      <w:r w:rsidRPr="00BA3DBF">
        <w:rPr>
          <w:rFonts w:cs="Times New Roman"/>
          <w:szCs w:val="24"/>
        </w:rPr>
        <w:t>.</w:t>
      </w:r>
      <w:r w:rsidRPr="00BA3DBF">
        <w:rPr>
          <w:rFonts w:cs="Times New Roman"/>
          <w:b/>
          <w:color w:val="0000FF"/>
          <w:szCs w:val="24"/>
        </w:rPr>
        <w:tab/>
        <w:t xml:space="preserve">D. </w:t>
      </w:r>
      <w:r w:rsidRPr="00BA3DBF">
        <w:rPr>
          <w:rFonts w:cs="Times New Roman"/>
          <w:position w:val="-14"/>
          <w:szCs w:val="24"/>
        </w:rPr>
        <w:object w:dxaOrig="900" w:dyaOrig="400">
          <v:shape id="_x0000_i1071" type="#_x0000_t75" style="width:45.7pt;height:19.4pt" o:ole="">
            <v:imagedata r:id="rId103" o:title=""/>
          </v:shape>
          <o:OLEObject Type="Embed" ProgID="Equation.DSMT4" ShapeID="_x0000_i1071" DrawAspect="Content" ObjectID="_1808506954" r:id="rId10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 A</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rPr>
        <w:t xml:space="preserve">Khoảng biến thiên của mẫu số liệu ghép nhóm là </w:t>
      </w:r>
      <w:r w:rsidRPr="00BA3DBF">
        <w:rPr>
          <w:rFonts w:cs="Times New Roman"/>
          <w:position w:val="-14"/>
          <w:szCs w:val="24"/>
        </w:rPr>
        <w:object w:dxaOrig="2380" w:dyaOrig="400">
          <v:shape id="_x0000_i1072" type="#_x0000_t75" style="width:118.6pt;height:19.4pt" o:ole="">
            <v:imagedata r:id="rId105" o:title=""/>
          </v:shape>
          <o:OLEObject Type="Embed" ProgID="Equation.DSMT4" ShapeID="_x0000_i1072" DrawAspect="Content" ObjectID="_1808506955" r:id="rId106"/>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Cho hàm số </w:t>
      </w:r>
      <w:r w:rsidRPr="00BA3DBF">
        <w:rPr>
          <w:position w:val="-14"/>
          <w:sz w:val="24"/>
          <w:szCs w:val="24"/>
        </w:rPr>
        <w:object w:dxaOrig="1680" w:dyaOrig="400">
          <v:shape id="_x0000_i1073" type="#_x0000_t75" style="width:84pt;height:19.4pt" o:ole="">
            <v:imagedata r:id="rId107" o:title=""/>
          </v:shape>
          <o:OLEObject Type="Embed" ProgID="Equation.DSMT4" ShapeID="_x0000_i1073" DrawAspect="Content" ObjectID="_1808506956" r:id="rId108"/>
        </w:object>
      </w:r>
      <w:r w:rsidRPr="00BA3DBF">
        <w:rPr>
          <w:sz w:val="24"/>
          <w:szCs w:val="24"/>
        </w:rPr>
        <w:t xml:space="preserve"> xác định trên </w:t>
      </w:r>
      <w:r w:rsidRPr="00BA3DBF">
        <w:rPr>
          <w:position w:val="-4"/>
          <w:sz w:val="24"/>
          <w:szCs w:val="24"/>
        </w:rPr>
        <w:object w:dxaOrig="260" w:dyaOrig="260">
          <v:shape id="_x0000_i1074" type="#_x0000_t75" style="width:13.4pt;height:13.4pt" o:ole="">
            <v:imagedata r:id="rId109" o:title=""/>
          </v:shape>
          <o:OLEObject Type="Embed" ProgID="Equation.DSMT4" ShapeID="_x0000_i1074" DrawAspect="Content" ObjectID="_1808506957" r:id="rId110"/>
        </w:object>
      </w:r>
      <w:r w:rsidRPr="00BA3DBF">
        <w:rPr>
          <w:sz w:val="24"/>
          <w:szCs w:val="24"/>
        </w:rPr>
        <w:t xml:space="preserve">, khi đó </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color w:val="0000FF"/>
          <w:szCs w:val="24"/>
          <w:lang w:val="nl-NL"/>
        </w:rPr>
      </w:pPr>
      <w:r w:rsidRPr="00BA3DBF">
        <w:rPr>
          <w:rFonts w:cs="Times New Roman"/>
          <w:b/>
          <w:color w:val="0000FF"/>
          <w:szCs w:val="24"/>
          <w:u w:val="single"/>
          <w:lang w:val="nl-NL"/>
        </w:rPr>
        <w:t>A</w:t>
      </w:r>
      <w:r w:rsidRPr="00BA3DBF">
        <w:rPr>
          <w:rFonts w:cs="Times New Roman"/>
          <w:b/>
          <w:color w:val="0000FF"/>
          <w:szCs w:val="24"/>
          <w:lang w:val="nl-NL"/>
        </w:rPr>
        <w:t xml:space="preserve">. </w:t>
      </w:r>
      <w:r w:rsidRPr="00BA3DBF">
        <w:rPr>
          <w:rFonts w:cs="Times New Roman"/>
          <w:position w:val="-16"/>
          <w:szCs w:val="24"/>
        </w:rPr>
        <w:object w:dxaOrig="2380" w:dyaOrig="440">
          <v:shape id="_x0000_i1075" type="#_x0000_t75" style="width:118.6pt;height:22.6pt" o:ole="">
            <v:imagedata r:id="rId111" o:title=""/>
          </v:shape>
          <o:OLEObject Type="Embed" ProgID="Equation.DSMT4" ShapeID="_x0000_i1075" DrawAspect="Content" ObjectID="_1808506958" r:id="rId112"/>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B. </w:t>
      </w:r>
      <w:r w:rsidRPr="00BA3DBF">
        <w:rPr>
          <w:rFonts w:cs="Times New Roman"/>
          <w:position w:val="-16"/>
          <w:szCs w:val="24"/>
        </w:rPr>
        <w:object w:dxaOrig="2360" w:dyaOrig="440">
          <v:shape id="_x0000_i1076" type="#_x0000_t75" style="width:118.15pt;height:22.6pt" o:ole="">
            <v:imagedata r:id="rId113" o:title=""/>
          </v:shape>
          <o:OLEObject Type="Embed" ProgID="Equation.DSMT4" ShapeID="_x0000_i1076" DrawAspect="Content" ObjectID="_1808506959" r:id="rId11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lang w:val="nl-NL"/>
        </w:rPr>
        <w:t xml:space="preserve">C. </w:t>
      </w:r>
      <w:r w:rsidRPr="00BA3DBF">
        <w:rPr>
          <w:rFonts w:cs="Times New Roman"/>
          <w:position w:val="-16"/>
          <w:szCs w:val="24"/>
        </w:rPr>
        <w:object w:dxaOrig="2600" w:dyaOrig="440">
          <v:shape id="_x0000_i1077" type="#_x0000_t75" style="width:130.15pt;height:22.6pt" o:ole="">
            <v:imagedata r:id="rId115" o:title=""/>
          </v:shape>
          <o:OLEObject Type="Embed" ProgID="Equation.DSMT4" ShapeID="_x0000_i1077" DrawAspect="Content" ObjectID="_1808506960" r:id="rId116"/>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D. </w:t>
      </w:r>
      <w:r w:rsidRPr="00BA3DBF">
        <w:rPr>
          <w:rFonts w:cs="Times New Roman"/>
          <w:position w:val="-16"/>
          <w:szCs w:val="24"/>
        </w:rPr>
        <w:object w:dxaOrig="2380" w:dyaOrig="440">
          <v:shape id="_x0000_i1078" type="#_x0000_t75" style="width:118.6pt;height:22.6pt" o:ole="">
            <v:imagedata r:id="rId117" o:title=""/>
          </v:shape>
          <o:OLEObject Type="Embed" ProgID="Equation.DSMT4" ShapeID="_x0000_i1078" DrawAspect="Content" ObjectID="_1808506961" r:id="rId118"/>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 A</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rPr>
        <w:t xml:space="preserve">Ta có </w:t>
      </w:r>
      <w:r w:rsidRPr="00BA3DBF">
        <w:rPr>
          <w:rFonts w:cs="Times New Roman"/>
          <w:position w:val="-16"/>
          <w:szCs w:val="24"/>
        </w:rPr>
        <w:object w:dxaOrig="980" w:dyaOrig="440">
          <v:shape id="_x0000_i1079" type="#_x0000_t75" style="width:49.4pt;height:22.6pt" o:ole="">
            <v:imagedata r:id="rId119" o:title=""/>
          </v:shape>
          <o:OLEObject Type="Embed" ProgID="Equation.DSMT4" ShapeID="_x0000_i1079" DrawAspect="Content" ObjectID="_1808506962" r:id="rId120"/>
        </w:object>
      </w:r>
      <w:r w:rsidRPr="00BA3DBF">
        <w:rPr>
          <w:rFonts w:cs="Times New Roman"/>
          <w:position w:val="-4"/>
          <w:szCs w:val="24"/>
        </w:rPr>
        <w:object w:dxaOrig="200" w:dyaOrig="180">
          <v:shape id="_x0000_i1080" type="#_x0000_t75" style="width:10.6pt;height:9.25pt" o:ole="">
            <v:imagedata r:id="rId121" o:title=""/>
          </v:shape>
          <o:OLEObject Type="Embed" ProgID="Equation.DSMT4" ShapeID="_x0000_i1080" DrawAspect="Content" ObjectID="_1808506963" r:id="rId122"/>
        </w:object>
      </w:r>
      <w:r w:rsidRPr="00BA3DBF">
        <w:rPr>
          <w:rFonts w:cs="Times New Roman"/>
          <w:position w:val="-16"/>
          <w:szCs w:val="24"/>
        </w:rPr>
        <w:object w:dxaOrig="1540" w:dyaOrig="440">
          <v:shape id="_x0000_i1081" type="#_x0000_t75" style="width:76.6pt;height:22.6pt" o:ole="">
            <v:imagedata r:id="rId123" o:title=""/>
          </v:shape>
          <o:OLEObject Type="Embed" ProgID="Equation.DSMT4" ShapeID="_x0000_i1081" DrawAspect="Content" ObjectID="_1808506964" r:id="rId124"/>
        </w:object>
      </w:r>
      <w:r w:rsidRPr="00BA3DBF">
        <w:rPr>
          <w:rFonts w:cs="Times New Roman"/>
          <w:position w:val="-6"/>
          <w:szCs w:val="24"/>
        </w:rPr>
        <w:object w:dxaOrig="1420" w:dyaOrig="320">
          <v:shape id="_x0000_i1082" type="#_x0000_t75" style="width:71.55pt;height:16.15pt" o:ole="">
            <v:imagedata r:id="rId125" o:title=""/>
          </v:shape>
          <o:OLEObject Type="Embed" ProgID="Equation.DSMT4" ShapeID="_x0000_i1082" DrawAspect="Content" ObjectID="_1808506965" r:id="rId126"/>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Giả sử </w:t>
      </w:r>
      <w:r w:rsidRPr="00BA3DBF">
        <w:rPr>
          <w:position w:val="-32"/>
          <w:sz w:val="24"/>
          <w:szCs w:val="24"/>
        </w:rPr>
        <w:object w:dxaOrig="1480" w:dyaOrig="740">
          <v:shape id="_x0000_i1083" type="#_x0000_t75" style="width:73.85pt;height:37.4pt" o:ole="">
            <v:imagedata r:id="rId127" o:title=""/>
          </v:shape>
          <o:OLEObject Type="Embed" ProgID="Equation.DSMT4" ShapeID="_x0000_i1083" DrawAspect="Content" ObjectID="_1808506966" r:id="rId128"/>
        </w:object>
      </w:r>
      <w:r w:rsidRPr="00BA3DBF">
        <w:rPr>
          <w:sz w:val="24"/>
          <w:szCs w:val="24"/>
        </w:rPr>
        <w:t xml:space="preserve"> và </w:t>
      </w:r>
      <w:r w:rsidRPr="00BA3DBF">
        <w:rPr>
          <w:position w:val="-32"/>
          <w:sz w:val="24"/>
          <w:szCs w:val="24"/>
        </w:rPr>
        <w:object w:dxaOrig="1579" w:dyaOrig="740">
          <v:shape id="_x0000_i1084" type="#_x0000_t75" style="width:79.4pt;height:37.4pt" o:ole="">
            <v:imagedata r:id="rId129" o:title=""/>
          </v:shape>
          <o:OLEObject Type="Embed" ProgID="Equation.DSMT4" ShapeID="_x0000_i1084" DrawAspect="Content" ObjectID="_1808506967" r:id="rId130"/>
        </w:object>
      </w:r>
      <w:r w:rsidRPr="00BA3DBF">
        <w:rPr>
          <w:sz w:val="24"/>
          <w:szCs w:val="24"/>
        </w:rPr>
        <w:t xml:space="preserve">. Khi đó, </w:t>
      </w:r>
      <w:r w:rsidRPr="00BA3DBF">
        <w:rPr>
          <w:position w:val="-32"/>
          <w:sz w:val="24"/>
          <w:szCs w:val="24"/>
        </w:rPr>
        <w:object w:dxaOrig="2140" w:dyaOrig="740">
          <v:shape id="_x0000_i1085" type="#_x0000_t75" style="width:106.6pt;height:37.4pt" o:ole="">
            <v:imagedata r:id="rId131" o:title=""/>
          </v:shape>
          <o:OLEObject Type="Embed" ProgID="Equation.DSMT4" ShapeID="_x0000_i1085" DrawAspect="Content" ObjectID="_1808506968" r:id="rId132"/>
        </w:object>
      </w:r>
      <w:r w:rsidRPr="00BA3DBF">
        <w:rPr>
          <w:sz w:val="24"/>
          <w:szCs w:val="24"/>
        </w:rPr>
        <w:t xml:space="preserve"> bằng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u w:val="single"/>
          <w:lang w:val="nl-NL"/>
        </w:rPr>
        <w:t>A</w:t>
      </w:r>
      <w:r w:rsidRPr="00BA3DBF">
        <w:rPr>
          <w:rFonts w:cs="Times New Roman"/>
          <w:b/>
          <w:color w:val="0000FF"/>
          <w:szCs w:val="24"/>
          <w:lang w:val="nl-NL"/>
        </w:rPr>
        <w:t>.</w:t>
      </w:r>
      <w:r w:rsidRPr="00BA3DBF">
        <w:rPr>
          <w:rFonts w:cs="Times New Roman"/>
          <w:b/>
          <w:color w:val="000099"/>
          <w:szCs w:val="24"/>
          <w:lang w:val="nl-NL"/>
        </w:rPr>
        <w:t xml:space="preserve"> </w:t>
      </w:r>
      <w:r w:rsidRPr="00BA3DBF">
        <w:rPr>
          <w:rFonts w:cs="Times New Roman"/>
          <w:position w:val="-6"/>
          <w:szCs w:val="24"/>
        </w:rPr>
        <w:object w:dxaOrig="800" w:dyaOrig="279">
          <v:shape id="_x0000_i1086" type="#_x0000_t75" style="width:39.7pt;height:13.85pt" o:ole="">
            <v:imagedata r:id="rId133" o:title=""/>
          </v:shape>
          <o:OLEObject Type="Embed" ProgID="Equation.DSMT4" ShapeID="_x0000_i1086" DrawAspect="Content" ObjectID="_1808506969" r:id="rId134"/>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B.</w:t>
      </w:r>
      <w:r w:rsidRPr="00BA3DBF">
        <w:rPr>
          <w:rFonts w:cs="Times New Roman"/>
          <w:b/>
          <w:color w:val="0033CC"/>
          <w:szCs w:val="24"/>
          <w:lang w:val="nl-NL"/>
        </w:rPr>
        <w:t xml:space="preserve"> </w:t>
      </w:r>
      <w:r w:rsidRPr="00BA3DBF">
        <w:rPr>
          <w:rFonts w:cs="Times New Roman"/>
          <w:position w:val="-6"/>
          <w:szCs w:val="24"/>
        </w:rPr>
        <w:object w:dxaOrig="760" w:dyaOrig="279">
          <v:shape id="_x0000_i1087" type="#_x0000_t75" style="width:37.85pt;height:13.85pt" o:ole="">
            <v:imagedata r:id="rId135" o:title=""/>
          </v:shape>
          <o:OLEObject Type="Embed" ProgID="Equation.DSMT4" ShapeID="_x0000_i1087" DrawAspect="Content" ObjectID="_1808506970" r:id="rId136"/>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C.</w:t>
      </w:r>
      <w:r w:rsidRPr="00BA3DBF">
        <w:rPr>
          <w:rFonts w:cs="Times New Roman"/>
          <w:szCs w:val="24"/>
        </w:rPr>
        <w:t xml:space="preserve"> </w:t>
      </w:r>
      <w:r w:rsidRPr="00BA3DBF">
        <w:rPr>
          <w:rFonts w:cs="Times New Roman"/>
          <w:position w:val="-6"/>
          <w:szCs w:val="24"/>
        </w:rPr>
        <w:object w:dxaOrig="859" w:dyaOrig="279">
          <v:shape id="_x0000_i1088" type="#_x0000_t75" style="width:43.4pt;height:13.85pt" o:ole="">
            <v:imagedata r:id="rId137" o:title=""/>
          </v:shape>
          <o:OLEObject Type="Embed" ProgID="Equation.DSMT4" ShapeID="_x0000_i1088" DrawAspect="Content" ObjectID="_1808506971" r:id="rId138"/>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D.</w:t>
      </w:r>
      <w:r w:rsidRPr="00BA3DBF">
        <w:rPr>
          <w:rFonts w:cs="Times New Roman"/>
          <w:szCs w:val="24"/>
        </w:rPr>
        <w:t xml:space="preserve"> </w:t>
      </w:r>
      <w:r w:rsidRPr="00BA3DBF">
        <w:rPr>
          <w:rFonts w:cs="Times New Roman"/>
          <w:position w:val="-6"/>
          <w:szCs w:val="24"/>
        </w:rPr>
        <w:object w:dxaOrig="900" w:dyaOrig="279">
          <v:shape id="_x0000_i1089" type="#_x0000_t75" style="width:45.7pt;height:13.85pt" o:ole="">
            <v:imagedata r:id="rId139" o:title=""/>
          </v:shape>
          <o:OLEObject Type="Embed" ProgID="Equation.DSMT4" ShapeID="_x0000_i1089" DrawAspect="Content" ObjectID="_1808506972" r:id="rId14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bCs/>
          <w:color w:val="0000FF"/>
          <w:szCs w:val="24"/>
          <w:highlight w:val="green"/>
        </w:rPr>
      </w:pPr>
      <w:r w:rsidRPr="00BA3DBF">
        <w:rPr>
          <w:rFonts w:cs="Times New Roman"/>
          <w:b/>
          <w:bCs/>
          <w:color w:val="0000FF"/>
          <w:szCs w:val="24"/>
          <w:highlight w:val="green"/>
        </w:rPr>
        <w:t>Chọn A</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32"/>
          <w:szCs w:val="24"/>
        </w:rPr>
        <w:object w:dxaOrig="2140" w:dyaOrig="740">
          <v:shape id="_x0000_i1090" type="#_x0000_t75" style="width:106.6pt;height:37.4pt" o:ole="">
            <v:imagedata r:id="rId141" o:title=""/>
          </v:shape>
          <o:OLEObject Type="Embed" ProgID="Equation.DSMT4" ShapeID="_x0000_i1090" DrawAspect="Content" ObjectID="_1808506973" r:id="rId142"/>
        </w:object>
      </w:r>
      <w:r w:rsidRPr="00BA3DBF">
        <w:rPr>
          <w:rFonts w:cs="Times New Roman"/>
          <w:position w:val="-4"/>
          <w:szCs w:val="24"/>
        </w:rPr>
        <w:object w:dxaOrig="200" w:dyaOrig="180">
          <v:shape id="_x0000_i1091" type="#_x0000_t75" style="width:10.6pt;height:9.25pt" o:ole="">
            <v:imagedata r:id="rId143" o:title=""/>
          </v:shape>
          <o:OLEObject Type="Embed" ProgID="Equation.DSMT4" ShapeID="_x0000_i1091" DrawAspect="Content" ObjectID="_1808506974" r:id="rId144"/>
        </w:object>
      </w:r>
      <w:r w:rsidRPr="00BA3DBF">
        <w:rPr>
          <w:rFonts w:cs="Times New Roman"/>
          <w:position w:val="-32"/>
          <w:szCs w:val="24"/>
        </w:rPr>
        <w:object w:dxaOrig="1280" w:dyaOrig="740">
          <v:shape id="_x0000_i1092" type="#_x0000_t75" style="width:64.6pt;height:37.4pt" o:ole="">
            <v:imagedata r:id="rId145" o:title=""/>
          </v:shape>
          <o:OLEObject Type="Embed" ProgID="Equation.DSMT4" ShapeID="_x0000_i1092" DrawAspect="Content" ObjectID="_1808506975" r:id="rId146"/>
        </w:object>
      </w:r>
      <w:r w:rsidRPr="00BA3DBF">
        <w:rPr>
          <w:rFonts w:cs="Times New Roman"/>
          <w:position w:val="-32"/>
          <w:szCs w:val="24"/>
        </w:rPr>
        <w:object w:dxaOrig="3300" w:dyaOrig="740">
          <v:shape id="_x0000_i1093" type="#_x0000_t75" style="width:165.7pt;height:37.4pt" o:ole="">
            <v:imagedata r:id="rId147" o:title=""/>
          </v:shape>
          <o:OLEObject Type="Embed" ProgID="Equation.DSMT4" ShapeID="_x0000_i1093" DrawAspect="Content" ObjectID="_1808506976" r:id="rId148"/>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Gọi </w:t>
      </w:r>
      <w:r w:rsidRPr="00BA3DBF">
        <w:rPr>
          <w:position w:val="-6"/>
          <w:sz w:val="24"/>
          <w:szCs w:val="24"/>
        </w:rPr>
        <w:object w:dxaOrig="220" w:dyaOrig="279">
          <v:shape id="_x0000_i1094" type="#_x0000_t75" style="width:10.6pt;height:13.85pt" o:ole="">
            <v:imagedata r:id="rId149" o:title=""/>
          </v:shape>
          <o:OLEObject Type="Embed" ProgID="Equation.DSMT4" ShapeID="_x0000_i1094" DrawAspect="Content" ObjectID="_1808506977" r:id="rId150"/>
        </w:object>
      </w:r>
      <w:r w:rsidRPr="00BA3DBF">
        <w:rPr>
          <w:sz w:val="24"/>
          <w:szCs w:val="24"/>
        </w:rPr>
        <w:t xml:space="preserve"> là diện tích của hình phẳng giới hạn bởi các đường </w:t>
      </w:r>
      <w:r w:rsidRPr="00BA3DBF">
        <w:rPr>
          <w:position w:val="-10"/>
          <w:sz w:val="24"/>
          <w:szCs w:val="24"/>
        </w:rPr>
        <w:object w:dxaOrig="2480" w:dyaOrig="360">
          <v:shape id="_x0000_i1095" type="#_x0000_t75" style="width:124.6pt;height:18.45pt" o:ole="">
            <v:imagedata r:id="rId151" o:title=""/>
          </v:shape>
          <o:OLEObject Type="Embed" ProgID="Equation.DSMT4" ShapeID="_x0000_i1095" DrawAspect="Content" ObjectID="_1808506978" r:id="rId152"/>
        </w:object>
      </w:r>
      <w:r w:rsidRPr="00BA3DBF">
        <w:rPr>
          <w:sz w:val="24"/>
          <w:szCs w:val="24"/>
        </w:rPr>
        <w:t xml:space="preserve">. Mệnh đề nào dưới đây </w:t>
      </w:r>
      <w:r w:rsidRPr="00BA3DBF">
        <w:rPr>
          <w:b/>
          <w:bCs/>
          <w:sz w:val="24"/>
          <w:szCs w:val="24"/>
        </w:rPr>
        <w:t>sai</w:t>
      </w:r>
      <w:r w:rsidRPr="00BA3DBF">
        <w:rPr>
          <w:sz w:val="24"/>
          <w:szCs w:val="24"/>
        </w:rPr>
        <w:t xml:space="preserve">?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u w:val="single"/>
          <w:lang w:val="nl-NL"/>
        </w:rPr>
        <w:t>A</w:t>
      </w:r>
      <w:r w:rsidRPr="00BA3DBF">
        <w:rPr>
          <w:rFonts w:cs="Times New Roman"/>
          <w:b/>
          <w:color w:val="0000FF"/>
          <w:szCs w:val="24"/>
          <w:lang w:val="nl-NL"/>
        </w:rPr>
        <w:t>.</w:t>
      </w:r>
      <w:r w:rsidRPr="00BA3DBF">
        <w:rPr>
          <w:rFonts w:cs="Times New Roman"/>
          <w:b/>
          <w:color w:val="000099"/>
          <w:szCs w:val="24"/>
          <w:lang w:val="nl-NL"/>
        </w:rPr>
        <w:t xml:space="preserve"> </w:t>
      </w:r>
      <w:r w:rsidRPr="00BA3DBF">
        <w:rPr>
          <w:rFonts w:cs="Times New Roman"/>
          <w:position w:val="-32"/>
          <w:szCs w:val="24"/>
        </w:rPr>
        <w:object w:dxaOrig="1579" w:dyaOrig="740">
          <v:shape id="_x0000_i1096" type="#_x0000_t75" style="width:79.4pt;height:37.4pt" o:ole="">
            <v:imagedata r:id="rId153" o:title=""/>
          </v:shape>
          <o:OLEObject Type="Embed" ProgID="Equation.DSMT4" ShapeID="_x0000_i1096" DrawAspect="Content" ObjectID="_1808506979" r:id="rId154"/>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B.</w:t>
      </w:r>
      <w:r w:rsidRPr="00BA3DBF">
        <w:rPr>
          <w:rFonts w:cs="Times New Roman"/>
          <w:b/>
          <w:color w:val="0033CC"/>
          <w:szCs w:val="24"/>
          <w:lang w:val="nl-NL"/>
        </w:rPr>
        <w:t xml:space="preserve"> </w:t>
      </w:r>
      <w:r w:rsidRPr="00BA3DBF">
        <w:rPr>
          <w:rFonts w:cs="Times New Roman"/>
          <w:position w:val="-32"/>
          <w:szCs w:val="24"/>
        </w:rPr>
        <w:object w:dxaOrig="1480" w:dyaOrig="740">
          <v:shape id="_x0000_i1097" type="#_x0000_t75" style="width:74.3pt;height:37.4pt" o:ole="">
            <v:imagedata r:id="rId155" o:title=""/>
          </v:shape>
          <o:OLEObject Type="Embed" ProgID="Equation.DSMT4" ShapeID="_x0000_i1097" DrawAspect="Content" ObjectID="_1808506980" r:id="rId156"/>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C.</w:t>
      </w:r>
      <w:r w:rsidRPr="00BA3DBF">
        <w:rPr>
          <w:rFonts w:cs="Times New Roman"/>
          <w:szCs w:val="24"/>
        </w:rPr>
        <w:t xml:space="preserve"> </w:t>
      </w:r>
      <w:r w:rsidRPr="00BA3DBF">
        <w:rPr>
          <w:rFonts w:cs="Times New Roman"/>
          <w:position w:val="-32"/>
          <w:szCs w:val="24"/>
        </w:rPr>
        <w:object w:dxaOrig="1480" w:dyaOrig="740">
          <v:shape id="_x0000_i1098" type="#_x0000_t75" style="width:74.3pt;height:37.4pt" o:ole="">
            <v:imagedata r:id="rId157" o:title=""/>
          </v:shape>
          <o:OLEObject Type="Embed" ProgID="Equation.DSMT4" ShapeID="_x0000_i1098" DrawAspect="Content" ObjectID="_1808506981" r:id="rId158"/>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D.</w:t>
      </w:r>
      <w:r w:rsidRPr="00BA3DBF">
        <w:rPr>
          <w:rFonts w:cs="Times New Roman"/>
          <w:szCs w:val="24"/>
        </w:rPr>
        <w:t xml:space="preserve"> </w:t>
      </w:r>
      <w:r w:rsidRPr="00BA3DBF">
        <w:rPr>
          <w:rFonts w:cs="Times New Roman"/>
          <w:position w:val="-32"/>
          <w:szCs w:val="24"/>
        </w:rPr>
        <w:object w:dxaOrig="1579" w:dyaOrig="740">
          <v:shape id="_x0000_i1099" type="#_x0000_t75" style="width:79.4pt;height:37.4pt" o:ole="">
            <v:imagedata r:id="rId159" o:title=""/>
          </v:shape>
          <o:OLEObject Type="Embed" ProgID="Equation.DSMT4" ShapeID="_x0000_i1099" DrawAspect="Content" ObjectID="_1808506982" r:id="rId16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bCs/>
          <w:color w:val="0000FF"/>
          <w:szCs w:val="24"/>
          <w:highlight w:val="green"/>
        </w:rPr>
      </w:pPr>
      <w:r w:rsidRPr="00BA3DBF">
        <w:rPr>
          <w:rFonts w:cs="Times New Roman"/>
          <w:b/>
          <w:bCs/>
          <w:color w:val="0000FF"/>
          <w:szCs w:val="24"/>
          <w:highlight w:val="green"/>
        </w:rPr>
        <w:t>Chọn A</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rPr>
      </w:pPr>
      <w:r w:rsidRPr="00BA3DBF">
        <w:rPr>
          <w:rFonts w:cs="Times New Roman"/>
          <w:bCs/>
          <w:szCs w:val="24"/>
        </w:rPr>
        <w:t xml:space="preserve">Vì </w:t>
      </w:r>
      <w:r w:rsidRPr="00BA3DBF">
        <w:rPr>
          <w:rFonts w:cs="Times New Roman"/>
          <w:position w:val="-6"/>
          <w:szCs w:val="24"/>
        </w:rPr>
        <w:object w:dxaOrig="859" w:dyaOrig="279">
          <v:shape id="_x0000_i1100" type="#_x0000_t75" style="width:43.4pt;height:13.85pt" o:ole="">
            <v:imagedata r:id="rId161" o:title=""/>
          </v:shape>
          <o:OLEObject Type="Embed" ProgID="Equation.DSMT4" ShapeID="_x0000_i1100" DrawAspect="Content" ObjectID="_1808506983" r:id="rId162"/>
        </w:object>
      </w:r>
      <w:r w:rsidRPr="00BA3DBF">
        <w:rPr>
          <w:rFonts w:cs="Times New Roman"/>
          <w:bCs/>
          <w:szCs w:val="24"/>
        </w:rPr>
        <w:t xml:space="preserve"> nên </w:t>
      </w:r>
      <w:r w:rsidRPr="00BA3DBF">
        <w:rPr>
          <w:rFonts w:cs="Times New Roman"/>
          <w:position w:val="-6"/>
          <w:szCs w:val="24"/>
        </w:rPr>
        <w:object w:dxaOrig="1140" w:dyaOrig="320">
          <v:shape id="_x0000_i1101" type="#_x0000_t75" style="width:56.3pt;height:16.15pt" o:ole="">
            <v:imagedata r:id="rId163" o:title=""/>
          </v:shape>
          <o:OLEObject Type="Embed" ProgID="Equation.DSMT4" ShapeID="_x0000_i1101" DrawAspect="Content" ObjectID="_1808506984" r:id="rId164"/>
        </w:object>
      </w:r>
      <w:r w:rsidRPr="00BA3DBF">
        <w:rPr>
          <w:rFonts w:cs="Times New Roman"/>
          <w:position w:val="-6"/>
          <w:szCs w:val="24"/>
        </w:rPr>
        <w:object w:dxaOrig="2240" w:dyaOrig="320">
          <v:shape id="_x0000_i1102" type="#_x0000_t75" style="width:111.7pt;height:16.15pt" o:ole="">
            <v:imagedata r:id="rId165" o:title=""/>
          </v:shape>
          <o:OLEObject Type="Embed" ProgID="Equation.DSMT4" ShapeID="_x0000_i1102" DrawAspect="Content" ObjectID="_1808506985" r:id="rId166"/>
        </w:object>
      </w:r>
      <w:r w:rsidRPr="00BA3DBF">
        <w:rPr>
          <w:rFonts w:cs="Times New Roman"/>
          <w:position w:val="-6"/>
          <w:szCs w:val="24"/>
        </w:rPr>
        <w:object w:dxaOrig="1880" w:dyaOrig="320">
          <v:shape id="_x0000_i1103" type="#_x0000_t75" style="width:95.1pt;height:16.15pt" o:ole="">
            <v:imagedata r:id="rId167" o:title=""/>
          </v:shape>
          <o:OLEObject Type="Embed" ProgID="Equation.DSMT4" ShapeID="_x0000_i1103" DrawAspect="Content" ObjectID="_1808506986" r:id="rId168"/>
        </w:object>
      </w:r>
      <w:r w:rsidRPr="00BA3DBF">
        <w:rPr>
          <w:rFonts w:cs="Times New Roman"/>
          <w:bCs/>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Cs/>
          <w:szCs w:val="24"/>
        </w:rPr>
        <w:t xml:space="preserve">Do đó </w:t>
      </w:r>
      <w:r w:rsidRPr="00BA3DBF">
        <w:rPr>
          <w:rFonts w:cs="Times New Roman"/>
          <w:position w:val="-14"/>
          <w:szCs w:val="24"/>
        </w:rPr>
        <w:object w:dxaOrig="2020" w:dyaOrig="400">
          <v:shape id="_x0000_i1104" type="#_x0000_t75" style="width:101.55pt;height:19.4pt" o:ole="">
            <v:imagedata r:id="rId169" o:title=""/>
          </v:shape>
          <o:OLEObject Type="Embed" ProgID="Equation.DSMT4" ShapeID="_x0000_i1104" DrawAspect="Content" ObjectID="_1808506987" r:id="rId170"/>
        </w:object>
      </w:r>
      <w:r w:rsidRPr="00BA3DBF">
        <w:rPr>
          <w:rFonts w:cs="Times New Roman"/>
          <w:bCs/>
          <w:szCs w:val="24"/>
        </w:rPr>
        <w:t xml:space="preserve">. Vậy </w:t>
      </w:r>
      <w:r w:rsidRPr="00BA3DBF">
        <w:rPr>
          <w:rFonts w:cs="Times New Roman"/>
          <w:position w:val="-32"/>
          <w:szCs w:val="24"/>
        </w:rPr>
        <w:object w:dxaOrig="1480" w:dyaOrig="740">
          <v:shape id="_x0000_i1105" type="#_x0000_t75" style="width:74.3pt;height:37.4pt" o:ole="">
            <v:imagedata r:id="rId171" o:title=""/>
          </v:shape>
          <o:OLEObject Type="Embed" ProgID="Equation.DSMT4" ShapeID="_x0000_i1105" DrawAspect="Content" ObjectID="_1808506988" r:id="rId172"/>
        </w:object>
      </w:r>
      <w:r w:rsidRPr="00BA3DBF">
        <w:rPr>
          <w:rFonts w:cs="Times New Roman"/>
          <w:position w:val="-32"/>
          <w:szCs w:val="24"/>
        </w:rPr>
        <w:object w:dxaOrig="1380" w:dyaOrig="740">
          <v:shape id="_x0000_i1106" type="#_x0000_t75" style="width:69.7pt;height:37.4pt" o:ole="">
            <v:imagedata r:id="rId173" o:title=""/>
          </v:shape>
          <o:OLEObject Type="Embed" ProgID="Equation.DSMT4" ShapeID="_x0000_i1106" DrawAspect="Content" ObjectID="_1808506989" r:id="rId17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lang w:val="vi-VN"/>
        </w:rPr>
      </w:pPr>
      <w:r w:rsidRPr="00BA3DBF">
        <w:rPr>
          <w:rFonts w:cs="Times New Roman"/>
          <w:i/>
          <w:szCs w:val="24"/>
          <w:lang w:val="vi-VN"/>
        </w:rPr>
        <w:t>Lưu ý:</w:t>
      </w:r>
      <w:r w:rsidRPr="00BA3DBF">
        <w:rPr>
          <w:rFonts w:cs="Times New Roman"/>
          <w:szCs w:val="24"/>
          <w:lang w:val="vi-VN"/>
        </w:rPr>
        <w:t xml:space="preserve"> Có thể dùng đồ thị của hai hàm số </w:t>
      </w:r>
      <w:r w:rsidRPr="00BA3DBF">
        <w:rPr>
          <w:rFonts w:cs="Times New Roman"/>
          <w:position w:val="-10"/>
          <w:szCs w:val="24"/>
        </w:rPr>
        <w:object w:dxaOrig="1300" w:dyaOrig="360">
          <v:shape id="_x0000_i1107" type="#_x0000_t75" style="width:64.6pt;height:18.45pt" o:ole="">
            <v:imagedata r:id="rId175" o:title=""/>
          </v:shape>
          <o:OLEObject Type="Embed" ProgID="Equation.DSMT4" ShapeID="_x0000_i1107" DrawAspect="Content" ObjectID="_1808506990" r:id="rId176"/>
        </w:object>
      </w:r>
      <w:r w:rsidRPr="00BA3DBF">
        <w:rPr>
          <w:rFonts w:cs="Times New Roman"/>
          <w:szCs w:val="24"/>
          <w:lang w:val="vi-VN"/>
        </w:rPr>
        <w:t xml:space="preserve"> để giải thích.</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Trong không gian </w:t>
      </w:r>
      <w:r w:rsidRPr="00BA3DBF">
        <w:rPr>
          <w:position w:val="-10"/>
          <w:sz w:val="24"/>
          <w:szCs w:val="24"/>
        </w:rPr>
        <w:object w:dxaOrig="560" w:dyaOrig="320">
          <v:shape id="_x0000_i1108" type="#_x0000_t75" style="width:28.15pt;height:16.15pt" o:ole="">
            <v:imagedata r:id="rId177" o:title=""/>
          </v:shape>
          <o:OLEObject Type="Embed" ProgID="Equation.DSMT4" ShapeID="_x0000_i1108" DrawAspect="Content" ObjectID="_1808506991" r:id="rId178"/>
        </w:object>
      </w:r>
      <w:r w:rsidRPr="00BA3DBF">
        <w:rPr>
          <w:sz w:val="24"/>
          <w:szCs w:val="24"/>
        </w:rPr>
        <w:t xml:space="preserve">, cho mặt cầu </w:t>
      </w:r>
      <w:r w:rsidRPr="00BA3DBF">
        <w:rPr>
          <w:position w:val="-14"/>
          <w:sz w:val="24"/>
          <w:szCs w:val="24"/>
        </w:rPr>
        <w:object w:dxaOrig="400" w:dyaOrig="400">
          <v:shape id="_x0000_i1109" type="#_x0000_t75" style="width:19.4pt;height:19.4pt" o:ole="">
            <v:imagedata r:id="rId179" o:title=""/>
          </v:shape>
          <o:OLEObject Type="Embed" ProgID="Equation.DSMT4" ShapeID="_x0000_i1109" DrawAspect="Content" ObjectID="_1808506992" r:id="rId180"/>
        </w:object>
      </w:r>
      <w:r w:rsidRPr="00BA3DBF">
        <w:rPr>
          <w:sz w:val="24"/>
          <w:szCs w:val="24"/>
        </w:rPr>
        <w:t xml:space="preserve"> có tâm </w:t>
      </w:r>
      <w:r w:rsidRPr="00BA3DBF">
        <w:rPr>
          <w:position w:val="-14"/>
          <w:sz w:val="24"/>
          <w:szCs w:val="24"/>
        </w:rPr>
        <w:object w:dxaOrig="1060" w:dyaOrig="400">
          <v:shape id="_x0000_i1110" type="#_x0000_t75" style="width:52.6pt;height:19.4pt" o:ole="">
            <v:imagedata r:id="rId181" o:title=""/>
          </v:shape>
          <o:OLEObject Type="Embed" ProgID="Equation.DSMT4" ShapeID="_x0000_i1110" DrawAspect="Content" ObjectID="_1808506993" r:id="rId182"/>
        </w:object>
      </w:r>
      <w:r w:rsidRPr="00BA3DBF">
        <w:rPr>
          <w:sz w:val="24"/>
          <w:szCs w:val="24"/>
        </w:rPr>
        <w:t xml:space="preserve"> và bán kính bằng </w:t>
      </w:r>
      <w:r w:rsidRPr="00BA3DBF">
        <w:rPr>
          <w:position w:val="-8"/>
          <w:sz w:val="24"/>
          <w:szCs w:val="24"/>
        </w:rPr>
        <w:object w:dxaOrig="480" w:dyaOrig="360">
          <v:shape id="_x0000_i1111" type="#_x0000_t75" style="width:23.55pt;height:18.45pt" o:ole="">
            <v:imagedata r:id="rId183" o:title=""/>
          </v:shape>
          <o:OLEObject Type="Embed" ProgID="Equation.DSMT4" ShapeID="_x0000_i1111" DrawAspect="Content" ObjectID="_1808506994" r:id="rId184"/>
        </w:object>
      </w:r>
      <w:r w:rsidRPr="00BA3DBF">
        <w:rPr>
          <w:sz w:val="24"/>
          <w:szCs w:val="24"/>
        </w:rPr>
        <w:t xml:space="preserve">. Phương trình của </w:t>
      </w:r>
      <w:r w:rsidRPr="00BA3DBF">
        <w:rPr>
          <w:position w:val="-14"/>
          <w:sz w:val="24"/>
          <w:szCs w:val="24"/>
        </w:rPr>
        <w:object w:dxaOrig="400" w:dyaOrig="400">
          <v:shape id="_x0000_i1112" type="#_x0000_t75" style="width:19.4pt;height:19.4pt" o:ole="">
            <v:imagedata r:id="rId185" o:title=""/>
          </v:shape>
          <o:OLEObject Type="Embed" ProgID="Equation.DSMT4" ShapeID="_x0000_i1112" DrawAspect="Content" ObjectID="_1808506995" r:id="rId186"/>
        </w:object>
      </w:r>
      <w:r w:rsidRPr="00BA3DBF">
        <w:rPr>
          <w:sz w:val="24"/>
          <w:szCs w:val="24"/>
        </w:rPr>
        <w:t xml:space="preserve"> là</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color w:val="0000FF"/>
          <w:szCs w:val="24"/>
          <w:lang w:val="nl-NL"/>
        </w:rPr>
      </w:pPr>
      <w:r w:rsidRPr="00BA3DBF">
        <w:rPr>
          <w:rFonts w:cs="Times New Roman"/>
          <w:b/>
          <w:color w:val="0000FF"/>
          <w:szCs w:val="24"/>
          <w:lang w:val="nl-NL"/>
        </w:rPr>
        <w:t xml:space="preserve">A. </w:t>
      </w:r>
      <w:r w:rsidRPr="00BA3DBF">
        <w:rPr>
          <w:rFonts w:cs="Times New Roman"/>
          <w:position w:val="-14"/>
          <w:szCs w:val="24"/>
        </w:rPr>
        <w:object w:dxaOrig="2680" w:dyaOrig="440">
          <v:shape id="_x0000_i1113" type="#_x0000_t75" style="width:132.9pt;height:22.6pt" o:ole="">
            <v:imagedata r:id="rId187" o:title=""/>
          </v:shape>
          <o:OLEObject Type="Embed" ProgID="Equation.DSMT4" ShapeID="_x0000_i1113" DrawAspect="Content" ObjectID="_1808506996" r:id="rId188"/>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B. </w:t>
      </w:r>
      <w:r w:rsidRPr="00BA3DBF">
        <w:rPr>
          <w:rFonts w:cs="Times New Roman"/>
          <w:position w:val="-14"/>
          <w:szCs w:val="24"/>
        </w:rPr>
        <w:object w:dxaOrig="2659" w:dyaOrig="440">
          <v:shape id="_x0000_i1114" type="#_x0000_t75" style="width:133.4pt;height:22.6pt" o:ole="">
            <v:imagedata r:id="rId189" o:title=""/>
          </v:shape>
          <o:OLEObject Type="Embed" ProgID="Equation.DSMT4" ShapeID="_x0000_i1114" DrawAspect="Content" ObjectID="_1808506997" r:id="rId19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u w:val="single"/>
          <w:lang w:val="nl-NL"/>
        </w:rPr>
        <w:t>C</w:t>
      </w:r>
      <w:r w:rsidRPr="00BA3DBF">
        <w:rPr>
          <w:rFonts w:cs="Times New Roman"/>
          <w:b/>
          <w:color w:val="0000FF"/>
          <w:szCs w:val="24"/>
          <w:lang w:val="nl-NL"/>
        </w:rPr>
        <w:t xml:space="preserve">. </w:t>
      </w:r>
      <w:r w:rsidRPr="00BA3DBF">
        <w:rPr>
          <w:rFonts w:cs="Times New Roman"/>
          <w:position w:val="-14"/>
          <w:szCs w:val="24"/>
        </w:rPr>
        <w:object w:dxaOrig="2680" w:dyaOrig="440">
          <v:shape id="_x0000_i1115" type="#_x0000_t75" style="width:132.9pt;height:22.6pt" o:ole="">
            <v:imagedata r:id="rId191" o:title=""/>
          </v:shape>
          <o:OLEObject Type="Embed" ProgID="Equation.DSMT4" ShapeID="_x0000_i1115" DrawAspect="Content" ObjectID="_1808506998" r:id="rId192"/>
        </w:object>
      </w:r>
      <w:r w:rsidRPr="00BA3DBF">
        <w:rPr>
          <w:rFonts w:cs="Times New Roman"/>
          <w:szCs w:val="24"/>
        </w:rPr>
        <w:t>.</w:t>
      </w:r>
      <w:r w:rsidRPr="00BA3DBF">
        <w:rPr>
          <w:rFonts w:cs="Times New Roman"/>
          <w:b/>
          <w:color w:val="0000FF"/>
          <w:szCs w:val="24"/>
        </w:rPr>
        <w:tab/>
      </w:r>
      <w:r w:rsidRPr="00BA3DBF">
        <w:rPr>
          <w:rFonts w:cs="Times New Roman"/>
          <w:b/>
          <w:color w:val="0000FF"/>
          <w:szCs w:val="24"/>
          <w:lang w:val="nl-NL"/>
        </w:rPr>
        <w:t xml:space="preserve">D. </w:t>
      </w:r>
      <w:r w:rsidRPr="00BA3DBF">
        <w:rPr>
          <w:rFonts w:cs="Times New Roman"/>
          <w:position w:val="-14"/>
          <w:szCs w:val="24"/>
        </w:rPr>
        <w:object w:dxaOrig="2659" w:dyaOrig="440">
          <v:shape id="_x0000_i1116" type="#_x0000_t75" style="width:133.4pt;height:22.6pt" o:ole="">
            <v:imagedata r:id="rId193" o:title=""/>
          </v:shape>
          <o:OLEObject Type="Embed" ProgID="Equation.DSMT4" ShapeID="_x0000_i1116" DrawAspect="Content" ObjectID="_1808506999" r:id="rId19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lastRenderedPageBreak/>
        <w:t>Chọn C</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Mặt cầu </w:t>
      </w:r>
      <w:r w:rsidRPr="00BA3DBF">
        <w:rPr>
          <w:rFonts w:cs="Times New Roman"/>
          <w:position w:val="-14"/>
          <w:szCs w:val="24"/>
        </w:rPr>
        <w:object w:dxaOrig="400" w:dyaOrig="400">
          <v:shape id="_x0000_i1117" type="#_x0000_t75" style="width:19.4pt;height:19.4pt" o:ole="">
            <v:imagedata r:id="rId195" o:title=""/>
          </v:shape>
          <o:OLEObject Type="Embed" ProgID="Equation.DSMT4" ShapeID="_x0000_i1117" DrawAspect="Content" ObjectID="_1808507000" r:id="rId196"/>
        </w:object>
      </w:r>
      <w:r w:rsidRPr="00BA3DBF">
        <w:rPr>
          <w:rFonts w:cs="Times New Roman"/>
          <w:szCs w:val="24"/>
        </w:rPr>
        <w:t xml:space="preserve"> có tâm </w:t>
      </w:r>
      <w:r w:rsidRPr="00BA3DBF">
        <w:rPr>
          <w:rFonts w:cs="Times New Roman"/>
          <w:position w:val="-14"/>
          <w:szCs w:val="24"/>
        </w:rPr>
        <w:object w:dxaOrig="1060" w:dyaOrig="400">
          <v:shape id="_x0000_i1118" type="#_x0000_t75" style="width:52.6pt;height:19.4pt" o:ole="">
            <v:imagedata r:id="rId197" o:title=""/>
          </v:shape>
          <o:OLEObject Type="Embed" ProgID="Equation.DSMT4" ShapeID="_x0000_i1118" DrawAspect="Content" ObjectID="_1808507001" r:id="rId198"/>
        </w:object>
      </w:r>
      <w:r w:rsidRPr="00BA3DBF">
        <w:rPr>
          <w:rFonts w:cs="Times New Roman"/>
          <w:szCs w:val="24"/>
        </w:rPr>
        <w:t xml:space="preserve"> và bán kính bằng </w:t>
      </w:r>
      <w:r w:rsidRPr="00BA3DBF">
        <w:rPr>
          <w:rFonts w:cs="Times New Roman"/>
          <w:position w:val="-8"/>
          <w:szCs w:val="24"/>
        </w:rPr>
        <w:object w:dxaOrig="480" w:dyaOrig="360">
          <v:shape id="_x0000_i1119" type="#_x0000_t75" style="width:23.55pt;height:18.45pt" o:ole="">
            <v:imagedata r:id="rId199" o:title=""/>
          </v:shape>
          <o:OLEObject Type="Embed" ProgID="Equation.DSMT4" ShapeID="_x0000_i1119" DrawAspect="Content" ObjectID="_1808507002" r:id="rId200"/>
        </w:object>
      </w:r>
      <w:r w:rsidRPr="00BA3DBF">
        <w:rPr>
          <w:rFonts w:cs="Times New Roman"/>
          <w:szCs w:val="24"/>
        </w:rPr>
        <w:t xml:space="preserve"> có phương trình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2680" w:dyaOrig="440">
          <v:shape id="_x0000_i1120" type="#_x0000_t75" style="width:132.9pt;height:22.6pt" o:ole="">
            <v:imagedata r:id="rId201" o:title=""/>
          </v:shape>
          <o:OLEObject Type="Embed" ProgID="Equation.DSMT4" ShapeID="_x0000_i1120" DrawAspect="Content" ObjectID="_1808507003" r:id="rId202"/>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lang w:val="vi-VN"/>
        </w:rPr>
        <w:t xml:space="preserve">Tập nghiệm của phương trình </w:t>
      </w:r>
      <w:r w:rsidRPr="00BA3DBF">
        <w:rPr>
          <w:position w:val="-8"/>
          <w:sz w:val="24"/>
          <w:szCs w:val="24"/>
        </w:rPr>
        <w:object w:dxaOrig="1520" w:dyaOrig="360">
          <v:shape id="_x0000_i1121" type="#_x0000_t75" style="width:76.15pt;height:18.45pt" o:ole="">
            <v:imagedata r:id="rId203" o:title=""/>
          </v:shape>
          <o:OLEObject Type="Embed" ProgID="Equation.DSMT4" ShapeID="_x0000_i1121" DrawAspect="Content" ObjectID="_1808507004" r:id="rId204"/>
        </w:object>
      </w:r>
      <w:r w:rsidRPr="00BA3DBF">
        <w:rPr>
          <w:sz w:val="24"/>
          <w:szCs w:val="24"/>
          <w:lang w:val="vi-VN"/>
        </w:rPr>
        <w:t xml:space="preserve"> là</w:t>
      </w:r>
      <w:r w:rsidRPr="00BA3DBF">
        <w:rPr>
          <w:sz w:val="24"/>
          <w:szCs w:val="24"/>
        </w:rPr>
        <w:t xml:space="preserve"> </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color w:val="0000FF"/>
          <w:szCs w:val="24"/>
          <w:lang w:val="nl-NL"/>
        </w:rPr>
      </w:pPr>
      <w:r w:rsidRPr="00BA3DBF">
        <w:rPr>
          <w:rFonts w:cs="Times New Roman"/>
          <w:b/>
          <w:color w:val="0000FF"/>
          <w:szCs w:val="24"/>
          <w:lang w:val="nl-NL"/>
        </w:rPr>
        <w:t>A.</w:t>
      </w:r>
      <w:r w:rsidRPr="00BA3DBF">
        <w:rPr>
          <w:rFonts w:cs="Times New Roman"/>
          <w:szCs w:val="24"/>
        </w:rPr>
        <w:t xml:space="preserve"> </w:t>
      </w:r>
      <w:r w:rsidRPr="00BA3DBF">
        <w:rPr>
          <w:rFonts w:cs="Times New Roman"/>
          <w:position w:val="-28"/>
          <w:szCs w:val="24"/>
        </w:rPr>
        <w:object w:dxaOrig="2100" w:dyaOrig="680">
          <v:shape id="_x0000_i1122" type="#_x0000_t75" style="width:105.25pt;height:34.15pt" o:ole="">
            <v:imagedata r:id="rId205" o:title=""/>
          </v:shape>
          <o:OLEObject Type="Embed" ProgID="Equation.DSMT4" ShapeID="_x0000_i1122" DrawAspect="Content" ObjectID="_1808507005" r:id="rId206"/>
        </w:object>
      </w:r>
      <w:r w:rsidRPr="00BA3DBF">
        <w:rPr>
          <w:rFonts w:cs="Times New Roman"/>
          <w:color w:val="000000" w:themeColor="text1"/>
          <w:szCs w:val="24"/>
        </w:rPr>
        <w:t>.</w:t>
      </w:r>
      <w:r w:rsidRPr="00BA3DBF">
        <w:rPr>
          <w:rFonts w:cs="Times New Roman"/>
          <w:b/>
          <w:color w:val="0000FF"/>
          <w:szCs w:val="24"/>
        </w:rPr>
        <w:tab/>
      </w:r>
      <w:r w:rsidRPr="00BA3DBF">
        <w:rPr>
          <w:rFonts w:cs="Times New Roman"/>
          <w:b/>
          <w:color w:val="0000FF"/>
          <w:szCs w:val="24"/>
          <w:lang w:val="nl-NL"/>
        </w:rPr>
        <w:t>B.</w:t>
      </w:r>
      <w:r w:rsidRPr="00BA3DBF">
        <w:rPr>
          <w:rFonts w:cs="Times New Roman"/>
          <w:szCs w:val="24"/>
        </w:rPr>
        <w:t xml:space="preserve"> </w:t>
      </w:r>
      <w:r w:rsidRPr="00BA3DBF">
        <w:rPr>
          <w:rFonts w:cs="Times New Roman"/>
          <w:position w:val="-28"/>
          <w:szCs w:val="24"/>
        </w:rPr>
        <w:object w:dxaOrig="2260" w:dyaOrig="680">
          <v:shape id="_x0000_i1123" type="#_x0000_t75" style="width:113.55pt;height:34.15pt" o:ole="">
            <v:imagedata r:id="rId207" o:title=""/>
          </v:shape>
          <o:OLEObject Type="Embed" ProgID="Equation.DSMT4" ShapeID="_x0000_i1123" DrawAspect="Content" ObjectID="_1808507006" r:id="rId208"/>
        </w:object>
      </w:r>
      <w:r w:rsidRPr="00BA3DBF">
        <w:rPr>
          <w:rFonts w:cs="Times New Roman"/>
          <w:color w:val="000000" w:themeColor="text1"/>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lang w:val="nl-NL"/>
        </w:rPr>
        <w:t>C.</w:t>
      </w:r>
      <w:r w:rsidRPr="00BA3DBF">
        <w:rPr>
          <w:rFonts w:cs="Times New Roman"/>
          <w:szCs w:val="24"/>
        </w:rPr>
        <w:t xml:space="preserve"> </w:t>
      </w:r>
      <w:r w:rsidRPr="00BA3DBF">
        <w:rPr>
          <w:rFonts w:cs="Times New Roman"/>
          <w:position w:val="-28"/>
          <w:szCs w:val="24"/>
        </w:rPr>
        <w:object w:dxaOrig="2380" w:dyaOrig="680">
          <v:shape id="_x0000_i1124" type="#_x0000_t75" style="width:118.6pt;height:34.15pt" o:ole="">
            <v:imagedata r:id="rId209" o:title=""/>
          </v:shape>
          <o:OLEObject Type="Embed" ProgID="Equation.DSMT4" ShapeID="_x0000_i1124" DrawAspect="Content" ObjectID="_1808507007" r:id="rId210"/>
        </w:object>
      </w:r>
      <w:r w:rsidRPr="00BA3DBF">
        <w:rPr>
          <w:rFonts w:cs="Times New Roman"/>
          <w:color w:val="000000" w:themeColor="text1"/>
          <w:szCs w:val="24"/>
        </w:rPr>
        <w:t>.</w:t>
      </w:r>
      <w:r w:rsidRPr="00BA3DBF">
        <w:rPr>
          <w:rFonts w:cs="Times New Roman"/>
          <w:b/>
          <w:color w:val="0000FF"/>
          <w:szCs w:val="24"/>
        </w:rPr>
        <w:tab/>
      </w:r>
      <w:r w:rsidRPr="00BA3DBF">
        <w:rPr>
          <w:rFonts w:cs="Times New Roman"/>
          <w:b/>
          <w:color w:val="0000FF"/>
          <w:szCs w:val="24"/>
          <w:u w:val="single"/>
          <w:lang w:val="nl-NL"/>
        </w:rPr>
        <w:t>D</w:t>
      </w:r>
      <w:r w:rsidRPr="00BA3DBF">
        <w:rPr>
          <w:rFonts w:cs="Times New Roman"/>
          <w:b/>
          <w:color w:val="0000FF"/>
          <w:szCs w:val="24"/>
          <w:lang w:val="nl-NL"/>
        </w:rPr>
        <w:t>.</w:t>
      </w:r>
      <w:r w:rsidRPr="00BA3DBF">
        <w:rPr>
          <w:rFonts w:cs="Times New Roman"/>
          <w:szCs w:val="24"/>
        </w:rPr>
        <w:t xml:space="preserve"> </w:t>
      </w:r>
      <w:r w:rsidRPr="00BA3DBF">
        <w:rPr>
          <w:rFonts w:cs="Times New Roman"/>
          <w:position w:val="-28"/>
          <w:szCs w:val="24"/>
        </w:rPr>
        <w:object w:dxaOrig="3480" w:dyaOrig="680">
          <v:shape id="_x0000_i1125" type="#_x0000_t75" style="width:174pt;height:34.15pt" o:ole="">
            <v:imagedata r:id="rId211" o:title=""/>
          </v:shape>
          <o:OLEObject Type="Embed" ProgID="Equation.DSMT4" ShapeID="_x0000_i1125" DrawAspect="Content" ObjectID="_1808507008" r:id="rId212"/>
        </w:object>
      </w:r>
      <w:r w:rsidRPr="00BA3DBF">
        <w:rPr>
          <w:rFonts w:cs="Times New Roman"/>
          <w:color w:val="000000" w:themeColor="text1"/>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highlight w:val="green"/>
        </w:rPr>
      </w:pPr>
      <w:r w:rsidRPr="00BA3DBF">
        <w:rPr>
          <w:rFonts w:cs="Times New Roman"/>
          <w:b/>
          <w:bCs/>
          <w:color w:val="0000FF"/>
          <w:szCs w:val="24"/>
          <w:highlight w:val="green"/>
        </w:rPr>
        <w:t>Chọn</w:t>
      </w:r>
      <w:r w:rsidRPr="00BA3DBF">
        <w:rPr>
          <w:rFonts w:cs="Times New Roman"/>
          <w:b/>
          <w:bCs/>
          <w:color w:val="0000FF"/>
          <w:szCs w:val="24"/>
          <w:highlight w:val="green"/>
          <w:lang w:val="vi-VN"/>
        </w:rPr>
        <w:t xml:space="preserve"> D</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Phương trình </w:t>
      </w:r>
      <w:r w:rsidRPr="00BA3DBF">
        <w:rPr>
          <w:rFonts w:cs="Times New Roman"/>
          <w:position w:val="-8"/>
          <w:szCs w:val="24"/>
        </w:rPr>
        <w:object w:dxaOrig="1520" w:dyaOrig="360">
          <v:shape id="_x0000_i1126" type="#_x0000_t75" style="width:76.15pt;height:18.45pt" o:ole="">
            <v:imagedata r:id="rId213" o:title=""/>
          </v:shape>
          <o:OLEObject Type="Embed" ProgID="Equation.DSMT4" ShapeID="_x0000_i1126" DrawAspect="Content" ObjectID="_1808507009" r:id="rId214"/>
        </w:object>
      </w:r>
      <w:r w:rsidRPr="00BA3DBF">
        <w:rPr>
          <w:rFonts w:cs="Times New Roman"/>
          <w:position w:val="-24"/>
          <w:szCs w:val="24"/>
        </w:rPr>
        <w:object w:dxaOrig="1380" w:dyaOrig="680">
          <v:shape id="_x0000_i1127" type="#_x0000_t75" style="width:69.7pt;height:34.15pt" o:ole="">
            <v:imagedata r:id="rId215" o:title=""/>
          </v:shape>
          <o:OLEObject Type="Embed" ProgID="Equation.DSMT4" ShapeID="_x0000_i1127" DrawAspect="Content" ObjectID="_1808507010" r:id="rId216"/>
        </w:object>
      </w:r>
      <w:r w:rsidRPr="00BA3DBF">
        <w:rPr>
          <w:rFonts w:cs="Times New Roman"/>
          <w:position w:val="-60"/>
          <w:szCs w:val="24"/>
        </w:rPr>
        <w:object w:dxaOrig="2500" w:dyaOrig="1320">
          <v:shape id="_x0000_i1128" type="#_x0000_t75" style="width:124.6pt;height:65.55pt" o:ole="">
            <v:imagedata r:id="rId217" o:title=""/>
          </v:shape>
          <o:OLEObject Type="Embed" ProgID="Equation.DSMT4" ShapeID="_x0000_i1128" DrawAspect="Content" ObjectID="_1808507011" r:id="rId218"/>
        </w:object>
      </w:r>
      <w:r w:rsidRPr="00BA3DBF">
        <w:rPr>
          <w:rFonts w:cs="Times New Roman"/>
          <w:szCs w:val="24"/>
        </w:rPr>
        <w:t>.</w:t>
      </w:r>
    </w:p>
    <w:p w:rsidR="00BA3DBF" w:rsidRPr="00BA3DBF" w:rsidRDefault="00BA3DBF" w:rsidP="00BA3DBF">
      <w:pPr>
        <w:pStyle w:val="ListParagraph"/>
        <w:widowControl/>
        <w:numPr>
          <w:ilvl w:val="0"/>
          <w:numId w:val="40"/>
        </w:numPr>
        <w:autoSpaceDE/>
        <w:autoSpaceDN/>
        <w:spacing w:before="0"/>
        <w:contextualSpacing/>
        <w:jc w:val="both"/>
        <w:rPr>
          <w:b/>
          <w:color w:val="0000FF"/>
          <w:sz w:val="24"/>
          <w:szCs w:val="24"/>
        </w:rPr>
      </w:pPr>
      <w:r w:rsidRPr="00BA3DBF">
        <w:rPr>
          <w:sz w:val="24"/>
          <w:szCs w:val="24"/>
        </w:rPr>
        <w:t xml:space="preserve">Nghiệm của phương trình </w:t>
      </w:r>
      <w:r w:rsidRPr="00BA3DBF">
        <w:rPr>
          <w:position w:val="-6"/>
          <w:sz w:val="24"/>
          <w:szCs w:val="24"/>
        </w:rPr>
        <w:object w:dxaOrig="1120" w:dyaOrig="320">
          <v:shape id="_x0000_i1129" type="#_x0000_t75" style="width:55.85pt;height:16.15pt" o:ole="">
            <v:imagedata r:id="rId219" o:title=""/>
          </v:shape>
          <o:OLEObject Type="Embed" ProgID="Equation.DSMT4" ShapeID="_x0000_i1129" DrawAspect="Content" ObjectID="_1808507012" r:id="rId220"/>
        </w:object>
      </w:r>
      <w:r w:rsidRPr="00BA3DBF">
        <w:rPr>
          <w:sz w:val="24"/>
          <w:szCs w:val="24"/>
        </w:rPr>
        <w:t xml:space="preserve"> là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b/>
          <w:color w:val="0000FF"/>
          <w:szCs w:val="24"/>
          <w:lang w:val="nl-NL"/>
        </w:rPr>
        <w:t>A.</w:t>
      </w:r>
      <w:r w:rsidRPr="00BA3DBF">
        <w:rPr>
          <w:rFonts w:cs="Times New Roman"/>
          <w:b/>
          <w:color w:val="000099"/>
          <w:szCs w:val="24"/>
          <w:lang w:val="nl-NL"/>
        </w:rPr>
        <w:t xml:space="preserve"> </w:t>
      </w:r>
      <w:r w:rsidRPr="00BA3DBF">
        <w:rPr>
          <w:rFonts w:cs="Times New Roman"/>
          <w:position w:val="-6"/>
          <w:szCs w:val="24"/>
        </w:rPr>
        <w:object w:dxaOrig="540" w:dyaOrig="279">
          <v:shape id="_x0000_i1130" type="#_x0000_t75" style="width:27.25pt;height:13.85pt" o:ole="">
            <v:imagedata r:id="rId221" o:title=""/>
          </v:shape>
          <o:OLEObject Type="Embed" ProgID="Equation.DSMT4" ShapeID="_x0000_i1130" DrawAspect="Content" ObjectID="_1808507013" r:id="rId222"/>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B.</w:t>
      </w:r>
      <w:r w:rsidRPr="00BA3DBF">
        <w:rPr>
          <w:rFonts w:cs="Times New Roman"/>
          <w:b/>
          <w:color w:val="0033CC"/>
          <w:szCs w:val="24"/>
          <w:lang w:val="nl-NL"/>
        </w:rPr>
        <w:t xml:space="preserve"> </w:t>
      </w:r>
      <w:r w:rsidRPr="00BA3DBF">
        <w:rPr>
          <w:rFonts w:cs="Times New Roman"/>
          <w:position w:val="-6"/>
          <w:szCs w:val="24"/>
        </w:rPr>
        <w:object w:dxaOrig="520" w:dyaOrig="279">
          <v:shape id="_x0000_i1131" type="#_x0000_t75" style="width:25.85pt;height:13.85pt" o:ole="">
            <v:imagedata r:id="rId223" o:title=""/>
          </v:shape>
          <o:OLEObject Type="Embed" ProgID="Equation.DSMT4" ShapeID="_x0000_i1131" DrawAspect="Content" ObjectID="_1808507014" r:id="rId224"/>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lang w:val="nl-NL"/>
        </w:rPr>
        <w:t>C.</w:t>
      </w:r>
      <w:r w:rsidRPr="00BA3DBF">
        <w:rPr>
          <w:rFonts w:cs="Times New Roman"/>
          <w:szCs w:val="24"/>
        </w:rPr>
        <w:t xml:space="preserve"> </w:t>
      </w:r>
      <w:r w:rsidRPr="00BA3DBF">
        <w:rPr>
          <w:rFonts w:cs="Times New Roman"/>
          <w:position w:val="-6"/>
          <w:szCs w:val="24"/>
        </w:rPr>
        <w:object w:dxaOrig="560" w:dyaOrig="279">
          <v:shape id="_x0000_i1132" type="#_x0000_t75" style="width:28.15pt;height:13.85pt" o:ole="">
            <v:imagedata r:id="rId225" o:title=""/>
          </v:shape>
          <o:OLEObject Type="Embed" ProgID="Equation.DSMT4" ShapeID="_x0000_i1132" DrawAspect="Content" ObjectID="_1808507015" r:id="rId226"/>
        </w:object>
      </w:r>
      <w:r w:rsidRPr="00BA3DBF">
        <w:rPr>
          <w:rFonts w:cs="Times New Roman"/>
          <w:szCs w:val="24"/>
        </w:rPr>
        <w:t>.</w:t>
      </w:r>
      <w:r w:rsidRPr="00BA3DBF">
        <w:rPr>
          <w:rFonts w:eastAsia="Times New Roman" w:cs="Times New Roman"/>
          <w:b/>
          <w:color w:val="0000FF"/>
          <w:szCs w:val="24"/>
          <w:lang w:val="nl-NL"/>
        </w:rPr>
        <w:tab/>
      </w:r>
      <w:r w:rsidRPr="00BA3DBF">
        <w:rPr>
          <w:rFonts w:cs="Times New Roman"/>
          <w:b/>
          <w:color w:val="0000FF"/>
          <w:szCs w:val="24"/>
          <w:u w:val="single"/>
          <w:lang w:val="nl-NL"/>
        </w:rPr>
        <w:t>D</w:t>
      </w:r>
      <w:r w:rsidRPr="00BA3DBF">
        <w:rPr>
          <w:rFonts w:cs="Times New Roman"/>
          <w:b/>
          <w:color w:val="0000FF"/>
          <w:szCs w:val="24"/>
          <w:lang w:val="nl-NL"/>
        </w:rPr>
        <w:t>.</w:t>
      </w:r>
      <w:r w:rsidRPr="00BA3DBF">
        <w:rPr>
          <w:rFonts w:cs="Times New Roman"/>
          <w:szCs w:val="24"/>
        </w:rPr>
        <w:t xml:space="preserve"> </w:t>
      </w:r>
      <w:r w:rsidRPr="00BA3DBF">
        <w:rPr>
          <w:rFonts w:cs="Times New Roman"/>
          <w:position w:val="-6"/>
          <w:szCs w:val="24"/>
        </w:rPr>
        <w:object w:dxaOrig="560" w:dyaOrig="279">
          <v:shape id="_x0000_i1133" type="#_x0000_t75" style="width:28.15pt;height:13.85pt" o:ole="">
            <v:imagedata r:id="rId227" o:title=""/>
          </v:shape>
          <o:OLEObject Type="Embed" ProgID="Equation.DSMT4" ShapeID="_x0000_i1133" DrawAspect="Content" ObjectID="_1808507016" r:id="rId228"/>
        </w:object>
      </w:r>
      <w:r w:rsidRPr="00BA3DBF">
        <w:rPr>
          <w:rFonts w:cs="Times New Roman"/>
          <w:szCs w:val="24"/>
        </w:rPr>
        <w:t xml:space="preserve">. </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bCs/>
          <w:color w:val="0000FF"/>
          <w:szCs w:val="24"/>
          <w:highlight w:val="green"/>
        </w:rPr>
      </w:pPr>
      <w:r w:rsidRPr="00BA3DBF">
        <w:rPr>
          <w:rFonts w:cs="Times New Roman"/>
          <w:b/>
          <w:bCs/>
          <w:color w:val="0000FF"/>
          <w:szCs w:val="24"/>
          <w:highlight w:val="green"/>
        </w:rPr>
        <w:t>Chọn D</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6"/>
          <w:szCs w:val="24"/>
        </w:rPr>
        <w:object w:dxaOrig="1120" w:dyaOrig="320">
          <v:shape id="_x0000_i1134" type="#_x0000_t75" style="width:55.85pt;height:16.15pt" o:ole="">
            <v:imagedata r:id="rId229" o:title=""/>
          </v:shape>
          <o:OLEObject Type="Embed" ProgID="Equation.DSMT4" ShapeID="_x0000_i1134" DrawAspect="Content" ObjectID="_1808507017" r:id="rId230"/>
        </w:object>
      </w:r>
      <w:r w:rsidRPr="00BA3DBF">
        <w:rPr>
          <w:rFonts w:cs="Times New Roman"/>
          <w:position w:val="-6"/>
          <w:szCs w:val="24"/>
        </w:rPr>
        <w:object w:dxaOrig="1280" w:dyaOrig="320">
          <v:shape id="_x0000_i1135" type="#_x0000_t75" style="width:64.6pt;height:16.15pt" o:ole="">
            <v:imagedata r:id="rId231" o:title=""/>
          </v:shape>
          <o:OLEObject Type="Embed" ProgID="Equation.DSMT4" ShapeID="_x0000_i1135" DrawAspect="Content" ObjectID="_1808507018" r:id="rId232"/>
        </w:object>
      </w:r>
      <w:r w:rsidRPr="00BA3DBF">
        <w:rPr>
          <w:rFonts w:cs="Times New Roman"/>
          <w:position w:val="-6"/>
          <w:szCs w:val="24"/>
        </w:rPr>
        <w:object w:dxaOrig="1300" w:dyaOrig="279">
          <v:shape id="_x0000_i1136" type="#_x0000_t75" style="width:64.6pt;height:13.85pt" o:ole="">
            <v:imagedata r:id="rId233" o:title=""/>
          </v:shape>
          <o:OLEObject Type="Embed" ProgID="Equation.DSMT4" ShapeID="_x0000_i1136" DrawAspect="Content" ObjectID="_1808507019" r:id="rId234"/>
        </w:object>
      </w:r>
      <w:r w:rsidRPr="00BA3DBF">
        <w:rPr>
          <w:rFonts w:cs="Times New Roman"/>
          <w:position w:val="-6"/>
          <w:szCs w:val="24"/>
        </w:rPr>
        <w:object w:dxaOrig="859" w:dyaOrig="279">
          <v:shape id="_x0000_i1137" type="#_x0000_t75" style="width:43.4pt;height:13.85pt" o:ole="">
            <v:imagedata r:id="rId235" o:title=""/>
          </v:shape>
          <o:OLEObject Type="Embed" ProgID="Equation.DSMT4" ShapeID="_x0000_i1137" DrawAspect="Content" ObjectID="_1808507020" r:id="rId236"/>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rPr>
          <w:rFonts w:cs="Times New Roman"/>
          <w:color w:val="FF0000"/>
          <w:szCs w:val="24"/>
        </w:rPr>
      </w:pPr>
      <w:r w:rsidRPr="00BA3DBF">
        <w:rPr>
          <w:rFonts w:cs="Times New Roman"/>
          <w:b/>
          <w:bCs/>
          <w:color w:val="FF0000"/>
          <w:szCs w:val="24"/>
        </w:rPr>
        <w:t>PHẦN II. Câu trắc nghiệm đúng sai. Thí sinh trả lời từ câu 1 đến câu 4. Trong mỗi ý a), b), c), d) ở mỗi câu, thí sinh chọn đúng hoặc sai.</w:t>
      </w:r>
    </w:p>
    <w:p w:rsidR="00BA3DBF" w:rsidRPr="00BA3DBF" w:rsidRDefault="00BA3DBF" w:rsidP="00BA3DBF">
      <w:pPr>
        <w:pStyle w:val="ListParagraph"/>
        <w:widowControl/>
        <w:numPr>
          <w:ilvl w:val="0"/>
          <w:numId w:val="41"/>
        </w:numPr>
        <w:autoSpaceDE/>
        <w:autoSpaceDN/>
        <w:spacing w:before="0"/>
        <w:contextualSpacing/>
        <w:jc w:val="both"/>
        <w:rPr>
          <w:sz w:val="24"/>
          <w:szCs w:val="24"/>
          <w:lang w:val="nl-NL"/>
        </w:rPr>
      </w:pPr>
      <w:r w:rsidRPr="00BA3DBF">
        <w:rPr>
          <w:sz w:val="24"/>
          <w:szCs w:val="24"/>
          <w:lang w:val="nl-NL"/>
        </w:rPr>
        <w:t xml:space="preserve">Cho hàm số </w:t>
      </w:r>
      <w:r w:rsidRPr="00BA3DBF">
        <w:rPr>
          <w:position w:val="-14"/>
          <w:sz w:val="24"/>
          <w:szCs w:val="24"/>
        </w:rPr>
        <w:object w:dxaOrig="1740" w:dyaOrig="400">
          <v:shape id="_x0000_i1138" type="#_x0000_t75" style="width:87.25pt;height:19.4pt" o:ole="">
            <v:imagedata r:id="rId237" o:title=""/>
          </v:shape>
          <o:OLEObject Type="Embed" ProgID="Equation.DSMT4" ShapeID="_x0000_i1138" DrawAspect="Content" ObjectID="_1808507021" r:id="rId238"/>
        </w:object>
      </w:r>
      <w:r w:rsidRPr="00BA3DBF">
        <w:rPr>
          <w:sz w:val="24"/>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lang w:val="nl-NL"/>
        </w:rPr>
        <w:t>a)</w:t>
      </w:r>
      <w:r w:rsidRPr="00BA3DBF">
        <w:rPr>
          <w:rFonts w:cs="Times New Roman"/>
          <w:szCs w:val="24"/>
          <w:lang w:val="nl-NL"/>
        </w:rPr>
        <w:t xml:space="preserve"> [1] </w:t>
      </w:r>
      <w:r w:rsidRPr="00BA3DBF">
        <w:rPr>
          <w:rFonts w:cs="Times New Roman"/>
          <w:position w:val="-14"/>
          <w:szCs w:val="24"/>
        </w:rPr>
        <w:object w:dxaOrig="1900" w:dyaOrig="400">
          <v:shape id="_x0000_i1139" type="#_x0000_t75" style="width:94.6pt;height:19.4pt" o:ole="">
            <v:imagedata r:id="rId239" o:title=""/>
          </v:shape>
          <o:OLEObject Type="Embed" ProgID="Equation.DSMT4" ShapeID="_x0000_i1139" DrawAspect="Content" ObjectID="_1808507022" r:id="rId240"/>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lang w:val="nl-NL"/>
        </w:rPr>
        <w:t>b)</w:t>
      </w:r>
      <w:r w:rsidRPr="00BA3DBF">
        <w:rPr>
          <w:rFonts w:cs="Times New Roman"/>
          <w:szCs w:val="24"/>
          <w:lang w:val="nl-NL"/>
        </w:rPr>
        <w:t xml:space="preserve"> [2] Khi </w:t>
      </w:r>
      <w:r w:rsidRPr="00BA3DBF">
        <w:rPr>
          <w:rFonts w:cs="Times New Roman"/>
          <w:position w:val="-24"/>
          <w:szCs w:val="24"/>
        </w:rPr>
        <w:object w:dxaOrig="2520" w:dyaOrig="620">
          <v:shape id="_x0000_i1140" type="#_x0000_t75" style="width:126pt;height:31.85pt" o:ole="">
            <v:imagedata r:id="rId241" o:title=""/>
          </v:shape>
          <o:OLEObject Type="Embed" ProgID="Equation.DSMT4" ShapeID="_x0000_i1140" DrawAspect="Content" ObjectID="_1808507023" r:id="rId242"/>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c)</w:t>
      </w:r>
      <w:r w:rsidRPr="00BA3DBF">
        <w:rPr>
          <w:rFonts w:cs="Times New Roman"/>
          <w:szCs w:val="24"/>
          <w:lang w:val="nl-NL"/>
        </w:rPr>
        <w:t xml:space="preserve"> [3] Trên đoạn </w:t>
      </w:r>
      <w:r w:rsidRPr="00BA3DBF">
        <w:rPr>
          <w:rFonts w:cs="Times New Roman"/>
          <w:position w:val="-14"/>
          <w:szCs w:val="24"/>
        </w:rPr>
        <w:object w:dxaOrig="580" w:dyaOrig="400">
          <v:shape id="_x0000_i1141" type="#_x0000_t75" style="width:28.6pt;height:19.4pt" o:ole="">
            <v:imagedata r:id="rId243" o:title=""/>
          </v:shape>
          <o:OLEObject Type="Embed" ProgID="Equation.DSMT4" ShapeID="_x0000_i1141" DrawAspect="Content" ObjectID="_1808507024" r:id="rId244"/>
        </w:object>
      </w:r>
      <w:r w:rsidRPr="00BA3DBF">
        <w:rPr>
          <w:rFonts w:cs="Times New Roman"/>
          <w:szCs w:val="24"/>
          <w:lang w:val="nl-NL"/>
        </w:rPr>
        <w:t xml:space="preserve"> phương trình </w:t>
      </w:r>
      <w:r w:rsidRPr="00BA3DBF">
        <w:rPr>
          <w:rFonts w:cs="Times New Roman"/>
          <w:position w:val="-14"/>
          <w:szCs w:val="24"/>
        </w:rPr>
        <w:object w:dxaOrig="980" w:dyaOrig="400">
          <v:shape id="_x0000_i1142" type="#_x0000_t75" style="width:49.4pt;height:19.4pt" o:ole="">
            <v:imagedata r:id="rId245" o:title=""/>
          </v:shape>
          <o:OLEObject Type="Embed" ProgID="Equation.DSMT4" ShapeID="_x0000_i1142" DrawAspect="Content" ObjectID="_1808507025" r:id="rId246"/>
        </w:object>
      </w:r>
      <w:r w:rsidRPr="00BA3DBF">
        <w:rPr>
          <w:rFonts w:cs="Times New Roman"/>
          <w:szCs w:val="24"/>
          <w:lang w:val="nl-NL"/>
        </w:rPr>
        <w:t xml:space="preserve"> có tổng các nghiệm bằng </w:t>
      </w:r>
      <w:r w:rsidRPr="00BA3DBF">
        <w:rPr>
          <w:rFonts w:cs="Times New Roman"/>
          <w:position w:val="-6"/>
          <w:szCs w:val="24"/>
        </w:rPr>
        <w:object w:dxaOrig="220" w:dyaOrig="220">
          <v:shape id="_x0000_i1143" type="#_x0000_t75" style="width:10.6pt;height:10.6pt" o:ole="">
            <v:imagedata r:id="rId247" o:title=""/>
          </v:shape>
          <o:OLEObject Type="Embed" ProgID="Equation.DSMT4" ShapeID="_x0000_i1143" DrawAspect="Content" ObjectID="_1808507026" r:id="rId248"/>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d)</w:t>
      </w:r>
      <w:r w:rsidRPr="00BA3DBF">
        <w:rPr>
          <w:rFonts w:cs="Times New Roman"/>
          <w:szCs w:val="24"/>
          <w:lang w:val="nl-NL"/>
        </w:rPr>
        <w:t xml:space="preserve"> [4] Giá trị lớn nhất của </w:t>
      </w:r>
      <w:r w:rsidRPr="00BA3DBF">
        <w:rPr>
          <w:rFonts w:cs="Times New Roman"/>
          <w:position w:val="-14"/>
          <w:szCs w:val="24"/>
        </w:rPr>
        <w:object w:dxaOrig="580" w:dyaOrig="400">
          <v:shape id="_x0000_i1144" type="#_x0000_t75" style="width:28.6pt;height:19.4pt" o:ole="">
            <v:imagedata r:id="rId249" o:title=""/>
          </v:shape>
          <o:OLEObject Type="Embed" ProgID="Equation.DSMT4" ShapeID="_x0000_i1144" DrawAspect="Content" ObjectID="_1808507027" r:id="rId250"/>
        </w:object>
      </w:r>
      <w:r w:rsidRPr="00BA3DBF">
        <w:rPr>
          <w:rFonts w:cs="Times New Roman"/>
          <w:szCs w:val="24"/>
          <w:lang w:val="nl-NL"/>
        </w:rPr>
        <w:t xml:space="preserve"> trên đoạn </w:t>
      </w:r>
      <w:r w:rsidRPr="00BA3DBF">
        <w:rPr>
          <w:rFonts w:cs="Times New Roman"/>
          <w:position w:val="-14"/>
          <w:szCs w:val="24"/>
        </w:rPr>
        <w:object w:dxaOrig="580" w:dyaOrig="400">
          <v:shape id="_x0000_i1145" type="#_x0000_t75" style="width:28.6pt;height:19.4pt" o:ole="">
            <v:imagedata r:id="rId251" o:title=""/>
          </v:shape>
          <o:OLEObject Type="Embed" ProgID="Equation.DSMT4" ShapeID="_x0000_i1145" DrawAspect="Content" ObjectID="_1808507028" r:id="rId252"/>
        </w:object>
      </w:r>
      <w:r w:rsidRPr="00BA3DBF">
        <w:rPr>
          <w:rFonts w:cs="Times New Roman"/>
          <w:szCs w:val="24"/>
          <w:lang w:val="nl-NL"/>
        </w:rPr>
        <w:t xml:space="preserve"> là </w:t>
      </w:r>
      <w:r w:rsidRPr="00BA3DBF">
        <w:rPr>
          <w:rFonts w:cs="Times New Roman"/>
          <w:position w:val="-24"/>
          <w:szCs w:val="24"/>
        </w:rPr>
        <w:object w:dxaOrig="920" w:dyaOrig="680">
          <v:shape id="_x0000_i1146" type="#_x0000_t75" style="width:46.15pt;height:34.15pt" o:ole="">
            <v:imagedata r:id="rId253" o:title=""/>
          </v:shape>
          <o:OLEObject Type="Embed" ProgID="Equation.DSMT4" ShapeID="_x0000_i1146" DrawAspect="Content" ObjectID="_1808507029" r:id="rId254"/>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a) Sai.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lang w:val="nl-NL"/>
        </w:rPr>
        <w:t>Ta có:</w:t>
      </w:r>
      <w:r w:rsidRPr="00BA3DBF">
        <w:rPr>
          <w:rFonts w:cs="Times New Roman"/>
          <w:position w:val="-14"/>
          <w:szCs w:val="24"/>
        </w:rPr>
        <w:object w:dxaOrig="1900" w:dyaOrig="400">
          <v:shape id="_x0000_i1147" type="#_x0000_t75" style="width:94.6pt;height:19.4pt" o:ole="">
            <v:imagedata r:id="rId255" o:title=""/>
          </v:shape>
          <o:OLEObject Type="Embed" ProgID="Equation.DSMT4" ShapeID="_x0000_i1147" DrawAspect="Content" ObjectID="_1808507030" r:id="rId256"/>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b) Sai.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60"/>
          <w:szCs w:val="24"/>
        </w:rPr>
        <w:object w:dxaOrig="6440" w:dyaOrig="1320">
          <v:shape id="_x0000_i1148" type="#_x0000_t75" style="width:323.1pt;height:65.55pt" o:ole="">
            <v:imagedata r:id="rId257" o:title=""/>
          </v:shape>
          <o:OLEObject Type="Embed" ProgID="Equation.DSMT4" ShapeID="_x0000_i1148" DrawAspect="Content" ObjectID="_1808507031" r:id="rId258"/>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c)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60"/>
          <w:szCs w:val="24"/>
        </w:rPr>
        <w:object w:dxaOrig="3420" w:dyaOrig="1320">
          <v:shape id="_x0000_i1149" type="#_x0000_t75" style="width:170.3pt;height:65.55pt" o:ole="">
            <v:imagedata r:id="rId259" o:title=""/>
          </v:shape>
          <o:OLEObject Type="Embed" ProgID="Equation.DSMT4" ShapeID="_x0000_i1149" DrawAspect="Content" ObjectID="_1808507032" r:id="rId260"/>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Với </w:t>
      </w:r>
      <w:r w:rsidRPr="00BA3DBF">
        <w:rPr>
          <w:rFonts w:cs="Times New Roman"/>
          <w:position w:val="-28"/>
          <w:szCs w:val="24"/>
        </w:rPr>
        <w:object w:dxaOrig="2480" w:dyaOrig="680">
          <v:shape id="_x0000_i1150" type="#_x0000_t75" style="width:124.6pt;height:34.15pt" o:ole="">
            <v:imagedata r:id="rId261" o:title=""/>
          </v:shape>
          <o:OLEObject Type="Embed" ProgID="Equation.DSMT4" ShapeID="_x0000_i1150" DrawAspect="Content" ObjectID="_1808507033" r:id="rId262"/>
        </w:object>
      </w:r>
      <w:r w:rsidRPr="00BA3DBF">
        <w:rPr>
          <w:rFonts w:cs="Times New Roman"/>
          <w:szCs w:val="24"/>
        </w:rPr>
        <w:t xml:space="preserve">. Khi đó tổng các nghiệm bằng </w:t>
      </w:r>
      <w:r w:rsidRPr="00BA3DBF">
        <w:rPr>
          <w:rFonts w:cs="Times New Roman"/>
          <w:position w:val="-24"/>
          <w:szCs w:val="24"/>
        </w:rPr>
        <w:object w:dxaOrig="1180" w:dyaOrig="620">
          <v:shape id="_x0000_i1151" type="#_x0000_t75" style="width:58.6pt;height:31.85pt" o:ole="">
            <v:imagedata r:id="rId263" o:title=""/>
          </v:shape>
          <o:OLEObject Type="Embed" ProgID="Equation.DSMT4" ShapeID="_x0000_i1151" DrawAspect="Content" ObjectID="_1808507034" r:id="rId26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d)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Trên đoạn </w:t>
      </w:r>
      <w:r w:rsidRPr="00BA3DBF">
        <w:rPr>
          <w:rFonts w:cs="Times New Roman"/>
          <w:position w:val="-14"/>
          <w:szCs w:val="24"/>
        </w:rPr>
        <w:object w:dxaOrig="580" w:dyaOrig="400">
          <v:shape id="_x0000_i1152" type="#_x0000_t75" style="width:28.6pt;height:19.4pt" o:ole="">
            <v:imagedata r:id="rId265" o:title=""/>
          </v:shape>
          <o:OLEObject Type="Embed" ProgID="Equation.DSMT4" ShapeID="_x0000_i1152" DrawAspect="Content" ObjectID="_1808507035" r:id="rId266"/>
        </w:object>
      </w:r>
      <w:r w:rsidRPr="00BA3DBF">
        <w:rPr>
          <w:rFonts w:cs="Times New Roman"/>
          <w:szCs w:val="24"/>
          <w:lang w:val="nl-NL"/>
        </w:rPr>
        <w:t xml:space="preserve"> phương trình </w:t>
      </w:r>
      <w:r w:rsidRPr="00BA3DBF">
        <w:rPr>
          <w:rFonts w:cs="Times New Roman"/>
          <w:position w:val="-14"/>
          <w:szCs w:val="24"/>
        </w:rPr>
        <w:object w:dxaOrig="980" w:dyaOrig="400">
          <v:shape id="_x0000_i1153" type="#_x0000_t75" style="width:49.4pt;height:19.4pt" o:ole="">
            <v:imagedata r:id="rId267" o:title=""/>
          </v:shape>
          <o:OLEObject Type="Embed" ProgID="Equation.DSMT4" ShapeID="_x0000_i1153" DrawAspect="Content" ObjectID="_1808507036" r:id="rId268"/>
        </w:object>
      </w:r>
      <w:r w:rsidRPr="00BA3DBF">
        <w:rPr>
          <w:rFonts w:cs="Times New Roman"/>
          <w:szCs w:val="24"/>
        </w:rPr>
        <w:t xml:space="preserve"> có 2 nghiệm </w:t>
      </w:r>
      <w:r w:rsidRPr="00BA3DBF">
        <w:rPr>
          <w:rFonts w:cs="Times New Roman"/>
          <w:position w:val="-28"/>
          <w:szCs w:val="24"/>
        </w:rPr>
        <w:object w:dxaOrig="1280" w:dyaOrig="680">
          <v:shape id="_x0000_i1154" type="#_x0000_t75" style="width:64.6pt;height:34.15pt" o:ole="">
            <v:imagedata r:id="rId269" o:title=""/>
          </v:shape>
          <o:OLEObject Type="Embed" ProgID="Equation.DSMT4" ShapeID="_x0000_i1154" DrawAspect="Content" ObjectID="_1808507037" r:id="rId27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lastRenderedPageBreak/>
        <w:t xml:space="preserve">Ta có: </w:t>
      </w:r>
      <w:r w:rsidRPr="00BA3DBF">
        <w:rPr>
          <w:rFonts w:cs="Times New Roman"/>
          <w:position w:val="-28"/>
          <w:szCs w:val="24"/>
        </w:rPr>
        <w:object w:dxaOrig="2600" w:dyaOrig="720">
          <v:shape id="_x0000_i1155" type="#_x0000_t75" style="width:129.7pt;height:36.45pt" o:ole="">
            <v:imagedata r:id="rId271" o:title=""/>
          </v:shape>
          <o:OLEObject Type="Embed" ProgID="Equation.DSMT4" ShapeID="_x0000_i1155" DrawAspect="Content" ObjectID="_1808507038" r:id="rId272"/>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28"/>
          <w:szCs w:val="24"/>
        </w:rPr>
        <w:object w:dxaOrig="2980" w:dyaOrig="720">
          <v:shape id="_x0000_i1156" type="#_x0000_t75" style="width:148.6pt;height:36.45pt" o:ole="">
            <v:imagedata r:id="rId273" o:title=""/>
          </v:shape>
          <o:OLEObject Type="Embed" ProgID="Equation.DSMT4" ShapeID="_x0000_i1156" DrawAspect="Content" ObjectID="_1808507039" r:id="rId274"/>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szCs w:val="24"/>
          <w:lang w:val="nl-NL"/>
        </w:rPr>
        <w:t xml:space="preserve">Giá trị lớn nhất của </w:t>
      </w:r>
      <w:r w:rsidRPr="00BA3DBF">
        <w:rPr>
          <w:rFonts w:cs="Times New Roman"/>
          <w:position w:val="-14"/>
          <w:szCs w:val="24"/>
        </w:rPr>
        <w:object w:dxaOrig="580" w:dyaOrig="400">
          <v:shape id="_x0000_i1157" type="#_x0000_t75" style="width:28.6pt;height:19.4pt" o:ole="">
            <v:imagedata r:id="rId275" o:title=""/>
          </v:shape>
          <o:OLEObject Type="Embed" ProgID="Equation.DSMT4" ShapeID="_x0000_i1157" DrawAspect="Content" ObjectID="_1808507040" r:id="rId276"/>
        </w:object>
      </w:r>
      <w:r w:rsidRPr="00BA3DBF">
        <w:rPr>
          <w:rFonts w:cs="Times New Roman"/>
          <w:szCs w:val="24"/>
          <w:lang w:val="nl-NL"/>
        </w:rPr>
        <w:t xml:space="preserve"> trên đoạn </w:t>
      </w:r>
      <w:r w:rsidRPr="00BA3DBF">
        <w:rPr>
          <w:rFonts w:cs="Times New Roman"/>
          <w:position w:val="-14"/>
          <w:szCs w:val="24"/>
        </w:rPr>
        <w:object w:dxaOrig="580" w:dyaOrig="400">
          <v:shape id="_x0000_i1158" type="#_x0000_t75" style="width:28.6pt;height:19.4pt" o:ole="">
            <v:imagedata r:id="rId277" o:title=""/>
          </v:shape>
          <o:OLEObject Type="Embed" ProgID="Equation.DSMT4" ShapeID="_x0000_i1158" DrawAspect="Content" ObjectID="_1808507041" r:id="rId278"/>
        </w:object>
      </w:r>
      <w:r w:rsidRPr="00BA3DBF">
        <w:rPr>
          <w:rFonts w:cs="Times New Roman"/>
          <w:szCs w:val="24"/>
          <w:lang w:val="nl-NL"/>
        </w:rPr>
        <w:t xml:space="preserve"> là </w:t>
      </w:r>
      <w:r w:rsidRPr="00BA3DBF">
        <w:rPr>
          <w:rFonts w:cs="Times New Roman"/>
          <w:position w:val="-24"/>
          <w:szCs w:val="24"/>
        </w:rPr>
        <w:object w:dxaOrig="920" w:dyaOrig="680">
          <v:shape id="_x0000_i1159" type="#_x0000_t75" style="width:46.15pt;height:34.15pt" o:ole="">
            <v:imagedata r:id="rId279" o:title=""/>
          </v:shape>
          <o:OLEObject Type="Embed" ProgID="Equation.DSMT4" ShapeID="_x0000_i1159" DrawAspect="Content" ObjectID="_1808507042" r:id="rId280"/>
        </w:object>
      </w:r>
      <w:r w:rsidRPr="00BA3DBF">
        <w:rPr>
          <w:rFonts w:cs="Times New Roman"/>
          <w:szCs w:val="24"/>
          <w:lang w:val="nl-NL"/>
        </w:rPr>
        <w:t>.</w:t>
      </w:r>
    </w:p>
    <w:p w:rsidR="00BA3DBF" w:rsidRPr="00BA3DBF" w:rsidRDefault="00BA3DBF" w:rsidP="00BA3DBF">
      <w:pPr>
        <w:pStyle w:val="ListParagraph"/>
        <w:widowControl/>
        <w:numPr>
          <w:ilvl w:val="0"/>
          <w:numId w:val="41"/>
        </w:numPr>
        <w:autoSpaceDE/>
        <w:autoSpaceDN/>
        <w:spacing w:before="0"/>
        <w:contextualSpacing/>
        <w:jc w:val="both"/>
        <w:rPr>
          <w:sz w:val="24"/>
          <w:szCs w:val="24"/>
          <w:lang w:val="nl-NL"/>
        </w:rPr>
      </w:pPr>
      <w:r w:rsidRPr="00BA3DBF">
        <w:rPr>
          <w:sz w:val="24"/>
          <w:szCs w:val="24"/>
          <w:lang w:val="nl-NL"/>
        </w:rPr>
        <w:t xml:space="preserve">Ở nhiệt độ thường </w:t>
      </w:r>
      <w:r w:rsidRPr="00BA3DBF">
        <w:rPr>
          <w:position w:val="-14"/>
          <w:sz w:val="24"/>
          <w:szCs w:val="24"/>
        </w:rPr>
        <w:object w:dxaOrig="760" w:dyaOrig="400">
          <v:shape id="_x0000_i1160" type="#_x0000_t75" style="width:37.85pt;height:19.4pt" o:ole="">
            <v:imagedata r:id="rId281" o:title=""/>
          </v:shape>
          <o:OLEObject Type="Embed" ProgID="Equation.DSMT4" ShapeID="_x0000_i1160" DrawAspect="Content" ObjectID="_1808507043" r:id="rId282"/>
        </w:object>
      </w:r>
      <w:r w:rsidRPr="00BA3DBF">
        <w:rPr>
          <w:sz w:val="24"/>
          <w:szCs w:val="24"/>
          <w:lang w:val="nl-NL"/>
        </w:rPr>
        <w:t xml:space="preserve">, một phản ứng hóa học từ chất đầu </w:t>
      </w:r>
      <w:r w:rsidRPr="00BA3DBF">
        <w:rPr>
          <w:position w:val="-4"/>
          <w:sz w:val="24"/>
          <w:szCs w:val="24"/>
        </w:rPr>
        <w:object w:dxaOrig="240" w:dyaOrig="260">
          <v:shape id="_x0000_i1161" type="#_x0000_t75" style="width:12pt;height:13.4pt" o:ole="">
            <v:imagedata r:id="rId283" o:title=""/>
          </v:shape>
          <o:OLEObject Type="Embed" ProgID="Equation.DSMT4" ShapeID="_x0000_i1161" DrawAspect="Content" ObjectID="_1808507044" r:id="rId284"/>
        </w:object>
      </w:r>
      <w:r w:rsidRPr="00BA3DBF">
        <w:rPr>
          <w:sz w:val="24"/>
          <w:szCs w:val="24"/>
          <w:lang w:val="nl-NL"/>
        </w:rPr>
        <w:t xml:space="preserve">, chuyển hóa thành chất sản phẩm </w:t>
      </w:r>
      <w:r w:rsidRPr="00BA3DBF">
        <w:rPr>
          <w:position w:val="-4"/>
          <w:sz w:val="24"/>
          <w:szCs w:val="24"/>
        </w:rPr>
        <w:object w:dxaOrig="240" w:dyaOrig="260">
          <v:shape id="_x0000_i1162" type="#_x0000_t75" style="width:12pt;height:13.4pt" o:ole="">
            <v:imagedata r:id="rId285" o:title=""/>
          </v:shape>
          <o:OLEObject Type="Embed" ProgID="Equation.DSMT4" ShapeID="_x0000_i1162" DrawAspect="Content" ObjectID="_1808507045" r:id="rId286"/>
        </w:object>
      </w:r>
      <w:r w:rsidRPr="00BA3DBF">
        <w:rPr>
          <w:sz w:val="24"/>
          <w:szCs w:val="24"/>
          <w:lang w:val="nl-NL"/>
        </w:rPr>
        <w:t xml:space="preserve"> theo phương trình: </w:t>
      </w:r>
      <w:r w:rsidRPr="00BA3DBF">
        <w:rPr>
          <w:position w:val="-6"/>
          <w:sz w:val="24"/>
          <w:szCs w:val="24"/>
        </w:rPr>
        <w:object w:dxaOrig="740" w:dyaOrig="279">
          <v:shape id="_x0000_i1163" type="#_x0000_t75" style="width:37.4pt;height:13.85pt" o:ole="">
            <v:imagedata r:id="rId287" o:title=""/>
          </v:shape>
          <o:OLEObject Type="Embed" ProgID="Equation.DSMT4" ShapeID="_x0000_i1163" DrawAspect="Content" ObjectID="_1808507046" r:id="rId288"/>
        </w:object>
      </w:r>
      <w:r w:rsidRPr="00BA3DBF">
        <w:rPr>
          <w:sz w:val="24"/>
          <w:szCs w:val="24"/>
          <w:lang w:val="nl-NL"/>
        </w:rPr>
        <w:t xml:space="preserve">. Giả sử </w:t>
      </w:r>
      <w:r w:rsidRPr="00BA3DBF">
        <w:rPr>
          <w:position w:val="-14"/>
          <w:sz w:val="24"/>
          <w:szCs w:val="24"/>
        </w:rPr>
        <w:object w:dxaOrig="560" w:dyaOrig="400">
          <v:shape id="_x0000_i1164" type="#_x0000_t75" style="width:28.15pt;height:19.4pt" o:ole="">
            <v:imagedata r:id="rId289" o:title=""/>
          </v:shape>
          <o:OLEObject Type="Embed" ProgID="Equation.DSMT4" ShapeID="_x0000_i1164" DrawAspect="Content" ObjectID="_1808507047" r:id="rId290"/>
        </w:object>
      </w:r>
      <w:r w:rsidRPr="00BA3DBF">
        <w:rPr>
          <w:sz w:val="24"/>
          <w:szCs w:val="24"/>
          <w:lang w:val="nl-NL"/>
        </w:rPr>
        <w:t xml:space="preserve"> là nồng độ chất </w:t>
      </w:r>
      <w:r w:rsidRPr="00BA3DBF">
        <w:rPr>
          <w:position w:val="-4"/>
          <w:sz w:val="24"/>
          <w:szCs w:val="24"/>
        </w:rPr>
        <w:object w:dxaOrig="240" w:dyaOrig="260">
          <v:shape id="_x0000_i1165" type="#_x0000_t75" style="width:12pt;height:13.4pt" o:ole="">
            <v:imagedata r:id="rId291" o:title=""/>
          </v:shape>
          <o:OLEObject Type="Embed" ProgID="Equation.DSMT4" ShapeID="_x0000_i1165" DrawAspect="Content" ObjectID="_1808507048" r:id="rId292"/>
        </w:object>
      </w:r>
      <w:r w:rsidRPr="00BA3DBF">
        <w:rPr>
          <w:sz w:val="24"/>
          <w:szCs w:val="24"/>
          <w:lang w:val="nl-NL"/>
        </w:rPr>
        <w:t xml:space="preserve">(đơn vị mol </w:t>
      </w:r>
      <w:r w:rsidRPr="00BA3DBF">
        <w:rPr>
          <w:position w:val="-4"/>
          <w:sz w:val="24"/>
          <w:szCs w:val="24"/>
        </w:rPr>
        <w:object w:dxaOrig="340" w:dyaOrig="300">
          <v:shape id="_x0000_i1166" type="#_x0000_t75" style="width:16.6pt;height:15.7pt" o:ole="">
            <v:imagedata r:id="rId293" o:title=""/>
          </v:shape>
          <o:OLEObject Type="Embed" ProgID="Equation.DSMT4" ShapeID="_x0000_i1166" DrawAspect="Content" ObjectID="_1808507049" r:id="rId294"/>
        </w:object>
      </w:r>
      <w:r w:rsidRPr="00BA3DBF">
        <w:rPr>
          <w:sz w:val="24"/>
          <w:szCs w:val="24"/>
          <w:lang w:val="nl-NL"/>
        </w:rPr>
        <w:t xml:space="preserve">) tại thời điểm </w:t>
      </w:r>
      <w:r w:rsidRPr="00BA3DBF">
        <w:rPr>
          <w:position w:val="-6"/>
          <w:sz w:val="24"/>
          <w:szCs w:val="24"/>
        </w:rPr>
        <w:object w:dxaOrig="200" w:dyaOrig="220">
          <v:shape id="_x0000_i1167" type="#_x0000_t75" style="width:10.6pt;height:10.6pt" o:ole="">
            <v:imagedata r:id="rId295" o:title=""/>
          </v:shape>
          <o:OLEObject Type="Embed" ProgID="Equation.DSMT4" ShapeID="_x0000_i1167" DrawAspect="Content" ObjectID="_1808507050" r:id="rId296"/>
        </w:object>
      </w:r>
      <w:r w:rsidRPr="00BA3DBF">
        <w:rPr>
          <w:sz w:val="24"/>
          <w:szCs w:val="24"/>
          <w:lang w:val="nl-NL"/>
        </w:rPr>
        <w:t xml:space="preserve">(giây), </w:t>
      </w:r>
      <w:r w:rsidRPr="00BA3DBF">
        <w:rPr>
          <w:position w:val="-14"/>
          <w:sz w:val="24"/>
          <w:szCs w:val="24"/>
        </w:rPr>
        <w:object w:dxaOrig="900" w:dyaOrig="400">
          <v:shape id="_x0000_i1168" type="#_x0000_t75" style="width:45.7pt;height:19.4pt" o:ole="">
            <v:imagedata r:id="rId297" o:title=""/>
          </v:shape>
          <o:OLEObject Type="Embed" ProgID="Equation.DSMT4" ShapeID="_x0000_i1168" DrawAspect="Content" ObjectID="_1808507051" r:id="rId298"/>
        </w:object>
      </w:r>
      <w:r w:rsidRPr="00BA3DBF">
        <w:rPr>
          <w:sz w:val="24"/>
          <w:szCs w:val="24"/>
          <w:lang w:val="nl-NL"/>
        </w:rPr>
        <w:t xml:space="preserve"> với mọi </w:t>
      </w:r>
      <w:r w:rsidRPr="00BA3DBF">
        <w:rPr>
          <w:position w:val="-6"/>
          <w:sz w:val="24"/>
          <w:szCs w:val="24"/>
        </w:rPr>
        <w:object w:dxaOrig="560" w:dyaOrig="279">
          <v:shape id="_x0000_i1169" type="#_x0000_t75" style="width:28.15pt;height:13.85pt" o:ole="">
            <v:imagedata r:id="rId299" o:title=""/>
          </v:shape>
          <o:OLEObject Type="Embed" ProgID="Equation.DSMT4" ShapeID="_x0000_i1169" DrawAspect="Content" ObjectID="_1808507052" r:id="rId300"/>
        </w:object>
      </w:r>
      <w:r w:rsidRPr="00BA3DBF">
        <w:rPr>
          <w:sz w:val="24"/>
          <w:szCs w:val="24"/>
          <w:lang w:val="nl-NL"/>
        </w:rPr>
        <w:t xml:space="preserve">, thỏa mãn hệ thức </w:t>
      </w:r>
      <w:r w:rsidRPr="00BA3DBF">
        <w:rPr>
          <w:position w:val="-14"/>
          <w:sz w:val="24"/>
          <w:szCs w:val="24"/>
        </w:rPr>
        <w:object w:dxaOrig="2060" w:dyaOrig="400">
          <v:shape id="_x0000_i1170" type="#_x0000_t75" style="width:103.85pt;height:19.4pt" o:ole="">
            <v:imagedata r:id="rId301" o:title=""/>
          </v:shape>
          <o:OLEObject Type="Embed" ProgID="Equation.DSMT4" ShapeID="_x0000_i1170" DrawAspect="Content" ObjectID="_1808507053" r:id="rId302"/>
        </w:object>
      </w:r>
      <w:r w:rsidRPr="00BA3DBF">
        <w:rPr>
          <w:sz w:val="24"/>
          <w:szCs w:val="24"/>
          <w:lang w:val="nl-NL"/>
        </w:rPr>
        <w:t xml:space="preserve"> với </w:t>
      </w:r>
      <w:r w:rsidRPr="00BA3DBF">
        <w:rPr>
          <w:position w:val="-6"/>
          <w:sz w:val="24"/>
          <w:szCs w:val="24"/>
        </w:rPr>
        <w:object w:dxaOrig="560" w:dyaOrig="279">
          <v:shape id="_x0000_i1171" type="#_x0000_t75" style="width:28.15pt;height:13.85pt" o:ole="">
            <v:imagedata r:id="rId303" o:title=""/>
          </v:shape>
          <o:OLEObject Type="Embed" ProgID="Equation.DSMT4" ShapeID="_x0000_i1171" DrawAspect="Content" ObjectID="_1808507054" r:id="rId304"/>
        </w:object>
      </w:r>
      <w:r w:rsidRPr="00BA3DBF">
        <w:rPr>
          <w:sz w:val="24"/>
          <w:szCs w:val="24"/>
          <w:lang w:val="nl-NL"/>
        </w:rPr>
        <w:t xml:space="preserve">. Biết rằng tại </w:t>
      </w:r>
      <w:r w:rsidRPr="00BA3DBF">
        <w:rPr>
          <w:position w:val="-6"/>
          <w:sz w:val="24"/>
          <w:szCs w:val="24"/>
        </w:rPr>
        <w:object w:dxaOrig="560" w:dyaOrig="279">
          <v:shape id="_x0000_i1172" type="#_x0000_t75" style="width:28.15pt;height:13.85pt" o:ole="">
            <v:imagedata r:id="rId305" o:title=""/>
          </v:shape>
          <o:OLEObject Type="Embed" ProgID="Equation.DSMT4" ShapeID="_x0000_i1172" DrawAspect="Content" ObjectID="_1808507055" r:id="rId306"/>
        </w:object>
      </w:r>
      <w:r w:rsidRPr="00BA3DBF">
        <w:rPr>
          <w:sz w:val="24"/>
          <w:szCs w:val="24"/>
          <w:lang w:val="nl-NL"/>
        </w:rPr>
        <w:t xml:space="preserve">, nồng độ (đầu) của </w:t>
      </w:r>
      <w:r w:rsidRPr="00BA3DBF">
        <w:rPr>
          <w:position w:val="-4"/>
          <w:sz w:val="24"/>
          <w:szCs w:val="24"/>
        </w:rPr>
        <w:object w:dxaOrig="240" w:dyaOrig="260">
          <v:shape id="_x0000_i1173" type="#_x0000_t75" style="width:12pt;height:13.4pt" o:ole="">
            <v:imagedata r:id="rId307" o:title=""/>
          </v:shape>
          <o:OLEObject Type="Embed" ProgID="Equation.DSMT4" ShapeID="_x0000_i1173" DrawAspect="Content" ObjectID="_1808507056" r:id="rId308"/>
        </w:object>
      </w:r>
      <w:r w:rsidRPr="00BA3DBF">
        <w:rPr>
          <w:sz w:val="24"/>
          <w:szCs w:val="24"/>
          <w:lang w:val="nl-NL"/>
        </w:rPr>
        <w:t xml:space="preserve"> là </w:t>
      </w:r>
      <w:r w:rsidRPr="00BA3DBF">
        <w:rPr>
          <w:position w:val="-10"/>
          <w:sz w:val="24"/>
          <w:szCs w:val="24"/>
        </w:rPr>
        <w:object w:dxaOrig="499" w:dyaOrig="320">
          <v:shape id="_x0000_i1174" type="#_x0000_t75" style="width:25.4pt;height:16.15pt" o:ole="">
            <v:imagedata r:id="rId309" o:title=""/>
          </v:shape>
          <o:OLEObject Type="Embed" ProgID="Equation.DSMT4" ShapeID="_x0000_i1174" DrawAspect="Content" ObjectID="_1808507057" r:id="rId310"/>
        </w:object>
      </w:r>
      <w:r w:rsidRPr="00BA3DBF">
        <w:rPr>
          <w:sz w:val="24"/>
          <w:szCs w:val="24"/>
          <w:lang w:val="nl-NL"/>
        </w:rPr>
        <w:t xml:space="preserve"> mol </w:t>
      </w:r>
      <w:r w:rsidRPr="00BA3DBF">
        <w:rPr>
          <w:position w:val="-4"/>
          <w:sz w:val="24"/>
          <w:szCs w:val="24"/>
        </w:rPr>
        <w:object w:dxaOrig="340" w:dyaOrig="300">
          <v:shape id="_x0000_i1175" type="#_x0000_t75" style="width:16.6pt;height:15.7pt" o:ole="">
            <v:imagedata r:id="rId311" o:title=""/>
          </v:shape>
          <o:OLEObject Type="Embed" ProgID="Equation.DSMT4" ShapeID="_x0000_i1175" DrawAspect="Content" ObjectID="_1808507058" r:id="rId312"/>
        </w:object>
      </w:r>
      <w:r w:rsidRPr="00BA3DBF">
        <w:rPr>
          <w:sz w:val="24"/>
          <w:szCs w:val="24"/>
          <w:lang w:val="nl-NL"/>
        </w:rPr>
        <w:t xml:space="preserve">. Xét hàm số </w:t>
      </w:r>
      <w:r w:rsidRPr="00BA3DBF">
        <w:rPr>
          <w:position w:val="-14"/>
          <w:sz w:val="24"/>
          <w:szCs w:val="24"/>
        </w:rPr>
        <w:object w:dxaOrig="1520" w:dyaOrig="400">
          <v:shape id="_x0000_i1176" type="#_x0000_t75" style="width:76.15pt;height:19.4pt" o:ole="">
            <v:imagedata r:id="rId313" o:title=""/>
          </v:shape>
          <o:OLEObject Type="Embed" ProgID="Equation.DSMT4" ShapeID="_x0000_i1176" DrawAspect="Content" ObjectID="_1808507059" r:id="rId314"/>
        </w:object>
      </w:r>
      <w:r w:rsidRPr="00BA3DBF">
        <w:rPr>
          <w:sz w:val="24"/>
          <w:szCs w:val="24"/>
          <w:lang w:val="nl-NL"/>
        </w:rPr>
        <w:t xml:space="preserve"> với </w:t>
      </w:r>
      <w:r w:rsidRPr="00BA3DBF">
        <w:rPr>
          <w:position w:val="-6"/>
          <w:sz w:val="24"/>
          <w:szCs w:val="24"/>
        </w:rPr>
        <w:object w:dxaOrig="560" w:dyaOrig="279">
          <v:shape id="_x0000_i1177" type="#_x0000_t75" style="width:28.15pt;height:13.85pt" o:ole="">
            <v:imagedata r:id="rId315" o:title=""/>
          </v:shape>
          <o:OLEObject Type="Embed" ProgID="Equation.DSMT4" ShapeID="_x0000_i1177" DrawAspect="Content" ObjectID="_1808507060" r:id="rId316"/>
        </w:object>
      </w:r>
      <w:r w:rsidRPr="00BA3DBF">
        <w:rPr>
          <w:sz w:val="24"/>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a)</w:t>
      </w:r>
      <w:r w:rsidRPr="00BA3DBF">
        <w:rPr>
          <w:rFonts w:cs="Times New Roman"/>
          <w:szCs w:val="24"/>
          <w:lang w:val="nl-NL"/>
        </w:rPr>
        <w:t xml:space="preserve"> [1] </w:t>
      </w:r>
      <w:r w:rsidRPr="00BA3DBF">
        <w:rPr>
          <w:rFonts w:cs="Times New Roman"/>
          <w:position w:val="-14"/>
          <w:szCs w:val="24"/>
        </w:rPr>
        <w:object w:dxaOrig="1579" w:dyaOrig="400">
          <v:shape id="_x0000_i1178" type="#_x0000_t75" style="width:79.2pt;height:19.2pt" o:ole="">
            <v:imagedata r:id="rId317" o:title=""/>
          </v:shape>
          <o:OLEObject Type="Embed" ProgID="Equation.DSMT4" ShapeID="_x0000_i1178" DrawAspect="Content" ObjectID="_1808507061" r:id="rId318"/>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b)</w:t>
      </w:r>
      <w:r w:rsidRPr="00BA3DBF">
        <w:rPr>
          <w:rFonts w:cs="Times New Roman"/>
          <w:szCs w:val="24"/>
          <w:lang w:val="nl-NL"/>
        </w:rPr>
        <w:t xml:space="preserve"> [2] </w:t>
      </w:r>
      <w:r w:rsidRPr="00BA3DBF">
        <w:rPr>
          <w:rFonts w:cs="Times New Roman"/>
          <w:position w:val="-14"/>
          <w:szCs w:val="24"/>
        </w:rPr>
        <w:object w:dxaOrig="2740" w:dyaOrig="400">
          <v:shape id="_x0000_i1179" type="#_x0000_t75" style="width:136.8pt;height:19.2pt" o:ole="">
            <v:imagedata r:id="rId319" o:title=""/>
          </v:shape>
          <o:OLEObject Type="Embed" ProgID="Equation.DSMT4" ShapeID="_x0000_i1179" DrawAspect="Content" ObjectID="_1808507062" r:id="rId320"/>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lang w:val="nl-NL"/>
        </w:rPr>
        <w:t>c)</w:t>
      </w:r>
      <w:r w:rsidRPr="00BA3DBF">
        <w:rPr>
          <w:rFonts w:cs="Times New Roman"/>
          <w:szCs w:val="24"/>
          <w:lang w:val="nl-NL"/>
        </w:rPr>
        <w:t xml:space="preserve"> [3] </w:t>
      </w:r>
      <w:r w:rsidRPr="00BA3DBF">
        <w:rPr>
          <w:rFonts w:cs="Times New Roman"/>
          <w:position w:val="-14"/>
          <w:szCs w:val="24"/>
        </w:rPr>
        <w:object w:dxaOrig="2380" w:dyaOrig="400">
          <v:shape id="_x0000_i1180" type="#_x0000_t75" style="width:118.8pt;height:19.2pt" o:ole="">
            <v:imagedata r:id="rId321" o:title=""/>
          </v:shape>
          <o:OLEObject Type="Embed" ProgID="Equation.DSMT4" ShapeID="_x0000_i1180" DrawAspect="Content" ObjectID="_1808507063" r:id="rId322"/>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d)</w:t>
      </w:r>
      <w:r w:rsidRPr="00BA3DBF">
        <w:rPr>
          <w:rFonts w:cs="Times New Roman"/>
          <w:szCs w:val="24"/>
          <w:lang w:val="nl-NL"/>
        </w:rPr>
        <w:t xml:space="preserve"> [4] Nồng độ trung bình chất </w:t>
      </w:r>
      <w:r w:rsidRPr="00BA3DBF">
        <w:rPr>
          <w:rFonts w:cs="Times New Roman"/>
          <w:position w:val="-4"/>
          <w:szCs w:val="24"/>
        </w:rPr>
        <w:object w:dxaOrig="240" w:dyaOrig="260">
          <v:shape id="_x0000_i1181" type="#_x0000_t75" style="width:12pt;height:13.2pt" o:ole="">
            <v:imagedata r:id="rId323" o:title=""/>
          </v:shape>
          <o:OLEObject Type="Embed" ProgID="Equation.DSMT4" ShapeID="_x0000_i1181" DrawAspect="Content" ObjectID="_1808507064" r:id="rId324"/>
        </w:object>
      </w:r>
      <w:r w:rsidRPr="00BA3DBF">
        <w:rPr>
          <w:rFonts w:cs="Times New Roman"/>
          <w:szCs w:val="24"/>
          <w:lang w:val="nl-NL"/>
        </w:rPr>
        <w:t xml:space="preserve"> từ thời điểm </w:t>
      </w:r>
      <w:r w:rsidRPr="00BA3DBF">
        <w:rPr>
          <w:rFonts w:cs="Times New Roman"/>
          <w:position w:val="-6"/>
          <w:szCs w:val="24"/>
        </w:rPr>
        <w:object w:dxaOrig="279" w:dyaOrig="279">
          <v:shape id="_x0000_i1182" type="#_x0000_t75" style="width:13.8pt;height:13.8pt" o:ole="">
            <v:imagedata r:id="rId325" o:title=""/>
          </v:shape>
          <o:OLEObject Type="Embed" ProgID="Equation.DSMT4" ShapeID="_x0000_i1182" DrawAspect="Content" ObjectID="_1808507065" r:id="rId326"/>
        </w:object>
      </w:r>
      <w:r w:rsidRPr="00BA3DBF">
        <w:rPr>
          <w:rFonts w:cs="Times New Roman"/>
          <w:szCs w:val="24"/>
          <w:lang w:val="nl-NL"/>
        </w:rPr>
        <w:t xml:space="preserve"> giây đến thời điểm </w:t>
      </w:r>
      <w:r w:rsidRPr="00BA3DBF">
        <w:rPr>
          <w:rFonts w:cs="Times New Roman"/>
          <w:position w:val="-6"/>
          <w:szCs w:val="24"/>
        </w:rPr>
        <w:object w:dxaOrig="300" w:dyaOrig="279">
          <v:shape id="_x0000_i1183" type="#_x0000_t75" style="width:15.6pt;height:13.8pt" o:ole="">
            <v:imagedata r:id="rId327" o:title=""/>
          </v:shape>
          <o:OLEObject Type="Embed" ProgID="Equation.DSMT4" ShapeID="_x0000_i1183" DrawAspect="Content" ObjectID="_1808507066" r:id="rId328"/>
        </w:object>
      </w:r>
      <w:r w:rsidRPr="00BA3DBF">
        <w:rPr>
          <w:rFonts w:cs="Times New Roman"/>
          <w:szCs w:val="24"/>
          <w:lang w:val="nl-NL"/>
        </w:rPr>
        <w:t xml:space="preserve"> giây gần bằng là </w:t>
      </w:r>
      <w:r w:rsidRPr="00BA3DBF">
        <w:rPr>
          <w:rFonts w:cs="Times New Roman"/>
          <w:position w:val="-10"/>
          <w:szCs w:val="24"/>
        </w:rPr>
        <w:object w:dxaOrig="499" w:dyaOrig="320">
          <v:shape id="_x0000_i1184" type="#_x0000_t75" style="width:25.2pt;height:16.2pt" o:ole="">
            <v:imagedata r:id="rId329" o:title=""/>
          </v:shape>
          <o:OLEObject Type="Embed" ProgID="Equation.DSMT4" ShapeID="_x0000_i1184" DrawAspect="Content" ObjectID="_1808507067" r:id="rId330"/>
        </w:object>
      </w:r>
      <w:r w:rsidRPr="00BA3DBF">
        <w:rPr>
          <w:rFonts w:cs="Times New Roman"/>
          <w:szCs w:val="24"/>
          <w:lang w:val="nl-NL"/>
        </w:rPr>
        <w:t xml:space="preserve"> mol </w:t>
      </w:r>
      <w:r w:rsidRPr="00BA3DBF">
        <w:rPr>
          <w:rFonts w:cs="Times New Roman"/>
          <w:position w:val="-4"/>
          <w:szCs w:val="24"/>
        </w:rPr>
        <w:object w:dxaOrig="340" w:dyaOrig="300">
          <v:shape id="_x0000_i1185" type="#_x0000_t75" style="width:16.8pt;height:15.6pt" o:ole="">
            <v:imagedata r:id="rId331" o:title=""/>
          </v:shape>
          <o:OLEObject Type="Embed" ProgID="Equation.DSMT4" ShapeID="_x0000_i1185" DrawAspect="Content" ObjectID="_1808507068" r:id="rId332"/>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a)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32"/>
          <w:szCs w:val="24"/>
        </w:rPr>
        <w:object w:dxaOrig="3920" w:dyaOrig="740">
          <v:shape id="_x0000_i1186" type="#_x0000_t75" style="width:197.4pt;height:37.2pt" o:ole="">
            <v:imagedata r:id="rId333" o:title=""/>
          </v:shape>
          <o:OLEObject Type="Embed" ProgID="Equation.DSMT4" ShapeID="_x0000_i1186" DrawAspect="Content" ObjectID="_1808507069" r:id="rId334"/>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32"/>
          <w:szCs w:val="24"/>
        </w:rPr>
        <w:object w:dxaOrig="4160" w:dyaOrig="740">
          <v:shape id="_x0000_i1187" type="#_x0000_t75" style="width:208.8pt;height:37.2pt" o:ole="">
            <v:imagedata r:id="rId335" o:title=""/>
          </v:shape>
          <o:OLEObject Type="Embed" ProgID="Equation.DSMT4" ShapeID="_x0000_i1187" DrawAspect="Content" ObjectID="_1808507070" r:id="rId336"/>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b)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szCs w:val="24"/>
          <w:lang w:val="nl-NL"/>
        </w:rPr>
        <w:t xml:space="preserve">Ta có: </w:t>
      </w:r>
      <w:r w:rsidRPr="00BA3DBF">
        <w:rPr>
          <w:rFonts w:cs="Times New Roman"/>
          <w:position w:val="-16"/>
          <w:szCs w:val="24"/>
        </w:rPr>
        <w:object w:dxaOrig="5679" w:dyaOrig="440">
          <v:shape id="_x0000_i1188" type="#_x0000_t75" style="width:283.2pt;height:22.8pt" o:ole="">
            <v:imagedata r:id="rId337" o:title=""/>
          </v:shape>
          <o:OLEObject Type="Embed" ProgID="Equation.DSMT4" ShapeID="_x0000_i1188" DrawAspect="Content" ObjectID="_1808507071" r:id="rId338"/>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szCs w:val="24"/>
        </w:rPr>
        <w:t xml:space="preserve">Do </w:t>
      </w:r>
      <w:r w:rsidRPr="00BA3DBF">
        <w:rPr>
          <w:rFonts w:cs="Times New Roman"/>
          <w:szCs w:val="24"/>
          <w:lang w:val="nl-NL"/>
        </w:rPr>
        <w:t xml:space="preserve">nồng độ (đầu) của </w:t>
      </w:r>
      <w:r w:rsidRPr="00BA3DBF">
        <w:rPr>
          <w:rFonts w:cs="Times New Roman"/>
          <w:position w:val="-4"/>
          <w:szCs w:val="24"/>
        </w:rPr>
        <w:object w:dxaOrig="240" w:dyaOrig="260">
          <v:shape id="_x0000_i1189" type="#_x0000_t75" style="width:12pt;height:13.2pt" o:ole="">
            <v:imagedata r:id="rId339" o:title=""/>
          </v:shape>
          <o:OLEObject Type="Embed" ProgID="Equation.DSMT4" ShapeID="_x0000_i1189" DrawAspect="Content" ObjectID="_1808507072" r:id="rId340"/>
        </w:object>
      </w:r>
      <w:r w:rsidRPr="00BA3DBF">
        <w:rPr>
          <w:rFonts w:cs="Times New Roman"/>
          <w:szCs w:val="24"/>
          <w:lang w:val="nl-NL"/>
        </w:rPr>
        <w:t xml:space="preserve"> là </w:t>
      </w:r>
      <w:r w:rsidRPr="00BA3DBF">
        <w:rPr>
          <w:rFonts w:cs="Times New Roman"/>
          <w:position w:val="-10"/>
          <w:szCs w:val="24"/>
        </w:rPr>
        <w:object w:dxaOrig="499" w:dyaOrig="320">
          <v:shape id="_x0000_i1190" type="#_x0000_t75" style="width:25.2pt;height:16.2pt" o:ole="">
            <v:imagedata r:id="rId341" o:title=""/>
          </v:shape>
          <o:OLEObject Type="Embed" ProgID="Equation.DSMT4" ShapeID="_x0000_i1190" DrawAspect="Content" ObjectID="_1808507073" r:id="rId342"/>
        </w:object>
      </w:r>
      <w:r w:rsidRPr="00BA3DBF">
        <w:rPr>
          <w:rFonts w:cs="Times New Roman"/>
          <w:szCs w:val="24"/>
          <w:lang w:val="nl-NL"/>
        </w:rPr>
        <w:t xml:space="preserve"> mol </w:t>
      </w:r>
      <w:r w:rsidRPr="00BA3DBF">
        <w:rPr>
          <w:rFonts w:cs="Times New Roman"/>
          <w:position w:val="-4"/>
          <w:szCs w:val="24"/>
        </w:rPr>
        <w:object w:dxaOrig="340" w:dyaOrig="300">
          <v:shape id="_x0000_i1191" type="#_x0000_t75" style="width:16.8pt;height:15.6pt" o:ole="">
            <v:imagedata r:id="rId343" o:title=""/>
          </v:shape>
          <o:OLEObject Type="Embed" ProgID="Equation.DSMT4" ShapeID="_x0000_i1191" DrawAspect="Content" ObjectID="_1808507074" r:id="rId344"/>
        </w:object>
      </w:r>
      <w:r w:rsidRPr="00BA3DBF">
        <w:rPr>
          <w:rFonts w:cs="Times New Roman"/>
          <w:szCs w:val="24"/>
          <w:lang w:val="nl-NL"/>
        </w:rPr>
        <w:t xml:space="preserve"> nên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position w:val="-14"/>
          <w:szCs w:val="24"/>
        </w:rPr>
        <w:object w:dxaOrig="4380" w:dyaOrig="400">
          <v:shape id="_x0000_i1192" type="#_x0000_t75" style="width:219.6pt;height:19.2pt" o:ole="">
            <v:imagedata r:id="rId345" o:title=""/>
          </v:shape>
          <o:OLEObject Type="Embed" ProgID="Equation.DSMT4" ShapeID="_x0000_i1192" DrawAspect="Content" ObjectID="_1808507075" r:id="rId346"/>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lang w:val="nl-NL"/>
        </w:rPr>
        <w:t xml:space="preserve">Suy ra </w:t>
      </w:r>
      <w:r w:rsidRPr="00BA3DBF">
        <w:rPr>
          <w:rFonts w:cs="Times New Roman"/>
          <w:position w:val="-14"/>
          <w:szCs w:val="24"/>
        </w:rPr>
        <w:object w:dxaOrig="2740" w:dyaOrig="400">
          <v:shape id="_x0000_i1193" type="#_x0000_t75" style="width:136.8pt;height:19.2pt" o:ole="">
            <v:imagedata r:id="rId347" o:title=""/>
          </v:shape>
          <o:OLEObject Type="Embed" ProgID="Equation.DSMT4" ShapeID="_x0000_i1193" DrawAspect="Content" ObjectID="_1808507076" r:id="rId348"/>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c) Sai.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14"/>
          <w:szCs w:val="24"/>
        </w:rPr>
        <w:object w:dxaOrig="5420" w:dyaOrig="420">
          <v:shape id="_x0000_i1194" type="#_x0000_t75" style="width:270.6pt;height:21.6pt" o:ole="">
            <v:imagedata r:id="rId349" o:title=""/>
          </v:shape>
          <o:OLEObject Type="Embed" ProgID="Equation.DSMT4" ShapeID="_x0000_i1194" DrawAspect="Content" ObjectID="_1808507077" r:id="rId35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5360" w:dyaOrig="420">
          <v:shape id="_x0000_i1195" type="#_x0000_t75" style="width:268.8pt;height:21.6pt" o:ole="">
            <v:imagedata r:id="rId351" o:title=""/>
          </v:shape>
          <o:OLEObject Type="Embed" ProgID="Equation.DSMT4" ShapeID="_x0000_i1195" DrawAspect="Content" ObjectID="_1808507078" r:id="rId352"/>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2580" w:dyaOrig="400">
          <v:shape id="_x0000_i1196" type="#_x0000_t75" style="width:127.8pt;height:19.2pt" o:ole="">
            <v:imagedata r:id="rId353" o:title=""/>
          </v:shape>
          <o:OLEObject Type="Embed" ProgID="Equation.DSMT4" ShapeID="_x0000_i1196" DrawAspect="Content" ObjectID="_1808507079" r:id="rId354"/>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d)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4900" w:dyaOrig="440">
          <v:shape id="_x0000_i1197" type="#_x0000_t75" style="width:245.4pt;height:22.8pt" o:ole="">
            <v:imagedata r:id="rId355" o:title=""/>
          </v:shape>
          <o:OLEObject Type="Embed" ProgID="Equation.DSMT4" ShapeID="_x0000_i1197" DrawAspect="Content" ObjectID="_1808507080" r:id="rId356"/>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szCs w:val="24"/>
          <w:lang w:val="nl-NL"/>
        </w:rPr>
        <w:t xml:space="preserve">Nồng độ trung bình chất </w:t>
      </w:r>
      <w:r w:rsidRPr="00BA3DBF">
        <w:rPr>
          <w:rFonts w:cs="Times New Roman"/>
          <w:position w:val="-4"/>
          <w:szCs w:val="24"/>
        </w:rPr>
        <w:object w:dxaOrig="240" w:dyaOrig="260">
          <v:shape id="_x0000_i1198" type="#_x0000_t75" style="width:12pt;height:13.2pt" o:ole="">
            <v:imagedata r:id="rId357" o:title=""/>
          </v:shape>
          <o:OLEObject Type="Embed" ProgID="Equation.DSMT4" ShapeID="_x0000_i1198" DrawAspect="Content" ObjectID="_1808507081" r:id="rId358"/>
        </w:object>
      </w:r>
      <w:r w:rsidRPr="00BA3DBF">
        <w:rPr>
          <w:rFonts w:cs="Times New Roman"/>
          <w:szCs w:val="24"/>
          <w:lang w:val="nl-NL"/>
        </w:rPr>
        <w:t xml:space="preserve"> từ thời điểm </w:t>
      </w:r>
      <w:r w:rsidRPr="00BA3DBF">
        <w:rPr>
          <w:rFonts w:cs="Times New Roman"/>
          <w:position w:val="-6"/>
          <w:szCs w:val="24"/>
        </w:rPr>
        <w:object w:dxaOrig="279" w:dyaOrig="279">
          <v:shape id="_x0000_i1199" type="#_x0000_t75" style="width:13.8pt;height:13.8pt" o:ole="">
            <v:imagedata r:id="rId359" o:title=""/>
          </v:shape>
          <o:OLEObject Type="Embed" ProgID="Equation.DSMT4" ShapeID="_x0000_i1199" DrawAspect="Content" ObjectID="_1808507082" r:id="rId360"/>
        </w:object>
      </w:r>
      <w:r w:rsidRPr="00BA3DBF">
        <w:rPr>
          <w:rFonts w:cs="Times New Roman"/>
          <w:szCs w:val="24"/>
          <w:lang w:val="nl-NL"/>
        </w:rPr>
        <w:t xml:space="preserve"> giây đến thời điểm </w:t>
      </w:r>
      <w:r w:rsidRPr="00BA3DBF">
        <w:rPr>
          <w:rFonts w:cs="Times New Roman"/>
          <w:position w:val="-6"/>
          <w:szCs w:val="24"/>
        </w:rPr>
        <w:object w:dxaOrig="300" w:dyaOrig="279">
          <v:shape id="_x0000_i1200" type="#_x0000_t75" style="width:15.6pt;height:13.8pt" o:ole="">
            <v:imagedata r:id="rId361" o:title=""/>
          </v:shape>
          <o:OLEObject Type="Embed" ProgID="Equation.DSMT4" ShapeID="_x0000_i1200" DrawAspect="Content" ObjectID="_1808507083" r:id="rId362"/>
        </w:object>
      </w:r>
      <w:r w:rsidRPr="00BA3DBF">
        <w:rPr>
          <w:rFonts w:cs="Times New Roman"/>
          <w:szCs w:val="24"/>
          <w:lang w:val="nl-NL"/>
        </w:rPr>
        <w:t xml:space="preserve"> giây bằng: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32"/>
          <w:szCs w:val="24"/>
        </w:rPr>
        <w:object w:dxaOrig="4360" w:dyaOrig="740">
          <v:shape id="_x0000_i1201" type="#_x0000_t75" style="width:217.8pt;height:37.2pt" o:ole="">
            <v:imagedata r:id="rId363" o:title=""/>
          </v:shape>
          <o:OLEObject Type="Embed" ProgID="Equation.DSMT4" ShapeID="_x0000_i1201" DrawAspect="Content" ObjectID="_1808507084" r:id="rId364"/>
        </w:object>
      </w:r>
      <w:r w:rsidRPr="00BA3DBF">
        <w:rPr>
          <w:rFonts w:cs="Times New Roman"/>
          <w:szCs w:val="24"/>
          <w:lang w:val="nl-NL"/>
        </w:rPr>
        <w:t xml:space="preserve">(mol </w:t>
      </w:r>
      <w:r w:rsidRPr="00BA3DBF">
        <w:rPr>
          <w:rFonts w:cs="Times New Roman"/>
          <w:position w:val="-4"/>
          <w:szCs w:val="24"/>
        </w:rPr>
        <w:object w:dxaOrig="340" w:dyaOrig="300">
          <v:shape id="_x0000_i1202" type="#_x0000_t75" style="width:16.8pt;height:15.6pt" o:ole="">
            <v:imagedata r:id="rId365" o:title=""/>
          </v:shape>
          <o:OLEObject Type="Embed" ProgID="Equation.DSMT4" ShapeID="_x0000_i1202" DrawAspect="Content" ObjectID="_1808507085" r:id="rId366"/>
        </w:object>
      </w:r>
      <w:r w:rsidRPr="00BA3DBF">
        <w:rPr>
          <w:rFonts w:cs="Times New Roman"/>
          <w:szCs w:val="24"/>
          <w:lang w:val="nl-NL"/>
        </w:rPr>
        <w:t>).</w:t>
      </w:r>
    </w:p>
    <w:p w:rsidR="00BA3DBF" w:rsidRPr="00BA3DBF" w:rsidRDefault="00BA3DBF" w:rsidP="00BA3DBF">
      <w:pPr>
        <w:pStyle w:val="ListParagraph"/>
        <w:widowControl/>
        <w:numPr>
          <w:ilvl w:val="0"/>
          <w:numId w:val="41"/>
        </w:numPr>
        <w:autoSpaceDE/>
        <w:autoSpaceDN/>
        <w:spacing w:before="0"/>
        <w:contextualSpacing/>
        <w:jc w:val="both"/>
        <w:rPr>
          <w:sz w:val="24"/>
          <w:szCs w:val="24"/>
          <w:lang w:val="nl-NL"/>
        </w:rPr>
      </w:pPr>
      <w:r w:rsidRPr="00BA3DBF">
        <w:rPr>
          <w:sz w:val="24"/>
          <w:szCs w:val="24"/>
          <w:lang w:val="nl-NL"/>
        </w:rPr>
        <w:t xml:space="preserve">Trong không gian </w:t>
      </w:r>
      <w:r w:rsidRPr="00BA3DBF">
        <w:rPr>
          <w:position w:val="-14"/>
          <w:sz w:val="24"/>
          <w:szCs w:val="24"/>
        </w:rPr>
        <w:object w:dxaOrig="740" w:dyaOrig="400">
          <v:shape id="_x0000_i1203" type="#_x0000_t75" style="width:37.2pt;height:19.2pt" o:ole="">
            <v:imagedata r:id="rId367" o:title=""/>
          </v:shape>
          <o:OLEObject Type="Embed" ProgID="Equation.DSMT4" ShapeID="_x0000_i1203" DrawAspect="Content" ObjectID="_1808507086" r:id="rId368"/>
        </w:object>
      </w:r>
      <w:r w:rsidRPr="00BA3DBF">
        <w:rPr>
          <w:sz w:val="24"/>
          <w:szCs w:val="24"/>
          <w:lang w:val="nl-NL"/>
        </w:rPr>
        <w:t xml:space="preserve">(đơn vị trên mỗi trục tính theo kilomét), một trạm thu phát sóng điện thoại di động được đặt ở vị trí </w:t>
      </w:r>
      <w:r w:rsidRPr="00BA3DBF">
        <w:rPr>
          <w:position w:val="-14"/>
          <w:sz w:val="24"/>
          <w:szCs w:val="24"/>
        </w:rPr>
        <w:object w:dxaOrig="880" w:dyaOrig="400">
          <v:shape id="_x0000_i1204" type="#_x0000_t75" style="width:43.8pt;height:19.2pt" o:ole="">
            <v:imagedata r:id="rId369" o:title=""/>
          </v:shape>
          <o:OLEObject Type="Embed" ProgID="Equation.DSMT4" ShapeID="_x0000_i1204" DrawAspect="Content" ObjectID="_1808507087" r:id="rId370"/>
        </w:object>
      </w:r>
      <w:r w:rsidRPr="00BA3DBF">
        <w:rPr>
          <w:sz w:val="24"/>
          <w:szCs w:val="24"/>
          <w:lang w:val="nl-NL"/>
        </w:rPr>
        <w:t xml:space="preserve">. Trạm thu phát sóng đó được thiết kế với bán kính phủ sóng là </w:t>
      </w:r>
      <w:r w:rsidRPr="00BA3DBF">
        <w:rPr>
          <w:position w:val="-6"/>
          <w:sz w:val="24"/>
          <w:szCs w:val="24"/>
        </w:rPr>
        <w:object w:dxaOrig="460" w:dyaOrig="279">
          <v:shape id="_x0000_i1205" type="#_x0000_t75" style="width:22.8pt;height:13.8pt" o:ole="">
            <v:imagedata r:id="rId371" o:title=""/>
          </v:shape>
          <o:OLEObject Type="Embed" ProgID="Equation.DSMT4" ShapeID="_x0000_i1205" DrawAspect="Content" ObjectID="_1808507088" r:id="rId372"/>
        </w:object>
      </w:r>
      <w:r w:rsidRPr="00BA3DBF">
        <w:rPr>
          <w:sz w:val="24"/>
          <w:szCs w:val="24"/>
          <w:lang w:val="nl-NL"/>
        </w:rPr>
        <w:t xml:space="preserve">.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lang w:val="nl-NL"/>
        </w:rPr>
        <w:t>a)</w:t>
      </w:r>
      <w:r w:rsidRPr="00BA3DBF">
        <w:rPr>
          <w:rFonts w:cs="Times New Roman"/>
          <w:szCs w:val="24"/>
          <w:lang w:val="nl-NL"/>
        </w:rPr>
        <w:t xml:space="preserve"> [1] Phương trình mặt cầu </w:t>
      </w:r>
      <w:r w:rsidRPr="00BA3DBF">
        <w:rPr>
          <w:rFonts w:cs="Times New Roman"/>
          <w:position w:val="-14"/>
          <w:szCs w:val="24"/>
        </w:rPr>
        <w:object w:dxaOrig="400" w:dyaOrig="400">
          <v:shape id="_x0000_i1206" type="#_x0000_t75" style="width:19.2pt;height:19.2pt" o:ole="">
            <v:imagedata r:id="rId373" o:title=""/>
          </v:shape>
          <o:OLEObject Type="Embed" ProgID="Equation.DSMT4" ShapeID="_x0000_i1206" DrawAspect="Content" ObjectID="_1808507089" r:id="rId374"/>
        </w:object>
      </w:r>
      <w:r w:rsidRPr="00BA3DBF">
        <w:rPr>
          <w:rFonts w:cs="Times New Roman"/>
          <w:szCs w:val="24"/>
          <w:lang w:val="nl-NL"/>
        </w:rPr>
        <w:t xml:space="preserve"> để mô tả ranh giới bên ngoài của vùng phủ sóng trong không gian là </w:t>
      </w:r>
      <w:r w:rsidRPr="00BA3DBF">
        <w:rPr>
          <w:rFonts w:cs="Times New Roman"/>
          <w:position w:val="-14"/>
          <w:szCs w:val="24"/>
        </w:rPr>
        <w:object w:dxaOrig="3040" w:dyaOrig="440">
          <v:shape id="_x0000_i1207" type="#_x0000_t75" style="width:151.2pt;height:22.8pt" o:ole="">
            <v:imagedata r:id="rId375" o:title=""/>
          </v:shape>
          <o:OLEObject Type="Embed" ProgID="Equation.DSMT4" ShapeID="_x0000_i1207" DrawAspect="Content" ObjectID="_1808507090" r:id="rId376"/>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b)</w:t>
      </w:r>
      <w:r w:rsidRPr="00BA3DBF">
        <w:rPr>
          <w:rFonts w:cs="Times New Roman"/>
          <w:szCs w:val="24"/>
          <w:lang w:val="nl-NL"/>
        </w:rPr>
        <w:t xml:space="preserve"> [2] Nếu người dùng điện thoại ở vị trí điểm </w:t>
      </w:r>
      <w:r w:rsidRPr="00BA3DBF">
        <w:rPr>
          <w:rFonts w:cs="Times New Roman"/>
          <w:position w:val="-14"/>
          <w:szCs w:val="24"/>
        </w:rPr>
        <w:object w:dxaOrig="980" w:dyaOrig="400">
          <v:shape id="_x0000_i1208" type="#_x0000_t75" style="width:49.2pt;height:19.2pt" o:ole="">
            <v:imagedata r:id="rId377" o:title=""/>
          </v:shape>
          <o:OLEObject Type="Embed" ProgID="Equation.DSMT4" ShapeID="_x0000_i1208" DrawAspect="Content" ObjectID="_1808507091" r:id="rId378"/>
        </w:object>
      </w:r>
      <w:r w:rsidRPr="00BA3DBF">
        <w:rPr>
          <w:rFonts w:cs="Times New Roman"/>
          <w:szCs w:val="24"/>
          <w:lang w:val="nl-NL"/>
        </w:rPr>
        <w:t xml:space="preserve"> thì có thể sử dụng dịch vụ của trạm thu phát sóng đó.</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b/>
          <w:szCs w:val="24"/>
          <w:u w:val="single"/>
          <w:lang w:val="nl-NL"/>
        </w:rPr>
        <w:t>c)</w:t>
      </w:r>
      <w:r w:rsidRPr="00BA3DBF">
        <w:rPr>
          <w:rFonts w:cs="Times New Roman"/>
          <w:szCs w:val="24"/>
          <w:lang w:val="nl-NL"/>
        </w:rPr>
        <w:t xml:space="preserve"> [3] Nếu người dùng điện thoại ở vị trí điểm </w:t>
      </w:r>
      <w:r w:rsidRPr="00BA3DBF">
        <w:rPr>
          <w:rFonts w:cs="Times New Roman"/>
          <w:position w:val="-14"/>
          <w:szCs w:val="24"/>
        </w:rPr>
        <w:object w:dxaOrig="960" w:dyaOrig="400">
          <v:shape id="_x0000_i1209" type="#_x0000_t75" style="width:48.6pt;height:19.2pt" o:ole="">
            <v:imagedata r:id="rId379" o:title=""/>
          </v:shape>
          <o:OLEObject Type="Embed" ProgID="Equation.DSMT4" ShapeID="_x0000_i1209" DrawAspect="Content" ObjectID="_1808507092" r:id="rId380"/>
        </w:object>
      </w:r>
      <w:r w:rsidRPr="00BA3DBF">
        <w:rPr>
          <w:rFonts w:cs="Times New Roman"/>
          <w:szCs w:val="24"/>
          <w:lang w:val="nl-NL"/>
        </w:rPr>
        <w:t xml:space="preserve"> thì không thể sử dụng dịch vụ của trạm thu phát sóng đó.</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402860">
        <w:rPr>
          <w:rFonts w:cs="Times New Roman"/>
          <w:b/>
          <w:szCs w:val="24"/>
          <w:lang w:val="nl-NL"/>
        </w:rPr>
        <w:lastRenderedPageBreak/>
        <w:t>d)</w:t>
      </w:r>
      <w:r w:rsidRPr="00BA3DBF">
        <w:rPr>
          <w:rFonts w:cs="Times New Roman"/>
          <w:szCs w:val="24"/>
          <w:lang w:val="nl-NL"/>
        </w:rPr>
        <w:t xml:space="preserve"> [4] Tính theo đường chim bay, khoảng cách lớn nhất để mọi người ở vị trí có tọa độ </w:t>
      </w:r>
      <w:r w:rsidRPr="00BA3DBF">
        <w:rPr>
          <w:rFonts w:cs="Times New Roman"/>
          <w:position w:val="-14"/>
          <w:szCs w:val="24"/>
        </w:rPr>
        <w:object w:dxaOrig="960" w:dyaOrig="400">
          <v:shape id="_x0000_i1210" type="#_x0000_t75" style="width:48.6pt;height:19.2pt" o:ole="">
            <v:imagedata r:id="rId381" o:title=""/>
          </v:shape>
          <o:OLEObject Type="Embed" ProgID="Equation.DSMT4" ShapeID="_x0000_i1210" DrawAspect="Content" ObjectID="_1808507093" r:id="rId382"/>
        </w:object>
      </w:r>
      <w:r w:rsidRPr="00BA3DBF">
        <w:rPr>
          <w:rFonts w:cs="Times New Roman"/>
          <w:szCs w:val="24"/>
          <w:lang w:val="nl-NL"/>
        </w:rPr>
        <w:t xml:space="preserve"> di chuyển được tới vùng phủ sóng theo đơn vị ki-lô-mét là </w:t>
      </w:r>
      <w:r w:rsidRPr="00BA3DBF">
        <w:rPr>
          <w:rFonts w:cs="Times New Roman"/>
          <w:position w:val="-6"/>
          <w:szCs w:val="24"/>
        </w:rPr>
        <w:object w:dxaOrig="460" w:dyaOrig="279">
          <v:shape id="_x0000_i1211" type="#_x0000_t75" style="width:22.8pt;height:13.8pt" o:ole="">
            <v:imagedata r:id="rId383" o:title=""/>
          </v:shape>
          <o:OLEObject Type="Embed" ProgID="Equation.DSMT4" ShapeID="_x0000_i1211" DrawAspect="Content" ObjectID="_1808507094" r:id="rId384"/>
        </w:object>
      </w:r>
      <w:r w:rsidRPr="00BA3DBF">
        <w:rPr>
          <w:rFonts w:cs="Times New Roman"/>
          <w:szCs w:val="24"/>
          <w:lang w:val="nl-NL"/>
        </w:rPr>
        <w:t>.</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a) Sai.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nl-NL"/>
        </w:rPr>
      </w:pPr>
      <w:r w:rsidRPr="00BA3DBF">
        <w:rPr>
          <w:rFonts w:cs="Times New Roman"/>
          <w:szCs w:val="24"/>
          <w:lang w:val="nl-NL"/>
        </w:rPr>
        <w:t xml:space="preserve">Phương trình mặt cầu </w:t>
      </w:r>
      <w:r w:rsidRPr="00BA3DBF">
        <w:rPr>
          <w:rFonts w:cs="Times New Roman"/>
          <w:position w:val="-14"/>
          <w:szCs w:val="24"/>
        </w:rPr>
        <w:object w:dxaOrig="400" w:dyaOrig="400">
          <v:shape id="_x0000_i1212" type="#_x0000_t75" style="width:19.2pt;height:19.2pt" o:ole="">
            <v:imagedata r:id="rId385" o:title=""/>
          </v:shape>
          <o:OLEObject Type="Embed" ProgID="Equation.DSMT4" ShapeID="_x0000_i1212" DrawAspect="Content" ObjectID="_1808507095" r:id="rId386"/>
        </w:object>
      </w:r>
      <w:r w:rsidRPr="00BA3DBF">
        <w:rPr>
          <w:rFonts w:cs="Times New Roman"/>
          <w:szCs w:val="24"/>
          <w:lang w:val="nl-NL"/>
        </w:rPr>
        <w:t xml:space="preserve"> để mô tả ranh giới bên ngoài của vùng phủ sóng trong không gian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3019" w:dyaOrig="440">
          <v:shape id="_x0000_i1213" type="#_x0000_t75" style="width:151.2pt;height:22.8pt" o:ole="">
            <v:imagedata r:id="rId387" o:title=""/>
          </v:shape>
          <o:OLEObject Type="Embed" ProgID="Equation.DSMT4" ShapeID="_x0000_i1213" DrawAspect="Content" ObjectID="_1808507096" r:id="rId388"/>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b)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Vị trí </w:t>
      </w:r>
      <w:r w:rsidRPr="00BA3DBF">
        <w:rPr>
          <w:rFonts w:cs="Times New Roman"/>
          <w:position w:val="-14"/>
          <w:szCs w:val="24"/>
        </w:rPr>
        <w:object w:dxaOrig="980" w:dyaOrig="400">
          <v:shape id="_x0000_i1214" type="#_x0000_t75" style="width:49.2pt;height:19.2pt" o:ole="">
            <v:imagedata r:id="rId389" o:title=""/>
          </v:shape>
          <o:OLEObject Type="Embed" ProgID="Equation.DSMT4" ShapeID="_x0000_i1214" DrawAspect="Content" ObjectID="_1808507097" r:id="rId390"/>
        </w:object>
      </w:r>
      <w:r w:rsidRPr="00BA3DBF">
        <w:rPr>
          <w:rFonts w:cs="Times New Roman"/>
          <w:szCs w:val="24"/>
          <w:lang w:val="nl-NL"/>
        </w:rPr>
        <w:t xml:space="preserve"> cách trạm thu phát sóng một khoảng bằng </w:t>
      </w:r>
      <w:r w:rsidRPr="00BA3DBF">
        <w:rPr>
          <w:rFonts w:cs="Times New Roman"/>
          <w:position w:val="-6"/>
          <w:szCs w:val="24"/>
        </w:rPr>
        <w:object w:dxaOrig="1579" w:dyaOrig="340">
          <v:shape id="_x0000_i1215" type="#_x0000_t75" style="width:78.6pt;height:16.8pt" o:ole="">
            <v:imagedata r:id="rId391" o:title=""/>
          </v:shape>
          <o:OLEObject Type="Embed" ProgID="Equation.DSMT4" ShapeID="_x0000_i1215" DrawAspect="Content" ObjectID="_1808507098" r:id="rId392"/>
        </w:object>
      </w:r>
      <w:r w:rsidRPr="00BA3DBF">
        <w:rPr>
          <w:rFonts w:cs="Times New Roman"/>
          <w:szCs w:val="24"/>
          <w:lang w:val="nl-NL"/>
        </w:rPr>
        <w:t xml:space="preserve">. Nên người dùng điện thoại ở vị trí điểm </w:t>
      </w:r>
      <w:r w:rsidRPr="00BA3DBF">
        <w:rPr>
          <w:rFonts w:cs="Times New Roman"/>
          <w:position w:val="-14"/>
          <w:szCs w:val="24"/>
        </w:rPr>
        <w:object w:dxaOrig="980" w:dyaOrig="400">
          <v:shape id="_x0000_i1216" type="#_x0000_t75" style="width:49.2pt;height:19.2pt" o:ole="">
            <v:imagedata r:id="rId393" o:title=""/>
          </v:shape>
          <o:OLEObject Type="Embed" ProgID="Equation.DSMT4" ShapeID="_x0000_i1216" DrawAspect="Content" ObjectID="_1808507099" r:id="rId394"/>
        </w:object>
      </w:r>
      <w:r w:rsidRPr="00BA3DBF">
        <w:rPr>
          <w:rFonts w:cs="Times New Roman"/>
          <w:szCs w:val="24"/>
          <w:lang w:val="nl-NL"/>
        </w:rPr>
        <w:t xml:space="preserve"> có thể sử dụng dịch vụ của trạm thu phát sóng đó.</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c) Đúng.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Vị trí </w:t>
      </w:r>
      <w:r w:rsidRPr="00BA3DBF">
        <w:rPr>
          <w:rFonts w:cs="Times New Roman"/>
          <w:position w:val="-14"/>
          <w:szCs w:val="24"/>
        </w:rPr>
        <w:object w:dxaOrig="960" w:dyaOrig="400">
          <v:shape id="_x0000_i1217" type="#_x0000_t75" style="width:48.6pt;height:19.2pt" o:ole="">
            <v:imagedata r:id="rId395" o:title=""/>
          </v:shape>
          <o:OLEObject Type="Embed" ProgID="Equation.DSMT4" ShapeID="_x0000_i1217" DrawAspect="Content" ObjectID="_1808507100" r:id="rId396"/>
        </w:object>
      </w:r>
      <w:r w:rsidRPr="00BA3DBF">
        <w:rPr>
          <w:rFonts w:cs="Times New Roman"/>
          <w:szCs w:val="24"/>
          <w:lang w:val="nl-NL"/>
        </w:rPr>
        <w:t xml:space="preserve"> cách trạm thu phát sóng một khoảng bằng </w:t>
      </w:r>
      <w:r w:rsidRPr="00BA3DBF">
        <w:rPr>
          <w:rFonts w:cs="Times New Roman"/>
          <w:position w:val="-6"/>
          <w:szCs w:val="24"/>
        </w:rPr>
        <w:object w:dxaOrig="1400" w:dyaOrig="279">
          <v:shape id="_x0000_i1218" type="#_x0000_t75" style="width:69.6pt;height:13.8pt" o:ole="">
            <v:imagedata r:id="rId397" o:title=""/>
          </v:shape>
          <o:OLEObject Type="Embed" ProgID="Equation.DSMT4" ShapeID="_x0000_i1218" DrawAspect="Content" ObjectID="_1808507101" r:id="rId398"/>
        </w:object>
      </w:r>
      <w:r w:rsidRPr="00BA3DBF">
        <w:rPr>
          <w:rFonts w:cs="Times New Roman"/>
          <w:szCs w:val="24"/>
          <w:lang w:val="nl-NL"/>
        </w:rPr>
        <w:t xml:space="preserve">. Nên người dùng điện thoại ở vị trí điểm </w:t>
      </w:r>
      <w:r w:rsidRPr="00BA3DBF">
        <w:rPr>
          <w:rFonts w:cs="Times New Roman"/>
          <w:position w:val="-14"/>
          <w:szCs w:val="24"/>
        </w:rPr>
        <w:object w:dxaOrig="960" w:dyaOrig="400">
          <v:shape id="_x0000_i1219" type="#_x0000_t75" style="width:48.6pt;height:19.2pt" o:ole="">
            <v:imagedata r:id="rId399" o:title=""/>
          </v:shape>
          <o:OLEObject Type="Embed" ProgID="Equation.DSMT4" ShapeID="_x0000_i1219" DrawAspect="Content" ObjectID="_1808507102" r:id="rId400"/>
        </w:object>
      </w:r>
      <w:r w:rsidRPr="00BA3DBF">
        <w:rPr>
          <w:rFonts w:cs="Times New Roman"/>
          <w:szCs w:val="24"/>
          <w:lang w:val="nl-NL"/>
        </w:rPr>
        <w:t xml:space="preserve"> thì không thể sử dụng dịch vụ của trạm thu phát sóng đó.</w:t>
      </w:r>
    </w:p>
    <w:p w:rsid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 </w:t>
      </w:r>
      <w:r w:rsidR="00402860">
        <w:rPr>
          <w:rFonts w:cs="Times New Roman"/>
          <w:szCs w:val="24"/>
        </w:rPr>
        <w:t>Sai</w:t>
      </w:r>
      <w:r w:rsidRPr="00BA3DBF">
        <w:rPr>
          <w:rFonts w:cs="Times New Roman"/>
          <w:szCs w:val="24"/>
        </w:rPr>
        <w:t>.</w:t>
      </w:r>
    </w:p>
    <w:p w:rsidR="00402860" w:rsidRDefault="00402860" w:rsidP="00BA3DBF">
      <w:pPr>
        <w:tabs>
          <w:tab w:val="left" w:pos="283"/>
          <w:tab w:val="left" w:pos="2835"/>
          <w:tab w:val="left" w:pos="5386"/>
          <w:tab w:val="left" w:pos="7937"/>
        </w:tabs>
        <w:spacing w:before="0" w:after="0"/>
        <w:ind w:firstLine="283"/>
        <w:rPr>
          <w:rFonts w:cs="Times New Roman"/>
          <w:szCs w:val="24"/>
          <w:lang w:val="nl-NL"/>
        </w:rPr>
      </w:pPr>
      <w:r>
        <w:rPr>
          <w:rFonts w:cs="Times New Roman"/>
          <w:szCs w:val="24"/>
          <w:lang w:val="nl-NL"/>
        </w:rPr>
        <w:t>K</w:t>
      </w:r>
      <w:r w:rsidRPr="00BA3DBF">
        <w:rPr>
          <w:rFonts w:cs="Times New Roman"/>
          <w:szCs w:val="24"/>
          <w:lang w:val="nl-NL"/>
        </w:rPr>
        <w:t xml:space="preserve">hoảng cách lớn nhất để mọi người ở vị trí có tọa độ </w:t>
      </w:r>
      <w:r w:rsidRPr="00BA3DBF">
        <w:rPr>
          <w:rFonts w:cs="Times New Roman"/>
          <w:position w:val="-14"/>
          <w:szCs w:val="24"/>
        </w:rPr>
        <w:object w:dxaOrig="960" w:dyaOrig="400">
          <v:shape id="_x0000_i1220" type="#_x0000_t75" style="width:48.6pt;height:19.2pt" o:ole="">
            <v:imagedata r:id="rId381" o:title=""/>
          </v:shape>
          <o:OLEObject Type="Embed" ProgID="Equation.DSMT4" ShapeID="_x0000_i1220" DrawAspect="Content" ObjectID="_1808507103" r:id="rId401"/>
        </w:object>
      </w:r>
      <w:r w:rsidRPr="00BA3DBF">
        <w:rPr>
          <w:rFonts w:cs="Times New Roman"/>
          <w:szCs w:val="24"/>
          <w:lang w:val="nl-NL"/>
        </w:rPr>
        <w:t xml:space="preserve"> di chuyển được tới vùng phủ sóng</w:t>
      </w:r>
      <w:r>
        <w:rPr>
          <w:rFonts w:cs="Times New Roman"/>
          <w:szCs w:val="24"/>
          <w:lang w:val="nl-NL"/>
        </w:rPr>
        <w:t xml:space="preserve"> là</w:t>
      </w:r>
    </w:p>
    <w:p w:rsidR="00402860" w:rsidRPr="00BA3DBF" w:rsidRDefault="00402860" w:rsidP="00402860">
      <w:pPr>
        <w:tabs>
          <w:tab w:val="left" w:pos="283"/>
          <w:tab w:val="left" w:pos="2835"/>
          <w:tab w:val="left" w:pos="5386"/>
          <w:tab w:val="left" w:pos="7937"/>
        </w:tabs>
        <w:spacing w:before="0" w:after="0"/>
        <w:ind w:firstLine="283"/>
        <w:rPr>
          <w:rFonts w:cs="Times New Roman"/>
          <w:szCs w:val="24"/>
        </w:rPr>
      </w:pPr>
      <w:r w:rsidRPr="00460FBC">
        <w:rPr>
          <w:position w:val="-18"/>
        </w:rPr>
        <w:object w:dxaOrig="3940" w:dyaOrig="520">
          <v:shape id="_x0000_i1221" type="#_x0000_t75" style="width:197.4pt;height:26.4pt" o:ole="">
            <v:imagedata r:id="rId402" o:title=""/>
          </v:shape>
          <o:OLEObject Type="Embed" ProgID="Equation.DSMT4" ShapeID="_x0000_i1221" DrawAspect="Content" ObjectID="_1808507104" r:id="rId403"/>
        </w:object>
      </w:r>
      <w:r>
        <w:t>.</w:t>
      </w:r>
    </w:p>
    <w:p w:rsidR="00BA3DBF" w:rsidRPr="00BA3DBF" w:rsidRDefault="00BA3DBF" w:rsidP="00BA3DBF">
      <w:pPr>
        <w:pStyle w:val="ListParagraph"/>
        <w:widowControl/>
        <w:numPr>
          <w:ilvl w:val="0"/>
          <w:numId w:val="41"/>
        </w:numPr>
        <w:autoSpaceDE/>
        <w:autoSpaceDN/>
        <w:spacing w:before="0"/>
        <w:contextualSpacing/>
        <w:jc w:val="both"/>
        <w:rPr>
          <w:sz w:val="24"/>
          <w:szCs w:val="24"/>
          <w:lang w:val="nl-NL"/>
        </w:rPr>
      </w:pPr>
      <w:r w:rsidRPr="00BA3DBF">
        <w:rPr>
          <w:sz w:val="24"/>
          <w:szCs w:val="24"/>
        </w:rPr>
        <w:t xml:space="preserve">Ông An hằng ngày đi làm bằng xe máy hoặc xe buýt. Nếu hôm nay ông đi làm bằng xe buýt thì xác suất để hôm sau ông đi làm bằng xe máy là 0,4. Nếu hôm nay ông đi làm bằng xe máy thì xác suất để hôm sau ông đi làm bằng xe buýt là 0,7. Xét một tuần mà thứ Hai ông An đi làm bằng xe buýt. </w:t>
      </w:r>
    </w:p>
    <w:p w:rsidR="00BA3DBF" w:rsidRPr="00BA3DBF" w:rsidRDefault="00BA3DBF" w:rsidP="00BA3DBF">
      <w:pPr>
        <w:pStyle w:val="ListParagraph"/>
        <w:tabs>
          <w:tab w:val="left" w:pos="283"/>
          <w:tab w:val="left" w:pos="2835"/>
          <w:tab w:val="left" w:pos="5386"/>
          <w:tab w:val="left" w:pos="7937"/>
        </w:tabs>
        <w:spacing w:before="0"/>
        <w:ind w:left="0" w:firstLine="283"/>
        <w:contextualSpacing/>
        <w:jc w:val="both"/>
        <w:rPr>
          <w:sz w:val="24"/>
          <w:szCs w:val="24"/>
          <w:lang w:val="nl-NL"/>
        </w:rPr>
      </w:pPr>
      <w:r w:rsidRPr="00BA3DBF">
        <w:rPr>
          <w:sz w:val="24"/>
          <w:szCs w:val="24"/>
        </w:rPr>
        <w:t xml:space="preserve">Gọi </w:t>
      </w:r>
      <w:r w:rsidRPr="00BA3DBF">
        <w:rPr>
          <w:i/>
          <w:iCs/>
          <w:sz w:val="24"/>
          <w:szCs w:val="24"/>
        </w:rPr>
        <w:t xml:space="preserve">A </w:t>
      </w:r>
      <w:r w:rsidRPr="00BA3DBF">
        <w:rPr>
          <w:sz w:val="24"/>
          <w:szCs w:val="24"/>
        </w:rPr>
        <w:t xml:space="preserve">là biến cố: “Thứ Ba, ông An đi làm bằng xe máy” </w:t>
      </w:r>
    </w:p>
    <w:p w:rsidR="00BA3DBF" w:rsidRPr="00BA3DBF" w:rsidRDefault="00BA3DBF" w:rsidP="00BA3DBF">
      <w:pPr>
        <w:pStyle w:val="ListParagraph"/>
        <w:tabs>
          <w:tab w:val="left" w:pos="283"/>
          <w:tab w:val="left" w:pos="2835"/>
          <w:tab w:val="left" w:pos="5386"/>
          <w:tab w:val="left" w:pos="7937"/>
        </w:tabs>
        <w:spacing w:before="0"/>
        <w:ind w:left="0" w:firstLine="283"/>
        <w:contextualSpacing/>
        <w:jc w:val="both"/>
        <w:rPr>
          <w:sz w:val="24"/>
          <w:szCs w:val="24"/>
          <w:lang w:val="nl-NL"/>
        </w:rPr>
      </w:pPr>
      <w:r w:rsidRPr="00BA3DBF">
        <w:rPr>
          <w:sz w:val="24"/>
          <w:szCs w:val="24"/>
        </w:rPr>
        <w:t xml:space="preserve">và </w:t>
      </w:r>
      <w:r w:rsidRPr="00BA3DBF">
        <w:rPr>
          <w:i/>
          <w:iCs/>
          <w:sz w:val="24"/>
          <w:szCs w:val="24"/>
        </w:rPr>
        <w:t xml:space="preserve">B </w:t>
      </w:r>
      <w:r w:rsidRPr="00BA3DBF">
        <w:rPr>
          <w:sz w:val="24"/>
          <w:szCs w:val="24"/>
        </w:rPr>
        <w:t>là biến cố: “Thứ Tư, ông An đi làm bằng xe máy”.</w:t>
      </w:r>
    </w:p>
    <w:p w:rsidR="00BA3DBF" w:rsidRPr="00BA3DBF" w:rsidRDefault="00BA3DBF" w:rsidP="00BA3DBF">
      <w:pPr>
        <w:pStyle w:val="ListParagraph"/>
        <w:tabs>
          <w:tab w:val="left" w:pos="283"/>
          <w:tab w:val="left" w:pos="2835"/>
          <w:tab w:val="left" w:pos="5386"/>
          <w:tab w:val="left" w:pos="7937"/>
        </w:tabs>
        <w:spacing w:before="0"/>
        <w:ind w:left="0" w:firstLine="283"/>
        <w:jc w:val="both"/>
        <w:rPr>
          <w:sz w:val="24"/>
          <w:szCs w:val="24"/>
        </w:rPr>
      </w:pPr>
      <w:r w:rsidRPr="00BA3DBF">
        <w:rPr>
          <w:b/>
          <w:sz w:val="24"/>
          <w:szCs w:val="24"/>
        </w:rPr>
        <w:t>a)</w:t>
      </w:r>
      <w:r w:rsidRPr="00BA3DBF">
        <w:rPr>
          <w:sz w:val="24"/>
          <w:szCs w:val="24"/>
        </w:rPr>
        <w:t xml:space="preserve"> [1] Xác suất để thứ Ba, ông An đi làm bằng xe buýt là 0,7.</w:t>
      </w:r>
    </w:p>
    <w:p w:rsidR="00BA3DBF" w:rsidRPr="00BA3DBF" w:rsidRDefault="00BA3DBF" w:rsidP="00BA3DBF">
      <w:pPr>
        <w:pStyle w:val="ListParagraph"/>
        <w:tabs>
          <w:tab w:val="left" w:pos="283"/>
          <w:tab w:val="left" w:pos="2835"/>
          <w:tab w:val="left" w:pos="5386"/>
          <w:tab w:val="left" w:pos="7937"/>
        </w:tabs>
        <w:spacing w:before="0"/>
        <w:ind w:left="0" w:firstLine="283"/>
        <w:jc w:val="both"/>
        <w:rPr>
          <w:sz w:val="24"/>
          <w:szCs w:val="24"/>
        </w:rPr>
      </w:pPr>
      <w:r w:rsidRPr="00BA3DBF">
        <w:rPr>
          <w:b/>
          <w:sz w:val="24"/>
          <w:szCs w:val="24"/>
          <w:u w:val="single"/>
        </w:rPr>
        <w:t>b)</w:t>
      </w:r>
      <w:r w:rsidRPr="00BA3DBF">
        <w:rPr>
          <w:sz w:val="24"/>
          <w:szCs w:val="24"/>
        </w:rPr>
        <w:t xml:space="preserve"> [2] Xác suất để thứ Tư, ông An đi làm bằng xe máy nếu thứ Ba, ông An đi làm bằng xe máy là 0,3.</w:t>
      </w:r>
    </w:p>
    <w:p w:rsidR="00BA3DBF" w:rsidRPr="00BA3DBF" w:rsidRDefault="00BA3DBF" w:rsidP="00BA3DBF">
      <w:pPr>
        <w:pStyle w:val="ListParagraph"/>
        <w:tabs>
          <w:tab w:val="left" w:pos="283"/>
          <w:tab w:val="left" w:pos="2835"/>
          <w:tab w:val="left" w:pos="5386"/>
          <w:tab w:val="left" w:pos="7937"/>
        </w:tabs>
        <w:spacing w:before="0"/>
        <w:ind w:left="0" w:firstLine="283"/>
        <w:jc w:val="both"/>
        <w:rPr>
          <w:sz w:val="24"/>
          <w:szCs w:val="24"/>
        </w:rPr>
      </w:pPr>
      <w:r w:rsidRPr="00BA3DBF">
        <w:rPr>
          <w:b/>
          <w:sz w:val="24"/>
          <w:szCs w:val="24"/>
          <w:u w:val="single"/>
        </w:rPr>
        <w:t>c)</w:t>
      </w:r>
      <w:r w:rsidRPr="00BA3DBF">
        <w:rPr>
          <w:sz w:val="24"/>
          <w:szCs w:val="24"/>
        </w:rPr>
        <w:t xml:space="preserve"> [3] Xác suất để thứ Tư, ông An đi làm bằng xe máy nếu thứ Ba ông An đi làm bằng xe buýt 0,4.</w:t>
      </w:r>
    </w:p>
    <w:p w:rsidR="00BA3DBF" w:rsidRPr="00BA3DBF" w:rsidRDefault="00BA3DBF" w:rsidP="00BA3DBF">
      <w:pPr>
        <w:pStyle w:val="ListParagraph"/>
        <w:tabs>
          <w:tab w:val="left" w:pos="283"/>
          <w:tab w:val="left" w:pos="2835"/>
          <w:tab w:val="left" w:pos="5386"/>
          <w:tab w:val="left" w:pos="7937"/>
        </w:tabs>
        <w:spacing w:before="0"/>
        <w:ind w:left="0" w:firstLine="283"/>
        <w:jc w:val="both"/>
        <w:rPr>
          <w:b/>
          <w:color w:val="FF00FF"/>
          <w:sz w:val="24"/>
          <w:szCs w:val="24"/>
        </w:rPr>
      </w:pPr>
      <w:r w:rsidRPr="00BA3DBF">
        <w:rPr>
          <w:b/>
          <w:sz w:val="24"/>
          <w:szCs w:val="24"/>
          <w:u w:val="single"/>
        </w:rPr>
        <w:t>d)</w:t>
      </w:r>
      <w:r w:rsidRPr="00BA3DBF">
        <w:rPr>
          <w:sz w:val="24"/>
          <w:szCs w:val="24"/>
        </w:rPr>
        <w:t xml:space="preserve"> [4] Xác suất để thứ Tư trong tuần đó, ông An đi làm bằng xe máy nếu thứ Hai ông An đi làm bằng xe buýt là 0,36.</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Từ giả thiết của bài toán ta có sơ đồ hình cây như sau:</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rPr>
        <w:drawing>
          <wp:inline distT="0" distB="0" distL="0" distR="0" wp14:anchorId="39B11331" wp14:editId="593A05AF">
            <wp:extent cx="1960880" cy="1379764"/>
            <wp:effectExtent l="0" t="0" r="1270" b="0"/>
            <wp:docPr id="491394006" name="Picture 1" descr="A diagram of a line with dot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94006" name="Picture 1" descr="A diagram of a line with dots and letters&#10;&#10;Description automatically generated"/>
                    <pic:cNvPicPr/>
                  </pic:nvPicPr>
                  <pic:blipFill rotWithShape="1">
                    <a:blip r:embed="rId404"/>
                    <a:srcRect l="62078" b="31504"/>
                    <a:stretch/>
                  </pic:blipFill>
                  <pic:spPr bwMode="auto">
                    <a:xfrm>
                      <a:off x="0" y="0"/>
                      <a:ext cx="2004108" cy="1410181"/>
                    </a:xfrm>
                    <a:prstGeom prst="rect">
                      <a:avLst/>
                    </a:prstGeom>
                    <a:ln>
                      <a:noFill/>
                    </a:ln>
                    <a:extLst>
                      <a:ext uri="{53640926-AAD7-44D8-BBD7-CCE9431645EC}">
                        <a14:shadowObscured xmlns:a14="http://schemas.microsoft.com/office/drawing/2010/main"/>
                      </a:ext>
                    </a:extLst>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eastAsia="Cambria" w:cs="Times New Roman"/>
          <w:b/>
          <w:szCs w:val="24"/>
        </w:rPr>
      </w:pPr>
      <w:r w:rsidRPr="00BA3DBF">
        <w:rPr>
          <w:rFonts w:eastAsia="Times New Roman" w:cs="Times New Roman"/>
          <w:b/>
          <w:szCs w:val="24"/>
        </w:rPr>
        <w:t xml:space="preserve">a) </w:t>
      </w:r>
      <w:r w:rsidRPr="00BA3DBF">
        <w:rPr>
          <w:rFonts w:eastAsia="Times New Roman" w:cs="Times New Roman"/>
          <w:b/>
          <w:bCs/>
          <w:szCs w:val="24"/>
        </w:rPr>
        <w:t xml:space="preserve">Chọn </w:t>
      </w:r>
      <w:r w:rsidRPr="00BA3DBF">
        <w:rPr>
          <w:rFonts w:eastAsia="Times New Roman" w:cs="Times New Roman"/>
          <w:bCs/>
          <w:szCs w:val="24"/>
        </w:rPr>
        <w:t>SAI.</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szCs w:val="24"/>
        </w:rPr>
      </w:pPr>
      <w:r w:rsidRPr="00BA3DBF">
        <w:rPr>
          <w:rFonts w:cs="Times New Roman"/>
          <w:szCs w:val="24"/>
        </w:rPr>
        <w:t>Xác suất để thứ Ba, ông An đi làm bằng xe buýt là 0,7.</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Dựa vào sơ đồ cây ta có xác suất để thứ Ba, ông An đi làm bằng xe buýt là 0,6 (nhánh </w:t>
      </w:r>
      <w:r w:rsidRPr="00BA3DBF">
        <w:rPr>
          <w:rFonts w:cs="Times New Roman"/>
          <w:position w:val="-6"/>
          <w:szCs w:val="24"/>
        </w:rPr>
        <w:object w:dxaOrig="440" w:dyaOrig="360">
          <v:shape id="_x0000_i1222" type="#_x0000_t75" style="width:21.6pt;height:18.6pt" o:ole="">
            <v:imagedata r:id="rId405" o:title=""/>
          </v:shape>
          <o:OLEObject Type="Embed" ProgID="Equation.DSMT4" ShapeID="_x0000_i1222" DrawAspect="Content" ObjectID="_1808507105" r:id="rId406"/>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eastAsia="Cambria" w:cs="Times New Roman"/>
          <w:b/>
          <w:szCs w:val="24"/>
        </w:rPr>
      </w:pPr>
      <w:r w:rsidRPr="00BA3DBF">
        <w:rPr>
          <w:rFonts w:eastAsia="Times New Roman" w:cs="Times New Roman"/>
          <w:b/>
          <w:szCs w:val="24"/>
        </w:rPr>
        <w:t xml:space="preserve">b) </w:t>
      </w:r>
      <w:r w:rsidRPr="00BA3DBF">
        <w:rPr>
          <w:rFonts w:eastAsia="Times New Roman" w:cs="Times New Roman"/>
          <w:b/>
          <w:bCs/>
          <w:szCs w:val="24"/>
        </w:rPr>
        <w:t xml:space="preserve">Chọn </w:t>
      </w:r>
      <w:r w:rsidRPr="00BA3DBF">
        <w:rPr>
          <w:rFonts w:eastAsia="Times New Roman" w:cs="Times New Roman"/>
          <w:bCs/>
          <w:szCs w:val="24"/>
        </w:rPr>
        <w:t>ĐÚNG.</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szCs w:val="24"/>
        </w:rPr>
      </w:pPr>
      <w:r w:rsidRPr="00BA3DBF">
        <w:rPr>
          <w:rFonts w:cs="Times New Roman"/>
          <w:szCs w:val="24"/>
        </w:rPr>
        <w:t>Xác suất để thứ Tư, ông An đi làm bằng xe máy nếu thứ Ba, ông An đi làm bằng xe máy là 0,3.</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Dựa vào sơ đồ cây ta có xác suất để thứ Tư, ông An đi làm bằng xe máy nếu thứ Ba, ông An đi làm bằng xe máy là 0,3 (nhánh </w:t>
      </w:r>
      <w:r w:rsidRPr="00BA3DBF">
        <w:rPr>
          <w:rFonts w:cs="Times New Roman"/>
          <w:position w:val="-4"/>
          <w:szCs w:val="24"/>
        </w:rPr>
        <w:object w:dxaOrig="400" w:dyaOrig="260">
          <v:shape id="_x0000_i1223" type="#_x0000_t75" style="width:19.8pt;height:14.4pt" o:ole="">
            <v:imagedata r:id="rId407" o:title=""/>
          </v:shape>
          <o:OLEObject Type="Embed" ProgID="Equation.DSMT4" ShapeID="_x0000_i1223" DrawAspect="Content" ObjectID="_1808507106" r:id="rId408"/>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Cs/>
          <w:szCs w:val="24"/>
        </w:rPr>
      </w:pPr>
      <w:r w:rsidRPr="00BA3DBF">
        <w:rPr>
          <w:rFonts w:eastAsia="Times New Roman" w:cs="Times New Roman"/>
          <w:b/>
          <w:szCs w:val="24"/>
        </w:rPr>
        <w:t xml:space="preserve">c) </w:t>
      </w:r>
      <w:r w:rsidRPr="00BA3DBF">
        <w:rPr>
          <w:rFonts w:eastAsia="Times New Roman" w:cs="Times New Roman"/>
          <w:b/>
          <w:bCs/>
          <w:szCs w:val="24"/>
        </w:rPr>
        <w:t xml:space="preserve">Chọn </w:t>
      </w:r>
      <w:r w:rsidRPr="00BA3DBF">
        <w:rPr>
          <w:rFonts w:eastAsia="Times New Roman" w:cs="Times New Roman"/>
          <w:bCs/>
          <w:szCs w:val="24"/>
        </w:rPr>
        <w:t>ĐÚNG.</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szCs w:val="24"/>
        </w:rPr>
      </w:pPr>
      <w:r w:rsidRPr="00BA3DBF">
        <w:rPr>
          <w:rFonts w:cs="Times New Roman"/>
          <w:szCs w:val="24"/>
        </w:rPr>
        <w:t>Xác suất để thứ Tư, ông An đi làm bằng xe máy nếu thứ Ba ông An đi làm bằng xe buýt 0,4</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Dựa vào sơ đồ cây ta có xác suất để thứ Tư, ông An đi làm bằng xe máy nếu thứ Ba ông An đi làm bằng xe buýt 0,4 (nhánh </w:t>
      </w:r>
      <w:r w:rsidRPr="00BA3DBF">
        <w:rPr>
          <w:rFonts w:cs="Times New Roman"/>
          <w:position w:val="-4"/>
          <w:szCs w:val="24"/>
        </w:rPr>
        <w:object w:dxaOrig="400" w:dyaOrig="340">
          <v:shape id="_x0000_i1224" type="#_x0000_t75" style="width:19.8pt;height:17.4pt" o:ole="">
            <v:imagedata r:id="rId409" o:title=""/>
          </v:shape>
          <o:OLEObject Type="Embed" ProgID="Equation.DSMT4" ShapeID="_x0000_i1224" DrawAspect="Content" ObjectID="_1808507107" r:id="rId41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szCs w:val="24"/>
        </w:rPr>
      </w:pPr>
      <w:r w:rsidRPr="00BA3DBF">
        <w:rPr>
          <w:rFonts w:eastAsia="Times New Roman" w:cs="Times New Roman"/>
          <w:b/>
          <w:szCs w:val="24"/>
        </w:rPr>
        <w:t xml:space="preserve">d) </w:t>
      </w:r>
      <w:r w:rsidRPr="00BA3DBF">
        <w:rPr>
          <w:rFonts w:eastAsia="Times New Roman" w:cs="Times New Roman"/>
          <w:b/>
          <w:bCs/>
          <w:szCs w:val="24"/>
        </w:rPr>
        <w:t xml:space="preserve">Chọn </w:t>
      </w:r>
      <w:r w:rsidRPr="00BA3DBF">
        <w:rPr>
          <w:rFonts w:eastAsia="Times New Roman" w:cs="Times New Roman"/>
          <w:bCs/>
          <w:szCs w:val="24"/>
        </w:rPr>
        <w:t>ĐÚNG.</w:t>
      </w:r>
    </w:p>
    <w:p w:rsidR="00BA3DBF" w:rsidRPr="00BA3DBF" w:rsidRDefault="00BA3DBF" w:rsidP="00BA3DBF">
      <w:pPr>
        <w:tabs>
          <w:tab w:val="left" w:pos="283"/>
          <w:tab w:val="left" w:pos="2835"/>
          <w:tab w:val="left" w:pos="5386"/>
          <w:tab w:val="left" w:pos="7937"/>
        </w:tabs>
        <w:spacing w:before="0" w:after="0"/>
        <w:ind w:firstLine="283"/>
        <w:rPr>
          <w:rFonts w:eastAsia="Times New Roman" w:cs="Times New Roman"/>
          <w:b/>
          <w:szCs w:val="24"/>
        </w:rPr>
      </w:pPr>
      <w:r w:rsidRPr="00BA3DBF">
        <w:rPr>
          <w:rFonts w:cs="Times New Roman"/>
          <w:szCs w:val="24"/>
        </w:rPr>
        <w:t>Xác suất để thứ Tư trong tuần đó, ông An đi làm bằng xe máy nếu thứ Hai ông An đi làm bằng xe buýt là 0,36</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lastRenderedPageBreak/>
        <w:t>Xác suất để thứ Tư trong tuần đó, ông An đi làm bằng xe máy nếu thứ Hai ông An đi làm bằng xe buýt là</w:t>
      </w:r>
      <w:r w:rsidRPr="00BA3DBF">
        <w:rPr>
          <w:rFonts w:cs="Times New Roman"/>
          <w:position w:val="-16"/>
          <w:szCs w:val="24"/>
        </w:rPr>
        <w:object w:dxaOrig="3159" w:dyaOrig="440">
          <v:shape id="_x0000_i1225" type="#_x0000_t75" style="width:158.4pt;height:21.6pt" o:ole="">
            <v:imagedata r:id="rId411" o:title=""/>
          </v:shape>
          <o:OLEObject Type="Embed" ProgID="Equation.DSMT4" ShapeID="_x0000_i1225" DrawAspect="Content" ObjectID="_1808507108" r:id="rId412"/>
        </w:object>
      </w:r>
      <w:r w:rsidRPr="00BA3DBF">
        <w:rPr>
          <w:rFonts w:cs="Times New Roman"/>
          <w:szCs w:val="24"/>
        </w:rPr>
        <w:t xml:space="preserve"> (nhánh </w:t>
      </w:r>
      <w:r w:rsidRPr="00BA3DBF">
        <w:rPr>
          <w:rFonts w:cs="Times New Roman"/>
          <w:position w:val="-6"/>
          <w:szCs w:val="24"/>
        </w:rPr>
        <w:object w:dxaOrig="560" w:dyaOrig="279">
          <v:shape id="_x0000_i1226" type="#_x0000_t75" style="width:27.6pt;height:14.4pt" o:ole="">
            <v:imagedata r:id="rId413" o:title=""/>
          </v:shape>
          <o:OLEObject Type="Embed" ProgID="Equation.DSMT4" ShapeID="_x0000_i1226" DrawAspect="Content" ObjectID="_1808507109" r:id="rId414"/>
        </w:object>
      </w:r>
      <w:r w:rsidRPr="00BA3DBF">
        <w:rPr>
          <w:rFonts w:cs="Times New Roman"/>
          <w:szCs w:val="24"/>
        </w:rPr>
        <w:t xml:space="preserve"> và nhánh </w:t>
      </w:r>
      <w:r w:rsidRPr="00BA3DBF">
        <w:rPr>
          <w:rFonts w:cs="Times New Roman"/>
          <w:position w:val="-6"/>
          <w:szCs w:val="24"/>
        </w:rPr>
        <w:object w:dxaOrig="580" w:dyaOrig="360">
          <v:shape id="_x0000_i1227" type="#_x0000_t75" style="width:29.4pt;height:18.6pt" o:ole="">
            <v:imagedata r:id="rId415" o:title=""/>
          </v:shape>
          <o:OLEObject Type="Embed" ProgID="Equation.DSMT4" ShapeID="_x0000_i1227" DrawAspect="Content" ObjectID="_1808507110" r:id="rId416"/>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rPr>
          <w:rFonts w:cs="Times New Roman"/>
          <w:color w:val="FF0000"/>
          <w:szCs w:val="24"/>
        </w:rPr>
      </w:pPr>
      <w:r w:rsidRPr="00BA3DBF">
        <w:rPr>
          <w:rFonts w:cs="Times New Roman"/>
          <w:b/>
          <w:bCs/>
          <w:color w:val="FF0000"/>
          <w:szCs w:val="24"/>
        </w:rPr>
        <w:t>PHẦN III. Câu trắc nghiệm trả lời ngắn. Thí sinh trả lời từ câu 1 đến câu 6.</w:t>
      </w:r>
    </w:p>
    <w:p w:rsidR="00BA3DBF" w:rsidRPr="00BA3DBF" w:rsidRDefault="00BA3DBF" w:rsidP="00BA3DBF">
      <w:pPr>
        <w:pStyle w:val="ListParagraph"/>
        <w:widowControl/>
        <w:numPr>
          <w:ilvl w:val="0"/>
          <w:numId w:val="42"/>
        </w:numPr>
        <w:autoSpaceDE/>
        <w:autoSpaceDN/>
        <w:spacing w:before="0"/>
        <w:contextualSpacing/>
        <w:jc w:val="both"/>
        <w:rPr>
          <w:sz w:val="24"/>
          <w:szCs w:val="24"/>
        </w:rPr>
      </w:pPr>
      <w:r w:rsidRPr="00BA3DBF">
        <w:rPr>
          <w:sz w:val="24"/>
          <w:szCs w:val="24"/>
        </w:rPr>
        <w:t>Độ dốc của mái nhà là tang của góc tạo bởi mái nhà đó với mặt phẳng nằm ngang. Cho biết kim tự tháp Memphis tại bang Tennessee (Mỹ) có dạng hình chóp tứ giác đều, biết rằng diện tích để lát tất cả các mặt của kim tự tháp bằng 80300 m</w:t>
      </w:r>
      <w:r w:rsidRPr="00BA3DBF">
        <w:rPr>
          <w:sz w:val="24"/>
          <w:szCs w:val="24"/>
          <w:vertAlign w:val="superscript"/>
        </w:rPr>
        <w:t>2</w:t>
      </w:r>
      <w:r w:rsidRPr="00BA3DBF">
        <w:rPr>
          <w:sz w:val="24"/>
          <w:szCs w:val="24"/>
        </w:rPr>
        <w:t xml:space="preserve"> và độ dốc của mặt bên kim tự tháp bằng </w:t>
      </w:r>
      <w:r w:rsidRPr="00BA3DBF">
        <w:rPr>
          <w:position w:val="-24"/>
          <w:sz w:val="24"/>
          <w:szCs w:val="24"/>
        </w:rPr>
        <w:object w:dxaOrig="360" w:dyaOrig="630">
          <v:shape id="_x0000_i1228" type="#_x0000_t75" style="width:18.6pt;height:31.8pt" o:ole="">
            <v:imagedata r:id="rId417" o:title=""/>
          </v:shape>
          <o:OLEObject Type="Embed" ProgID="Equation.DSMT4" ShapeID="_x0000_i1228" DrawAspect="Content" ObjectID="_1808507111" r:id="rId418"/>
        </w:object>
      </w:r>
      <w:r w:rsidRPr="00BA3DBF">
        <w:rPr>
          <w:sz w:val="24"/>
          <w:szCs w:val="24"/>
        </w:rPr>
        <w:t>. Hỏi kim tự tháp cao bao nhiêu mét? (Làm tròn đến hàng đơn vị)</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noProof/>
          <w:szCs w:val="24"/>
        </w:rPr>
        <w:drawing>
          <wp:inline distT="0" distB="0" distL="0" distR="0" wp14:anchorId="21F8DDF9" wp14:editId="6368534D">
            <wp:extent cx="2026920" cy="1515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026920" cy="1515745"/>
                    </a:xfrm>
                    <a:prstGeom prst="rect">
                      <a:avLst/>
                    </a:prstGeom>
                    <a:noFill/>
                    <a:ln>
                      <a:noFill/>
                    </a:ln>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cs="Times New Roman"/>
          <w:b/>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szCs w:val="24"/>
        </w:rPr>
        <w:t>Đáp án: 98</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lang w:val="vi-VN" w:eastAsia="vi-VN"/>
        </w:rPr>
        <w:drawing>
          <wp:inline distT="0" distB="0" distL="0" distR="0" wp14:anchorId="34509381" wp14:editId="1237903C">
            <wp:extent cx="2545080" cy="2301240"/>
            <wp:effectExtent l="0" t="0" r="0" b="0"/>
            <wp:docPr id="5" name="Picture 5" descr="Cho biết kim tự tháp Memphis tại bang Tennessee (Mỹ) có dạng hình chóp tứ giác đều với chiều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biết kim tự tháp Memphis tại bang Tennessee (Mỹ) có dạng hình chóp tứ giác đều với chiều (ảnh 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545080" cy="2301240"/>
                    </a:xfrm>
                    <a:prstGeom prst="rect">
                      <a:avLst/>
                    </a:prstGeom>
                    <a:noFill/>
                    <a:ln>
                      <a:noFill/>
                    </a:ln>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Mô hình hoá kim tự tháp bằng chóp tứ giác đều S.ABCD với O là tâm của đáy.</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Kẻ </w:t>
      </w:r>
      <w:r w:rsidRPr="00BA3DBF">
        <w:rPr>
          <w:rFonts w:cs="Times New Roman"/>
          <w:position w:val="-6"/>
          <w:szCs w:val="24"/>
        </w:rPr>
        <w:object w:dxaOrig="1080" w:dyaOrig="270">
          <v:shape id="_x0000_i1229" type="#_x0000_t75" style="width:54pt;height:13.2pt" o:ole="">
            <v:imagedata r:id="rId421" o:title=""/>
          </v:shape>
          <o:OLEObject Type="Embed" ProgID="Equation.DSMT4" ShapeID="_x0000_i1229" DrawAspect="Content" ObjectID="_1808507112" r:id="rId422"/>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góc tạo bởi mặt bên và mặt đáy của kim tự tháp là góc </w:t>
      </w:r>
      <w:r w:rsidRPr="00BA3DBF">
        <w:rPr>
          <w:rFonts w:cs="Times New Roman"/>
          <w:position w:val="-24"/>
          <w:szCs w:val="24"/>
        </w:rPr>
        <w:object w:dxaOrig="2970" w:dyaOrig="630">
          <v:shape id="_x0000_i1230" type="#_x0000_t75" style="width:148.2pt;height:31.8pt" o:ole="">
            <v:imagedata r:id="rId423" o:title=""/>
          </v:shape>
          <o:OLEObject Type="Embed" ProgID="Equation.DSMT4" ShapeID="_x0000_i1230" DrawAspect="Content" ObjectID="_1808507113" r:id="rId424"/>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Đặt </w:t>
      </w:r>
      <w:r w:rsidRPr="00BA3DBF">
        <w:rPr>
          <w:rFonts w:cs="Times New Roman"/>
          <w:position w:val="-36"/>
          <w:szCs w:val="24"/>
        </w:rPr>
        <w:object w:dxaOrig="4599" w:dyaOrig="840">
          <v:shape id="_x0000_i1231" type="#_x0000_t75" style="width:230.4pt;height:42pt" o:ole="">
            <v:imagedata r:id="rId425" o:title=""/>
          </v:shape>
          <o:OLEObject Type="Embed" ProgID="Equation.DSMT4" ShapeID="_x0000_i1231" DrawAspect="Content" ObjectID="_1808507114" r:id="rId426"/>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Diện tích tất cả các mặt của kim tự tháp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44"/>
          <w:szCs w:val="24"/>
        </w:rPr>
        <w:object w:dxaOrig="4780" w:dyaOrig="1380">
          <v:shape id="_x0000_i1232" type="#_x0000_t75" style="width:239.4pt;height:69.6pt" o:ole="">
            <v:imagedata r:id="rId427" o:title=""/>
          </v:shape>
          <o:OLEObject Type="Embed" ProgID="Equation.DSMT4" ShapeID="_x0000_i1232" DrawAspect="Content" ObjectID="_1808507115" r:id="rId428"/>
        </w:object>
      </w:r>
    </w:p>
    <w:p w:rsidR="00BA3DBF" w:rsidRPr="00BA3DBF" w:rsidRDefault="00BA3DBF" w:rsidP="00BA3DBF">
      <w:pPr>
        <w:pStyle w:val="ListParagraph"/>
        <w:widowControl/>
        <w:numPr>
          <w:ilvl w:val="0"/>
          <w:numId w:val="42"/>
        </w:numPr>
        <w:autoSpaceDE/>
        <w:autoSpaceDN/>
        <w:spacing w:before="0"/>
        <w:contextualSpacing/>
        <w:jc w:val="both"/>
        <w:rPr>
          <w:sz w:val="24"/>
          <w:szCs w:val="24"/>
        </w:rPr>
      </w:pPr>
      <w:r w:rsidRPr="00BA3DBF">
        <w:rPr>
          <w:sz w:val="24"/>
          <w:szCs w:val="24"/>
        </w:rPr>
        <w:t xml:space="preserve">Nhà máy </w:t>
      </w:r>
      <w:r w:rsidRPr="00BA3DBF">
        <w:rPr>
          <w:position w:val="-4"/>
          <w:sz w:val="24"/>
          <w:szCs w:val="24"/>
        </w:rPr>
        <w:object w:dxaOrig="240" w:dyaOrig="260">
          <v:shape id="_x0000_i1233" type="#_x0000_t75" style="width:12pt;height:13.8pt" o:ole="">
            <v:imagedata r:id="rId429" o:title=""/>
          </v:shape>
          <o:OLEObject Type="Embed" ProgID="Equation.DSMT4" ShapeID="_x0000_i1233" DrawAspect="Content" ObjectID="_1808507116" r:id="rId430"/>
        </w:object>
      </w:r>
      <w:r w:rsidRPr="00BA3DBF">
        <w:rPr>
          <w:i/>
          <w:iCs/>
          <w:sz w:val="24"/>
          <w:szCs w:val="24"/>
        </w:rPr>
        <w:t xml:space="preserve"> </w:t>
      </w:r>
      <w:r w:rsidRPr="00BA3DBF">
        <w:rPr>
          <w:sz w:val="24"/>
          <w:szCs w:val="24"/>
        </w:rPr>
        <w:t xml:space="preserve">chuyên sản xuất một loại sản phẩm cung cấp cho nhà máy </w:t>
      </w:r>
      <w:r w:rsidRPr="00BA3DBF">
        <w:rPr>
          <w:position w:val="-4"/>
          <w:sz w:val="24"/>
          <w:szCs w:val="24"/>
        </w:rPr>
        <w:object w:dxaOrig="240" w:dyaOrig="260">
          <v:shape id="_x0000_i1234" type="#_x0000_t75" style="width:12pt;height:13.8pt" o:ole="">
            <v:imagedata r:id="rId431" o:title=""/>
          </v:shape>
          <o:OLEObject Type="Embed" ProgID="Equation.DSMT4" ShapeID="_x0000_i1234" DrawAspect="Content" ObjectID="_1808507117" r:id="rId432"/>
        </w:object>
      </w:r>
      <w:r w:rsidRPr="00BA3DBF">
        <w:rPr>
          <w:sz w:val="24"/>
          <w:szCs w:val="24"/>
        </w:rPr>
        <w:t xml:space="preserve">. Hai nhà máy thoả thuận rằng, hàng tháng nhà máy </w:t>
      </w:r>
      <w:r w:rsidRPr="00BA3DBF">
        <w:rPr>
          <w:position w:val="-4"/>
          <w:sz w:val="24"/>
          <w:szCs w:val="24"/>
        </w:rPr>
        <w:object w:dxaOrig="240" w:dyaOrig="260">
          <v:shape id="_x0000_i1235" type="#_x0000_t75" style="width:12pt;height:13.8pt" o:ole="">
            <v:imagedata r:id="rId433" o:title=""/>
          </v:shape>
          <o:OLEObject Type="Embed" ProgID="Equation.DSMT4" ShapeID="_x0000_i1235" DrawAspect="Content" ObjectID="_1808507118" r:id="rId434"/>
        </w:object>
      </w:r>
      <w:r w:rsidRPr="00BA3DBF">
        <w:rPr>
          <w:i/>
          <w:iCs/>
          <w:sz w:val="24"/>
          <w:szCs w:val="24"/>
        </w:rPr>
        <w:t xml:space="preserve"> </w:t>
      </w:r>
      <w:r w:rsidRPr="00BA3DBF">
        <w:rPr>
          <w:sz w:val="24"/>
          <w:szCs w:val="24"/>
        </w:rPr>
        <w:t>cung cấp cho nhà máy</w:t>
      </w:r>
      <w:r w:rsidRPr="00BA3DBF">
        <w:rPr>
          <w:position w:val="-4"/>
          <w:sz w:val="24"/>
          <w:szCs w:val="24"/>
        </w:rPr>
        <w:object w:dxaOrig="240" w:dyaOrig="260">
          <v:shape id="_x0000_i1236" type="#_x0000_t75" style="width:12pt;height:13.8pt" o:ole="">
            <v:imagedata r:id="rId435" o:title=""/>
          </v:shape>
          <o:OLEObject Type="Embed" ProgID="Equation.DSMT4" ShapeID="_x0000_i1236" DrawAspect="Content" ObjectID="_1808507119" r:id="rId436"/>
        </w:object>
      </w:r>
      <w:r w:rsidRPr="00BA3DBF">
        <w:rPr>
          <w:i/>
          <w:iCs/>
          <w:sz w:val="24"/>
          <w:szCs w:val="24"/>
        </w:rPr>
        <w:t xml:space="preserve"> </w:t>
      </w:r>
      <w:r w:rsidRPr="00BA3DBF">
        <w:rPr>
          <w:sz w:val="24"/>
          <w:szCs w:val="24"/>
        </w:rPr>
        <w:t xml:space="preserve">số lượng sản phẩm theo đơn đặt hàng của </w:t>
      </w:r>
      <w:r w:rsidRPr="00BA3DBF">
        <w:rPr>
          <w:position w:val="-4"/>
          <w:sz w:val="24"/>
          <w:szCs w:val="24"/>
        </w:rPr>
        <w:object w:dxaOrig="240" w:dyaOrig="260">
          <v:shape id="_x0000_i1237" type="#_x0000_t75" style="width:12pt;height:13.8pt" o:ole="">
            <v:imagedata r:id="rId437" o:title=""/>
          </v:shape>
          <o:OLEObject Type="Embed" ProgID="Equation.DSMT4" ShapeID="_x0000_i1237" DrawAspect="Content" ObjectID="_1808507120" r:id="rId438"/>
        </w:object>
      </w:r>
      <w:r w:rsidRPr="00BA3DBF">
        <w:rPr>
          <w:i/>
          <w:iCs/>
          <w:sz w:val="24"/>
          <w:szCs w:val="24"/>
        </w:rPr>
        <w:t xml:space="preserve"> </w:t>
      </w:r>
      <w:r w:rsidRPr="00BA3DBF">
        <w:rPr>
          <w:sz w:val="24"/>
          <w:szCs w:val="24"/>
        </w:rPr>
        <w:t xml:space="preserve">(tối đa </w:t>
      </w:r>
      <w:r w:rsidRPr="00BA3DBF">
        <w:rPr>
          <w:position w:val="-6"/>
          <w:sz w:val="24"/>
          <w:szCs w:val="24"/>
        </w:rPr>
        <w:object w:dxaOrig="400" w:dyaOrig="279">
          <v:shape id="_x0000_i1238" type="#_x0000_t75" style="width:19.2pt;height:13.8pt" o:ole="">
            <v:imagedata r:id="rId439" o:title=""/>
          </v:shape>
          <o:OLEObject Type="Embed" ProgID="Equation.DSMT4" ShapeID="_x0000_i1238" DrawAspect="Content" ObjectID="_1808507121" r:id="rId440"/>
        </w:object>
      </w:r>
      <w:r w:rsidRPr="00BA3DBF">
        <w:rPr>
          <w:sz w:val="24"/>
          <w:szCs w:val="24"/>
        </w:rPr>
        <w:t xml:space="preserve"> tấn sản phẩm). Nếu số lượng đặt hàng là </w:t>
      </w:r>
      <w:r w:rsidRPr="00BA3DBF">
        <w:rPr>
          <w:position w:val="-6"/>
          <w:sz w:val="24"/>
          <w:szCs w:val="24"/>
        </w:rPr>
        <w:object w:dxaOrig="200" w:dyaOrig="220">
          <v:shape id="_x0000_i1239" type="#_x0000_t75" style="width:10.8pt;height:10.8pt" o:ole="">
            <v:imagedata r:id="rId441" o:title=""/>
          </v:shape>
          <o:OLEObject Type="Embed" ProgID="Equation.DSMT4" ShapeID="_x0000_i1239" DrawAspect="Content" ObjectID="_1808507122" r:id="rId442"/>
        </w:object>
      </w:r>
      <w:r w:rsidRPr="00BA3DBF">
        <w:rPr>
          <w:i/>
          <w:iCs/>
          <w:sz w:val="24"/>
          <w:szCs w:val="24"/>
        </w:rPr>
        <w:t xml:space="preserve"> </w:t>
      </w:r>
      <w:r w:rsidRPr="00BA3DBF">
        <w:rPr>
          <w:sz w:val="24"/>
          <w:szCs w:val="24"/>
        </w:rPr>
        <w:t xml:space="preserve">tấn sản phẩm thì giá bán cho mỗi tấn sản phẩm là </w:t>
      </w:r>
      <w:r w:rsidRPr="00BA3DBF">
        <w:rPr>
          <w:position w:val="-14"/>
          <w:sz w:val="24"/>
          <w:szCs w:val="24"/>
        </w:rPr>
        <w:object w:dxaOrig="2000" w:dyaOrig="400">
          <v:shape id="_x0000_i1240" type="#_x0000_t75" style="width:100.2pt;height:19.2pt" o:ole="">
            <v:imagedata r:id="rId443" o:title=""/>
          </v:shape>
          <o:OLEObject Type="Embed" ProgID="Equation.DSMT4" ShapeID="_x0000_i1240" DrawAspect="Content" ObjectID="_1808507123" r:id="rId444"/>
        </w:object>
      </w:r>
      <w:r w:rsidRPr="00BA3DBF">
        <w:rPr>
          <w:sz w:val="24"/>
          <w:szCs w:val="24"/>
        </w:rPr>
        <w:t xml:space="preserve"> (triệu đồng). Chi phí để </w:t>
      </w:r>
      <w:r w:rsidRPr="00BA3DBF">
        <w:rPr>
          <w:position w:val="-4"/>
          <w:sz w:val="24"/>
          <w:szCs w:val="24"/>
        </w:rPr>
        <w:object w:dxaOrig="240" w:dyaOrig="260">
          <v:shape id="_x0000_i1241" type="#_x0000_t75" style="width:12pt;height:13.8pt" o:ole="">
            <v:imagedata r:id="rId445" o:title=""/>
          </v:shape>
          <o:OLEObject Type="Embed" ProgID="Equation.DSMT4" ShapeID="_x0000_i1241" DrawAspect="Content" ObjectID="_1808507124" r:id="rId446"/>
        </w:object>
      </w:r>
      <w:r w:rsidRPr="00BA3DBF">
        <w:rPr>
          <w:i/>
          <w:iCs/>
          <w:sz w:val="24"/>
          <w:szCs w:val="24"/>
        </w:rPr>
        <w:t xml:space="preserve"> </w:t>
      </w:r>
      <w:r w:rsidRPr="00BA3DBF">
        <w:rPr>
          <w:sz w:val="24"/>
          <w:szCs w:val="24"/>
        </w:rPr>
        <w:t xml:space="preserve">sản xuất </w:t>
      </w:r>
      <w:r w:rsidRPr="00BA3DBF">
        <w:rPr>
          <w:position w:val="-6"/>
          <w:sz w:val="24"/>
          <w:szCs w:val="24"/>
        </w:rPr>
        <w:object w:dxaOrig="200" w:dyaOrig="220">
          <v:shape id="_x0000_i1242" type="#_x0000_t75" style="width:10.8pt;height:10.8pt" o:ole="">
            <v:imagedata r:id="rId447" o:title=""/>
          </v:shape>
          <o:OLEObject Type="Embed" ProgID="Equation.DSMT4" ShapeID="_x0000_i1242" DrawAspect="Content" ObjectID="_1808507125" r:id="rId448"/>
        </w:object>
      </w:r>
      <w:r w:rsidRPr="00BA3DBF">
        <w:rPr>
          <w:sz w:val="24"/>
          <w:szCs w:val="24"/>
        </w:rPr>
        <w:t xml:space="preserve">tấn sản phẩm trong một tháng gồm </w:t>
      </w:r>
      <w:r w:rsidRPr="00BA3DBF">
        <w:rPr>
          <w:position w:val="-6"/>
          <w:sz w:val="24"/>
          <w:szCs w:val="24"/>
        </w:rPr>
        <w:object w:dxaOrig="400" w:dyaOrig="279">
          <v:shape id="_x0000_i1243" type="#_x0000_t75" style="width:19.2pt;height:13.8pt" o:ole="">
            <v:imagedata r:id="rId449" o:title=""/>
          </v:shape>
          <o:OLEObject Type="Embed" ProgID="Equation.DSMT4" ShapeID="_x0000_i1243" DrawAspect="Content" ObjectID="_1808507126" r:id="rId450"/>
        </w:object>
      </w:r>
      <w:r w:rsidRPr="00BA3DBF">
        <w:rPr>
          <w:sz w:val="24"/>
          <w:szCs w:val="24"/>
        </w:rPr>
        <w:t xml:space="preserve"> triệu đồng chi phí cố định và </w:t>
      </w:r>
      <w:r w:rsidRPr="00BA3DBF">
        <w:rPr>
          <w:position w:val="-6"/>
          <w:sz w:val="24"/>
          <w:szCs w:val="24"/>
        </w:rPr>
        <w:object w:dxaOrig="300" w:dyaOrig="279">
          <v:shape id="_x0000_i1244" type="#_x0000_t75" style="width:15.6pt;height:13.8pt" o:ole="">
            <v:imagedata r:id="rId451" o:title=""/>
          </v:shape>
          <o:OLEObject Type="Embed" ProgID="Equation.DSMT4" ShapeID="_x0000_i1244" DrawAspect="Content" ObjectID="_1808507127" r:id="rId452"/>
        </w:object>
      </w:r>
      <w:r w:rsidRPr="00BA3DBF">
        <w:rPr>
          <w:sz w:val="24"/>
          <w:szCs w:val="24"/>
        </w:rPr>
        <w:t xml:space="preserve"> triệu đồng cho mỗi tấn sản phẩm. Nhà máy</w:t>
      </w:r>
      <w:r w:rsidRPr="00BA3DBF">
        <w:rPr>
          <w:position w:val="-4"/>
          <w:sz w:val="24"/>
          <w:szCs w:val="24"/>
        </w:rPr>
        <w:object w:dxaOrig="240" w:dyaOrig="260">
          <v:shape id="_x0000_i1245" type="#_x0000_t75" style="width:12pt;height:13.8pt" o:ole="">
            <v:imagedata r:id="rId453" o:title=""/>
          </v:shape>
          <o:OLEObject Type="Embed" ProgID="Equation.DSMT4" ShapeID="_x0000_i1245" DrawAspect="Content" ObjectID="_1808507128" r:id="rId454"/>
        </w:object>
      </w:r>
      <w:r w:rsidRPr="00BA3DBF">
        <w:rPr>
          <w:sz w:val="24"/>
          <w:szCs w:val="24"/>
        </w:rPr>
        <w:t xml:space="preserve"> cần bán cho nhà máy</w:t>
      </w:r>
      <w:r w:rsidRPr="00BA3DBF">
        <w:rPr>
          <w:position w:val="-4"/>
          <w:sz w:val="24"/>
          <w:szCs w:val="24"/>
        </w:rPr>
        <w:object w:dxaOrig="240" w:dyaOrig="260">
          <v:shape id="_x0000_i1246" type="#_x0000_t75" style="width:12pt;height:13.8pt" o:ole="">
            <v:imagedata r:id="rId455" o:title=""/>
          </v:shape>
          <o:OLEObject Type="Embed" ProgID="Equation.DSMT4" ShapeID="_x0000_i1246" DrawAspect="Content" ObjectID="_1808507129" r:id="rId456"/>
        </w:object>
      </w:r>
      <w:r w:rsidRPr="00BA3DBF">
        <w:rPr>
          <w:i/>
          <w:iCs/>
          <w:sz w:val="24"/>
          <w:szCs w:val="24"/>
        </w:rPr>
        <w:t xml:space="preserve"> </w:t>
      </w:r>
      <w:r w:rsidRPr="00BA3DBF">
        <w:rPr>
          <w:sz w:val="24"/>
          <w:szCs w:val="24"/>
        </w:rPr>
        <w:t>bao nhiêu tấn sản phẩm mỗi tháng để lợi nhuận thu được lớn nhất? (làm tròn kết quả đến hàng phần mười).</w:t>
      </w:r>
    </w:p>
    <w:p w:rsidR="00BA3DBF" w:rsidRPr="00BA3DBF" w:rsidRDefault="00BA3DBF" w:rsidP="00BA3DBF">
      <w:pPr>
        <w:tabs>
          <w:tab w:val="left" w:pos="283"/>
          <w:tab w:val="left" w:pos="2835"/>
          <w:tab w:val="left" w:pos="5386"/>
          <w:tab w:val="left" w:pos="7937"/>
        </w:tabs>
        <w:spacing w:before="0" w:after="0"/>
        <w:ind w:firstLine="283"/>
        <w:rPr>
          <w:rFonts w:cs="Times New Roman"/>
          <w:b/>
          <w:bCs/>
          <w:szCs w:val="24"/>
        </w:rPr>
      </w:pPr>
      <w:r w:rsidRPr="00BA3DBF">
        <w:rPr>
          <w:rFonts w:cs="Times New Roman"/>
          <w:b/>
          <w:bCs/>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szCs w:val="24"/>
        </w:rPr>
      </w:pPr>
      <w:r w:rsidRPr="00BA3DBF">
        <w:rPr>
          <w:rFonts w:cs="Times New Roman"/>
          <w:b/>
          <w:szCs w:val="24"/>
        </w:rPr>
        <w:t>Đáp án: 70,7</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lastRenderedPageBreak/>
        <w:t>Số tiền mà nhà máy</w:t>
      </w:r>
      <w:r w:rsidRPr="00BA3DBF">
        <w:rPr>
          <w:rFonts w:cs="Times New Roman"/>
          <w:position w:val="-4"/>
          <w:szCs w:val="24"/>
        </w:rPr>
        <w:object w:dxaOrig="240" w:dyaOrig="260">
          <v:shape id="_x0000_i1247" type="#_x0000_t75" style="width:12pt;height:13.8pt" o:ole="">
            <v:imagedata r:id="rId457" o:title=""/>
          </v:shape>
          <o:OLEObject Type="Embed" ProgID="Equation.DSMT4" ShapeID="_x0000_i1247" DrawAspect="Content" ObjectID="_1808507130" r:id="rId458"/>
        </w:object>
      </w:r>
      <w:r w:rsidRPr="00BA3DBF">
        <w:rPr>
          <w:rFonts w:cs="Times New Roman"/>
          <w:i/>
          <w:iCs/>
          <w:szCs w:val="24"/>
        </w:rPr>
        <w:t xml:space="preserve"> </w:t>
      </w:r>
      <w:r w:rsidRPr="00BA3DBF">
        <w:rPr>
          <w:rFonts w:cs="Times New Roman"/>
          <w:szCs w:val="24"/>
        </w:rPr>
        <w:t xml:space="preserve">thu được từ việc bán </w:t>
      </w:r>
      <w:r w:rsidRPr="00BA3DBF">
        <w:rPr>
          <w:rFonts w:cs="Times New Roman"/>
          <w:position w:val="-6"/>
          <w:szCs w:val="24"/>
        </w:rPr>
        <w:object w:dxaOrig="200" w:dyaOrig="220">
          <v:shape id="_x0000_i1248" type="#_x0000_t75" style="width:10.8pt;height:10.8pt" o:ole="">
            <v:imagedata r:id="rId459" o:title=""/>
          </v:shape>
          <o:OLEObject Type="Embed" ProgID="Equation.DSMT4" ShapeID="_x0000_i1248" DrawAspect="Content" ObjectID="_1808507131" r:id="rId460"/>
        </w:object>
      </w:r>
      <w:r w:rsidRPr="00BA3DBF">
        <w:rPr>
          <w:rFonts w:cs="Times New Roman"/>
          <w:i/>
          <w:iCs/>
          <w:szCs w:val="24"/>
        </w:rPr>
        <w:t xml:space="preserve"> </w:t>
      </w:r>
      <w:r w:rsidRPr="00BA3DBF">
        <w:rPr>
          <w:rFonts w:cs="Times New Roman"/>
          <w:szCs w:val="24"/>
        </w:rPr>
        <w:t xml:space="preserve">tấn sản phẩm </w:t>
      </w:r>
      <w:r w:rsidRPr="00BA3DBF">
        <w:rPr>
          <w:rFonts w:cs="Times New Roman"/>
          <w:position w:val="-14"/>
          <w:szCs w:val="24"/>
        </w:rPr>
        <w:object w:dxaOrig="1300" w:dyaOrig="400">
          <v:shape id="_x0000_i1249" type="#_x0000_t75" style="width:65.4pt;height:19.2pt" o:ole="">
            <v:imagedata r:id="rId461" o:title=""/>
          </v:shape>
          <o:OLEObject Type="Embed" ProgID="Equation.DSMT4" ShapeID="_x0000_i1249" DrawAspect="Content" ObjectID="_1808507132" r:id="rId462"/>
        </w:object>
      </w:r>
      <w:r w:rsidRPr="00BA3DBF">
        <w:rPr>
          <w:rFonts w:cs="Times New Roman"/>
          <w:szCs w:val="24"/>
        </w:rPr>
        <w:t xml:space="preserve"> cho nhà máy </w:t>
      </w:r>
      <w:r w:rsidRPr="00BA3DBF">
        <w:rPr>
          <w:rFonts w:cs="Times New Roman"/>
          <w:position w:val="-4"/>
          <w:szCs w:val="24"/>
        </w:rPr>
        <w:object w:dxaOrig="240" w:dyaOrig="260">
          <v:shape id="_x0000_i1250" type="#_x0000_t75" style="width:12pt;height:13.8pt" o:ole="">
            <v:imagedata r:id="rId463" o:title=""/>
          </v:shape>
          <o:OLEObject Type="Embed" ProgID="Equation.DSMT4" ShapeID="_x0000_i1250" DrawAspect="Content" ObjectID="_1808507133" r:id="rId464"/>
        </w:object>
      </w:r>
      <w:r w:rsidRPr="00BA3DBF">
        <w:rPr>
          <w:rFonts w:cs="Times New Roman"/>
          <w:i/>
          <w:iCs/>
          <w:szCs w:val="24"/>
        </w:rPr>
        <w:t xml:space="preserve"> </w:t>
      </w:r>
      <w:r w:rsidRPr="00BA3DBF">
        <w:rPr>
          <w:rFonts w:cs="Times New Roman"/>
          <w:szCs w:val="24"/>
        </w:rPr>
        <w:t xml:space="preserve">là: </w:t>
      </w:r>
      <w:r w:rsidRPr="00BA3DBF">
        <w:rPr>
          <w:rFonts w:cs="Times New Roman"/>
          <w:position w:val="-16"/>
          <w:szCs w:val="24"/>
        </w:rPr>
        <w:object w:dxaOrig="4819" w:dyaOrig="440">
          <v:shape id="_x0000_i1251" type="#_x0000_t75" style="width:241.2pt;height:22.8pt" o:ole="">
            <v:imagedata r:id="rId465" o:title=""/>
          </v:shape>
          <o:OLEObject Type="Embed" ProgID="Equation.DSMT4" ShapeID="_x0000_i1251" DrawAspect="Content" ObjectID="_1808507134" r:id="rId466"/>
        </w:object>
      </w:r>
      <w:r w:rsidRPr="00BA3DBF">
        <w:rPr>
          <w:rFonts w:cs="Times New Roman"/>
          <w:szCs w:val="24"/>
        </w:rPr>
        <w:t xml:space="preserve"> (triệu đồng).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Chi phí để </w:t>
      </w:r>
      <w:r w:rsidRPr="00BA3DBF">
        <w:rPr>
          <w:rFonts w:cs="Times New Roman"/>
          <w:position w:val="-4"/>
          <w:szCs w:val="24"/>
        </w:rPr>
        <w:object w:dxaOrig="240" w:dyaOrig="260">
          <v:shape id="_x0000_i1252" type="#_x0000_t75" style="width:12pt;height:13.8pt" o:ole="">
            <v:imagedata r:id="rId445" o:title=""/>
          </v:shape>
          <o:OLEObject Type="Embed" ProgID="Equation.DSMT4" ShapeID="_x0000_i1252" DrawAspect="Content" ObjectID="_1808507135" r:id="rId467"/>
        </w:object>
      </w:r>
      <w:r w:rsidRPr="00BA3DBF">
        <w:rPr>
          <w:rFonts w:cs="Times New Roman"/>
          <w:i/>
          <w:iCs/>
          <w:szCs w:val="24"/>
        </w:rPr>
        <w:t xml:space="preserve"> </w:t>
      </w:r>
      <w:r w:rsidRPr="00BA3DBF">
        <w:rPr>
          <w:rFonts w:cs="Times New Roman"/>
          <w:szCs w:val="24"/>
        </w:rPr>
        <w:t xml:space="preserve">sản xuất </w:t>
      </w:r>
      <w:r w:rsidRPr="00BA3DBF">
        <w:rPr>
          <w:rFonts w:cs="Times New Roman"/>
          <w:position w:val="-6"/>
          <w:szCs w:val="24"/>
        </w:rPr>
        <w:object w:dxaOrig="200" w:dyaOrig="220">
          <v:shape id="_x0000_i1253" type="#_x0000_t75" style="width:10.8pt;height:10.8pt" o:ole="">
            <v:imagedata r:id="rId447" o:title=""/>
          </v:shape>
          <o:OLEObject Type="Embed" ProgID="Equation.DSMT4" ShapeID="_x0000_i1253" DrawAspect="Content" ObjectID="_1808507136" r:id="rId468"/>
        </w:object>
      </w:r>
      <w:r w:rsidRPr="00BA3DBF">
        <w:rPr>
          <w:rFonts w:cs="Times New Roman"/>
          <w:szCs w:val="24"/>
        </w:rPr>
        <w:t xml:space="preserve">tấn sản phẩm trong một tháng là </w:t>
      </w:r>
      <w:r w:rsidRPr="00BA3DBF">
        <w:rPr>
          <w:rFonts w:cs="Times New Roman"/>
          <w:i/>
          <w:iCs/>
          <w:position w:val="-14"/>
          <w:szCs w:val="24"/>
        </w:rPr>
        <w:object w:dxaOrig="1719" w:dyaOrig="400">
          <v:shape id="_x0000_i1254" type="#_x0000_t75" style="width:85.8pt;height:19.2pt" o:ole="">
            <v:imagedata r:id="rId469" o:title=""/>
          </v:shape>
          <o:OLEObject Type="Embed" ProgID="Equation.DSMT4" ShapeID="_x0000_i1254" DrawAspect="Content" ObjectID="_1808507137" r:id="rId470"/>
        </w:object>
      </w:r>
      <w:r w:rsidRPr="00BA3DBF">
        <w:rPr>
          <w:rFonts w:cs="Times New Roman"/>
          <w:szCs w:val="24"/>
        </w:rPr>
        <w:t xml:space="preserve"> (triệu đồng).</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Lợi nhuận (triệu đồng) mà nhà máy</w:t>
      </w:r>
      <w:r w:rsidRPr="00BA3DBF">
        <w:rPr>
          <w:rFonts w:cs="Times New Roman"/>
          <w:position w:val="-4"/>
          <w:szCs w:val="24"/>
        </w:rPr>
        <w:object w:dxaOrig="240" w:dyaOrig="260">
          <v:shape id="_x0000_i1255" type="#_x0000_t75" style="width:12pt;height:13.8pt" o:ole="">
            <v:imagedata r:id="rId471" o:title=""/>
          </v:shape>
          <o:OLEObject Type="Embed" ProgID="Equation.DSMT4" ShapeID="_x0000_i1255" DrawAspect="Content" ObjectID="_1808507138" r:id="rId472"/>
        </w:object>
      </w:r>
      <w:r w:rsidRPr="00BA3DBF">
        <w:rPr>
          <w:rFonts w:cs="Times New Roman"/>
          <w:szCs w:val="24"/>
        </w:rPr>
        <w:t xml:space="preserve"> thu được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7140" w:dyaOrig="400">
          <v:shape id="_x0000_i1256" type="#_x0000_t75" style="width:357.6pt;height:21.6pt" o:ole="">
            <v:imagedata r:id="rId473" o:title=""/>
          </v:shape>
          <o:OLEObject Type="Embed" ProgID="Equation.DSMT4" ShapeID="_x0000_i1256" DrawAspect="Content" ObjectID="_1808507139" r:id="rId474"/>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Xét hàm số </w:t>
      </w:r>
      <w:r w:rsidRPr="00BA3DBF">
        <w:rPr>
          <w:rFonts w:cs="Times New Roman"/>
          <w:position w:val="-14"/>
          <w:szCs w:val="24"/>
        </w:rPr>
        <w:object w:dxaOrig="2799" w:dyaOrig="400">
          <v:shape id="_x0000_i1257" type="#_x0000_t75" style="width:139.8pt;height:19.2pt" o:ole="">
            <v:imagedata r:id="rId475" o:title=""/>
          </v:shape>
          <o:OLEObject Type="Embed" ProgID="Equation.DSMT4" ShapeID="_x0000_i1257" DrawAspect="Content" ObjectID="_1808507140" r:id="rId476"/>
        </w:object>
      </w:r>
      <w:r w:rsidRPr="00BA3DBF">
        <w:rPr>
          <w:rFonts w:cs="Times New Roman"/>
          <w:szCs w:val="24"/>
        </w:rPr>
        <w:t xml:space="preserve"> với </w:t>
      </w:r>
      <w:r w:rsidRPr="00BA3DBF">
        <w:rPr>
          <w:rFonts w:cs="Times New Roman"/>
          <w:position w:val="-14"/>
          <w:szCs w:val="24"/>
        </w:rPr>
        <w:object w:dxaOrig="1300" w:dyaOrig="400">
          <v:shape id="_x0000_i1258" type="#_x0000_t75" style="width:65.4pt;height:19.2pt" o:ole="">
            <v:imagedata r:id="rId477" o:title=""/>
          </v:shape>
          <o:OLEObject Type="Embed" ProgID="Equation.DSMT4" ShapeID="_x0000_i1258" DrawAspect="Content" ObjectID="_1808507141" r:id="rId478"/>
        </w:object>
      </w:r>
      <w:r w:rsidRPr="00BA3DBF">
        <w:rPr>
          <w:rFonts w:cs="Times New Roman"/>
          <w:szCs w:val="24"/>
        </w:rPr>
        <w:t xml:space="preserve"> ta có:</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4"/>
          <w:szCs w:val="24"/>
        </w:rPr>
        <w:object w:dxaOrig="5120" w:dyaOrig="420">
          <v:shape id="_x0000_i1259" type="#_x0000_t75" style="width:254.4pt;height:21.6pt" o:ole="">
            <v:imagedata r:id="rId479" o:title=""/>
          </v:shape>
          <o:OLEObject Type="Embed" ProgID="Equation.DSMT4" ShapeID="_x0000_i1259" DrawAspect="Content" ObjectID="_1808507142" r:id="rId480"/>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18"/>
          <w:szCs w:val="24"/>
        </w:rPr>
        <w:object w:dxaOrig="5820" w:dyaOrig="480">
          <v:shape id="_x0000_i1260" type="#_x0000_t75" style="width:291.6pt;height:23.4pt" o:ole="">
            <v:imagedata r:id="rId481" o:title=""/>
          </v:shape>
          <o:OLEObject Type="Embed" ProgID="Equation.DSMT4" ShapeID="_x0000_i1260" DrawAspect="Content" ObjectID="_1808507143" r:id="rId482"/>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Vậy nhà máy</w:t>
      </w:r>
      <w:r w:rsidRPr="00BA3DBF">
        <w:rPr>
          <w:rFonts w:cs="Times New Roman"/>
          <w:position w:val="-4"/>
          <w:szCs w:val="24"/>
        </w:rPr>
        <w:object w:dxaOrig="240" w:dyaOrig="260">
          <v:shape id="_x0000_i1261" type="#_x0000_t75" style="width:12pt;height:13.8pt" o:ole="">
            <v:imagedata r:id="rId483" o:title=""/>
          </v:shape>
          <o:OLEObject Type="Embed" ProgID="Equation.DSMT4" ShapeID="_x0000_i1261" DrawAspect="Content" ObjectID="_1808507144" r:id="rId484"/>
        </w:object>
      </w:r>
      <w:r w:rsidRPr="00BA3DBF">
        <w:rPr>
          <w:rFonts w:cs="Times New Roman"/>
          <w:szCs w:val="24"/>
        </w:rPr>
        <w:t xml:space="preserve"> thu được lợi nhuận lớn nhất khi bán </w:t>
      </w:r>
      <w:r w:rsidRPr="00BA3DBF">
        <w:rPr>
          <w:rFonts w:cs="Times New Roman"/>
          <w:position w:val="-10"/>
          <w:szCs w:val="24"/>
        </w:rPr>
        <w:object w:dxaOrig="1300" w:dyaOrig="380">
          <v:shape id="_x0000_i1262" type="#_x0000_t75" style="width:64.8pt;height:18.6pt" o:ole="">
            <v:imagedata r:id="rId485" o:title=""/>
          </v:shape>
          <o:OLEObject Type="Embed" ProgID="Equation.DSMT4" ShapeID="_x0000_i1262" DrawAspect="Content" ObjectID="_1808507145" r:id="rId486"/>
        </w:object>
      </w:r>
      <w:r w:rsidRPr="00BA3DBF">
        <w:rPr>
          <w:rFonts w:cs="Times New Roman"/>
          <w:szCs w:val="24"/>
        </w:rPr>
        <w:t xml:space="preserve"> tấn sản phẩm cho nhà máy </w:t>
      </w:r>
      <w:r w:rsidRPr="00BA3DBF">
        <w:rPr>
          <w:rFonts w:cs="Times New Roman"/>
          <w:position w:val="-4"/>
          <w:szCs w:val="24"/>
        </w:rPr>
        <w:object w:dxaOrig="240" w:dyaOrig="260">
          <v:shape id="_x0000_i1263" type="#_x0000_t75" style="width:12pt;height:13.8pt" o:ole="">
            <v:imagedata r:id="rId487" o:title=""/>
          </v:shape>
          <o:OLEObject Type="Embed" ProgID="Equation.DSMT4" ShapeID="_x0000_i1263" DrawAspect="Content" ObjectID="_1808507146" r:id="rId488"/>
        </w:object>
      </w:r>
      <w:r w:rsidRPr="00BA3DBF">
        <w:rPr>
          <w:rFonts w:cs="Times New Roman"/>
          <w:szCs w:val="24"/>
        </w:rPr>
        <w:t xml:space="preserve"> mỗi tháng.</w:t>
      </w:r>
    </w:p>
    <w:p w:rsidR="00BA3DBF" w:rsidRPr="00BA3DBF" w:rsidRDefault="00BA3DBF" w:rsidP="00BA3DBF">
      <w:pPr>
        <w:pStyle w:val="ListParagraph"/>
        <w:widowControl/>
        <w:numPr>
          <w:ilvl w:val="0"/>
          <w:numId w:val="42"/>
        </w:numPr>
        <w:autoSpaceDE/>
        <w:autoSpaceDN/>
        <w:spacing w:before="0"/>
        <w:contextualSpacing/>
        <w:jc w:val="both"/>
        <w:rPr>
          <w:sz w:val="24"/>
          <w:szCs w:val="24"/>
        </w:rPr>
      </w:pPr>
      <w:r w:rsidRPr="00BA3DBF">
        <w:rPr>
          <w:sz w:val="24"/>
          <w:szCs w:val="24"/>
        </w:rPr>
        <w:t>Một hộp chứa 10 viên bi xanh và 5 viên bi đỏ. Bạn Danh lấy ra ngẫu nhiên 1 viên bi từ hộp, xem màu, rồi bỏ ra ngoài. Nếu viên bi Danh lấy ra có màu xanh, bạn Thanh sẽ lấy ra ngẫu nhiên 2 viên bi từ hộp, còn nếu viên bi Danh lấy ra có màu đỏ, bạn Thanh sẽ lấy ra ngẫu nhiên 3 viên bi từ hộp. Tính xác suất để Danh lấy được viên bi màu xanh, biết rằng tất cả các viên bi được hai bạn chọn ra có đủ cả hai màu.</w:t>
      </w:r>
    </w:p>
    <w:p w:rsidR="00BA3DBF" w:rsidRPr="00BA3DBF" w:rsidRDefault="00BA3DBF" w:rsidP="00BA3DBF">
      <w:pPr>
        <w:tabs>
          <w:tab w:val="left" w:pos="283"/>
          <w:tab w:val="left" w:pos="2835"/>
          <w:tab w:val="left" w:pos="5386"/>
          <w:tab w:val="left" w:pos="7937"/>
        </w:tabs>
        <w:spacing w:before="0" w:after="0"/>
        <w:ind w:firstLine="283"/>
        <w:rPr>
          <w:rFonts w:cs="Times New Roman"/>
          <w:b/>
          <w:bCs/>
          <w:szCs w:val="24"/>
        </w:rPr>
      </w:pPr>
      <w:r w:rsidRPr="00BA3DBF">
        <w:rPr>
          <w:rFonts w:cs="Times New Roman"/>
          <w:b/>
          <w:bCs/>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szCs w:val="24"/>
        </w:rPr>
      </w:pPr>
      <w:r w:rsidRPr="00BA3DBF">
        <w:rPr>
          <w:rFonts w:cs="Times New Roman"/>
          <w:b/>
          <w:szCs w:val="24"/>
        </w:rPr>
        <w:t>Đáp án: 0,55</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Gọi </w:t>
      </w:r>
      <w:r w:rsidRPr="00BA3DBF">
        <w:rPr>
          <w:rFonts w:cs="Times New Roman"/>
          <w:position w:val="-4"/>
          <w:szCs w:val="24"/>
        </w:rPr>
        <w:object w:dxaOrig="240" w:dyaOrig="260">
          <v:shape id="_x0000_i1264" type="#_x0000_t75" style="width:12pt;height:13.2pt" o:ole="">
            <v:imagedata r:id="rId489" o:title=""/>
          </v:shape>
          <o:OLEObject Type="Embed" ProgID="Equation.DSMT4" ShapeID="_x0000_i1264" DrawAspect="Content" ObjectID="_1808507147" r:id="rId490"/>
        </w:object>
      </w:r>
      <w:r w:rsidRPr="00BA3DBF">
        <w:rPr>
          <w:rFonts w:cs="Times New Roman"/>
          <w:szCs w:val="24"/>
        </w:rPr>
        <w:t xml:space="preserve"> là biến cố "Danh lấy được viên bi màu xanh" thì </w:t>
      </w:r>
      <w:r w:rsidRPr="00BA3DBF">
        <w:rPr>
          <w:rFonts w:cs="Times New Roman"/>
          <w:position w:val="-4"/>
          <w:szCs w:val="24"/>
        </w:rPr>
        <w:object w:dxaOrig="240" w:dyaOrig="300">
          <v:shape id="_x0000_i1265" type="#_x0000_t75" style="width:12pt;height:15.6pt" o:ole="">
            <v:imagedata r:id="rId491" o:title=""/>
          </v:shape>
          <o:OLEObject Type="Embed" ProgID="Equation.DSMT4" ShapeID="_x0000_i1265" DrawAspect="Content" ObjectID="_1808507148" r:id="rId492"/>
        </w:object>
      </w:r>
      <w:r w:rsidRPr="00BA3DBF">
        <w:rPr>
          <w:rFonts w:cs="Times New Roman"/>
          <w:szCs w:val="24"/>
        </w:rPr>
        <w:t xml:space="preserve"> là biến cố "Danh lấy được viên bi màu đỏ". Gọi </w:t>
      </w:r>
      <w:r w:rsidRPr="00BA3DBF">
        <w:rPr>
          <w:rFonts w:cs="Times New Roman"/>
          <w:position w:val="-4"/>
          <w:szCs w:val="24"/>
        </w:rPr>
        <w:object w:dxaOrig="240" w:dyaOrig="260">
          <v:shape id="_x0000_i1266" type="#_x0000_t75" style="width:12pt;height:13.2pt" o:ole="">
            <v:imagedata r:id="rId493" o:title=""/>
          </v:shape>
          <o:OLEObject Type="Embed" ProgID="Equation.DSMT4" ShapeID="_x0000_i1266" DrawAspect="Content" ObjectID="_1808507149" r:id="rId494"/>
        </w:object>
      </w:r>
      <w:r w:rsidRPr="00BA3DBF">
        <w:rPr>
          <w:rFonts w:cs="Times New Roman"/>
          <w:szCs w:val="24"/>
        </w:rPr>
        <w:t xml:space="preserve"> là biến cố "tất cả các viên bi được hai bạn chọn ra có đủ cả hai màu".</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24"/>
          <w:szCs w:val="24"/>
        </w:rPr>
        <w:object w:dxaOrig="1480" w:dyaOrig="620">
          <v:shape id="_x0000_i1267" type="#_x0000_t75" style="width:73.8pt;height:31.2pt" o:ole="">
            <v:imagedata r:id="rId495" o:title=""/>
          </v:shape>
          <o:OLEObject Type="Embed" ProgID="Equation.DSMT4" ShapeID="_x0000_i1267" DrawAspect="Content" ObjectID="_1808507150" r:id="rId496"/>
        </w:object>
      </w:r>
      <w:r w:rsidRPr="00BA3DBF">
        <w:rPr>
          <w:rFonts w:cs="Times New Roman"/>
          <w:szCs w:val="24"/>
        </w:rPr>
        <w:t xml:space="preserve"> và </w:t>
      </w:r>
      <w:r w:rsidRPr="00BA3DBF">
        <w:rPr>
          <w:rFonts w:cs="Times New Roman"/>
          <w:position w:val="-24"/>
          <w:szCs w:val="24"/>
        </w:rPr>
        <w:object w:dxaOrig="1480" w:dyaOrig="620">
          <v:shape id="_x0000_i1268" type="#_x0000_t75" style="width:73.8pt;height:31.2pt" o:ole="">
            <v:imagedata r:id="rId497" o:title=""/>
          </v:shape>
          <o:OLEObject Type="Embed" ProgID="Equation.DSMT4" ShapeID="_x0000_i1268" DrawAspect="Content" ObjectID="_1808507151" r:id="rId498"/>
        </w:object>
      </w:r>
      <w:r w:rsidRPr="00BA3DBF">
        <w:rPr>
          <w:rFonts w:cs="Times New Roman"/>
          <w:szCs w:val="24"/>
        </w:rPr>
        <w:t xml:space="preserve">. Ta cần tính xác suất có điều kiện </w:t>
      </w:r>
      <w:r w:rsidRPr="00BA3DBF">
        <w:rPr>
          <w:rFonts w:cs="Times New Roman"/>
          <w:position w:val="-10"/>
          <w:szCs w:val="24"/>
        </w:rPr>
        <w:object w:dxaOrig="880" w:dyaOrig="320">
          <v:shape id="_x0000_i1269" type="#_x0000_t75" style="width:43.8pt;height:16.2pt" o:ole="">
            <v:imagedata r:id="rId499" o:title=""/>
          </v:shape>
          <o:OLEObject Type="Embed" ProgID="Equation.DSMT4" ShapeID="_x0000_i1269" DrawAspect="Content" ObjectID="_1808507152" r:id="rId50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Khi </w:t>
      </w:r>
      <w:r w:rsidRPr="00BA3DBF">
        <w:rPr>
          <w:rFonts w:cs="Times New Roman"/>
          <w:position w:val="-4"/>
          <w:szCs w:val="24"/>
        </w:rPr>
        <w:object w:dxaOrig="240" w:dyaOrig="260">
          <v:shape id="_x0000_i1270" type="#_x0000_t75" style="width:12pt;height:13.2pt" o:ole="">
            <v:imagedata r:id="rId489" o:title=""/>
          </v:shape>
          <o:OLEObject Type="Embed" ProgID="Equation.DSMT4" ShapeID="_x0000_i1270" DrawAspect="Content" ObjectID="_1808507153" r:id="rId501"/>
        </w:object>
      </w:r>
      <w:r w:rsidRPr="00BA3DBF">
        <w:rPr>
          <w:rFonts w:cs="Times New Roman"/>
          <w:szCs w:val="24"/>
        </w:rPr>
        <w:t xml:space="preserve"> xảy ra thì trong hộp còn 9 viên bi xanh và 5 viên bi đỏ. Để </w:t>
      </w:r>
      <w:r w:rsidRPr="00BA3DBF">
        <w:rPr>
          <w:rFonts w:cs="Times New Roman"/>
          <w:position w:val="-4"/>
          <w:szCs w:val="24"/>
        </w:rPr>
        <w:object w:dxaOrig="240" w:dyaOrig="260">
          <v:shape id="_x0000_i1271" type="#_x0000_t75" style="width:12pt;height:13.2pt" o:ole="">
            <v:imagedata r:id="rId502" o:title=""/>
          </v:shape>
          <o:OLEObject Type="Embed" ProgID="Equation.DSMT4" ShapeID="_x0000_i1271" DrawAspect="Content" ObjectID="_1808507154" r:id="rId503"/>
        </w:object>
      </w:r>
      <w:r w:rsidRPr="00BA3DBF">
        <w:rPr>
          <w:rFonts w:cs="Times New Roman"/>
          <w:szCs w:val="24"/>
        </w:rPr>
        <w:t xml:space="preserve"> xảy ra thì trong 2 viên bi mà Thanh bốc phải có ít nhất 1 viên bi màu đỏ. Từ đó ta có:</w:t>
      </w:r>
    </w:p>
    <w:p w:rsidR="00BA3DBF" w:rsidRPr="00BA3DBF" w:rsidRDefault="00BA3DBF" w:rsidP="00BA3DBF">
      <w:pPr>
        <w:pStyle w:val="MTDisplayEquation"/>
        <w:numPr>
          <w:ilvl w:val="0"/>
          <w:numId w:val="0"/>
        </w:numPr>
        <w:tabs>
          <w:tab w:val="left" w:pos="283"/>
          <w:tab w:val="left" w:pos="2835"/>
          <w:tab w:val="left" w:pos="5386"/>
          <w:tab w:val="left" w:pos="7937"/>
        </w:tabs>
        <w:spacing w:after="0" w:line="240" w:lineRule="auto"/>
        <w:ind w:left="1275"/>
        <w:jc w:val="both"/>
      </w:pPr>
      <w:r w:rsidRPr="00BA3DBF">
        <w:rPr>
          <w:position w:val="-30"/>
        </w:rPr>
        <w:object w:dxaOrig="2500" w:dyaOrig="720">
          <v:shape id="_x0000_i1272" type="#_x0000_t75" style="width:124.8pt;height:36pt" o:ole="">
            <v:imagedata r:id="rId504" o:title=""/>
          </v:shape>
          <o:OLEObject Type="Embed" ProgID="Equation.DSMT4" ShapeID="_x0000_i1272" DrawAspect="Content" ObjectID="_1808507155" r:id="rId505"/>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Khi </w:t>
      </w:r>
      <w:r w:rsidRPr="00BA3DBF">
        <w:rPr>
          <w:rFonts w:cs="Times New Roman"/>
          <w:position w:val="-4"/>
          <w:szCs w:val="24"/>
        </w:rPr>
        <w:object w:dxaOrig="240" w:dyaOrig="300">
          <v:shape id="_x0000_i1273" type="#_x0000_t75" style="width:12pt;height:15.6pt" o:ole="">
            <v:imagedata r:id="rId506" o:title=""/>
          </v:shape>
          <o:OLEObject Type="Embed" ProgID="Equation.DSMT4" ShapeID="_x0000_i1273" DrawAspect="Content" ObjectID="_1808507156" r:id="rId507"/>
        </w:object>
      </w:r>
      <w:r w:rsidRPr="00BA3DBF">
        <w:rPr>
          <w:rFonts w:cs="Times New Roman"/>
          <w:szCs w:val="24"/>
        </w:rPr>
        <w:t xml:space="preserve"> xảy ra thì trong hộp còn 10 viên bi xanh và 4 viên bi đỏ. Để </w:t>
      </w:r>
      <w:r w:rsidRPr="00BA3DBF">
        <w:rPr>
          <w:rFonts w:cs="Times New Roman"/>
          <w:position w:val="-4"/>
          <w:szCs w:val="24"/>
        </w:rPr>
        <w:object w:dxaOrig="240" w:dyaOrig="260">
          <v:shape id="_x0000_i1274" type="#_x0000_t75" style="width:12pt;height:13.2pt" o:ole="">
            <v:imagedata r:id="rId502" o:title=""/>
          </v:shape>
          <o:OLEObject Type="Embed" ProgID="Equation.DSMT4" ShapeID="_x0000_i1274" DrawAspect="Content" ObjectID="_1808507157" r:id="rId508"/>
        </w:object>
      </w:r>
      <w:r w:rsidRPr="00BA3DBF">
        <w:rPr>
          <w:rFonts w:cs="Times New Roman"/>
          <w:szCs w:val="24"/>
        </w:rPr>
        <w:t xml:space="preserve"> xảy ra thì trong 3 viên bi mà Thanh bốc, phải có ít nhất 1 viên màu xanh và ít nhất 1 viên màu đỏ. Từ đó ta có:</w:t>
      </w:r>
    </w:p>
    <w:p w:rsidR="00BA3DBF" w:rsidRPr="00BA3DBF" w:rsidRDefault="00BA3DBF" w:rsidP="00BA3DBF">
      <w:pPr>
        <w:pStyle w:val="MTDisplayEquation"/>
        <w:numPr>
          <w:ilvl w:val="0"/>
          <w:numId w:val="0"/>
        </w:numPr>
        <w:tabs>
          <w:tab w:val="left" w:pos="283"/>
          <w:tab w:val="left" w:pos="2835"/>
          <w:tab w:val="left" w:pos="5386"/>
          <w:tab w:val="left" w:pos="7937"/>
        </w:tabs>
        <w:spacing w:after="0" w:line="240" w:lineRule="auto"/>
        <w:ind w:left="1275"/>
        <w:jc w:val="both"/>
      </w:pPr>
      <w:r w:rsidRPr="00BA3DBF">
        <w:rPr>
          <w:position w:val="-30"/>
        </w:rPr>
        <w:object w:dxaOrig="3040" w:dyaOrig="720">
          <v:shape id="_x0000_i1275" type="#_x0000_t75" style="width:151.8pt;height:36pt" o:ole="">
            <v:imagedata r:id="rId509" o:title=""/>
          </v:shape>
          <o:OLEObject Type="Embed" ProgID="Equation.DSMT4" ShapeID="_x0000_i1275" DrawAspect="Content" ObjectID="_1808507158" r:id="rId510"/>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Dùng công thức xác suất toàn phần, ta có:</w:t>
      </w:r>
    </w:p>
    <w:p w:rsidR="00BA3DBF" w:rsidRPr="00BA3DBF" w:rsidRDefault="00BA3DBF" w:rsidP="00BA3DBF">
      <w:pPr>
        <w:pStyle w:val="MTDisplayEquation"/>
        <w:numPr>
          <w:ilvl w:val="0"/>
          <w:numId w:val="0"/>
        </w:numPr>
        <w:tabs>
          <w:tab w:val="left" w:pos="283"/>
          <w:tab w:val="left" w:pos="2835"/>
          <w:tab w:val="left" w:pos="5386"/>
          <w:tab w:val="left" w:pos="7937"/>
        </w:tabs>
        <w:spacing w:after="0" w:line="240" w:lineRule="auto"/>
        <w:ind w:left="1275"/>
        <w:jc w:val="both"/>
      </w:pPr>
      <w:r w:rsidRPr="00BA3DBF">
        <w:rPr>
          <w:position w:val="-24"/>
        </w:rPr>
        <w:object w:dxaOrig="6160" w:dyaOrig="620">
          <v:shape id="_x0000_i1276" type="#_x0000_t75" style="width:307.8pt;height:31.2pt" o:ole="">
            <v:imagedata r:id="rId511" o:title=""/>
          </v:shape>
          <o:OLEObject Type="Embed" ProgID="Equation.DSMT4" ShapeID="_x0000_i1276" DrawAspect="Content" ObjectID="_1808507159" r:id="rId512"/>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Từ đây, theo công thức tính xác suất có điều kiện, ta có:</w:t>
      </w:r>
    </w:p>
    <w:p w:rsidR="00BA3DBF" w:rsidRPr="00BA3DBF" w:rsidRDefault="00BA3DBF" w:rsidP="00BA3DBF">
      <w:pPr>
        <w:pStyle w:val="MTDisplayEquation"/>
        <w:numPr>
          <w:ilvl w:val="0"/>
          <w:numId w:val="0"/>
        </w:numPr>
        <w:tabs>
          <w:tab w:val="left" w:pos="283"/>
          <w:tab w:val="left" w:pos="2835"/>
          <w:tab w:val="left" w:pos="5386"/>
          <w:tab w:val="left" w:pos="7937"/>
        </w:tabs>
        <w:spacing w:after="0" w:line="240" w:lineRule="auto"/>
        <w:ind w:left="1275"/>
        <w:jc w:val="both"/>
      </w:pPr>
      <w:r w:rsidRPr="00BA3DBF">
        <w:rPr>
          <w:position w:val="-56"/>
        </w:rPr>
        <w:object w:dxaOrig="5840" w:dyaOrig="1240">
          <v:shape id="_x0000_i1277" type="#_x0000_t75" style="width:292.2pt;height:61.8pt" o:ole="">
            <v:imagedata r:id="rId513" o:title=""/>
          </v:shape>
          <o:OLEObject Type="Embed" ProgID="Equation.DSMT4" ShapeID="_x0000_i1277" DrawAspect="Content" ObjectID="_1808507160" r:id="rId514"/>
        </w:object>
      </w:r>
      <w:r w:rsidRPr="00BA3DBF">
        <w:t>.</w:t>
      </w:r>
    </w:p>
    <w:p w:rsidR="00BA3DBF" w:rsidRPr="00BA3DBF" w:rsidRDefault="008B770D" w:rsidP="00BA3DBF">
      <w:pPr>
        <w:pStyle w:val="ListParagraph"/>
        <w:widowControl/>
        <w:numPr>
          <w:ilvl w:val="0"/>
          <w:numId w:val="42"/>
        </w:numPr>
        <w:autoSpaceDE/>
        <w:autoSpaceDN/>
        <w:spacing w:before="0"/>
        <w:jc w:val="both"/>
        <w:rPr>
          <w:bCs/>
          <w:sz w:val="24"/>
          <w:szCs w:val="24"/>
        </w:rPr>
      </w:pPr>
      <w:r w:rsidRPr="00BA3DBF">
        <w:rPr>
          <w:bCs/>
          <w:noProof/>
          <w:szCs w:val="24"/>
        </w:rPr>
        <w:drawing>
          <wp:anchor distT="0" distB="0" distL="114300" distR="114300" simplePos="0" relativeHeight="251660288" behindDoc="0" locked="0" layoutInCell="1" allowOverlap="1" wp14:anchorId="78A51580">
            <wp:simplePos x="0" y="0"/>
            <wp:positionH relativeFrom="column">
              <wp:posOffset>4541600</wp:posOffset>
            </wp:positionH>
            <wp:positionV relativeFrom="paragraph">
              <wp:posOffset>670214</wp:posOffset>
            </wp:positionV>
            <wp:extent cx="2090457" cy="1950802"/>
            <wp:effectExtent l="0" t="0" r="5080" b="0"/>
            <wp:wrapSquare wrapText="bothSides"/>
            <wp:docPr id="99426062" name="Picture 1" descr="A jet plane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6062" name="Picture 1" descr="A jet planes flying in the sky&#10;&#10;Description automatically generated"/>
                    <pic:cNvPicPr/>
                  </pic:nvPicPr>
                  <pic:blipFill>
                    <a:blip r:embed="rId515">
                      <a:extLst>
                        <a:ext uri="{28A0092B-C50C-407E-A947-70E740481C1C}">
                          <a14:useLocalDpi xmlns:a14="http://schemas.microsoft.com/office/drawing/2010/main" val="0"/>
                        </a:ext>
                      </a:extLst>
                    </a:blip>
                    <a:stretch>
                      <a:fillRect/>
                    </a:stretch>
                  </pic:blipFill>
                  <pic:spPr>
                    <a:xfrm>
                      <a:off x="0" y="0"/>
                      <a:ext cx="2090457" cy="1950802"/>
                    </a:xfrm>
                    <a:prstGeom prst="rect">
                      <a:avLst/>
                    </a:prstGeom>
                  </pic:spPr>
                </pic:pic>
              </a:graphicData>
            </a:graphic>
            <wp14:sizeRelH relativeFrom="page">
              <wp14:pctWidth>0</wp14:pctWidth>
            </wp14:sizeRelH>
            <wp14:sizeRelV relativeFrom="page">
              <wp14:pctHeight>0</wp14:pctHeight>
            </wp14:sizeRelV>
          </wp:anchor>
        </w:drawing>
      </w:r>
      <w:r w:rsidR="00BA3DBF" w:rsidRPr="00BA3DBF">
        <w:rPr>
          <w:bCs/>
          <w:sz w:val="24"/>
          <w:szCs w:val="24"/>
        </w:rPr>
        <w:t xml:space="preserve">Trạm kiểm soát không quân đang theo dõi hai máy bay chiến đấu Su-30 và MiG-31. Giả sử trong không gian với hệ trục tọa độ </w:t>
      </w:r>
      <w:r w:rsidR="00BA3DBF" w:rsidRPr="00BA3DBF">
        <w:rPr>
          <w:position w:val="-10"/>
          <w:sz w:val="24"/>
          <w:szCs w:val="24"/>
        </w:rPr>
        <w:object w:dxaOrig="680" w:dyaOrig="320">
          <v:shape id="_x0000_i1278" type="#_x0000_t75" style="width:33.6pt;height:15.6pt" o:ole="">
            <v:imagedata r:id="rId516" o:title=""/>
          </v:shape>
          <o:OLEObject Type="Embed" ProgID="Equation.DSMT4" ShapeID="_x0000_i1278" DrawAspect="Content" ObjectID="_1808507161" r:id="rId517"/>
        </w:object>
      </w:r>
      <w:r w:rsidR="00BA3DBF" w:rsidRPr="00BA3DBF">
        <w:rPr>
          <w:bCs/>
          <w:sz w:val="24"/>
          <w:szCs w:val="24"/>
        </w:rPr>
        <w:t xml:space="preserve"> đơn vị đo mỗi trục là </w:t>
      </w:r>
      <w:r w:rsidR="00BA3DBF" w:rsidRPr="00BA3DBF">
        <w:rPr>
          <w:position w:val="-4"/>
          <w:sz w:val="24"/>
          <w:szCs w:val="24"/>
        </w:rPr>
        <w:object w:dxaOrig="499" w:dyaOrig="279">
          <v:shape id="_x0000_i1279" type="#_x0000_t75" style="width:25.2pt;height:14.4pt" o:ole="">
            <v:imagedata r:id="rId518" o:title=""/>
          </v:shape>
          <o:OLEObject Type="Embed" ProgID="Equation.DSMT4" ShapeID="_x0000_i1279" DrawAspect="Content" ObjectID="_1808507162" r:id="rId519"/>
        </w:object>
      </w:r>
      <w:r w:rsidR="00BA3DBF" w:rsidRPr="00BA3DBF">
        <w:rPr>
          <w:bCs/>
          <w:sz w:val="24"/>
          <w:szCs w:val="24"/>
        </w:rPr>
        <w:t xml:space="preserve"> và xem mặt phẳng </w:t>
      </w:r>
      <w:r w:rsidR="00BA3DBF" w:rsidRPr="00BA3DBF">
        <w:rPr>
          <w:position w:val="-10"/>
          <w:sz w:val="24"/>
          <w:szCs w:val="24"/>
        </w:rPr>
        <w:object w:dxaOrig="499" w:dyaOrig="320">
          <v:shape id="_x0000_i1280" type="#_x0000_t75" style="width:25.2pt;height:15.6pt" o:ole="">
            <v:imagedata r:id="rId520" o:title=""/>
          </v:shape>
          <o:OLEObject Type="Embed" ProgID="Equation.DSMT4" ShapeID="_x0000_i1280" DrawAspect="Content" ObjectID="_1808507163" r:id="rId521"/>
        </w:object>
      </w:r>
      <w:r w:rsidR="00BA3DBF" w:rsidRPr="00BA3DBF">
        <w:rPr>
          <w:bCs/>
          <w:sz w:val="24"/>
          <w:szCs w:val="24"/>
        </w:rPr>
        <w:t xml:space="preserve"> là mặt đất, tại cùng một thời điểm theo dõi ban đầu: máy bay chiến đấu Su-30 ở tọa độ </w:t>
      </w:r>
      <w:r w:rsidR="00BA3DBF" w:rsidRPr="00BA3DBF">
        <w:rPr>
          <w:position w:val="-10"/>
          <w:sz w:val="24"/>
          <w:szCs w:val="24"/>
        </w:rPr>
        <w:object w:dxaOrig="1280" w:dyaOrig="340">
          <v:shape id="_x0000_i1281" type="#_x0000_t75" style="width:62.4pt;height:16.8pt" o:ole="">
            <v:imagedata r:id="rId522" o:title=""/>
          </v:shape>
          <o:OLEObject Type="Embed" ProgID="Equation.DSMT4" ShapeID="_x0000_i1281" DrawAspect="Content" ObjectID="_1808507164" r:id="rId523"/>
        </w:object>
      </w:r>
      <w:r w:rsidR="00BA3DBF" w:rsidRPr="00BA3DBF">
        <w:rPr>
          <w:bCs/>
          <w:sz w:val="24"/>
          <w:szCs w:val="24"/>
        </w:rPr>
        <w:t xml:space="preserve"> bay theo hướng vectơ </w:t>
      </w:r>
      <w:r w:rsidR="00BA3DBF" w:rsidRPr="00BA3DBF">
        <w:rPr>
          <w:position w:val="-12"/>
          <w:sz w:val="24"/>
          <w:szCs w:val="24"/>
        </w:rPr>
        <w:object w:dxaOrig="1260" w:dyaOrig="360">
          <v:shape id="_x0000_i1282" type="#_x0000_t75" style="width:63.6pt;height:18.6pt" o:ole="">
            <v:imagedata r:id="rId524" o:title=""/>
          </v:shape>
          <o:OLEObject Type="Embed" ProgID="Equation.DSMT4" ShapeID="_x0000_i1282" DrawAspect="Content" ObjectID="_1808507165" r:id="rId525"/>
        </w:object>
      </w:r>
      <w:r w:rsidR="00BA3DBF" w:rsidRPr="00BA3DBF">
        <w:rPr>
          <w:bCs/>
          <w:sz w:val="24"/>
          <w:szCs w:val="24"/>
        </w:rPr>
        <w:t xml:space="preserve"> với tốc độ không đổi </w:t>
      </w:r>
      <w:r w:rsidR="00BA3DBF" w:rsidRPr="00BA3DBF">
        <w:rPr>
          <w:position w:val="-10"/>
          <w:sz w:val="24"/>
          <w:szCs w:val="24"/>
        </w:rPr>
        <w:object w:dxaOrig="1240" w:dyaOrig="340">
          <v:shape id="_x0000_i1283" type="#_x0000_t75" style="width:61.8pt;height:16.8pt" o:ole="">
            <v:imagedata r:id="rId526" o:title=""/>
          </v:shape>
          <o:OLEObject Type="Embed" ProgID="Equation.DSMT4" ShapeID="_x0000_i1283" DrawAspect="Content" ObjectID="_1808507166" r:id="rId527"/>
        </w:object>
      </w:r>
      <w:r w:rsidR="00BA3DBF" w:rsidRPr="00BA3DBF">
        <w:rPr>
          <w:bCs/>
          <w:sz w:val="24"/>
          <w:szCs w:val="24"/>
        </w:rPr>
        <w:t xml:space="preserve"> và máy bay chiến đấu MiG-31 ở tọa độ </w:t>
      </w:r>
      <w:r w:rsidR="00BA3DBF" w:rsidRPr="00BA3DBF">
        <w:rPr>
          <w:position w:val="-14"/>
          <w:sz w:val="24"/>
          <w:szCs w:val="24"/>
        </w:rPr>
        <w:object w:dxaOrig="1680" w:dyaOrig="400">
          <v:shape id="_x0000_i1284" type="#_x0000_t75" style="width:84pt;height:20.4pt" o:ole="">
            <v:imagedata r:id="rId528" o:title=""/>
          </v:shape>
          <o:OLEObject Type="Embed" ProgID="Equation.DSMT4" ShapeID="_x0000_i1284" DrawAspect="Content" ObjectID="_1808507167" r:id="rId529"/>
        </w:object>
      </w:r>
      <w:r w:rsidR="00BA3DBF" w:rsidRPr="00BA3DBF">
        <w:rPr>
          <w:bCs/>
          <w:sz w:val="24"/>
          <w:szCs w:val="24"/>
        </w:rPr>
        <w:t xml:space="preserve"> bay theo hướng </w:t>
      </w:r>
      <w:r w:rsidR="00BA3DBF" w:rsidRPr="00BA3DBF">
        <w:rPr>
          <w:position w:val="-12"/>
          <w:sz w:val="24"/>
          <w:szCs w:val="24"/>
        </w:rPr>
        <w:object w:dxaOrig="1380" w:dyaOrig="360">
          <v:shape id="_x0000_i1285" type="#_x0000_t75" style="width:69.6pt;height:18.6pt" o:ole="">
            <v:imagedata r:id="rId530" o:title=""/>
          </v:shape>
          <o:OLEObject Type="Embed" ProgID="Equation.DSMT4" ShapeID="_x0000_i1285" DrawAspect="Content" ObjectID="_1808507168" r:id="rId531"/>
        </w:object>
      </w:r>
      <w:r w:rsidR="00BA3DBF" w:rsidRPr="00BA3DBF">
        <w:rPr>
          <w:bCs/>
          <w:sz w:val="24"/>
          <w:szCs w:val="24"/>
        </w:rPr>
        <w:t xml:space="preserve"> với tốc độ không đổi </w:t>
      </w:r>
      <w:r w:rsidR="00BA3DBF" w:rsidRPr="00BA3DBF">
        <w:rPr>
          <w:position w:val="-10"/>
          <w:sz w:val="24"/>
          <w:szCs w:val="24"/>
        </w:rPr>
        <w:object w:dxaOrig="1280" w:dyaOrig="340">
          <v:shape id="_x0000_i1286" type="#_x0000_t75" style="width:62.4pt;height:16.8pt" o:ole="">
            <v:imagedata r:id="rId532" o:title=""/>
          </v:shape>
          <o:OLEObject Type="Embed" ProgID="Equation.DSMT4" ShapeID="_x0000_i1286" DrawAspect="Content" ObjectID="_1808507169" r:id="rId533"/>
        </w:object>
      </w:r>
      <w:r w:rsidR="00BA3DBF" w:rsidRPr="00BA3DBF">
        <w:rPr>
          <w:bCs/>
          <w:sz w:val="24"/>
          <w:szCs w:val="24"/>
        </w:rPr>
        <w:t xml:space="preserve"> Khu vực này có gió mạnh thổi với vận tốc </w:t>
      </w:r>
      <w:r w:rsidR="00BA3DBF" w:rsidRPr="00BA3DBF">
        <w:rPr>
          <w:position w:val="-10"/>
          <w:sz w:val="24"/>
          <w:szCs w:val="24"/>
        </w:rPr>
        <w:object w:dxaOrig="1100" w:dyaOrig="340">
          <v:shape id="_x0000_i1287" type="#_x0000_t75" style="width:55.2pt;height:16.8pt" o:ole="">
            <v:imagedata r:id="rId534" o:title=""/>
          </v:shape>
          <o:OLEObject Type="Embed" ProgID="Equation.DSMT4" ShapeID="_x0000_i1287" DrawAspect="Content" ObjectID="_1808507170" r:id="rId535"/>
        </w:object>
      </w:r>
      <w:r w:rsidR="00BA3DBF" w:rsidRPr="00BA3DBF">
        <w:rPr>
          <w:bCs/>
          <w:sz w:val="24"/>
          <w:szCs w:val="24"/>
        </w:rPr>
        <w:t xml:space="preserve"> theo hướng vectơ </w:t>
      </w:r>
      <w:r w:rsidR="00BA3DBF" w:rsidRPr="00BA3DBF">
        <w:rPr>
          <w:position w:val="-10"/>
          <w:sz w:val="24"/>
          <w:szCs w:val="24"/>
        </w:rPr>
        <w:object w:dxaOrig="1359" w:dyaOrig="340">
          <v:shape id="_x0000_i1288" type="#_x0000_t75" style="width:66.6pt;height:16.8pt" o:ole="">
            <v:imagedata r:id="rId536" o:title=""/>
          </v:shape>
          <o:OLEObject Type="Embed" ProgID="Equation.DSMT4" ShapeID="_x0000_i1288" DrawAspect="Content" ObjectID="_1808507171" r:id="rId537"/>
        </w:object>
      </w:r>
      <w:r w:rsidR="00BA3DBF" w:rsidRPr="00BA3DBF">
        <w:rPr>
          <w:bCs/>
          <w:sz w:val="24"/>
          <w:szCs w:val="24"/>
        </w:rPr>
        <w:t xml:space="preserve">, gió ảnh hưởng đến cả hai máy bay trong quá trình bay. Một khu vực không phận bị hạn chế bay đã được một quốc gia khác thiết lập, có dạng hình trụ với tâm đáy tại </w:t>
      </w:r>
      <w:r w:rsidR="00BA3DBF" w:rsidRPr="00BA3DBF">
        <w:rPr>
          <w:position w:val="-10"/>
          <w:sz w:val="24"/>
          <w:szCs w:val="24"/>
        </w:rPr>
        <w:object w:dxaOrig="1500" w:dyaOrig="340">
          <v:shape id="_x0000_i1289" type="#_x0000_t75" style="width:75.6pt;height:16.8pt" o:ole="">
            <v:imagedata r:id="rId538" o:title=""/>
          </v:shape>
          <o:OLEObject Type="Embed" ProgID="Equation.DSMT4" ShapeID="_x0000_i1289" DrawAspect="Content" ObjectID="_1808507172" r:id="rId539"/>
        </w:object>
      </w:r>
      <w:r w:rsidR="00BA3DBF" w:rsidRPr="00BA3DBF">
        <w:rPr>
          <w:bCs/>
          <w:sz w:val="24"/>
          <w:szCs w:val="24"/>
        </w:rPr>
        <w:t xml:space="preserve">, bán kính đáy </w:t>
      </w:r>
      <w:r w:rsidR="00BA3DBF" w:rsidRPr="00BA3DBF">
        <w:rPr>
          <w:position w:val="-10"/>
          <w:sz w:val="24"/>
          <w:szCs w:val="24"/>
        </w:rPr>
        <w:object w:dxaOrig="600" w:dyaOrig="340">
          <v:shape id="_x0000_i1290" type="#_x0000_t75" style="width:30pt;height:16.8pt" o:ole="">
            <v:imagedata r:id="rId540" o:title=""/>
          </v:shape>
          <o:OLEObject Type="Embed" ProgID="Equation.DSMT4" ShapeID="_x0000_i1290" DrawAspect="Content" ObjectID="_1808507173" r:id="rId541"/>
        </w:object>
      </w:r>
      <w:r w:rsidR="00BA3DBF" w:rsidRPr="00BA3DBF">
        <w:rPr>
          <w:bCs/>
          <w:sz w:val="24"/>
          <w:szCs w:val="24"/>
        </w:rPr>
        <w:t xml:space="preserve"> trục vuông góc với mặt đất và chiều cao </w:t>
      </w:r>
      <w:r w:rsidR="00BA3DBF" w:rsidRPr="00BA3DBF">
        <w:rPr>
          <w:position w:val="-10"/>
          <w:sz w:val="24"/>
          <w:szCs w:val="24"/>
        </w:rPr>
        <w:object w:dxaOrig="740" w:dyaOrig="340">
          <v:shape id="_x0000_i1291" type="#_x0000_t75" style="width:37.2pt;height:16.8pt" o:ole="">
            <v:imagedata r:id="rId542" o:title=""/>
          </v:shape>
          <o:OLEObject Type="Embed" ProgID="Equation.DSMT4" ShapeID="_x0000_i1291" DrawAspect="Content" ObjectID="_1808507174" r:id="rId543"/>
        </w:object>
      </w:r>
      <w:r w:rsidR="00BA3DBF" w:rsidRPr="00BA3DBF">
        <w:rPr>
          <w:bCs/>
          <w:sz w:val="24"/>
          <w:szCs w:val="24"/>
        </w:rPr>
        <w:t xml:space="preserve"> máy bay MiG-31 có nhiệm vụ bay vào khu vực không phận bị hạn chế để thăm dò. Tại thời </w:t>
      </w:r>
      <w:r w:rsidR="00BA3DBF" w:rsidRPr="00BA3DBF">
        <w:rPr>
          <w:bCs/>
          <w:sz w:val="24"/>
          <w:szCs w:val="24"/>
        </w:rPr>
        <w:lastRenderedPageBreak/>
        <w:t>điểm máy bay chiến đấu MiG-31 bay ra khỏi khu vực không phận bị hạn chế thì khoảng cách của 2 máy bay chiến đấu là bao nhiêu km? (làm tròn đến hàng phần chục)</w:t>
      </w:r>
    </w:p>
    <w:p w:rsidR="00BA3DBF" w:rsidRPr="00BA3DBF" w:rsidRDefault="00BA3DBF" w:rsidP="00BA3DBF">
      <w:pPr>
        <w:tabs>
          <w:tab w:val="left" w:pos="283"/>
          <w:tab w:val="left" w:pos="2835"/>
          <w:tab w:val="left" w:pos="5386"/>
          <w:tab w:val="left" w:pos="7937"/>
        </w:tabs>
        <w:spacing w:before="0" w:after="0"/>
        <w:ind w:firstLine="283"/>
        <w:rPr>
          <w:rFonts w:cs="Times New Roman"/>
          <w:bCs/>
          <w:szCs w:val="24"/>
        </w:rPr>
      </w:pP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szCs w:val="24"/>
        </w:rPr>
        <w:t>Đáp án:</w:t>
      </w:r>
      <w:r w:rsidRPr="00BA3DBF">
        <w:rPr>
          <w:rFonts w:cs="Times New Roman"/>
          <w:szCs w:val="24"/>
        </w:rPr>
        <w:t xml:space="preserve"> 70,8</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Xác định các vectơ vận tốc:</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Gọi </w:t>
      </w:r>
      <w:r w:rsidRPr="00BA3DBF">
        <w:rPr>
          <w:rFonts w:cs="Times New Roman"/>
          <w:position w:val="-6"/>
          <w:szCs w:val="24"/>
        </w:rPr>
        <w:object w:dxaOrig="300" w:dyaOrig="279">
          <v:shape id="_x0000_i1292" type="#_x0000_t75" style="width:15.6pt;height:14.4pt" o:ole="">
            <v:imagedata r:id="rId544" o:title=""/>
          </v:shape>
          <o:OLEObject Type="Embed" ProgID="Equation.DSMT4" ShapeID="_x0000_i1292" DrawAspect="Content" ObjectID="_1808507175" r:id="rId545"/>
        </w:object>
      </w:r>
      <w:r w:rsidRPr="00BA3DBF">
        <w:rPr>
          <w:rFonts w:cs="Times New Roman"/>
          <w:szCs w:val="24"/>
        </w:rPr>
        <w:t xml:space="preserve"> vectơ vận tốc của máy bay Su-30</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6"/>
          <w:szCs w:val="24"/>
        </w:rPr>
        <w:object w:dxaOrig="300" w:dyaOrig="360">
          <v:shape id="_x0000_i1293" type="#_x0000_t75" style="width:15.6pt;height:18.6pt" o:ole="">
            <v:imagedata r:id="rId546" o:title=""/>
          </v:shape>
          <o:OLEObject Type="Embed" ProgID="Equation.DSMT4" ShapeID="_x0000_i1293" DrawAspect="Content" ObjectID="_1808507176" r:id="rId547"/>
        </w:object>
      </w:r>
      <w:r w:rsidRPr="00BA3DBF">
        <w:rPr>
          <w:rFonts w:cs="Times New Roman"/>
          <w:szCs w:val="24"/>
        </w:rPr>
        <w:t xml:space="preserve"> vectơ vận tốc của máy bay MiG-31</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6"/>
          <w:szCs w:val="24"/>
        </w:rPr>
        <w:object w:dxaOrig="300" w:dyaOrig="279">
          <v:shape id="_x0000_i1294" type="#_x0000_t75" style="width:15.6pt;height:14.4pt" o:ole="">
            <v:imagedata r:id="rId548" o:title=""/>
          </v:shape>
          <o:OLEObject Type="Embed" ProgID="Equation.DSMT4" ShapeID="_x0000_i1294" DrawAspect="Content" ObjectID="_1808507177" r:id="rId549"/>
        </w:object>
      </w:r>
      <w:r w:rsidRPr="00BA3DBF">
        <w:rPr>
          <w:rFonts w:cs="Times New Roman"/>
          <w:szCs w:val="24"/>
        </w:rPr>
        <w:t xml:space="preserve"> vectơ vận tốc của gió</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2"/>
          <w:szCs w:val="24"/>
        </w:rPr>
        <w:object w:dxaOrig="380" w:dyaOrig="360">
          <v:shape id="_x0000_i1295" type="#_x0000_t75" style="width:18.6pt;height:18.6pt" o:ole="">
            <v:imagedata r:id="rId550" o:title=""/>
          </v:shape>
          <o:OLEObject Type="Embed" ProgID="Equation.DSMT4" ShapeID="_x0000_i1295" DrawAspect="Content" ObjectID="_1808507178" r:id="rId551"/>
        </w:object>
      </w:r>
      <w:r w:rsidRPr="00BA3DBF">
        <w:rPr>
          <w:rFonts w:cs="Times New Roman"/>
          <w:szCs w:val="24"/>
        </w:rPr>
        <w:t xml:space="preserve"> vectơ chỉ phương của đường thẳng quỹ đạo bay của máy bay Su-30</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2"/>
          <w:szCs w:val="24"/>
        </w:rPr>
        <w:object w:dxaOrig="360" w:dyaOrig="360">
          <v:shape id="_x0000_i1296" type="#_x0000_t75" style="width:18.6pt;height:18.6pt" o:ole="">
            <v:imagedata r:id="rId552" o:title=""/>
          </v:shape>
          <o:OLEObject Type="Embed" ProgID="Equation.DSMT4" ShapeID="_x0000_i1296" DrawAspect="Content" ObjectID="_1808507179" r:id="rId553"/>
        </w:object>
      </w:r>
      <w:r w:rsidRPr="00BA3DBF">
        <w:rPr>
          <w:rFonts w:cs="Times New Roman"/>
          <w:szCs w:val="24"/>
        </w:rPr>
        <w:t xml:space="preserve"> đường thẳng quỹ đạo bay của máy bay Su-30</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2"/>
          <w:szCs w:val="24"/>
        </w:rPr>
        <w:object w:dxaOrig="400" w:dyaOrig="360">
          <v:shape id="_x0000_i1297" type="#_x0000_t75" style="width:20.4pt;height:18.6pt" o:ole="">
            <v:imagedata r:id="rId554" o:title=""/>
          </v:shape>
          <o:OLEObject Type="Embed" ProgID="Equation.DSMT4" ShapeID="_x0000_i1297" DrawAspect="Content" ObjectID="_1808507180" r:id="rId555"/>
        </w:object>
      </w:r>
      <w:r w:rsidRPr="00BA3DBF">
        <w:rPr>
          <w:rFonts w:cs="Times New Roman"/>
          <w:szCs w:val="24"/>
        </w:rPr>
        <w:t xml:space="preserve"> vectơ chỉ phương của đường thẳng quỹ đạo bay của máy bay MiG-31</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2"/>
          <w:szCs w:val="24"/>
        </w:rPr>
        <w:object w:dxaOrig="400" w:dyaOrig="360">
          <v:shape id="_x0000_i1298" type="#_x0000_t75" style="width:20.4pt;height:18.6pt" o:ole="">
            <v:imagedata r:id="rId556" o:title=""/>
          </v:shape>
          <o:OLEObject Type="Embed" ProgID="Equation.DSMT4" ShapeID="_x0000_i1298" DrawAspect="Content" ObjectID="_1808507181" r:id="rId557"/>
        </w:object>
      </w:r>
      <w:r w:rsidRPr="00BA3DBF">
        <w:rPr>
          <w:rFonts w:cs="Times New Roman"/>
          <w:szCs w:val="24"/>
        </w:rPr>
        <w:t xml:space="preserve"> đường thẳng quỹ đạo bay của máy bay MiG-31</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0"/>
          <w:szCs w:val="24"/>
        </w:rPr>
        <w:object w:dxaOrig="540" w:dyaOrig="340">
          <v:shape id="_x0000_i1299" type="#_x0000_t75" style="width:27.6pt;height:16.8pt" o:ole="">
            <v:imagedata r:id="rId558" o:title=""/>
          </v:shape>
          <o:OLEObject Type="Embed" ProgID="Equation.DSMT4" ShapeID="_x0000_i1299" DrawAspect="Content" ObjectID="_1808507182" r:id="rId559"/>
        </w:object>
      </w:r>
      <w:r w:rsidRPr="00BA3DBF">
        <w:rPr>
          <w:rFonts w:cs="Times New Roman"/>
          <w:szCs w:val="24"/>
        </w:rPr>
        <w:t xml:space="preserve"> mặt trụ có tâm </w:t>
      </w:r>
      <w:r w:rsidRPr="00BA3DBF">
        <w:rPr>
          <w:rFonts w:cs="Times New Roman"/>
          <w:position w:val="-10"/>
          <w:szCs w:val="24"/>
        </w:rPr>
        <w:object w:dxaOrig="1500" w:dyaOrig="340">
          <v:shape id="_x0000_i1300" type="#_x0000_t75" style="width:75.6pt;height:16.8pt" o:ole="">
            <v:imagedata r:id="rId560" o:title=""/>
          </v:shape>
          <o:OLEObject Type="Embed" ProgID="Equation.DSMT4" ShapeID="_x0000_i1300" DrawAspect="Content" ObjectID="_1808507183" r:id="rId561"/>
        </w:object>
      </w:r>
      <w:r w:rsidRPr="00BA3DBF">
        <w:rPr>
          <w:rFonts w:cs="Times New Roman"/>
          <w:szCs w:val="24"/>
        </w:rPr>
        <w:t xml:space="preserve"> bán kính </w:t>
      </w:r>
      <w:r w:rsidRPr="00BA3DBF">
        <w:rPr>
          <w:rFonts w:cs="Times New Roman"/>
          <w:position w:val="-6"/>
          <w:szCs w:val="24"/>
        </w:rPr>
        <w:object w:dxaOrig="639" w:dyaOrig="279">
          <v:shape id="_x0000_i1301" type="#_x0000_t75" style="width:31.8pt;height:14.4pt" o:ole="">
            <v:imagedata r:id="rId562" o:title=""/>
          </v:shape>
          <o:OLEObject Type="Embed" ProgID="Equation.DSMT4" ShapeID="_x0000_i1301" DrawAspect="Content" ObjectID="_1808507184" r:id="rId563"/>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240"/>
          <w:szCs w:val="24"/>
        </w:rPr>
        <w:object w:dxaOrig="5319" w:dyaOrig="4920">
          <v:shape id="_x0000_i1302" type="#_x0000_t75" style="width:265.2pt;height:246pt" o:ole="">
            <v:imagedata r:id="rId564" o:title=""/>
          </v:shape>
          <o:OLEObject Type="Embed" ProgID="Equation.DSMT4" ShapeID="_x0000_i1302" DrawAspect="Content" ObjectID="_1808507185" r:id="rId565"/>
        </w:object>
      </w:r>
      <w:r w:rsidRPr="00BA3DBF">
        <w:rPr>
          <w:rFonts w:cs="Times New Roman"/>
          <w:szCs w:val="24"/>
        </w:rPr>
        <w:t xml:space="preserve">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Vì không phận cấm bay có độ cao </w:t>
      </w:r>
      <w:r w:rsidRPr="00BA3DBF">
        <w:rPr>
          <w:rFonts w:cs="Times New Roman"/>
          <w:position w:val="-6"/>
          <w:szCs w:val="24"/>
        </w:rPr>
        <w:object w:dxaOrig="740" w:dyaOrig="300">
          <v:shape id="_x0000_i1303" type="#_x0000_t75" style="width:36.6pt;height:15.6pt" o:ole="">
            <v:imagedata r:id="rId566" o:title=""/>
          </v:shape>
          <o:OLEObject Type="Embed" ProgID="Equation.DSMT4" ShapeID="_x0000_i1303" DrawAspect="Content" ObjectID="_1808507186" r:id="rId567"/>
        </w:object>
      </w:r>
      <w:r w:rsidRPr="00BA3DBF">
        <w:rPr>
          <w:rFonts w:cs="Times New Roman"/>
          <w:szCs w:val="24"/>
        </w:rPr>
        <w:t xml:space="preserve"> nên MiG-31 vào trong không phận thì độ cao tối đa của máy bay là </w:t>
      </w:r>
      <w:r w:rsidRPr="00BA3DBF">
        <w:rPr>
          <w:rFonts w:cs="Times New Roman"/>
          <w:position w:val="-10"/>
          <w:szCs w:val="24"/>
        </w:rPr>
        <w:object w:dxaOrig="3940" w:dyaOrig="320">
          <v:shape id="_x0000_i1304" type="#_x0000_t75" style="width:197.4pt;height:15.6pt" o:ole="">
            <v:imagedata r:id="rId568" o:title=""/>
          </v:shape>
          <o:OLEObject Type="Embed" ProgID="Equation.DSMT4" ShapeID="_x0000_i1304" DrawAspect="Content" ObjectID="_1808507187" r:id="rId569"/>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Tìm giao điểm của </w:t>
      </w:r>
      <w:r w:rsidRPr="00BA3DBF">
        <w:rPr>
          <w:rFonts w:cs="Times New Roman"/>
          <w:position w:val="-12"/>
          <w:szCs w:val="24"/>
        </w:rPr>
        <w:object w:dxaOrig="279" w:dyaOrig="360">
          <v:shape id="_x0000_i1305" type="#_x0000_t75" style="width:14.4pt;height:18.6pt" o:ole="">
            <v:imagedata r:id="rId570" o:title=""/>
          </v:shape>
          <o:OLEObject Type="Embed" ProgID="Equation.DSMT4" ShapeID="_x0000_i1305" DrawAspect="Content" ObjectID="_1808507188" r:id="rId571"/>
        </w:object>
      </w:r>
      <w:r w:rsidRPr="00BA3DBF">
        <w:rPr>
          <w:rFonts w:cs="Times New Roman"/>
          <w:szCs w:val="24"/>
        </w:rPr>
        <w:t xml:space="preserve"> và </w:t>
      </w:r>
      <w:r w:rsidRPr="00BA3DBF">
        <w:rPr>
          <w:rFonts w:cs="Times New Roman"/>
          <w:position w:val="-10"/>
          <w:szCs w:val="24"/>
        </w:rPr>
        <w:object w:dxaOrig="480" w:dyaOrig="340">
          <v:shape id="_x0000_i1306" type="#_x0000_t75" style="width:23.4pt;height:16.8pt" o:ole="">
            <v:imagedata r:id="rId572" o:title=""/>
          </v:shape>
          <o:OLEObject Type="Embed" ProgID="Equation.DSMT4" ShapeID="_x0000_i1306" DrawAspect="Content" ObjectID="_1808507189" r:id="rId573"/>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Xét phương trình: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54"/>
          <w:szCs w:val="24"/>
        </w:rPr>
        <w:object w:dxaOrig="6060" w:dyaOrig="1219">
          <v:shape id="_x0000_i1307" type="#_x0000_t75" style="width:304.2pt;height:61.2pt" o:ole="">
            <v:imagedata r:id="rId574" o:title=""/>
          </v:shape>
          <o:OLEObject Type="Embed" ProgID="Equation.DSMT4" ShapeID="_x0000_i1307" DrawAspect="Content" ObjectID="_1808507190" r:id="rId575"/>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Dễ dàng nhận thấy MiG-31 đi vào không phận từ một điểm trên mặt trụ và đi ra tại một điểm trên đáy trên của khối trụ. Đáy trên của khối trụ nằm trong mặt phẳng có phương trình là </w:t>
      </w:r>
      <w:r w:rsidRPr="00BA3DBF">
        <w:rPr>
          <w:rFonts w:cs="Times New Roman"/>
          <w:position w:val="-6"/>
          <w:szCs w:val="24"/>
        </w:rPr>
        <w:object w:dxaOrig="720" w:dyaOrig="279">
          <v:shape id="_x0000_i1308" type="#_x0000_t75" style="width:36.6pt;height:14.4pt" o:ole="">
            <v:imagedata r:id="rId576" o:title=""/>
          </v:shape>
          <o:OLEObject Type="Embed" ProgID="Equation.DSMT4" ShapeID="_x0000_i1308" DrawAspect="Content" ObjectID="_1808507191" r:id="rId577"/>
        </w:object>
      </w:r>
      <w:r w:rsidRPr="00BA3DBF">
        <w:rPr>
          <w:rFonts w:cs="Times New Roman"/>
          <w:szCs w:val="24"/>
        </w:rPr>
        <w:t xml:space="preserve"> hay </w:t>
      </w:r>
      <w:r w:rsidRPr="00BA3DBF">
        <w:rPr>
          <w:rFonts w:cs="Times New Roman"/>
          <w:position w:val="-10"/>
          <w:szCs w:val="24"/>
        </w:rPr>
        <w:object w:dxaOrig="960" w:dyaOrig="320">
          <v:shape id="_x0000_i1309" type="#_x0000_t75" style="width:48pt;height:15.6pt" o:ole="">
            <v:imagedata r:id="rId578" o:title=""/>
          </v:shape>
          <o:OLEObject Type="Embed" ProgID="Equation.DSMT4" ShapeID="_x0000_i1309" DrawAspect="Content" ObjectID="_1808507192" r:id="rId579"/>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Suy ra, sau </w:t>
      </w:r>
      <w:r w:rsidRPr="00BA3DBF">
        <w:rPr>
          <w:rFonts w:cs="Times New Roman"/>
          <w:position w:val="-10"/>
          <w:szCs w:val="24"/>
        </w:rPr>
        <w:object w:dxaOrig="540" w:dyaOrig="320">
          <v:shape id="_x0000_i1310" type="#_x0000_t75" style="width:27.6pt;height:15.6pt" o:ole="">
            <v:imagedata r:id="rId580" o:title=""/>
          </v:shape>
          <o:OLEObject Type="Embed" ProgID="Equation.DSMT4" ShapeID="_x0000_i1310" DrawAspect="Content" ObjectID="_1808507193" r:id="rId581"/>
        </w:object>
      </w:r>
      <w:r w:rsidRPr="00BA3DBF">
        <w:rPr>
          <w:rFonts w:cs="Times New Roman"/>
          <w:szCs w:val="24"/>
        </w:rPr>
        <w:t xml:space="preserve"> giờ MiG-31 nằm ở vị trí </w:t>
      </w:r>
      <w:r w:rsidRPr="00BA3DBF">
        <w:rPr>
          <w:rFonts w:cs="Times New Roman"/>
          <w:position w:val="-52"/>
          <w:szCs w:val="24"/>
        </w:rPr>
        <w:object w:dxaOrig="5679" w:dyaOrig="1180">
          <v:shape id="_x0000_i1311" type="#_x0000_t75" style="width:285.6pt;height:58.8pt" o:ole="">
            <v:imagedata r:id="rId582" o:title=""/>
          </v:shape>
          <o:OLEObject Type="Embed" ProgID="Equation.DSMT4" ShapeID="_x0000_i1311" DrawAspect="Content" ObjectID="_1808507194" r:id="rId583"/>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Su-30 nằm ở vị trí </w:t>
      </w:r>
      <w:r w:rsidRPr="00BA3DBF">
        <w:rPr>
          <w:rFonts w:cs="Times New Roman"/>
          <w:position w:val="-52"/>
          <w:szCs w:val="24"/>
        </w:rPr>
        <w:object w:dxaOrig="5740" w:dyaOrig="1180">
          <v:shape id="_x0000_i1312" type="#_x0000_t75" style="width:287.4pt;height:58.8pt" o:ole="">
            <v:imagedata r:id="rId584" o:title=""/>
          </v:shape>
          <o:OLEObject Type="Embed" ProgID="Equation.DSMT4" ShapeID="_x0000_i1312" DrawAspect="Content" ObjectID="_1808507195" r:id="rId585"/>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Khoảng cách giữa hai máy bay cần tìm là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2"/>
          <w:szCs w:val="24"/>
        </w:rPr>
        <w:object w:dxaOrig="7420" w:dyaOrig="460">
          <v:shape id="_x0000_i1313" type="#_x0000_t75" style="width:370.2pt;height:22.8pt" o:ole="">
            <v:imagedata r:id="rId586" o:title=""/>
          </v:shape>
          <o:OLEObject Type="Embed" ProgID="Equation.DSMT4" ShapeID="_x0000_i1313" DrawAspect="Content" ObjectID="_1808507196" r:id="rId587"/>
        </w:object>
      </w:r>
    </w:p>
    <w:p w:rsidR="00BA3DBF" w:rsidRPr="005E0FD0" w:rsidRDefault="005E0FD0" w:rsidP="005E0FD0">
      <w:pPr>
        <w:pStyle w:val="ListParagraph"/>
        <w:widowControl/>
        <w:numPr>
          <w:ilvl w:val="0"/>
          <w:numId w:val="42"/>
        </w:numPr>
        <w:autoSpaceDE/>
        <w:autoSpaceDN/>
        <w:spacing w:before="0"/>
        <w:jc w:val="both"/>
        <w:rPr>
          <w:sz w:val="24"/>
          <w:szCs w:val="24"/>
        </w:rPr>
      </w:pPr>
      <w:r>
        <w:rPr>
          <w:b/>
          <w:noProof/>
          <w:color w:val="0000FF"/>
          <w:szCs w:val="24"/>
        </w:rPr>
        <w:drawing>
          <wp:anchor distT="0" distB="0" distL="114300" distR="114300" simplePos="0" relativeHeight="251661312" behindDoc="0" locked="0" layoutInCell="1" allowOverlap="1">
            <wp:simplePos x="0" y="0"/>
            <wp:positionH relativeFrom="column">
              <wp:posOffset>4718974</wp:posOffset>
            </wp:positionH>
            <wp:positionV relativeFrom="paragraph">
              <wp:posOffset>446463</wp:posOffset>
            </wp:positionV>
            <wp:extent cx="1922101" cy="18000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92210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DBF" w:rsidRPr="00BA3DBF">
        <w:rPr>
          <w:sz w:val="24"/>
          <w:szCs w:val="24"/>
          <w:lang w:val="nl-NL"/>
        </w:rPr>
        <w:t xml:space="preserve">Hệ thống lọc nước bể bơi vô cùng quan trọng khi tiến hành xây dựng công trình bơi lội để </w:t>
      </w:r>
      <w:r w:rsidR="00BA3DBF" w:rsidRPr="00BA3DBF">
        <w:rPr>
          <w:sz w:val="24"/>
          <w:szCs w:val="24"/>
        </w:rPr>
        <w:t xml:space="preserve">nguồn nước được làm sạch thường xuyên và giữ vệ sinh cho người bơi. Trong quá trình vận hành lọc nước thì lượng nước trong bể sẽ thay đổi theo thời gian. Lượng nước trong bể giảm nếu hệ thống đang xả nước bẩn ra khỏi bể và tăng nếu hệ thống đang cấp thêm nước sạch cho bể. Biết rằng 1 gallon gần bằng </w:t>
      </w:r>
      <w:r w:rsidR="00BA3DBF" w:rsidRPr="00BA3DBF">
        <w:rPr>
          <w:position w:val="-10"/>
          <w:sz w:val="24"/>
          <w:szCs w:val="24"/>
        </w:rPr>
        <w:object w:dxaOrig="620" w:dyaOrig="320">
          <v:shape id="_x0000_i1314" type="#_x0000_t75" style="width:31.8pt;height:15.6pt" o:ole="">
            <v:imagedata r:id="rId589" o:title=""/>
          </v:shape>
          <o:OLEObject Type="Embed" ProgID="Equation.DSMT4" ShapeID="_x0000_i1314" DrawAspect="Content" ObjectID="_1808507197" r:id="rId590"/>
        </w:object>
      </w:r>
      <w:r w:rsidR="00BA3DBF" w:rsidRPr="00BA3DBF">
        <w:rPr>
          <w:sz w:val="24"/>
          <w:szCs w:val="24"/>
        </w:rPr>
        <w:t xml:space="preserve"> lít, dung tích của bể là </w:t>
      </w:r>
      <w:r w:rsidR="00BA3DBF" w:rsidRPr="00BA3DBF">
        <w:rPr>
          <w:position w:val="-6"/>
          <w:sz w:val="24"/>
          <w:szCs w:val="24"/>
        </w:rPr>
        <w:object w:dxaOrig="520" w:dyaOrig="279">
          <v:shape id="_x0000_i1315" type="#_x0000_t75" style="width:26.4pt;height:13.8pt" o:ole="">
            <v:imagedata r:id="rId591" o:title=""/>
          </v:shape>
          <o:OLEObject Type="Embed" ProgID="Equation.DSMT4" ShapeID="_x0000_i1315" DrawAspect="Content" ObjectID="_1808507198" r:id="rId592"/>
        </w:object>
      </w:r>
      <w:r w:rsidR="00BA3DBF" w:rsidRPr="00BA3DBF">
        <w:rPr>
          <w:sz w:val="24"/>
          <w:szCs w:val="24"/>
        </w:rPr>
        <w:t xml:space="preserve"> gallon.</w:t>
      </w:r>
    </w:p>
    <w:p w:rsidR="00BA3DBF" w:rsidRPr="00BA3DBF" w:rsidRDefault="00BA3DBF" w:rsidP="005E0FD0">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Hàm số </w:t>
      </w:r>
      <w:r w:rsidRPr="00BA3DBF">
        <w:rPr>
          <w:rFonts w:cs="Times New Roman"/>
          <w:position w:val="-14"/>
          <w:szCs w:val="24"/>
        </w:rPr>
        <w:object w:dxaOrig="540" w:dyaOrig="400">
          <v:shape id="_x0000_i1316" type="#_x0000_t75" style="width:27.6pt;height:19.2pt" o:ole="">
            <v:imagedata r:id="rId593" o:title=""/>
          </v:shape>
          <o:OLEObject Type="Embed" ProgID="Equation.DSMT4" ShapeID="_x0000_i1316" DrawAspect="Content" ObjectID="_1808507199" r:id="rId594"/>
        </w:object>
      </w:r>
      <w:r w:rsidRPr="00BA3DBF">
        <w:rPr>
          <w:rFonts w:cs="Times New Roman"/>
          <w:szCs w:val="24"/>
        </w:rPr>
        <w:t xml:space="preserve"> biểu thị tốc độ thay đổi lượng nước trong bể theo thời gian </w:t>
      </w:r>
      <w:r w:rsidRPr="00BA3DBF">
        <w:rPr>
          <w:rFonts w:cs="Times New Roman"/>
          <w:position w:val="-6"/>
          <w:szCs w:val="24"/>
        </w:rPr>
        <w:object w:dxaOrig="139" w:dyaOrig="240">
          <v:shape id="_x0000_i1317" type="#_x0000_t75" style="width:7.2pt;height:12pt" o:ole="">
            <v:imagedata r:id="rId595" o:title=""/>
          </v:shape>
          <o:OLEObject Type="Embed" ProgID="Equation.DSMT4" ShapeID="_x0000_i1317" DrawAspect="Content" ObjectID="_1808507200" r:id="rId596"/>
        </w:object>
      </w:r>
      <w:r w:rsidRPr="00BA3DBF">
        <w:rPr>
          <w:rFonts w:cs="Times New Roman"/>
          <w:szCs w:val="24"/>
        </w:rPr>
        <w:t xml:space="preserve"> giờ, từ thời điểm </w:t>
      </w:r>
      <w:r w:rsidRPr="00BA3DBF">
        <w:rPr>
          <w:rFonts w:cs="Times New Roman"/>
          <w:position w:val="-6"/>
          <w:szCs w:val="24"/>
        </w:rPr>
        <w:object w:dxaOrig="200" w:dyaOrig="279">
          <v:shape id="_x0000_i1318" type="#_x0000_t75" style="width:10.8pt;height:13.8pt" o:ole="">
            <v:imagedata r:id="rId597" o:title=""/>
          </v:shape>
          <o:OLEObject Type="Embed" ProgID="Equation.DSMT4" ShapeID="_x0000_i1318" DrawAspect="Content" ObjectID="_1808507201" r:id="rId598"/>
        </w:object>
      </w:r>
      <w:r w:rsidRPr="00BA3DBF">
        <w:rPr>
          <w:rFonts w:cs="Times New Roman"/>
          <w:szCs w:val="24"/>
        </w:rPr>
        <w:t xml:space="preserve"> giờ sáng đến thời điểm </w:t>
      </w:r>
      <w:r w:rsidRPr="00BA3DBF">
        <w:rPr>
          <w:rFonts w:cs="Times New Roman"/>
          <w:position w:val="-6"/>
          <w:szCs w:val="24"/>
        </w:rPr>
        <w:object w:dxaOrig="200" w:dyaOrig="279">
          <v:shape id="_x0000_i1319" type="#_x0000_t75" style="width:10.8pt;height:13.8pt" o:ole="">
            <v:imagedata r:id="rId599" o:title=""/>
          </v:shape>
          <o:OLEObject Type="Embed" ProgID="Equation.DSMT4" ShapeID="_x0000_i1319" DrawAspect="Content" ObjectID="_1808507202" r:id="rId600"/>
        </w:object>
      </w:r>
      <w:r w:rsidRPr="00BA3DBF">
        <w:rPr>
          <w:rFonts w:cs="Times New Roman"/>
          <w:szCs w:val="24"/>
        </w:rPr>
        <w:t xml:space="preserve"> giờ chiều được cho bởi</w:t>
      </w:r>
      <w:r w:rsidR="005E0FD0">
        <w:rPr>
          <w:rFonts w:cs="Times New Roman"/>
          <w:szCs w:val="24"/>
        </w:rPr>
        <w:t xml:space="preserve"> </w:t>
      </w:r>
      <w:r w:rsidRPr="00BA3DBF">
        <w:rPr>
          <w:rFonts w:cs="Times New Roman"/>
          <w:position w:val="-56"/>
          <w:szCs w:val="24"/>
        </w:rPr>
        <w:object w:dxaOrig="3280" w:dyaOrig="1240">
          <v:shape id="_x0000_i1320" type="#_x0000_t75" style="width:163.2pt;height:61.8pt" o:ole="">
            <v:imagedata r:id="rId601" o:title=""/>
          </v:shape>
          <o:OLEObject Type="Embed" ProgID="Equation.DSMT4" ShapeID="_x0000_i1320" DrawAspect="Content" ObjectID="_1808507203" r:id="rId602"/>
        </w:object>
      </w:r>
      <w:r w:rsidRPr="00BA3DBF">
        <w:rPr>
          <w:rFonts w:cs="Times New Roman"/>
          <w:szCs w:val="24"/>
        </w:rPr>
        <w:t xml:space="preserve"> với mốc thời gian </w:t>
      </w:r>
      <w:r w:rsidRPr="00BA3DBF">
        <w:rPr>
          <w:rFonts w:cs="Times New Roman"/>
          <w:position w:val="-6"/>
          <w:szCs w:val="24"/>
        </w:rPr>
        <w:object w:dxaOrig="499" w:dyaOrig="279">
          <v:shape id="_x0000_i1321" type="#_x0000_t75" style="width:25.2pt;height:13.8pt" o:ole="">
            <v:imagedata r:id="rId603" o:title=""/>
          </v:shape>
          <o:OLEObject Type="Embed" ProgID="Equation.DSMT4" ShapeID="_x0000_i1321" DrawAspect="Content" ObjectID="_1808507204" r:id="rId604"/>
        </w:object>
      </w:r>
      <w:r w:rsidRPr="00BA3DBF">
        <w:rPr>
          <w:rFonts w:cs="Times New Roman"/>
          <w:szCs w:val="24"/>
        </w:rPr>
        <w:t xml:space="preserve"> tại thời điểm </w:t>
      </w:r>
      <w:r w:rsidRPr="00BA3DBF">
        <w:rPr>
          <w:rFonts w:cs="Times New Roman"/>
          <w:position w:val="-6"/>
          <w:szCs w:val="24"/>
        </w:rPr>
        <w:object w:dxaOrig="200" w:dyaOrig="279">
          <v:shape id="_x0000_i1322" type="#_x0000_t75" style="width:10.8pt;height:13.8pt" o:ole="">
            <v:imagedata r:id="rId605" o:title=""/>
          </v:shape>
          <o:OLEObject Type="Embed" ProgID="Equation.DSMT4" ShapeID="_x0000_i1322" DrawAspect="Content" ObjectID="_1808507205" r:id="rId606"/>
        </w:object>
      </w:r>
      <w:r w:rsidRPr="00BA3DBF">
        <w:rPr>
          <w:rFonts w:cs="Times New Roman"/>
          <w:szCs w:val="24"/>
        </w:rPr>
        <w:t xml:space="preserve"> giờ sáng.</w:t>
      </w:r>
      <w:r w:rsidR="005E0FD0">
        <w:rPr>
          <w:rFonts w:cs="Times New Roman"/>
          <w:szCs w:val="24"/>
        </w:rPr>
        <w:t xml:space="preserve"> </w:t>
      </w:r>
      <w:r w:rsidRPr="00BA3DBF">
        <w:rPr>
          <w:rFonts w:cs="Times New Roman"/>
          <w:szCs w:val="24"/>
        </w:rPr>
        <w:t xml:space="preserve">Biết lúc </w:t>
      </w:r>
      <w:r w:rsidRPr="00BA3DBF">
        <w:rPr>
          <w:rFonts w:cs="Times New Roman"/>
          <w:position w:val="-6"/>
          <w:szCs w:val="24"/>
        </w:rPr>
        <w:object w:dxaOrig="180" w:dyaOrig="279">
          <v:shape id="_x0000_i1323" type="#_x0000_t75" style="width:9.6pt;height:13.8pt" o:ole="">
            <v:imagedata r:id="rId607" o:title=""/>
          </v:shape>
          <o:OLEObject Type="Embed" ProgID="Equation.DSMT4" ShapeID="_x0000_i1323" DrawAspect="Content" ObjectID="_1808507206" r:id="rId608"/>
        </w:object>
      </w:r>
      <w:r w:rsidRPr="00BA3DBF">
        <w:rPr>
          <w:rFonts w:cs="Times New Roman"/>
          <w:szCs w:val="24"/>
        </w:rPr>
        <w:t xml:space="preserve"> giờ sáng trong bể chứa </w:t>
      </w:r>
      <w:r w:rsidRPr="00BA3DBF">
        <w:rPr>
          <w:rFonts w:cs="Times New Roman"/>
          <w:position w:val="-6"/>
          <w:szCs w:val="24"/>
        </w:rPr>
        <w:object w:dxaOrig="420" w:dyaOrig="279">
          <v:shape id="_x0000_i1324" type="#_x0000_t75" style="width:21.6pt;height:13.8pt" o:ole="">
            <v:imagedata r:id="rId609" o:title=""/>
          </v:shape>
          <o:OLEObject Type="Embed" ProgID="Equation.DSMT4" ShapeID="_x0000_i1324" DrawAspect="Content" ObjectID="_1808507207" r:id="rId610"/>
        </w:object>
      </w:r>
      <w:r w:rsidRPr="00BA3DBF">
        <w:rPr>
          <w:rFonts w:cs="Times New Roman"/>
          <w:szCs w:val="24"/>
        </w:rPr>
        <w:t xml:space="preserve"> gallon nước. Hỏi ở thời điểm </w:t>
      </w:r>
      <w:r w:rsidRPr="00BA3DBF">
        <w:rPr>
          <w:rFonts w:cs="Times New Roman"/>
          <w:position w:val="-4"/>
          <w:szCs w:val="24"/>
        </w:rPr>
        <w:object w:dxaOrig="200" w:dyaOrig="260">
          <v:shape id="_x0000_i1325" type="#_x0000_t75" style="width:10.8pt;height:13.2pt" o:ole="">
            <v:imagedata r:id="rId611" o:title=""/>
          </v:shape>
          <o:OLEObject Type="Embed" ProgID="Equation.DSMT4" ShapeID="_x0000_i1325" DrawAspect="Content" ObjectID="_1808507208" r:id="rId612"/>
        </w:object>
      </w:r>
      <w:r w:rsidRPr="00BA3DBF">
        <w:rPr>
          <w:rFonts w:cs="Times New Roman"/>
          <w:szCs w:val="24"/>
        </w:rPr>
        <w:t xml:space="preserve"> giờ chiều trong bể chứa bao nhiêu gallon nước?</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szCs w:val="24"/>
        </w:rPr>
        <w:t>Đáp án: 350</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Đặt </w:t>
      </w:r>
      <w:r w:rsidRPr="00BA3DBF">
        <w:rPr>
          <w:rFonts w:cs="Times New Roman"/>
          <w:position w:val="-14"/>
          <w:szCs w:val="24"/>
        </w:rPr>
        <w:object w:dxaOrig="540" w:dyaOrig="400">
          <v:shape id="_x0000_i1326" type="#_x0000_t75" style="width:27.6pt;height:19.2pt" o:ole="">
            <v:imagedata r:id="rId613" o:title=""/>
          </v:shape>
          <o:OLEObject Type="Embed" ProgID="Equation.DSMT4" ShapeID="_x0000_i1326" DrawAspect="Content" ObjectID="_1808507209" r:id="rId614"/>
        </w:object>
      </w:r>
      <w:r w:rsidRPr="00BA3DBF">
        <w:rPr>
          <w:rFonts w:cs="Times New Roman"/>
          <w:szCs w:val="24"/>
        </w:rPr>
        <w:t xml:space="preserve"> là hàm số thể hiện lượng nước trong bể sau </w:t>
      </w:r>
      <w:r w:rsidRPr="00BA3DBF">
        <w:rPr>
          <w:rFonts w:cs="Times New Roman"/>
          <w:position w:val="-6"/>
          <w:szCs w:val="24"/>
        </w:rPr>
        <w:object w:dxaOrig="139" w:dyaOrig="240">
          <v:shape id="_x0000_i1327" type="#_x0000_t75" style="width:7.2pt;height:12pt" o:ole="">
            <v:imagedata r:id="rId615" o:title=""/>
          </v:shape>
          <o:OLEObject Type="Embed" ProgID="Equation.DSMT4" ShapeID="_x0000_i1327" DrawAspect="Content" ObjectID="_1808507210" r:id="rId616"/>
        </w:object>
      </w:r>
      <w:r w:rsidRPr="00BA3DBF">
        <w:rPr>
          <w:rFonts w:cs="Times New Roman"/>
          <w:szCs w:val="24"/>
        </w:rPr>
        <w:t xml:space="preserve"> giờ kể từ </w:t>
      </w:r>
      <w:r w:rsidRPr="00BA3DBF">
        <w:rPr>
          <w:rFonts w:cs="Times New Roman"/>
          <w:position w:val="-6"/>
          <w:szCs w:val="24"/>
        </w:rPr>
        <w:object w:dxaOrig="200" w:dyaOrig="279">
          <v:shape id="_x0000_i1328" type="#_x0000_t75" style="width:10.8pt;height:13.8pt" o:ole="">
            <v:imagedata r:id="rId617" o:title=""/>
          </v:shape>
          <o:OLEObject Type="Embed" ProgID="Equation.DSMT4" ShapeID="_x0000_i1328" DrawAspect="Content" ObjectID="_1808507211" r:id="rId618"/>
        </w:object>
      </w:r>
      <w:r w:rsidRPr="00BA3DBF">
        <w:rPr>
          <w:rFonts w:cs="Times New Roman"/>
          <w:szCs w:val="24"/>
        </w:rPr>
        <w:t xml:space="preserve"> giờ sáng. Suy ra </w:t>
      </w:r>
      <w:r w:rsidRPr="00BA3DBF">
        <w:rPr>
          <w:rFonts w:cs="Times New Roman"/>
          <w:position w:val="-14"/>
          <w:szCs w:val="24"/>
        </w:rPr>
        <w:object w:dxaOrig="540" w:dyaOrig="400">
          <v:shape id="_x0000_i1329" type="#_x0000_t75" style="width:27.6pt;height:19.2pt" o:ole="">
            <v:imagedata r:id="rId619" o:title=""/>
          </v:shape>
          <o:OLEObject Type="Embed" ProgID="Equation.DSMT4" ShapeID="_x0000_i1329" DrawAspect="Content" ObjectID="_1808507212" r:id="rId620"/>
        </w:object>
      </w:r>
      <w:r w:rsidRPr="00BA3DBF">
        <w:rPr>
          <w:rFonts w:cs="Times New Roman"/>
          <w:szCs w:val="24"/>
        </w:rPr>
        <w:t xml:space="preserve"> là một nguyên hàm của hàm số </w:t>
      </w:r>
      <w:r w:rsidRPr="00BA3DBF">
        <w:rPr>
          <w:rFonts w:cs="Times New Roman"/>
          <w:position w:val="-14"/>
          <w:szCs w:val="24"/>
        </w:rPr>
        <w:object w:dxaOrig="540" w:dyaOrig="400">
          <v:shape id="_x0000_i1330" type="#_x0000_t75" style="width:27.6pt;height:19.2pt" o:ole="">
            <v:imagedata r:id="rId621" o:title=""/>
          </v:shape>
          <o:OLEObject Type="Embed" ProgID="Equation.DSMT4" ShapeID="_x0000_i1330" DrawAspect="Content" ObjectID="_1808507213" r:id="rId622"/>
        </w:object>
      </w:r>
      <w:r w:rsidRPr="00BA3DBF">
        <w:rPr>
          <w:rFonts w:cs="Times New Roman"/>
          <w:szCs w:val="24"/>
        </w:rPr>
        <w:t xml:space="preserve">. Vì hàm số </w:t>
      </w:r>
      <w:r w:rsidRPr="00BA3DBF">
        <w:rPr>
          <w:rFonts w:cs="Times New Roman"/>
          <w:position w:val="-14"/>
          <w:szCs w:val="24"/>
        </w:rPr>
        <w:object w:dxaOrig="540" w:dyaOrig="400">
          <v:shape id="_x0000_i1331" type="#_x0000_t75" style="width:27.6pt;height:19.2pt" o:ole="">
            <v:imagedata r:id="rId623" o:title=""/>
          </v:shape>
          <o:OLEObject Type="Embed" ProgID="Equation.DSMT4" ShapeID="_x0000_i1331" DrawAspect="Content" ObjectID="_1808507214" r:id="rId624"/>
        </w:object>
      </w:r>
      <w:r w:rsidRPr="00BA3DBF">
        <w:rPr>
          <w:rFonts w:cs="Times New Roman"/>
          <w:szCs w:val="24"/>
        </w:rPr>
        <w:t xml:space="preserve"> liên tục trên </w:t>
      </w:r>
      <w:r w:rsidRPr="00BA3DBF">
        <w:rPr>
          <w:rFonts w:cs="Times New Roman"/>
          <w:position w:val="-14"/>
          <w:szCs w:val="24"/>
        </w:rPr>
        <w:object w:dxaOrig="639" w:dyaOrig="400">
          <v:shape id="_x0000_i1332" type="#_x0000_t75" style="width:32.4pt;height:19.2pt" o:ole="">
            <v:imagedata r:id="rId625" o:title=""/>
          </v:shape>
          <o:OLEObject Type="Embed" ProgID="Equation.DSMT4" ShapeID="_x0000_i1332" DrawAspect="Content" ObjectID="_1808507215" r:id="rId626"/>
        </w:object>
      </w:r>
      <w:r w:rsidRPr="00BA3DBF">
        <w:rPr>
          <w:rFonts w:cs="Times New Roman"/>
          <w:szCs w:val="24"/>
        </w:rPr>
        <w:t xml:space="preserve"> nên hàm số </w:t>
      </w:r>
      <w:r w:rsidRPr="00BA3DBF">
        <w:rPr>
          <w:rFonts w:cs="Times New Roman"/>
          <w:position w:val="-14"/>
          <w:szCs w:val="24"/>
        </w:rPr>
        <w:object w:dxaOrig="540" w:dyaOrig="400">
          <v:shape id="_x0000_i1333" type="#_x0000_t75" style="width:27.6pt;height:19.2pt" o:ole="">
            <v:imagedata r:id="rId627" o:title=""/>
          </v:shape>
          <o:OLEObject Type="Embed" ProgID="Equation.DSMT4" ShapeID="_x0000_i1333" DrawAspect="Content" ObjectID="_1808507216" r:id="rId628"/>
        </w:object>
      </w:r>
      <w:r w:rsidRPr="00BA3DBF">
        <w:rPr>
          <w:rFonts w:cs="Times New Roman"/>
          <w:szCs w:val="24"/>
        </w:rPr>
        <w:t xml:space="preserve"> cũng liên tục trên </w:t>
      </w:r>
      <w:r w:rsidRPr="00BA3DBF">
        <w:rPr>
          <w:rFonts w:cs="Times New Roman"/>
          <w:position w:val="-14"/>
          <w:szCs w:val="24"/>
        </w:rPr>
        <w:object w:dxaOrig="639" w:dyaOrig="400">
          <v:shape id="_x0000_i1334" type="#_x0000_t75" style="width:32.4pt;height:19.2pt" o:ole="">
            <v:imagedata r:id="rId629" o:title=""/>
          </v:shape>
          <o:OLEObject Type="Embed" ProgID="Equation.DSMT4" ShapeID="_x0000_i1334" DrawAspect="Content" ObjectID="_1808507217" r:id="rId630"/>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Lượng nước lúc 4 giờ chiều (</w:t>
      </w:r>
      <w:r w:rsidRPr="00BA3DBF">
        <w:rPr>
          <w:rFonts w:cs="Times New Roman"/>
          <w:position w:val="-6"/>
          <w:szCs w:val="24"/>
        </w:rPr>
        <w:object w:dxaOrig="600" w:dyaOrig="279">
          <v:shape id="_x0000_i1335" type="#_x0000_t75" style="width:30.6pt;height:13.8pt" o:ole="">
            <v:imagedata r:id="rId631" o:title=""/>
          </v:shape>
          <o:OLEObject Type="Embed" ProgID="Equation.DSMT4" ShapeID="_x0000_i1335" DrawAspect="Content" ObjectID="_1808507218" r:id="rId632"/>
        </w:object>
      </w:r>
      <w:r w:rsidRPr="00BA3DBF">
        <w:rPr>
          <w:rFonts w:cs="Times New Roman"/>
          <w:szCs w:val="24"/>
        </w:rPr>
        <w:t>) là</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position w:val="-118"/>
          <w:szCs w:val="24"/>
        </w:rPr>
        <w:object w:dxaOrig="6540" w:dyaOrig="2820">
          <v:shape id="_x0000_i1336" type="#_x0000_t75" style="width:327.6pt;height:141.6pt" o:ole="">
            <v:imagedata r:id="rId633" o:title=""/>
          </v:shape>
          <o:OLEObject Type="Embed" ProgID="Equation.DSMT4" ShapeID="_x0000_i1336" DrawAspect="Content" ObjectID="_1808507219" r:id="rId634"/>
        </w:object>
      </w:r>
      <w:r w:rsidRPr="00BA3DBF">
        <w:rPr>
          <w:rFonts w:cs="Times New Roman"/>
          <w:szCs w:val="24"/>
        </w:rPr>
        <w:t xml:space="preserve"> </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Vậy lúc 4 giờ chiều bể chứa 350 gallon nước.</w:t>
      </w:r>
    </w:p>
    <w:p w:rsidR="00BA3DBF" w:rsidRPr="00BA3DBF" w:rsidRDefault="00BA3DBF" w:rsidP="00BA3DBF">
      <w:pPr>
        <w:pStyle w:val="ListParagraph"/>
        <w:widowControl/>
        <w:numPr>
          <w:ilvl w:val="0"/>
          <w:numId w:val="42"/>
        </w:numPr>
        <w:autoSpaceDE/>
        <w:autoSpaceDN/>
        <w:spacing w:before="0"/>
        <w:contextualSpacing/>
        <w:jc w:val="both"/>
        <w:rPr>
          <w:sz w:val="24"/>
          <w:szCs w:val="24"/>
        </w:rPr>
      </w:pPr>
      <w:r w:rsidRPr="00BA3DBF">
        <w:rPr>
          <w:sz w:val="24"/>
          <w:szCs w:val="24"/>
        </w:rPr>
        <w:t xml:space="preserve">Một chiếc điện thoại iphone được đặt trên một giá đỡ có ba chân với điểm đặt </w:t>
      </w:r>
      <w:bookmarkStart w:id="3" w:name="MTBlankEqn"/>
      <w:r w:rsidRPr="00BA3DBF">
        <w:rPr>
          <w:position w:val="-14"/>
          <w:sz w:val="24"/>
          <w:szCs w:val="24"/>
        </w:rPr>
        <w:object w:dxaOrig="1080" w:dyaOrig="400">
          <v:shape id="_x0000_i1337" type="#_x0000_t75" style="width:54pt;height:19.8pt" o:ole="">
            <v:imagedata r:id="rId635" o:title=""/>
          </v:shape>
          <o:OLEObject Type="Embed" ProgID="Equation.DSMT4" ShapeID="_x0000_i1337" DrawAspect="Content" ObjectID="_1808507220" r:id="rId636"/>
        </w:object>
      </w:r>
      <w:bookmarkEnd w:id="3"/>
      <w:r w:rsidRPr="00BA3DBF">
        <w:rPr>
          <w:sz w:val="24"/>
          <w:szCs w:val="24"/>
        </w:rPr>
        <w:t xml:space="preserve"> và các điểm chạm mặt đất của ba chân lần lượt là </w:t>
      </w:r>
      <w:r w:rsidRPr="00BA3DBF">
        <w:rPr>
          <w:position w:val="-14"/>
          <w:sz w:val="24"/>
          <w:szCs w:val="24"/>
        </w:rPr>
        <w:object w:dxaOrig="1100" w:dyaOrig="400">
          <v:shape id="_x0000_i1338" type="#_x0000_t75" style="width:55.2pt;height:19.8pt" o:ole="">
            <v:imagedata r:id="rId637" o:title=""/>
          </v:shape>
          <o:OLEObject Type="Embed" ProgID="Equation.DSMT4" ShapeID="_x0000_i1338" DrawAspect="Content" ObjectID="_1808507221" r:id="rId638"/>
        </w:object>
      </w:r>
      <w:r w:rsidRPr="00BA3DBF">
        <w:rPr>
          <w:sz w:val="24"/>
          <w:szCs w:val="24"/>
        </w:rPr>
        <w:t xml:space="preserve">, </w:t>
      </w:r>
      <w:r w:rsidRPr="00BA3DBF">
        <w:rPr>
          <w:position w:val="-18"/>
          <w:sz w:val="24"/>
          <w:szCs w:val="24"/>
        </w:rPr>
        <w:object w:dxaOrig="1240" w:dyaOrig="480">
          <v:shape id="_x0000_i1339" type="#_x0000_t75" style="width:61.8pt;height:24pt" o:ole="">
            <v:imagedata r:id="rId639" o:title=""/>
          </v:shape>
          <o:OLEObject Type="Embed" ProgID="Equation.DSMT4" ShapeID="_x0000_i1339" DrawAspect="Content" ObjectID="_1808507222" r:id="rId640"/>
        </w:object>
      </w:r>
      <w:r w:rsidRPr="00BA3DBF">
        <w:rPr>
          <w:sz w:val="24"/>
          <w:szCs w:val="24"/>
        </w:rPr>
        <w:t xml:space="preserve">, </w:t>
      </w:r>
      <w:r w:rsidRPr="00BA3DBF">
        <w:rPr>
          <w:position w:val="-18"/>
          <w:sz w:val="24"/>
          <w:szCs w:val="24"/>
        </w:rPr>
        <w:object w:dxaOrig="1380" w:dyaOrig="480">
          <v:shape id="_x0000_i1340" type="#_x0000_t75" style="width:69.6pt;height:24pt" o:ole="">
            <v:imagedata r:id="rId641" o:title=""/>
          </v:shape>
          <o:OLEObject Type="Embed" ProgID="Equation.DSMT4" ShapeID="_x0000_i1340" DrawAspect="Content" ObjectID="_1808507223" r:id="rId642"/>
        </w:object>
      </w:r>
      <w:r w:rsidRPr="00BA3DBF">
        <w:rPr>
          <w:sz w:val="24"/>
          <w:szCs w:val="24"/>
        </w:rPr>
        <w:t xml:space="preserve"> (đơn vị </w:t>
      </w:r>
      <w:r w:rsidRPr="00BA3DBF">
        <w:rPr>
          <w:position w:val="-6"/>
          <w:sz w:val="24"/>
          <w:szCs w:val="24"/>
        </w:rPr>
        <w:object w:dxaOrig="360" w:dyaOrig="220">
          <v:shape id="_x0000_i1341" type="#_x0000_t75" style="width:18pt;height:10.8pt" o:ole="">
            <v:imagedata r:id="rId643" o:title=""/>
          </v:shape>
          <o:OLEObject Type="Embed" ProgID="Equation.DSMT4" ShapeID="_x0000_i1341" DrawAspect="Content" ObjectID="_1808507224" r:id="rId644"/>
        </w:object>
      </w:r>
      <w:r w:rsidRPr="00BA3DBF">
        <w:rPr>
          <w:sz w:val="24"/>
          <w:szCs w:val="24"/>
        </w:rPr>
        <w:t xml:space="preserve">). Cho biết điện thoại có trọng lượng là </w:t>
      </w:r>
      <w:r w:rsidRPr="00BA3DBF">
        <w:rPr>
          <w:position w:val="-6"/>
          <w:sz w:val="24"/>
          <w:szCs w:val="24"/>
        </w:rPr>
        <w:object w:dxaOrig="400" w:dyaOrig="279">
          <v:shape id="_x0000_i1342" type="#_x0000_t75" style="width:19.8pt;height:13.8pt" o:ole="">
            <v:imagedata r:id="rId645" o:title=""/>
          </v:shape>
          <o:OLEObject Type="Embed" ProgID="Equation.DSMT4" ShapeID="_x0000_i1342" DrawAspect="Content" ObjectID="_1808507225" r:id="rId646"/>
        </w:object>
      </w:r>
      <w:r w:rsidRPr="00BA3DBF">
        <w:rPr>
          <w:sz w:val="24"/>
          <w:szCs w:val="24"/>
        </w:rPr>
        <w:t xml:space="preserve"> và ba lực tác dụng lên giá đỡ được phân bố như hình vẽ là ba lực </w:t>
      </w:r>
      <w:r w:rsidRPr="00BA3DBF">
        <w:rPr>
          <w:position w:val="-12"/>
          <w:sz w:val="24"/>
          <w:szCs w:val="24"/>
        </w:rPr>
        <w:object w:dxaOrig="279" w:dyaOrig="400">
          <v:shape id="_x0000_i1343" type="#_x0000_t75" style="width:13.8pt;height:19.8pt" o:ole="">
            <v:imagedata r:id="rId647" o:title=""/>
          </v:shape>
          <o:OLEObject Type="Embed" ProgID="Equation.DSMT4" ShapeID="_x0000_i1343" DrawAspect="Content" ObjectID="_1808507226" r:id="rId648"/>
        </w:object>
      </w:r>
      <w:r w:rsidRPr="00BA3DBF">
        <w:rPr>
          <w:sz w:val="24"/>
          <w:szCs w:val="24"/>
        </w:rPr>
        <w:t xml:space="preserve">, </w:t>
      </w:r>
      <w:r w:rsidRPr="00BA3DBF">
        <w:rPr>
          <w:position w:val="-12"/>
          <w:sz w:val="24"/>
          <w:szCs w:val="24"/>
        </w:rPr>
        <w:object w:dxaOrig="320" w:dyaOrig="400">
          <v:shape id="_x0000_i1344" type="#_x0000_t75" style="width:16.2pt;height:19.8pt" o:ole="">
            <v:imagedata r:id="rId649" o:title=""/>
          </v:shape>
          <o:OLEObject Type="Embed" ProgID="Equation.DSMT4" ShapeID="_x0000_i1344" DrawAspect="Content" ObjectID="_1808507227" r:id="rId650"/>
        </w:object>
      </w:r>
      <w:r w:rsidRPr="00BA3DBF">
        <w:rPr>
          <w:sz w:val="24"/>
          <w:szCs w:val="24"/>
        </w:rPr>
        <w:t xml:space="preserve">, </w:t>
      </w:r>
      <w:r w:rsidRPr="00BA3DBF">
        <w:rPr>
          <w:position w:val="-12"/>
          <w:sz w:val="24"/>
          <w:szCs w:val="24"/>
        </w:rPr>
        <w:object w:dxaOrig="300" w:dyaOrig="400">
          <v:shape id="_x0000_i1345" type="#_x0000_t75" style="width:15.6pt;height:19.8pt" o:ole="">
            <v:imagedata r:id="rId651" o:title=""/>
          </v:shape>
          <o:OLEObject Type="Embed" ProgID="Equation.DSMT4" ShapeID="_x0000_i1345" DrawAspect="Content" ObjectID="_1808507228" r:id="rId652"/>
        </w:object>
      </w:r>
      <w:r w:rsidRPr="00BA3DBF">
        <w:rPr>
          <w:sz w:val="24"/>
          <w:szCs w:val="24"/>
        </w:rPr>
        <w:t>, có độ lớn bằng nhau.</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noProof/>
          <w:szCs w:val="24"/>
        </w:rPr>
        <w:drawing>
          <wp:inline distT="0" distB="0" distL="0" distR="0" wp14:anchorId="5BF38858" wp14:editId="28C290E8">
            <wp:extent cx="1973580" cy="196338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1983453" cy="1973203"/>
                    </a:xfrm>
                    <a:prstGeom prst="rect">
                      <a:avLst/>
                    </a:prstGeom>
                  </pic:spPr>
                </pic:pic>
              </a:graphicData>
            </a:graphic>
          </wp:inline>
        </w:drawing>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vi-VN"/>
        </w:rPr>
      </w:pPr>
      <w:r w:rsidRPr="00BA3DBF">
        <w:rPr>
          <w:rFonts w:cs="Times New Roman"/>
          <w:szCs w:val="24"/>
        </w:rPr>
        <w:t xml:space="preserve">Biết tọa độ của lực </w:t>
      </w:r>
      <w:r w:rsidRPr="00BA3DBF">
        <w:rPr>
          <w:rFonts w:cs="Times New Roman"/>
          <w:position w:val="-14"/>
          <w:szCs w:val="24"/>
        </w:rPr>
        <w:object w:dxaOrig="1260" w:dyaOrig="420">
          <v:shape id="_x0000_i1346" type="#_x0000_t75" style="width:63.6pt;height:21.6pt" o:ole="">
            <v:imagedata r:id="rId654" o:title=""/>
          </v:shape>
          <o:OLEObject Type="Embed" ProgID="Equation.DSMT4" ShapeID="_x0000_i1346" DrawAspect="Content" ObjectID="_1808507229" r:id="rId655"/>
        </w:object>
      </w:r>
      <w:r w:rsidRPr="00BA3DBF">
        <w:rPr>
          <w:rFonts w:cs="Times New Roman"/>
          <w:szCs w:val="24"/>
        </w:rPr>
        <w:t xml:space="preserve">, khi đó </w:t>
      </w:r>
      <w:r w:rsidRPr="00BA3DBF">
        <w:rPr>
          <w:rFonts w:cs="Times New Roman"/>
          <w:position w:val="-6"/>
          <w:szCs w:val="24"/>
        </w:rPr>
        <w:object w:dxaOrig="1640" w:dyaOrig="279">
          <v:shape id="_x0000_i1347" type="#_x0000_t75" style="width:82.2pt;height:13.8pt" o:ole="">
            <v:imagedata r:id="rId656" o:title=""/>
          </v:shape>
          <o:OLEObject Type="Embed" ProgID="Equation.DSMT4" ShapeID="_x0000_i1347" DrawAspect="Content" ObjectID="_1808507230" r:id="rId657"/>
        </w:object>
      </w:r>
      <w:r w:rsidRPr="00BA3DBF">
        <w:rPr>
          <w:rFonts w:cs="Times New Roman"/>
          <w:szCs w:val="24"/>
        </w:rPr>
        <w:t xml:space="preserve"> bằng</w:t>
      </w:r>
      <w:r w:rsidRPr="00BA3DBF">
        <w:rPr>
          <w:rFonts w:cs="Times New Roman"/>
          <w:szCs w:val="24"/>
          <w:lang w:val="vi-VN"/>
        </w:rPr>
        <w:t xml:space="preserve"> bao nhiêu?</w:t>
      </w:r>
    </w:p>
    <w:p w:rsidR="00BA3DBF" w:rsidRPr="00BA3DBF" w:rsidRDefault="00BA3DBF" w:rsidP="00BA3DBF">
      <w:pPr>
        <w:tabs>
          <w:tab w:val="left" w:pos="283"/>
          <w:tab w:val="left" w:pos="2835"/>
          <w:tab w:val="left" w:pos="5386"/>
          <w:tab w:val="left" w:pos="7937"/>
        </w:tabs>
        <w:spacing w:before="0" w:after="0"/>
        <w:ind w:firstLine="283"/>
        <w:rPr>
          <w:rFonts w:cs="Times New Roman"/>
          <w:color w:val="0000FF"/>
          <w:szCs w:val="24"/>
        </w:rPr>
      </w:pPr>
      <w:r w:rsidRPr="00BA3DBF">
        <w:rPr>
          <w:rFonts w:cs="Times New Roman"/>
          <w:b/>
          <w:color w:val="0000FF"/>
          <w:szCs w:val="24"/>
        </w:rPr>
        <w:t>Lời giải</w:t>
      </w:r>
    </w:p>
    <w:p w:rsidR="00BA3DBF" w:rsidRPr="00BA3DBF" w:rsidRDefault="00BA3DBF" w:rsidP="00BA3DBF">
      <w:pPr>
        <w:tabs>
          <w:tab w:val="left" w:pos="283"/>
          <w:tab w:val="left" w:pos="2835"/>
          <w:tab w:val="left" w:pos="5386"/>
          <w:tab w:val="left" w:pos="7937"/>
        </w:tabs>
        <w:spacing w:before="0" w:after="0"/>
        <w:ind w:firstLine="283"/>
        <w:rPr>
          <w:rFonts w:cs="Times New Roman"/>
          <w:b/>
          <w:color w:val="0000FF"/>
          <w:szCs w:val="24"/>
        </w:rPr>
      </w:pPr>
      <w:r w:rsidRPr="00BA3DBF">
        <w:rPr>
          <w:rFonts w:cs="Times New Roman"/>
          <w:b/>
          <w:szCs w:val="24"/>
        </w:rPr>
        <w:t>Đáp án: -5</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Ta có: </w:t>
      </w:r>
      <w:r w:rsidRPr="00BA3DBF">
        <w:rPr>
          <w:rFonts w:cs="Times New Roman"/>
          <w:position w:val="-14"/>
          <w:szCs w:val="24"/>
        </w:rPr>
        <w:object w:dxaOrig="1700" w:dyaOrig="420">
          <v:shape id="_x0000_i1348" type="#_x0000_t75" style="width:85.2pt;height:21.6pt" o:ole="">
            <v:imagedata r:id="rId658" o:title=""/>
          </v:shape>
          <o:OLEObject Type="Embed" ProgID="Equation.DSMT4" ShapeID="_x0000_i1348" DrawAspect="Content" ObjectID="_1808507231" r:id="rId659"/>
        </w:object>
      </w:r>
      <w:r w:rsidRPr="00BA3DBF">
        <w:rPr>
          <w:rFonts w:cs="Times New Roman"/>
          <w:szCs w:val="24"/>
        </w:rPr>
        <w:t xml:space="preserve">, </w:t>
      </w:r>
      <w:r w:rsidRPr="00BA3DBF">
        <w:rPr>
          <w:rFonts w:cs="Times New Roman"/>
          <w:position w:val="-18"/>
          <w:szCs w:val="24"/>
        </w:rPr>
        <w:object w:dxaOrig="1840" w:dyaOrig="480">
          <v:shape id="_x0000_i1349" type="#_x0000_t75" style="width:91.8pt;height:24pt" o:ole="">
            <v:imagedata r:id="rId660" o:title=""/>
          </v:shape>
          <o:OLEObject Type="Embed" ProgID="Equation.DSMT4" ShapeID="_x0000_i1349" DrawAspect="Content" ObjectID="_1808507232" r:id="rId661"/>
        </w:object>
      </w:r>
      <w:r w:rsidRPr="00BA3DBF">
        <w:rPr>
          <w:rFonts w:cs="Times New Roman"/>
          <w:szCs w:val="24"/>
        </w:rPr>
        <w:t xml:space="preserve"> và </w:t>
      </w:r>
      <w:r w:rsidRPr="00BA3DBF">
        <w:rPr>
          <w:rFonts w:cs="Times New Roman"/>
          <w:position w:val="-18"/>
          <w:szCs w:val="24"/>
        </w:rPr>
        <w:object w:dxaOrig="2000" w:dyaOrig="480">
          <v:shape id="_x0000_i1350" type="#_x0000_t75" style="width:100.2pt;height:24pt" o:ole="">
            <v:imagedata r:id="rId662" o:title=""/>
          </v:shape>
          <o:OLEObject Type="Embed" ProgID="Equation.DSMT4" ShapeID="_x0000_i1350" DrawAspect="Content" ObjectID="_1808507233" r:id="rId663"/>
        </w:object>
      </w:r>
      <w:r w:rsidRPr="00BA3DBF">
        <w:rPr>
          <w:rFonts w:cs="Times New Roman"/>
          <w:position w:val="-18"/>
          <w:szCs w:val="24"/>
        </w:rPr>
        <w:object w:dxaOrig="1960" w:dyaOrig="480">
          <v:shape id="_x0000_i1351" type="#_x0000_t75" style="width:97.8pt;height:24pt" o:ole="">
            <v:imagedata r:id="rId664" o:title=""/>
          </v:shape>
          <o:OLEObject Type="Embed" ProgID="Equation.DSMT4" ShapeID="_x0000_i1351" DrawAspect="Content" ObjectID="_1808507234" r:id="rId665"/>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lastRenderedPageBreak/>
        <w:t xml:space="preserve">Do trọng tâm của tam giác </w:t>
      </w:r>
      <w:r w:rsidRPr="00BA3DBF">
        <w:rPr>
          <w:rFonts w:cs="Times New Roman"/>
          <w:position w:val="-6"/>
          <w:szCs w:val="24"/>
        </w:rPr>
        <w:object w:dxaOrig="560" w:dyaOrig="279">
          <v:shape id="_x0000_i1352" type="#_x0000_t75" style="width:28.2pt;height:13.8pt" o:ole="">
            <v:imagedata r:id="rId666" o:title=""/>
          </v:shape>
          <o:OLEObject Type="Embed" ProgID="Equation.DSMT4" ShapeID="_x0000_i1352" DrawAspect="Content" ObjectID="_1808507235" r:id="rId667"/>
        </w:object>
      </w:r>
      <w:r w:rsidRPr="00BA3DBF">
        <w:rPr>
          <w:rFonts w:cs="Times New Roman"/>
          <w:szCs w:val="24"/>
        </w:rPr>
        <w:t xml:space="preserve"> là </w:t>
      </w:r>
      <w:r w:rsidRPr="00BA3DBF">
        <w:rPr>
          <w:rFonts w:cs="Times New Roman"/>
          <w:position w:val="-6"/>
          <w:szCs w:val="24"/>
        </w:rPr>
        <w:object w:dxaOrig="240" w:dyaOrig="279">
          <v:shape id="_x0000_i1353" type="#_x0000_t75" style="width:12pt;height:13.8pt" o:ole="">
            <v:imagedata r:id="rId668" o:title=""/>
          </v:shape>
          <o:OLEObject Type="Embed" ProgID="Equation.DSMT4" ShapeID="_x0000_i1353" DrawAspect="Content" ObjectID="_1808507236" r:id="rId669"/>
        </w:object>
      </w:r>
      <w:r w:rsidRPr="00BA3DBF">
        <w:rPr>
          <w:rFonts w:cs="Times New Roman"/>
          <w:szCs w:val="24"/>
        </w:rPr>
        <w:t xml:space="preserve"> nên </w:t>
      </w:r>
      <w:r w:rsidRPr="00BA3DBF">
        <w:rPr>
          <w:rFonts w:cs="Times New Roman"/>
          <w:position w:val="-6"/>
          <w:szCs w:val="24"/>
        </w:rPr>
        <w:object w:dxaOrig="2040" w:dyaOrig="340">
          <v:shape id="_x0000_i1354" type="#_x0000_t75" style="width:102pt;height:16.8pt" o:ole="">
            <v:imagedata r:id="rId670" o:title=""/>
          </v:shape>
          <o:OLEObject Type="Embed" ProgID="Equation.DSMT4" ShapeID="_x0000_i1354" DrawAspect="Content" ObjectID="_1808507237" r:id="rId671"/>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Do </w:t>
      </w:r>
      <w:r w:rsidRPr="00BA3DBF">
        <w:rPr>
          <w:rFonts w:cs="Times New Roman"/>
          <w:position w:val="-6"/>
          <w:szCs w:val="24"/>
        </w:rPr>
        <w:object w:dxaOrig="1420" w:dyaOrig="279">
          <v:shape id="_x0000_i1355" type="#_x0000_t75" style="width:71.4pt;height:13.8pt" o:ole="">
            <v:imagedata r:id="rId672" o:title=""/>
          </v:shape>
          <o:OLEObject Type="Embed" ProgID="Equation.DSMT4" ShapeID="_x0000_i1355" DrawAspect="Content" ObjectID="_1808507238" r:id="rId673"/>
        </w:object>
      </w:r>
      <w:r w:rsidRPr="00BA3DBF">
        <w:rPr>
          <w:rFonts w:cs="Times New Roman"/>
          <w:szCs w:val="24"/>
        </w:rPr>
        <w:t xml:space="preserve"> và </w:t>
      </w:r>
      <w:r w:rsidRPr="00BA3DBF">
        <w:rPr>
          <w:rFonts w:cs="Times New Roman"/>
          <w:position w:val="-18"/>
          <w:szCs w:val="24"/>
        </w:rPr>
        <w:object w:dxaOrig="1500" w:dyaOrig="480">
          <v:shape id="_x0000_i1356" type="#_x0000_t75" style="width:75.6pt;height:24pt" o:ole="">
            <v:imagedata r:id="rId674" o:title=""/>
          </v:shape>
          <o:OLEObject Type="Embed" ProgID="Equation.DSMT4" ShapeID="_x0000_i1356" DrawAspect="Content" ObjectID="_1808507239" r:id="rId675"/>
        </w:object>
      </w:r>
      <w:r w:rsidRPr="00BA3DBF">
        <w:rPr>
          <w:rFonts w:cs="Times New Roman"/>
          <w:szCs w:val="24"/>
        </w:rPr>
        <w:t xml:space="preserve"> nên </w:t>
      </w:r>
      <w:r w:rsidRPr="00BA3DBF">
        <w:rPr>
          <w:rFonts w:cs="Times New Roman"/>
          <w:position w:val="-58"/>
          <w:szCs w:val="24"/>
        </w:rPr>
        <w:object w:dxaOrig="1120" w:dyaOrig="1280">
          <v:shape id="_x0000_i1357" type="#_x0000_t75" style="width:55.8pt;height:64.2pt" o:ole="">
            <v:imagedata r:id="rId676" o:title=""/>
          </v:shape>
          <o:OLEObject Type="Embed" ProgID="Equation.DSMT4" ShapeID="_x0000_i1357" DrawAspect="Content" ObjectID="_1808507240" r:id="rId677"/>
        </w:object>
      </w:r>
      <w:r w:rsidRPr="00BA3DBF">
        <w:rPr>
          <w:rFonts w:cs="Times New Roman"/>
          <w:szCs w:val="24"/>
        </w:rPr>
        <w:t xml:space="preserve"> với </w:t>
      </w:r>
      <w:r w:rsidRPr="00BA3DBF">
        <w:rPr>
          <w:rFonts w:cs="Times New Roman"/>
          <w:position w:val="-6"/>
          <w:szCs w:val="24"/>
        </w:rPr>
        <w:object w:dxaOrig="580" w:dyaOrig="279">
          <v:shape id="_x0000_i1358" type="#_x0000_t75" style="width:28.8pt;height:13.8pt" o:ole="">
            <v:imagedata r:id="rId678" o:title=""/>
          </v:shape>
          <o:OLEObject Type="Embed" ProgID="Equation.DSMT4" ShapeID="_x0000_i1358" DrawAspect="Content" ObjectID="_1808507241" r:id="rId679"/>
        </w:objec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vi-VN"/>
        </w:rPr>
      </w:pPr>
      <w:r w:rsidRPr="00BA3DBF">
        <w:rPr>
          <w:rFonts w:cs="Times New Roman"/>
          <w:position w:val="-18"/>
          <w:szCs w:val="24"/>
        </w:rPr>
        <w:object w:dxaOrig="7240" w:dyaOrig="480">
          <v:shape id="_x0000_i1359" type="#_x0000_t75" style="width:361.8pt;height:24pt" o:ole="">
            <v:imagedata r:id="rId680" o:title=""/>
          </v:shape>
          <o:OLEObject Type="Embed" ProgID="Equation.DSMT4" ShapeID="_x0000_i1359" DrawAspect="Content" ObjectID="_1808507242" r:id="rId681"/>
        </w:object>
      </w:r>
      <w:r w:rsidRPr="00BA3DBF">
        <w:rPr>
          <w:rFonts w:cs="Times New Roman"/>
          <w:szCs w:val="24"/>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lang w:val="vi-VN"/>
        </w:rPr>
      </w:pPr>
      <w:r w:rsidRPr="00BA3DBF">
        <w:rPr>
          <w:rFonts w:cs="Times New Roman"/>
          <w:szCs w:val="24"/>
          <w:lang w:val="vi-VN"/>
        </w:rPr>
        <w:t xml:space="preserve">Mà trọng lượng điện thoại bằng </w:t>
      </w:r>
      <w:r w:rsidRPr="00BA3DBF">
        <w:rPr>
          <w:rFonts w:cs="Times New Roman"/>
          <w:position w:val="-6"/>
          <w:szCs w:val="24"/>
        </w:rPr>
        <w:object w:dxaOrig="400" w:dyaOrig="279">
          <v:shape id="_x0000_i1360" type="#_x0000_t75" style="width:19.8pt;height:13.8pt" o:ole="">
            <v:imagedata r:id="rId682" o:title=""/>
          </v:shape>
          <o:OLEObject Type="Embed" ProgID="Equation.DSMT4" ShapeID="_x0000_i1360" DrawAspect="Content" ObjectID="_1808507243" r:id="rId683"/>
        </w:object>
      </w:r>
      <w:r w:rsidRPr="00BA3DBF">
        <w:rPr>
          <w:rFonts w:cs="Times New Roman"/>
          <w:szCs w:val="24"/>
          <w:lang w:val="vi-VN"/>
        </w:rPr>
        <w:t xml:space="preserve"> nên ta có </w:t>
      </w:r>
      <w:r w:rsidRPr="00BA3DBF">
        <w:rPr>
          <w:rFonts w:cs="Times New Roman"/>
          <w:position w:val="-18"/>
          <w:szCs w:val="24"/>
        </w:rPr>
        <w:object w:dxaOrig="1660" w:dyaOrig="480">
          <v:shape id="_x0000_i1361" type="#_x0000_t75" style="width:82.8pt;height:24pt" o:ole="">
            <v:imagedata r:id="rId684" o:title=""/>
          </v:shape>
          <o:OLEObject Type="Embed" ProgID="Equation.DSMT4" ShapeID="_x0000_i1361" DrawAspect="Content" ObjectID="_1808507244" r:id="rId685"/>
        </w:object>
      </w:r>
      <w:r w:rsidRPr="00BA3DBF">
        <w:rPr>
          <w:rFonts w:cs="Times New Roman"/>
          <w:szCs w:val="24"/>
          <w:lang w:val="vi-VN"/>
        </w:rPr>
        <w:t xml:space="preserve"> suy ra </w:t>
      </w:r>
      <w:r w:rsidRPr="00BA3DBF">
        <w:rPr>
          <w:rFonts w:cs="Times New Roman"/>
          <w:position w:val="-6"/>
          <w:szCs w:val="24"/>
        </w:rPr>
        <w:object w:dxaOrig="680" w:dyaOrig="279">
          <v:shape id="_x0000_i1362" type="#_x0000_t75" style="width:34.2pt;height:13.8pt" o:ole="">
            <v:imagedata r:id="rId686" o:title=""/>
          </v:shape>
          <o:OLEObject Type="Embed" ProgID="Equation.DSMT4" ShapeID="_x0000_i1362" DrawAspect="Content" ObjectID="_1808507245" r:id="rId687"/>
        </w:object>
      </w:r>
      <w:r w:rsidRPr="00BA3DBF">
        <w:rPr>
          <w:rFonts w:cs="Times New Roman"/>
          <w:szCs w:val="24"/>
          <w:lang w:val="vi-VN"/>
        </w:rPr>
        <w:t>.</w:t>
      </w:r>
    </w:p>
    <w:p w:rsidR="00BA3DBF" w:rsidRPr="00BA3DBF" w:rsidRDefault="00BA3DBF" w:rsidP="00BA3DBF">
      <w:pPr>
        <w:tabs>
          <w:tab w:val="left" w:pos="283"/>
          <w:tab w:val="left" w:pos="2835"/>
          <w:tab w:val="left" w:pos="5386"/>
          <w:tab w:val="left" w:pos="7937"/>
        </w:tabs>
        <w:spacing w:before="0" w:after="0"/>
        <w:ind w:firstLine="283"/>
        <w:rPr>
          <w:rFonts w:cs="Times New Roman"/>
          <w:szCs w:val="24"/>
        </w:rPr>
      </w:pPr>
      <w:r w:rsidRPr="00BA3DBF">
        <w:rPr>
          <w:rFonts w:cs="Times New Roman"/>
          <w:szCs w:val="24"/>
        </w:rPr>
        <w:t xml:space="preserve">Khi đó </w:t>
      </w:r>
      <w:r w:rsidRPr="00BA3DBF">
        <w:rPr>
          <w:rFonts w:cs="Times New Roman"/>
          <w:position w:val="-28"/>
          <w:szCs w:val="24"/>
        </w:rPr>
        <w:object w:dxaOrig="6160" w:dyaOrig="680">
          <v:shape id="_x0000_i1363" type="#_x0000_t75" style="width:307.8pt;height:34.2pt" o:ole="">
            <v:imagedata r:id="rId688" o:title=""/>
          </v:shape>
          <o:OLEObject Type="Embed" ProgID="Equation.DSMT4" ShapeID="_x0000_i1363" DrawAspect="Content" ObjectID="_1808507246" r:id="rId689"/>
        </w:object>
      </w:r>
      <w:r w:rsidRPr="00BA3DBF">
        <w:rPr>
          <w:rFonts w:cs="Times New Roman"/>
          <w:szCs w:val="24"/>
        </w:rPr>
        <w:t>.</w:t>
      </w:r>
    </w:p>
    <w:p w:rsidR="00BA3DBF" w:rsidRPr="00BA3DBF" w:rsidRDefault="00BA3DBF" w:rsidP="00BA3DBF">
      <w:pPr>
        <w:spacing w:before="0" w:after="0"/>
        <w:rPr>
          <w:rFonts w:cs="Times New Roman"/>
          <w:szCs w:val="24"/>
        </w:rPr>
      </w:pPr>
    </w:p>
    <w:bookmarkEnd w:id="1"/>
    <w:bookmarkEnd w:id="2"/>
    <w:p w:rsidR="009113A8" w:rsidRPr="00BA3DBF" w:rsidRDefault="009113A8" w:rsidP="00BA3DBF"/>
    <w:sectPr w:rsidR="009113A8" w:rsidRPr="00BA3DBF"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2E1" w:rsidRDefault="007E62E1" w:rsidP="009D23AE">
      <w:pPr>
        <w:spacing w:before="0" w:after="0"/>
      </w:pPr>
      <w:r>
        <w:separator/>
      </w:r>
    </w:p>
  </w:endnote>
  <w:endnote w:type="continuationSeparator" w:id="0">
    <w:p w:rsidR="007E62E1" w:rsidRDefault="007E62E1"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UTM Avo">
    <w:panose1 w:val="02040603050506020204"/>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2E1" w:rsidRDefault="007E62E1" w:rsidP="009D23AE">
      <w:pPr>
        <w:spacing w:before="0" w:after="0"/>
      </w:pPr>
      <w:r>
        <w:separator/>
      </w:r>
    </w:p>
  </w:footnote>
  <w:footnote w:type="continuationSeparator" w:id="0">
    <w:p w:rsidR="007E62E1" w:rsidRDefault="007E62E1"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7" w15:restartNumberingAfterBreak="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065100A8"/>
    <w:multiLevelType w:val="hybridMultilevel"/>
    <w:tmpl w:val="2EB65236"/>
    <w:lvl w:ilvl="0" w:tplc="220A5856">
      <w:start w:val="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2" w15:restartNumberingAfterBreak="0">
    <w:nsid w:val="0D3F4984"/>
    <w:multiLevelType w:val="hybridMultilevel"/>
    <w:tmpl w:val="82D80AA0"/>
    <w:lvl w:ilvl="0" w:tplc="A67C690E">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175B231F"/>
    <w:multiLevelType w:val="hybridMultilevel"/>
    <w:tmpl w:val="CB96C006"/>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EC4A62"/>
    <w:multiLevelType w:val="hybridMultilevel"/>
    <w:tmpl w:val="82847ED2"/>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2C2332"/>
    <w:multiLevelType w:val="hybridMultilevel"/>
    <w:tmpl w:val="CB96C006"/>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0E6815"/>
    <w:multiLevelType w:val="hybridMultilevel"/>
    <w:tmpl w:val="0DEEE03A"/>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563DFE"/>
    <w:multiLevelType w:val="hybridMultilevel"/>
    <w:tmpl w:val="82D80AA0"/>
    <w:lvl w:ilvl="0" w:tplc="A67C690E">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FE2D3E"/>
    <w:multiLevelType w:val="hybridMultilevel"/>
    <w:tmpl w:val="CD46A9A2"/>
    <w:lvl w:ilvl="0" w:tplc="B9D6B48A">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41615"/>
    <w:multiLevelType w:val="hybridMultilevel"/>
    <w:tmpl w:val="82D80AA0"/>
    <w:lvl w:ilvl="0" w:tplc="A67C690E">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B3CC4"/>
    <w:multiLevelType w:val="hybridMultilevel"/>
    <w:tmpl w:val="BAB892F0"/>
    <w:lvl w:ilvl="0" w:tplc="D8C493F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27286"/>
    <w:multiLevelType w:val="hybridMultilevel"/>
    <w:tmpl w:val="CD46A9A2"/>
    <w:lvl w:ilvl="0" w:tplc="B9D6B48A">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D64EAF"/>
    <w:multiLevelType w:val="hybridMultilevel"/>
    <w:tmpl w:val="CD46A9A2"/>
    <w:lvl w:ilvl="0" w:tplc="B9D6B48A">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D178F"/>
    <w:multiLevelType w:val="hybridMultilevel"/>
    <w:tmpl w:val="C714D346"/>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38" w15:restartNumberingAfterBreak="0">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0" w15:restartNumberingAfterBreak="0">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62320C"/>
    <w:multiLevelType w:val="hybridMultilevel"/>
    <w:tmpl w:val="6506F734"/>
    <w:lvl w:ilvl="0" w:tplc="1F28CDA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3"/>
  </w:num>
  <w:num w:numId="4">
    <w:abstractNumId w:val="2"/>
  </w:num>
  <w:num w:numId="5">
    <w:abstractNumId w:val="4"/>
  </w:num>
  <w:num w:numId="6">
    <w:abstractNumId w:val="1"/>
  </w:num>
  <w:num w:numId="7">
    <w:abstractNumId w:val="0"/>
  </w:num>
  <w:num w:numId="8">
    <w:abstractNumId w:val="6"/>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9">
    <w:abstractNumId w:val="13"/>
  </w:num>
  <w:num w:numId="10">
    <w:abstractNumId w:val="39"/>
  </w:num>
  <w:num w:numId="11">
    <w:abstractNumId w:val="26"/>
  </w:num>
  <w:num w:numId="12">
    <w:abstractNumId w:val="7"/>
  </w:num>
  <w:num w:numId="13">
    <w:abstractNumId w:val="33"/>
  </w:num>
  <w:num w:numId="14">
    <w:abstractNumId w:val="16"/>
  </w:num>
  <w:num w:numId="15">
    <w:abstractNumId w:val="37"/>
  </w:num>
  <w:num w:numId="16">
    <w:abstractNumId w:val="19"/>
  </w:num>
  <w:num w:numId="17">
    <w:abstractNumId w:val="11"/>
  </w:num>
  <w:num w:numId="18">
    <w:abstractNumId w:val="30"/>
  </w:num>
  <w:num w:numId="19">
    <w:abstractNumId w:val="24"/>
  </w:num>
  <w:num w:numId="20">
    <w:abstractNumId w:val="35"/>
  </w:num>
  <w:num w:numId="21">
    <w:abstractNumId w:val="40"/>
  </w:num>
  <w:num w:numId="22">
    <w:abstractNumId w:val="34"/>
  </w:num>
  <w:num w:numId="23">
    <w:abstractNumId w:val="27"/>
  </w:num>
  <w:num w:numId="24">
    <w:abstractNumId w:val="22"/>
  </w:num>
  <w:num w:numId="25">
    <w:abstractNumId w:val="8"/>
  </w:num>
  <w:num w:numId="26">
    <w:abstractNumId w:val="38"/>
  </w:num>
  <w:num w:numId="27">
    <w:abstractNumId w:val="14"/>
  </w:num>
  <w:num w:numId="28">
    <w:abstractNumId w:val="9"/>
  </w:num>
  <w:num w:numId="29">
    <w:abstractNumId w:val="41"/>
  </w:num>
  <w:num w:numId="30">
    <w:abstractNumId w:val="29"/>
  </w:num>
  <w:num w:numId="31">
    <w:abstractNumId w:val="21"/>
  </w:num>
  <w:num w:numId="32">
    <w:abstractNumId w:val="18"/>
  </w:num>
  <w:num w:numId="33">
    <w:abstractNumId w:val="20"/>
  </w:num>
  <w:num w:numId="34">
    <w:abstractNumId w:val="17"/>
  </w:num>
  <w:num w:numId="35">
    <w:abstractNumId w:val="36"/>
  </w:num>
  <w:num w:numId="36">
    <w:abstractNumId w:val="10"/>
  </w:num>
  <w:num w:numId="37">
    <w:abstractNumId w:val="28"/>
  </w:num>
  <w:num w:numId="38">
    <w:abstractNumId w:val="12"/>
  </w:num>
  <w:num w:numId="39">
    <w:abstractNumId w:val="23"/>
  </w:num>
  <w:num w:numId="40">
    <w:abstractNumId w:val="32"/>
  </w:num>
  <w:num w:numId="41">
    <w:abstractNumId w:val="25"/>
  </w:num>
  <w:num w:numId="4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738D8"/>
    <w:rsid w:val="00083EDF"/>
    <w:rsid w:val="00086ECE"/>
    <w:rsid w:val="00090CAE"/>
    <w:rsid w:val="000B4BCD"/>
    <w:rsid w:val="000C3E36"/>
    <w:rsid w:val="000F0761"/>
    <w:rsid w:val="001271DB"/>
    <w:rsid w:val="001B3D32"/>
    <w:rsid w:val="001D1053"/>
    <w:rsid w:val="001F0B64"/>
    <w:rsid w:val="001F6849"/>
    <w:rsid w:val="002029B3"/>
    <w:rsid w:val="00204A9F"/>
    <w:rsid w:val="00227C0C"/>
    <w:rsid w:val="00232E5E"/>
    <w:rsid w:val="00242C05"/>
    <w:rsid w:val="00255B4D"/>
    <w:rsid w:val="00272FA1"/>
    <w:rsid w:val="00283677"/>
    <w:rsid w:val="002842D1"/>
    <w:rsid w:val="002963B2"/>
    <w:rsid w:val="002C2951"/>
    <w:rsid w:val="00363BD7"/>
    <w:rsid w:val="00373D90"/>
    <w:rsid w:val="00385EF5"/>
    <w:rsid w:val="003B7FD1"/>
    <w:rsid w:val="00402860"/>
    <w:rsid w:val="00453277"/>
    <w:rsid w:val="00455153"/>
    <w:rsid w:val="00481BEF"/>
    <w:rsid w:val="004D1888"/>
    <w:rsid w:val="004E5A62"/>
    <w:rsid w:val="00527E9E"/>
    <w:rsid w:val="0056376F"/>
    <w:rsid w:val="00592E10"/>
    <w:rsid w:val="005970C9"/>
    <w:rsid w:val="005C2776"/>
    <w:rsid w:val="005E0FD0"/>
    <w:rsid w:val="005E6A3F"/>
    <w:rsid w:val="00617E45"/>
    <w:rsid w:val="0062497D"/>
    <w:rsid w:val="0069390D"/>
    <w:rsid w:val="006D6B67"/>
    <w:rsid w:val="007307D8"/>
    <w:rsid w:val="00733EBF"/>
    <w:rsid w:val="007856D5"/>
    <w:rsid w:val="007919E2"/>
    <w:rsid w:val="007B58FB"/>
    <w:rsid w:val="007D730D"/>
    <w:rsid w:val="007E2450"/>
    <w:rsid w:val="007E62E1"/>
    <w:rsid w:val="00805EC9"/>
    <w:rsid w:val="00815A05"/>
    <w:rsid w:val="00820DBD"/>
    <w:rsid w:val="00827F44"/>
    <w:rsid w:val="00851CB6"/>
    <w:rsid w:val="00896591"/>
    <w:rsid w:val="008B770D"/>
    <w:rsid w:val="008C01BF"/>
    <w:rsid w:val="008D279E"/>
    <w:rsid w:val="008E39D7"/>
    <w:rsid w:val="008F47A2"/>
    <w:rsid w:val="009113A8"/>
    <w:rsid w:val="00921C44"/>
    <w:rsid w:val="00924ED8"/>
    <w:rsid w:val="00931E9F"/>
    <w:rsid w:val="009434D3"/>
    <w:rsid w:val="00973264"/>
    <w:rsid w:val="009D17FC"/>
    <w:rsid w:val="009D23AE"/>
    <w:rsid w:val="00A3218F"/>
    <w:rsid w:val="00A50A1A"/>
    <w:rsid w:val="00A90852"/>
    <w:rsid w:val="00AA7EB2"/>
    <w:rsid w:val="00AD3B56"/>
    <w:rsid w:val="00AF23CC"/>
    <w:rsid w:val="00B0088E"/>
    <w:rsid w:val="00B40B78"/>
    <w:rsid w:val="00B54A2B"/>
    <w:rsid w:val="00B57849"/>
    <w:rsid w:val="00BA3DBF"/>
    <w:rsid w:val="00BD63FF"/>
    <w:rsid w:val="00C06BA0"/>
    <w:rsid w:val="00C1012C"/>
    <w:rsid w:val="00C25F5A"/>
    <w:rsid w:val="00C41A5B"/>
    <w:rsid w:val="00C4225E"/>
    <w:rsid w:val="00C5569C"/>
    <w:rsid w:val="00C617AE"/>
    <w:rsid w:val="00C73C38"/>
    <w:rsid w:val="00CC0004"/>
    <w:rsid w:val="00CC231D"/>
    <w:rsid w:val="00CF0E23"/>
    <w:rsid w:val="00CF1A09"/>
    <w:rsid w:val="00D05C3D"/>
    <w:rsid w:val="00D0762C"/>
    <w:rsid w:val="00D44922"/>
    <w:rsid w:val="00D758E2"/>
    <w:rsid w:val="00D852AF"/>
    <w:rsid w:val="00DA06A7"/>
    <w:rsid w:val="00DF02C5"/>
    <w:rsid w:val="00E11387"/>
    <w:rsid w:val="00E444F1"/>
    <w:rsid w:val="00E55D02"/>
    <w:rsid w:val="00E62059"/>
    <w:rsid w:val="00E915DD"/>
    <w:rsid w:val="00E97759"/>
    <w:rsid w:val="00EA4FA6"/>
    <w:rsid w:val="00EA5289"/>
    <w:rsid w:val="00EB3B56"/>
    <w:rsid w:val="00EB7D44"/>
    <w:rsid w:val="00ED58DE"/>
    <w:rsid w:val="00EE03C8"/>
    <w:rsid w:val="00F626ED"/>
    <w:rsid w:val="00F62D1B"/>
    <w:rsid w:val="00F63B1A"/>
    <w:rsid w:val="00F8751E"/>
    <w:rsid w:val="00F87698"/>
    <w:rsid w:val="00FA061C"/>
    <w:rsid w:val="00FA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89F6C"/>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List Paragraph11,List Paragraph111,Numbered List,bullet,Cita extensa,Medium Grid 1 - Accent 22,Colorful List - Accent 13"/>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trongbang"/>
    <w:basedOn w:val="TableNormal"/>
    <w:uiPriority w:val="39"/>
    <w:qFormat/>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link w:val="Normal0Char"/>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qFormat/>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qFormat/>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List Paragraph11 Char,List Paragraph111 Char,Numbered List Char,bullet Char"/>
    <w:link w:val="ListParagraph"/>
    <w:uiPriority w:val="34"/>
    <w:qFormat/>
    <w:rsid w:val="001271DB"/>
    <w:rPr>
      <w:rFonts w:ascii="Times New Roman" w:eastAsia="Times New Roman" w:hAnsi="Times New Roman" w:cs="Times New Roman"/>
      <w:lang w:val="vi"/>
    </w:rPr>
  </w:style>
  <w:style w:type="character" w:styleId="PageNumber">
    <w:name w:val="page number"/>
    <w:basedOn w:val="DefaultParagraphFont"/>
    <w:rsid w:val="00DF02C5"/>
    <w:rPr>
      <w:rFonts w:cs="Times New Roman"/>
    </w:rPr>
  </w:style>
  <w:style w:type="paragraph" w:styleId="NormalWeb">
    <w:name w:val="Normal (Web)"/>
    <w:basedOn w:val="Normal"/>
    <w:link w:val="NormalWebChar"/>
    <w:uiPriority w:val="99"/>
    <w:unhideWhenUsed/>
    <w:rsid w:val="00A3218F"/>
    <w:pPr>
      <w:spacing w:before="100" w:beforeAutospacing="1" w:after="100" w:afterAutospacing="1"/>
      <w:jc w:val="left"/>
    </w:pPr>
    <w:rPr>
      <w:rFonts w:eastAsia="Times New Roman" w:cs="Times New Roman"/>
      <w:szCs w:val="24"/>
    </w:rPr>
  </w:style>
  <w:style w:type="paragraph" w:styleId="NoSpacing">
    <w:name w:val="No Spacing"/>
    <w:link w:val="NoSpacingChar"/>
    <w:uiPriority w:val="1"/>
    <w:qFormat/>
    <w:rsid w:val="00A3218F"/>
    <w:pPr>
      <w:spacing w:after="0" w:line="240" w:lineRule="auto"/>
    </w:pPr>
    <w:rPr>
      <w:rFonts w:ascii="Times New Roman" w:eastAsia="Calibri" w:hAnsi="Times New Roman" w:cs="Times New Roman"/>
      <w:sz w:val="28"/>
      <w:lang w:val="vi-VN"/>
    </w:rPr>
  </w:style>
  <w:style w:type="paragraph" w:styleId="List2">
    <w:name w:val="List 2"/>
    <w:basedOn w:val="Normal"/>
    <w:uiPriority w:val="99"/>
    <w:unhideWhenUsed/>
    <w:rsid w:val="00A3218F"/>
    <w:pPr>
      <w:spacing w:before="0" w:after="160" w:line="256" w:lineRule="auto"/>
      <w:ind w:left="720" w:hanging="360"/>
      <w:contextualSpacing/>
      <w:jc w:val="left"/>
    </w:pPr>
    <w:rPr>
      <w:rFonts w:cs="Times New Roman"/>
      <w:szCs w:val="24"/>
    </w:rPr>
  </w:style>
  <w:style w:type="paragraph" w:styleId="BodyTextIndent">
    <w:name w:val="Body Text Indent"/>
    <w:basedOn w:val="Normal"/>
    <w:link w:val="BodyTextIndentChar"/>
    <w:uiPriority w:val="99"/>
    <w:semiHidden/>
    <w:unhideWhenUsed/>
    <w:rsid w:val="00A3218F"/>
    <w:pPr>
      <w:spacing w:before="0" w:after="120" w:line="259" w:lineRule="auto"/>
      <w:ind w:left="283"/>
      <w:jc w:val="left"/>
    </w:pPr>
    <w:rPr>
      <w:rFonts w:cs="Times New Roman"/>
      <w:szCs w:val="24"/>
    </w:rPr>
  </w:style>
  <w:style w:type="character" w:customStyle="1" w:styleId="BodyTextIndentChar">
    <w:name w:val="Body Text Indent Char"/>
    <w:basedOn w:val="DefaultParagraphFont"/>
    <w:link w:val="BodyTextIndent"/>
    <w:uiPriority w:val="99"/>
    <w:semiHidden/>
    <w:rsid w:val="00A3218F"/>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A3218F"/>
    <w:pPr>
      <w:spacing w:after="160" w:line="256" w:lineRule="auto"/>
      <w:ind w:left="360" w:firstLine="360"/>
    </w:pPr>
  </w:style>
  <w:style w:type="character" w:customStyle="1" w:styleId="BodyTextFirstIndent2Char">
    <w:name w:val="Body Text First Indent 2 Char"/>
    <w:basedOn w:val="BodyTextIndentChar"/>
    <w:link w:val="BodyTextFirstIndent2"/>
    <w:uiPriority w:val="99"/>
    <w:rsid w:val="00A3218F"/>
    <w:rPr>
      <w:rFonts w:ascii="Times New Roman" w:hAnsi="Times New Roman" w:cs="Times New Roman"/>
      <w:sz w:val="24"/>
      <w:szCs w:val="24"/>
    </w:rPr>
  </w:style>
  <w:style w:type="paragraph" w:customStyle="1" w:styleId="Default">
    <w:name w:val="Default"/>
    <w:rsid w:val="00E11387"/>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oancuaDanhsach">
    <w:name w:val="Đoạn của Danh sách"/>
    <w:basedOn w:val="Normal"/>
    <w:link w:val="oancuaDanhsachChar"/>
    <w:qFormat/>
    <w:rsid w:val="00E11387"/>
    <w:pPr>
      <w:spacing w:before="0" w:after="200" w:line="276" w:lineRule="auto"/>
      <w:ind w:left="720"/>
      <w:jc w:val="left"/>
    </w:pPr>
    <w:rPr>
      <w:rFonts w:eastAsia="Arial" w:cs="Calibri"/>
      <w:szCs w:val="24"/>
    </w:rPr>
  </w:style>
  <w:style w:type="character" w:customStyle="1" w:styleId="oancuaDanhsachChar">
    <w:name w:val="Đoạn của Danh sách Char"/>
    <w:link w:val="oancuaDanhsach"/>
    <w:locked/>
    <w:rsid w:val="00E11387"/>
    <w:rPr>
      <w:rFonts w:ascii="Times New Roman" w:eastAsia="Arial" w:hAnsi="Times New Roman" w:cs="Calibri"/>
      <w:sz w:val="24"/>
      <w:szCs w:val="24"/>
    </w:rPr>
  </w:style>
  <w:style w:type="character" w:styleId="Strong">
    <w:name w:val="Strong"/>
    <w:uiPriority w:val="22"/>
    <w:qFormat/>
    <w:rsid w:val="00E11387"/>
    <w:rPr>
      <w:rFonts w:ascii="Times New Roman" w:hAnsi="Times New Roman" w:cs="Times New Roman" w:hint="default"/>
      <w:b/>
      <w:bCs/>
    </w:rPr>
  </w:style>
  <w:style w:type="paragraph" w:customStyle="1" w:styleId="msonormal0">
    <w:name w:val="msonormal"/>
    <w:basedOn w:val="Normal"/>
    <w:rsid w:val="00E11387"/>
    <w:pPr>
      <w:spacing w:before="100" w:beforeAutospacing="1" w:after="100" w:afterAutospacing="1"/>
      <w:jc w:val="left"/>
    </w:pPr>
    <w:rPr>
      <w:rFonts w:eastAsia="Calibri" w:cs="Times New Roman"/>
      <w:szCs w:val="24"/>
    </w:rPr>
  </w:style>
  <w:style w:type="paragraph" w:customStyle="1" w:styleId="Normal1">
    <w:name w:val="Normal1"/>
    <w:basedOn w:val="Normal"/>
    <w:rsid w:val="00E11387"/>
    <w:pPr>
      <w:spacing w:before="100" w:beforeAutospacing="1" w:after="100" w:afterAutospacing="1"/>
      <w:jc w:val="left"/>
    </w:pPr>
    <w:rPr>
      <w:rFonts w:eastAsia="Times New Roman" w:cs="Times New Roman"/>
      <w:szCs w:val="24"/>
    </w:rPr>
  </w:style>
  <w:style w:type="table" w:customStyle="1" w:styleId="TableGrid3">
    <w:name w:val="Table Grid3"/>
    <w:basedOn w:val="TableNormal"/>
    <w:next w:val="TableGrid"/>
    <w:uiPriority w:val="59"/>
    <w:rsid w:val="00E11387"/>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qFormat/>
    <w:rsid w:val="001D1053"/>
    <w:rPr>
      <w:rFonts w:ascii="Times New Roman" w:hAnsi="Times New Roman"/>
      <w:sz w:val="24"/>
    </w:rPr>
  </w:style>
  <w:style w:type="paragraph" w:customStyle="1" w:styleId="footnotedescription">
    <w:name w:val="footnote description"/>
    <w:next w:val="Normal"/>
    <w:link w:val="footnotedescriptionChar"/>
    <w:hidden/>
    <w:rsid w:val="001D1053"/>
    <w:pPr>
      <w:spacing w:after="0"/>
      <w:jc w:val="both"/>
    </w:pPr>
    <w:rPr>
      <w:rFonts w:ascii="Euclid Symbol" w:eastAsia="Euclid Symbol" w:hAnsi="Euclid Symbol" w:cs="Euclid Symbol"/>
      <w:color w:val="000000"/>
      <w:kern w:val="2"/>
      <w:sz w:val="24"/>
    </w:rPr>
  </w:style>
  <w:style w:type="character" w:customStyle="1" w:styleId="footnotedescriptionChar">
    <w:name w:val="footnote description Char"/>
    <w:link w:val="footnotedescription"/>
    <w:rsid w:val="001D1053"/>
    <w:rPr>
      <w:rFonts w:ascii="Euclid Symbol" w:eastAsia="Euclid Symbol" w:hAnsi="Euclid Symbol" w:cs="Euclid Symbol"/>
      <w:color w:val="000000"/>
      <w:kern w:val="2"/>
      <w:sz w:val="24"/>
    </w:rPr>
  </w:style>
  <w:style w:type="character" w:customStyle="1" w:styleId="footnotemark">
    <w:name w:val="footnote mark"/>
    <w:hidden/>
    <w:rsid w:val="001D1053"/>
    <w:rPr>
      <w:rFonts w:ascii="Times New Roman" w:eastAsia="Times New Roman" w:hAnsi="Times New Roman" w:cs="Times New Roman"/>
      <w:color w:val="000000"/>
      <w:sz w:val="21"/>
      <w:vertAlign w:val="superscript"/>
    </w:rPr>
  </w:style>
  <w:style w:type="table" w:customStyle="1" w:styleId="TableGrid0">
    <w:name w:val="TableGrid"/>
    <w:rsid w:val="001D1053"/>
    <w:pPr>
      <w:spacing w:after="0" w:line="240" w:lineRule="auto"/>
    </w:pPr>
    <w:rPr>
      <w:rFonts w:eastAsiaTheme="minorEastAsia"/>
      <w:kern w:val="2"/>
    </w:rPr>
    <w:tblPr>
      <w:tblCellMar>
        <w:top w:w="0" w:type="dxa"/>
        <w:left w:w="0" w:type="dxa"/>
        <w:bottom w:w="0" w:type="dxa"/>
        <w:right w:w="0" w:type="dxa"/>
      </w:tblCellMar>
    </w:tblPr>
  </w:style>
  <w:style w:type="numbering" w:customStyle="1" w:styleId="NoList1">
    <w:name w:val="No List1"/>
    <w:next w:val="NoList"/>
    <w:uiPriority w:val="99"/>
    <w:semiHidden/>
    <w:unhideWhenUsed/>
    <w:rsid w:val="001D1053"/>
  </w:style>
  <w:style w:type="paragraph" w:customStyle="1" w:styleId="Normal044">
    <w:name w:val="Normal_0_44"/>
    <w:qFormat/>
    <w:rsid w:val="001D1053"/>
    <w:pPr>
      <w:spacing w:after="0" w:line="240" w:lineRule="auto"/>
    </w:pPr>
    <w:rPr>
      <w:rFonts w:ascii="Times New Roman" w:eastAsia="Calibri" w:hAnsi="Times New Roman" w:cs="Times New Roman"/>
      <w:sz w:val="20"/>
      <w:szCs w:val="20"/>
    </w:rPr>
  </w:style>
  <w:style w:type="paragraph" w:styleId="BodyText2">
    <w:name w:val="Body Text 2"/>
    <w:basedOn w:val="Normal"/>
    <w:link w:val="BodyText2Char"/>
    <w:uiPriority w:val="99"/>
    <w:unhideWhenUsed/>
    <w:rsid w:val="001D1053"/>
    <w:pPr>
      <w:spacing w:before="0" w:after="120" w:line="480" w:lineRule="auto"/>
      <w:jc w:val="left"/>
    </w:pPr>
    <w:rPr>
      <w:rFonts w:asciiTheme="minorHAnsi" w:eastAsiaTheme="minorEastAsia" w:hAnsiTheme="minorHAnsi"/>
      <w:sz w:val="22"/>
    </w:rPr>
  </w:style>
  <w:style w:type="character" w:customStyle="1" w:styleId="BodyText2Char">
    <w:name w:val="Body Text 2 Char"/>
    <w:basedOn w:val="DefaultParagraphFont"/>
    <w:link w:val="BodyText2"/>
    <w:uiPriority w:val="99"/>
    <w:rsid w:val="001D1053"/>
    <w:rPr>
      <w:rFonts w:eastAsiaTheme="minorEastAsia"/>
    </w:rPr>
  </w:style>
  <w:style w:type="paragraph" w:styleId="BodyText3">
    <w:name w:val="Body Text 3"/>
    <w:basedOn w:val="Normal"/>
    <w:link w:val="BodyText3Char"/>
    <w:uiPriority w:val="99"/>
    <w:unhideWhenUsed/>
    <w:rsid w:val="001D1053"/>
    <w:pPr>
      <w:spacing w:before="0" w:after="120" w:line="276" w:lineRule="auto"/>
      <w:jc w:val="left"/>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rsid w:val="001D1053"/>
    <w:rPr>
      <w:rFonts w:eastAsiaTheme="minorEastAsia"/>
      <w:sz w:val="16"/>
      <w:szCs w:val="16"/>
    </w:rPr>
  </w:style>
  <w:style w:type="paragraph" w:styleId="List">
    <w:name w:val="List"/>
    <w:basedOn w:val="Normal"/>
    <w:uiPriority w:val="99"/>
    <w:unhideWhenUsed/>
    <w:rsid w:val="001D1053"/>
    <w:pPr>
      <w:spacing w:before="0" w:after="200" w:line="276" w:lineRule="auto"/>
      <w:ind w:left="360" w:hanging="360"/>
      <w:contextualSpacing/>
      <w:jc w:val="left"/>
    </w:pPr>
    <w:rPr>
      <w:rFonts w:asciiTheme="minorHAnsi" w:eastAsiaTheme="minorEastAsia" w:hAnsiTheme="minorHAnsi"/>
      <w:sz w:val="22"/>
    </w:rPr>
  </w:style>
  <w:style w:type="paragraph" w:styleId="List3">
    <w:name w:val="List 3"/>
    <w:basedOn w:val="Normal"/>
    <w:uiPriority w:val="99"/>
    <w:unhideWhenUsed/>
    <w:rsid w:val="001D1053"/>
    <w:pPr>
      <w:spacing w:before="0" w:after="200" w:line="276" w:lineRule="auto"/>
      <w:ind w:left="1080" w:hanging="360"/>
      <w:contextualSpacing/>
      <w:jc w:val="left"/>
    </w:pPr>
    <w:rPr>
      <w:rFonts w:asciiTheme="minorHAnsi" w:eastAsiaTheme="minorEastAsia" w:hAnsiTheme="minorHAnsi"/>
      <w:sz w:val="22"/>
    </w:rPr>
  </w:style>
  <w:style w:type="paragraph" w:styleId="ListBullet">
    <w:name w:val="List Bullet"/>
    <w:basedOn w:val="Normal"/>
    <w:uiPriority w:val="99"/>
    <w:unhideWhenUsed/>
    <w:rsid w:val="001D1053"/>
    <w:pPr>
      <w:numPr>
        <w:numId w:val="2"/>
      </w:numPr>
      <w:spacing w:before="0" w:after="200" w:line="276" w:lineRule="auto"/>
      <w:contextualSpacing/>
      <w:jc w:val="left"/>
    </w:pPr>
    <w:rPr>
      <w:rFonts w:asciiTheme="minorHAnsi" w:eastAsiaTheme="minorEastAsia" w:hAnsiTheme="minorHAnsi"/>
      <w:sz w:val="22"/>
    </w:rPr>
  </w:style>
  <w:style w:type="paragraph" w:styleId="ListBullet2">
    <w:name w:val="List Bullet 2"/>
    <w:basedOn w:val="Normal"/>
    <w:uiPriority w:val="99"/>
    <w:unhideWhenUsed/>
    <w:rsid w:val="001D1053"/>
    <w:pPr>
      <w:numPr>
        <w:numId w:val="3"/>
      </w:numPr>
      <w:spacing w:before="0" w:after="200" w:line="276" w:lineRule="auto"/>
      <w:contextualSpacing/>
      <w:jc w:val="left"/>
    </w:pPr>
    <w:rPr>
      <w:rFonts w:asciiTheme="minorHAnsi" w:eastAsiaTheme="minorEastAsia" w:hAnsiTheme="minorHAnsi"/>
      <w:sz w:val="22"/>
    </w:rPr>
  </w:style>
  <w:style w:type="paragraph" w:styleId="ListBullet3">
    <w:name w:val="List Bullet 3"/>
    <w:basedOn w:val="Normal"/>
    <w:uiPriority w:val="99"/>
    <w:unhideWhenUsed/>
    <w:rsid w:val="001D1053"/>
    <w:pPr>
      <w:numPr>
        <w:numId w:val="4"/>
      </w:numPr>
      <w:spacing w:before="0" w:after="200" w:line="276" w:lineRule="auto"/>
      <w:contextualSpacing/>
      <w:jc w:val="left"/>
    </w:pPr>
    <w:rPr>
      <w:rFonts w:asciiTheme="minorHAnsi" w:eastAsiaTheme="minorEastAsia" w:hAnsiTheme="minorHAnsi"/>
      <w:sz w:val="22"/>
    </w:rPr>
  </w:style>
  <w:style w:type="paragraph" w:styleId="ListNumber">
    <w:name w:val="List Number"/>
    <w:basedOn w:val="Normal"/>
    <w:uiPriority w:val="99"/>
    <w:unhideWhenUsed/>
    <w:rsid w:val="001D1053"/>
    <w:pPr>
      <w:numPr>
        <w:numId w:val="5"/>
      </w:numPr>
      <w:spacing w:before="0" w:after="200" w:line="276" w:lineRule="auto"/>
      <w:contextualSpacing/>
      <w:jc w:val="left"/>
    </w:pPr>
    <w:rPr>
      <w:rFonts w:asciiTheme="minorHAnsi" w:eastAsiaTheme="minorEastAsia" w:hAnsiTheme="minorHAnsi"/>
      <w:sz w:val="22"/>
    </w:rPr>
  </w:style>
  <w:style w:type="paragraph" w:styleId="ListNumber2">
    <w:name w:val="List Number 2"/>
    <w:basedOn w:val="Normal"/>
    <w:uiPriority w:val="99"/>
    <w:unhideWhenUsed/>
    <w:rsid w:val="001D1053"/>
    <w:pPr>
      <w:numPr>
        <w:numId w:val="6"/>
      </w:numPr>
      <w:spacing w:before="0" w:after="200" w:line="276" w:lineRule="auto"/>
      <w:contextualSpacing/>
      <w:jc w:val="left"/>
    </w:pPr>
    <w:rPr>
      <w:rFonts w:asciiTheme="minorHAnsi" w:eastAsiaTheme="minorEastAsia" w:hAnsiTheme="minorHAnsi"/>
      <w:sz w:val="22"/>
    </w:rPr>
  </w:style>
  <w:style w:type="paragraph" w:styleId="ListNumber3">
    <w:name w:val="List Number 3"/>
    <w:basedOn w:val="Normal"/>
    <w:uiPriority w:val="99"/>
    <w:unhideWhenUsed/>
    <w:rsid w:val="001D1053"/>
    <w:pPr>
      <w:numPr>
        <w:numId w:val="7"/>
      </w:numPr>
      <w:spacing w:before="0" w:after="200" w:line="276" w:lineRule="auto"/>
      <w:contextualSpacing/>
      <w:jc w:val="left"/>
    </w:pPr>
    <w:rPr>
      <w:rFonts w:asciiTheme="minorHAnsi" w:eastAsiaTheme="minorEastAsia" w:hAnsiTheme="minorHAnsi"/>
      <w:sz w:val="22"/>
    </w:rPr>
  </w:style>
  <w:style w:type="paragraph" w:styleId="ListContinue">
    <w:name w:val="List Continue"/>
    <w:basedOn w:val="Normal"/>
    <w:uiPriority w:val="99"/>
    <w:unhideWhenUsed/>
    <w:rsid w:val="001D1053"/>
    <w:pPr>
      <w:spacing w:before="0" w:after="120" w:line="276" w:lineRule="auto"/>
      <w:ind w:left="360"/>
      <w:contextualSpacing/>
      <w:jc w:val="left"/>
    </w:pPr>
    <w:rPr>
      <w:rFonts w:asciiTheme="minorHAnsi" w:eastAsiaTheme="minorEastAsia" w:hAnsiTheme="minorHAnsi"/>
      <w:sz w:val="22"/>
    </w:rPr>
  </w:style>
  <w:style w:type="paragraph" w:styleId="ListContinue2">
    <w:name w:val="List Continue 2"/>
    <w:basedOn w:val="Normal"/>
    <w:uiPriority w:val="99"/>
    <w:unhideWhenUsed/>
    <w:rsid w:val="001D1053"/>
    <w:pPr>
      <w:spacing w:before="0" w:after="120" w:line="276" w:lineRule="auto"/>
      <w:ind w:left="720"/>
      <w:contextualSpacing/>
      <w:jc w:val="left"/>
    </w:pPr>
    <w:rPr>
      <w:rFonts w:asciiTheme="minorHAnsi" w:eastAsiaTheme="minorEastAsia" w:hAnsiTheme="minorHAnsi"/>
      <w:sz w:val="22"/>
    </w:rPr>
  </w:style>
  <w:style w:type="paragraph" w:styleId="ListContinue3">
    <w:name w:val="List Continue 3"/>
    <w:basedOn w:val="Normal"/>
    <w:uiPriority w:val="99"/>
    <w:unhideWhenUsed/>
    <w:rsid w:val="001D1053"/>
    <w:pPr>
      <w:spacing w:before="0" w:after="120" w:line="276" w:lineRule="auto"/>
      <w:ind w:left="1080"/>
      <w:contextualSpacing/>
      <w:jc w:val="left"/>
    </w:pPr>
    <w:rPr>
      <w:rFonts w:asciiTheme="minorHAnsi" w:eastAsiaTheme="minorEastAsia" w:hAnsiTheme="minorHAnsi"/>
      <w:sz w:val="22"/>
    </w:rPr>
  </w:style>
  <w:style w:type="paragraph" w:styleId="MacroText">
    <w:name w:val="macro"/>
    <w:link w:val="MacroTextChar"/>
    <w:uiPriority w:val="99"/>
    <w:unhideWhenUsed/>
    <w:rsid w:val="001D105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1D1053"/>
    <w:rPr>
      <w:rFonts w:ascii="Courier" w:eastAsiaTheme="minorEastAsia" w:hAnsi="Courier"/>
      <w:sz w:val="20"/>
      <w:szCs w:val="20"/>
    </w:rPr>
  </w:style>
  <w:style w:type="paragraph" w:styleId="Caption">
    <w:name w:val="caption"/>
    <w:basedOn w:val="Normal"/>
    <w:next w:val="Normal"/>
    <w:uiPriority w:val="35"/>
    <w:unhideWhenUsed/>
    <w:qFormat/>
    <w:rsid w:val="001D1053"/>
    <w:pPr>
      <w:spacing w:before="0" w:after="200"/>
      <w:jc w:val="left"/>
    </w:pPr>
    <w:rPr>
      <w:rFonts w:asciiTheme="minorHAnsi" w:eastAsiaTheme="minorEastAsia" w:hAnsiTheme="minorHAnsi"/>
      <w:b/>
      <w:bCs/>
      <w:color w:val="4472C4" w:themeColor="accent1"/>
      <w:sz w:val="18"/>
      <w:szCs w:val="18"/>
    </w:rPr>
  </w:style>
  <w:style w:type="character" w:styleId="Emphasis">
    <w:name w:val="Emphasis"/>
    <w:basedOn w:val="DefaultParagraphFont"/>
    <w:uiPriority w:val="20"/>
    <w:qFormat/>
    <w:rsid w:val="001D1053"/>
    <w:rPr>
      <w:i/>
      <w:iCs/>
    </w:rPr>
  </w:style>
  <w:style w:type="character" w:styleId="SubtleEmphasis">
    <w:name w:val="Subtle Emphasis"/>
    <w:basedOn w:val="DefaultParagraphFont"/>
    <w:uiPriority w:val="19"/>
    <w:qFormat/>
    <w:rsid w:val="001D1053"/>
    <w:rPr>
      <w:i/>
      <w:iCs/>
      <w:color w:val="808080" w:themeColor="text1" w:themeTint="7F"/>
    </w:rPr>
  </w:style>
  <w:style w:type="character" w:styleId="SubtleReference">
    <w:name w:val="Subtle Reference"/>
    <w:basedOn w:val="DefaultParagraphFont"/>
    <w:uiPriority w:val="31"/>
    <w:qFormat/>
    <w:rsid w:val="001D1053"/>
    <w:rPr>
      <w:smallCaps/>
      <w:color w:val="ED7D31" w:themeColor="accent2"/>
      <w:u w:val="single"/>
    </w:rPr>
  </w:style>
  <w:style w:type="character" w:styleId="BookTitle">
    <w:name w:val="Book Title"/>
    <w:basedOn w:val="DefaultParagraphFont"/>
    <w:uiPriority w:val="33"/>
    <w:qFormat/>
    <w:rsid w:val="001D1053"/>
    <w:rPr>
      <w:b/>
      <w:bCs/>
      <w:smallCaps/>
      <w:spacing w:val="5"/>
    </w:rPr>
  </w:style>
  <w:style w:type="paragraph" w:styleId="TOCHeading">
    <w:name w:val="TOC Heading"/>
    <w:basedOn w:val="Heading1"/>
    <w:next w:val="Normal"/>
    <w:uiPriority w:val="39"/>
    <w:semiHidden/>
    <w:unhideWhenUsed/>
    <w:qFormat/>
    <w:rsid w:val="001D105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rPr>
  </w:style>
  <w:style w:type="table" w:customStyle="1" w:styleId="TableGrid1">
    <w:name w:val="Table Grid1"/>
    <w:basedOn w:val="TableNormal"/>
    <w:next w:val="TableGrid"/>
    <w:uiPriority w:val="39"/>
    <w:rsid w:val="001D105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105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05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D1053"/>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D1053"/>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D1053"/>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D1053"/>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D1053"/>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
    <w:name w:val="No List2"/>
    <w:next w:val="NoList"/>
    <w:uiPriority w:val="99"/>
    <w:semiHidden/>
    <w:unhideWhenUsed/>
    <w:rsid w:val="001D1053"/>
  </w:style>
  <w:style w:type="paragraph" w:customStyle="1" w:styleId="oncaDanhsch1">
    <w:name w:val="Đoạn của Danh sách1"/>
    <w:basedOn w:val="Normal"/>
    <w:rsid w:val="001D1053"/>
    <w:pPr>
      <w:widowControl w:val="0"/>
      <w:spacing w:before="0" w:after="0"/>
      <w:jc w:val="left"/>
    </w:pPr>
    <w:rPr>
      <w:rFonts w:ascii="Calibri" w:eastAsia="Times New Roman" w:hAnsi="Calibri" w:cs="Times New Roman"/>
      <w:sz w:val="22"/>
    </w:rPr>
  </w:style>
  <w:style w:type="table" w:customStyle="1" w:styleId="thamkhao1">
    <w:name w:val="tham khao1"/>
    <w:basedOn w:val="TableNormal"/>
    <w:next w:val="TableGrid"/>
    <w:uiPriority w:val="39"/>
    <w:qFormat/>
    <w:rsid w:val="001D1053"/>
    <w:pPr>
      <w:spacing w:after="0" w:line="240" w:lineRule="auto"/>
    </w:pPr>
    <w:rPr>
      <w:rFonts w:ascii="Calibri" w:eastAsia="Calibri" w:hAnsi="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D1053"/>
    <w:pPr>
      <w:spacing w:before="0" w:after="160" w:line="240" w:lineRule="exact"/>
      <w:ind w:firstLine="567"/>
      <w:jc w:val="left"/>
    </w:pPr>
    <w:rPr>
      <w:rFonts w:ascii="Arial" w:eastAsia="Times New Roman" w:hAnsi="Arial" w:cs="Verdana"/>
      <w:color w:val="800000"/>
      <w:sz w:val="20"/>
      <w:szCs w:val="20"/>
    </w:rPr>
  </w:style>
  <w:style w:type="character" w:customStyle="1" w:styleId="fontstyle01">
    <w:name w:val="fontstyle01"/>
    <w:rsid w:val="001D1053"/>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1D1053"/>
    <w:rPr>
      <w:rFonts w:eastAsia="Times New Roman"/>
      <w:b/>
      <w:bCs/>
      <w:sz w:val="26"/>
      <w:szCs w:val="26"/>
      <w:lang w:val="pt-BR" w:eastAsia="en-US"/>
    </w:rPr>
  </w:style>
  <w:style w:type="character" w:styleId="CommentReference">
    <w:name w:val="annotation reference"/>
    <w:basedOn w:val="DefaultParagraphFont"/>
    <w:uiPriority w:val="99"/>
    <w:semiHidden/>
    <w:unhideWhenUsed/>
    <w:rsid w:val="001D1053"/>
    <w:rPr>
      <w:sz w:val="16"/>
      <w:szCs w:val="16"/>
    </w:rPr>
  </w:style>
  <w:style w:type="paragraph" w:styleId="CommentText">
    <w:name w:val="annotation text"/>
    <w:basedOn w:val="Normal"/>
    <w:link w:val="CommentTextChar"/>
    <w:uiPriority w:val="99"/>
    <w:semiHidden/>
    <w:unhideWhenUsed/>
    <w:rsid w:val="001D1053"/>
    <w:pPr>
      <w:spacing w:before="0" w:after="160"/>
      <w:jc w:val="left"/>
    </w:pPr>
    <w:rPr>
      <w:rFonts w:ascii="Palatino Linotype" w:hAnsi="Palatino Linotype"/>
      <w:sz w:val="20"/>
      <w:szCs w:val="20"/>
    </w:rPr>
  </w:style>
  <w:style w:type="character" w:customStyle="1" w:styleId="CommentTextChar">
    <w:name w:val="Comment Text Char"/>
    <w:basedOn w:val="DefaultParagraphFont"/>
    <w:link w:val="CommentText"/>
    <w:uiPriority w:val="99"/>
    <w:semiHidden/>
    <w:rsid w:val="001D105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1D1053"/>
    <w:rPr>
      <w:b/>
      <w:bCs/>
    </w:rPr>
  </w:style>
  <w:style w:type="character" w:customStyle="1" w:styleId="CommentSubjectChar">
    <w:name w:val="Comment Subject Char"/>
    <w:basedOn w:val="CommentTextChar"/>
    <w:link w:val="CommentSubject"/>
    <w:uiPriority w:val="99"/>
    <w:semiHidden/>
    <w:rsid w:val="001D1053"/>
    <w:rPr>
      <w:rFonts w:ascii="Palatino Linotype" w:hAnsi="Palatino Linotype"/>
      <w:b/>
      <w:bCs/>
      <w:sz w:val="20"/>
      <w:szCs w:val="20"/>
    </w:rPr>
  </w:style>
  <w:style w:type="numbering" w:customStyle="1" w:styleId="NoList11">
    <w:name w:val="No List11"/>
    <w:next w:val="NoList"/>
    <w:uiPriority w:val="99"/>
    <w:semiHidden/>
    <w:unhideWhenUsed/>
    <w:rsid w:val="001D1053"/>
  </w:style>
  <w:style w:type="table" w:customStyle="1" w:styleId="TableGrid11">
    <w:name w:val="Table Grid11"/>
    <w:basedOn w:val="TableNormal"/>
    <w:next w:val="TableGrid"/>
    <w:uiPriority w:val="59"/>
    <w:rsid w:val="001D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1D1053"/>
    <w:rPr>
      <w:rFonts w:ascii="Calibri" w:eastAsia="Calibri" w:hAnsi="Calibri" w:cs="Times New Roman"/>
      <w:sz w:val="20"/>
      <w:szCs w:val="20"/>
    </w:rPr>
  </w:style>
  <w:style w:type="character" w:customStyle="1" w:styleId="fontstyle21">
    <w:name w:val="fontstyle21"/>
    <w:rsid w:val="001D1053"/>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1D1053"/>
    <w:pPr>
      <w:spacing w:before="0" w:after="200" w:line="276" w:lineRule="auto"/>
      <w:ind w:left="720"/>
      <w:jc w:val="left"/>
    </w:pPr>
    <w:rPr>
      <w:rFonts w:ascii="Calibri" w:eastAsia="Times New Roman" w:hAnsi="Calibri" w:cs="Times New Roman"/>
      <w:sz w:val="22"/>
    </w:rPr>
  </w:style>
  <w:style w:type="character" w:customStyle="1" w:styleId="oncaDanhschChar">
    <w:name w:val="Đoạn của Danh sách Char"/>
    <w:link w:val="oncaDanhsch"/>
    <w:qFormat/>
    <w:locked/>
    <w:rsid w:val="001D1053"/>
    <w:rPr>
      <w:rFonts w:ascii="Calibri" w:eastAsia="Times New Roman" w:hAnsi="Calibri" w:cs="Times New Roman"/>
    </w:rPr>
  </w:style>
  <w:style w:type="character" w:customStyle="1" w:styleId="NormalWebChar">
    <w:name w:val="Normal (Web) Char"/>
    <w:link w:val="NormalWeb"/>
    <w:uiPriority w:val="99"/>
    <w:rsid w:val="001D1053"/>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1D1053"/>
    <w:rPr>
      <w:rFonts w:ascii="Times New Roman" w:eastAsia="Calibri" w:hAnsi="Times New Roman" w:cs="Times New Roman"/>
      <w:sz w:val="28"/>
      <w:lang w:val="vi-VN"/>
    </w:rPr>
  </w:style>
  <w:style w:type="character" w:customStyle="1" w:styleId="MTEquationSection">
    <w:name w:val="MTEquationSection"/>
    <w:basedOn w:val="DefaultParagraphFont"/>
    <w:rsid w:val="001D1053"/>
    <w:rPr>
      <w:rFonts w:ascii="Times New Roman" w:eastAsia="Times New Roman" w:hAnsi="Times New Roman" w:cs="Times New Roman"/>
      <w:b/>
      <w:vanish/>
      <w:color w:val="FF0000"/>
      <w:sz w:val="24"/>
      <w:lang w:val="en-US" w:eastAsia="vi-VN"/>
    </w:rPr>
  </w:style>
  <w:style w:type="character" w:customStyle="1" w:styleId="Bodytext20">
    <w:name w:val="Body text (2)"/>
    <w:rsid w:val="001D1053"/>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
    <w:link w:val="Mu2Char"/>
    <w:qFormat/>
    <w:rsid w:val="001D1053"/>
    <w:pPr>
      <w:widowControl w:val="0"/>
      <w:numPr>
        <w:numId w:val="8"/>
      </w:numPr>
      <w:tabs>
        <w:tab w:val="left" w:pos="2694"/>
      </w:tabs>
      <w:spacing w:before="0" w:after="0"/>
      <w:ind w:left="57"/>
      <w:jc w:val="left"/>
    </w:pPr>
    <w:rPr>
      <w:rFonts w:eastAsia="Calibri" w:cs="Times New Roman"/>
      <w:bCs/>
      <w:szCs w:val="24"/>
      <w:lang w:eastAsia="ja-JP"/>
    </w:rPr>
  </w:style>
  <w:style w:type="character" w:customStyle="1" w:styleId="Mu2Char">
    <w:name w:val="Mẫu 2 Char"/>
    <w:link w:val="Mu2"/>
    <w:rsid w:val="001D1053"/>
    <w:rPr>
      <w:rFonts w:ascii="Times New Roman" w:eastAsia="Calibri" w:hAnsi="Times New Roman" w:cs="Times New Roman"/>
      <w:bCs/>
      <w:sz w:val="24"/>
      <w:szCs w:val="24"/>
      <w:lang w:eastAsia="ja-JP"/>
    </w:rPr>
  </w:style>
  <w:style w:type="character" w:customStyle="1" w:styleId="Vnbnnidung510pt">
    <w:name w:val="Văn bản nội dung (5) + 10 pt"/>
    <w:rsid w:val="001D1053"/>
    <w:rPr>
      <w:b/>
      <w:bCs/>
      <w:i/>
      <w:iCs/>
      <w:sz w:val="20"/>
      <w:szCs w:val="20"/>
      <w:lang w:bidi="ar-SA"/>
    </w:rPr>
  </w:style>
  <w:style w:type="table" w:customStyle="1" w:styleId="TableGrid2">
    <w:name w:val="Table Grid2"/>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053"/>
  </w:style>
  <w:style w:type="table" w:customStyle="1" w:styleId="TableGrid4">
    <w:name w:val="Table Grid4"/>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1053"/>
  </w:style>
  <w:style w:type="table" w:customStyle="1" w:styleId="thamkhao11">
    <w:name w:val="tham khao11"/>
    <w:basedOn w:val="TableNormal"/>
    <w:next w:val="TableGrid"/>
    <w:uiPriority w:val="59"/>
    <w:rsid w:val="001D1053"/>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1053"/>
    <w:pPr>
      <w:spacing w:after="0" w:line="240" w:lineRule="auto"/>
    </w:pPr>
    <w:rPr>
      <w:rFonts w:ascii="Arial" w:hAnsi="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1053"/>
  </w:style>
  <w:style w:type="table" w:customStyle="1" w:styleId="TableGrid6">
    <w:name w:val="Table Grid6"/>
    <w:basedOn w:val="TableNormal"/>
    <w:next w:val="TableGrid"/>
    <w:uiPriority w:val="3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10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1053"/>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1053"/>
    <w:pPr>
      <w:spacing w:after="0" w:line="240" w:lineRule="auto"/>
    </w:pPr>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53277"/>
  </w:style>
  <w:style w:type="table" w:customStyle="1" w:styleId="trongbang1">
    <w:name w:val="trongbang1"/>
    <w:basedOn w:val="TableNormal"/>
    <w:next w:val="TableGrid"/>
    <w:uiPriority w:val="39"/>
    <w:qFormat/>
    <w:rsid w:val="004532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19">
    <w:name w:val="Normal_0_19"/>
    <w:qFormat/>
    <w:rsid w:val="00FA061C"/>
    <w:pPr>
      <w:spacing w:after="0" w:line="240" w:lineRule="auto"/>
    </w:pPr>
    <w:rPr>
      <w:rFonts w:ascii="Times New Roman" w:eastAsia="Calibri" w:hAnsi="Times New Roman" w:cs="Times New Roman"/>
      <w:sz w:val="20"/>
      <w:szCs w:val="20"/>
    </w:rPr>
  </w:style>
  <w:style w:type="paragraph" w:customStyle="1" w:styleId="Normal020">
    <w:name w:val="Normal_0_20"/>
    <w:qFormat/>
    <w:rsid w:val="00FA061C"/>
    <w:pPr>
      <w:spacing w:after="0" w:line="240" w:lineRule="auto"/>
    </w:pPr>
    <w:rPr>
      <w:rFonts w:ascii="Times New Roman" w:eastAsia="Calibri" w:hAnsi="Times New Roman" w:cs="Times New Roman"/>
      <w:sz w:val="20"/>
      <w:szCs w:val="20"/>
    </w:rPr>
  </w:style>
  <w:style w:type="character" w:customStyle="1" w:styleId="15">
    <w:name w:val="15"/>
    <w:rsid w:val="00FA061C"/>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FA061C"/>
    <w:pPr>
      <w:tabs>
        <w:tab w:val="left" w:pos="992"/>
      </w:tabs>
      <w:spacing w:before="120" w:after="0" w:line="276" w:lineRule="auto"/>
      <w:ind w:left="993" w:hanging="993"/>
      <w:jc w:val="left"/>
    </w:pPr>
    <w:rPr>
      <w:rFonts w:cs="Times New Roman"/>
      <w:noProof/>
      <w:szCs w:val="24"/>
    </w:rPr>
  </w:style>
  <w:style w:type="character" w:customStyle="1" w:styleId="AstrongChar">
    <w:name w:val="ĐA strong Char"/>
    <w:basedOn w:val="DefaultParagraphFont"/>
    <w:link w:val="Astrong"/>
    <w:rsid w:val="00FA061C"/>
    <w:rPr>
      <w:rFonts w:ascii="Times New Roman" w:hAnsi="Times New Roman" w:cs="Times New Roman"/>
      <w:noProof/>
      <w:sz w:val="24"/>
      <w:szCs w:val="24"/>
    </w:rPr>
  </w:style>
  <w:style w:type="paragraph" w:customStyle="1" w:styleId="Char">
    <w:name w:val="Char"/>
    <w:basedOn w:val="Normal"/>
    <w:semiHidden/>
    <w:rsid w:val="00FA061C"/>
    <w:pPr>
      <w:spacing w:before="0" w:after="160" w:line="240" w:lineRule="exact"/>
      <w:jc w:val="left"/>
    </w:pPr>
    <w:rPr>
      <w:rFonts w:ascii="Arial" w:eastAsia="Times New Roman" w:hAnsi="Arial" w:cs="Times New Roman"/>
      <w:szCs w:val="24"/>
    </w:rPr>
  </w:style>
  <w:style w:type="paragraph" w:customStyle="1" w:styleId="msonormalcxspmiddle">
    <w:name w:val="msonormalcxspmiddle"/>
    <w:basedOn w:val="Normal"/>
    <w:rsid w:val="00FA061C"/>
    <w:pPr>
      <w:spacing w:before="100" w:beforeAutospacing="1" w:after="100" w:afterAutospacing="1"/>
      <w:jc w:val="left"/>
    </w:pPr>
    <w:rPr>
      <w:rFonts w:eastAsia="MS Mincho"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070538926">
      <w:bodyDiv w:val="1"/>
      <w:marLeft w:val="0"/>
      <w:marRight w:val="0"/>
      <w:marTop w:val="0"/>
      <w:marBottom w:val="0"/>
      <w:divBdr>
        <w:top w:val="none" w:sz="0" w:space="0" w:color="auto"/>
        <w:left w:val="none" w:sz="0" w:space="0" w:color="auto"/>
        <w:bottom w:val="none" w:sz="0" w:space="0" w:color="auto"/>
        <w:right w:val="none" w:sz="0" w:space="0" w:color="auto"/>
      </w:divBdr>
    </w:div>
    <w:div w:id="1105657930">
      <w:bodyDiv w:val="1"/>
      <w:marLeft w:val="0"/>
      <w:marRight w:val="0"/>
      <w:marTop w:val="0"/>
      <w:marBottom w:val="0"/>
      <w:divBdr>
        <w:top w:val="none" w:sz="0" w:space="0" w:color="auto"/>
        <w:left w:val="none" w:sz="0" w:space="0" w:color="auto"/>
        <w:bottom w:val="none" w:sz="0" w:space="0" w:color="auto"/>
        <w:right w:val="none" w:sz="0" w:space="0" w:color="auto"/>
      </w:divBdr>
    </w:div>
    <w:div w:id="1323855662">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0.bin"/><Relationship Id="rId21" Type="http://schemas.openxmlformats.org/officeDocument/2006/relationships/image" Target="media/image8.wmf"/><Relationship Id="rId324" Type="http://schemas.openxmlformats.org/officeDocument/2006/relationships/oleObject" Target="embeddings/oleObject157.bin"/><Relationship Id="rId531" Type="http://schemas.openxmlformats.org/officeDocument/2006/relationships/oleObject" Target="embeddings/oleObject261.bin"/><Relationship Id="rId629" Type="http://schemas.openxmlformats.org/officeDocument/2006/relationships/image" Target="media/image313.wmf"/><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image" Target="media/image340.wmf"/><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image" Target="media/image166.wmf"/><Relationship Id="rId542" Type="http://schemas.openxmlformats.org/officeDocument/2006/relationships/image" Target="media/image269.wmf"/><Relationship Id="rId181" Type="http://schemas.openxmlformats.org/officeDocument/2006/relationships/image" Target="media/image89.wmf"/><Relationship Id="rId402" Type="http://schemas.openxmlformats.org/officeDocument/2006/relationships/image" Target="media/image199.wmf"/><Relationship Id="rId279" Type="http://schemas.openxmlformats.org/officeDocument/2006/relationships/image" Target="media/image138.wmf"/><Relationship Id="rId486" Type="http://schemas.openxmlformats.org/officeDocument/2006/relationships/oleObject" Target="embeddings/oleObject238.bin"/><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oleObject" Target="embeddings/oleObject272.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5.wmf"/><Relationship Id="rId497" Type="http://schemas.openxmlformats.org/officeDocument/2006/relationships/image" Target="media/image247.wmf"/><Relationship Id="rId620" Type="http://schemas.openxmlformats.org/officeDocument/2006/relationships/oleObject" Target="embeddings/oleObject305.bin"/><Relationship Id="rId357" Type="http://schemas.openxmlformats.org/officeDocument/2006/relationships/image" Target="media/image177.w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image" Target="media/image280.wmf"/><Relationship Id="rId424" Type="http://schemas.openxmlformats.org/officeDocument/2006/relationships/oleObject" Target="embeddings/oleObject206.bin"/><Relationship Id="rId631" Type="http://schemas.openxmlformats.org/officeDocument/2006/relationships/image" Target="media/image314.wmf"/><Relationship Id="rId270" Type="http://schemas.openxmlformats.org/officeDocument/2006/relationships/oleObject" Target="embeddings/oleObject130.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79.bin"/><Relationship Id="rId575" Type="http://schemas.openxmlformats.org/officeDocument/2006/relationships/oleObject" Target="embeddings/oleObject283.bin"/><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oleObject" Target="embeddings/oleObject316.bin"/><Relationship Id="rId281" Type="http://schemas.openxmlformats.org/officeDocument/2006/relationships/image" Target="media/image139.wmf"/><Relationship Id="rId502" Type="http://schemas.openxmlformats.org/officeDocument/2006/relationships/image" Target="media/image249.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88.wmf"/><Relationship Id="rId586" Type="http://schemas.openxmlformats.org/officeDocument/2006/relationships/image" Target="media/image291.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7.bin"/><Relationship Id="rId653" Type="http://schemas.openxmlformats.org/officeDocument/2006/relationships/image" Target="media/image325.png"/><Relationship Id="rId292" Type="http://schemas.openxmlformats.org/officeDocument/2006/relationships/oleObject" Target="embeddings/oleObject141.bin"/><Relationship Id="rId306" Type="http://schemas.openxmlformats.org/officeDocument/2006/relationships/oleObject" Target="embeddings/oleObject148.bin"/><Relationship Id="rId87" Type="http://schemas.openxmlformats.org/officeDocument/2006/relationships/oleObject" Target="embeddings/oleObject39.bin"/><Relationship Id="rId513" Type="http://schemas.openxmlformats.org/officeDocument/2006/relationships/image" Target="media/image254.wmf"/><Relationship Id="rId597" Type="http://schemas.openxmlformats.org/officeDocument/2006/relationships/image" Target="media/image297.wmf"/><Relationship Id="rId152" Type="http://schemas.openxmlformats.org/officeDocument/2006/relationships/oleObject" Target="embeddings/oleObject71.bin"/><Relationship Id="rId457" Type="http://schemas.openxmlformats.org/officeDocument/2006/relationships/image" Target="media/image228.wmf"/><Relationship Id="rId664" Type="http://schemas.openxmlformats.org/officeDocument/2006/relationships/image" Target="media/image331.wmf"/><Relationship Id="rId14" Type="http://schemas.openxmlformats.org/officeDocument/2006/relationships/oleObject" Target="embeddings/oleObject3.bin"/><Relationship Id="rId317" Type="http://schemas.openxmlformats.org/officeDocument/2006/relationships/image" Target="media/image157.wmf"/><Relationship Id="rId524" Type="http://schemas.openxmlformats.org/officeDocument/2006/relationships/image" Target="media/image260.wmf"/><Relationship Id="rId98" Type="http://schemas.openxmlformats.org/officeDocument/2006/relationships/oleObject" Target="embeddings/oleObject44.bin"/><Relationship Id="rId163" Type="http://schemas.openxmlformats.org/officeDocument/2006/relationships/image" Target="media/image80.wmf"/><Relationship Id="rId370" Type="http://schemas.openxmlformats.org/officeDocument/2006/relationships/oleObject" Target="embeddings/oleObject180.bin"/><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oleObject" Target="embeddings/oleObject332.bin"/><Relationship Id="rId25" Type="http://schemas.openxmlformats.org/officeDocument/2006/relationships/image" Target="media/image10.wmf"/><Relationship Id="rId328" Type="http://schemas.openxmlformats.org/officeDocument/2006/relationships/oleObject" Target="embeddings/oleObject159.bin"/><Relationship Id="rId535" Type="http://schemas.openxmlformats.org/officeDocument/2006/relationships/oleObject" Target="embeddings/oleObject263.bin"/><Relationship Id="rId174" Type="http://schemas.openxmlformats.org/officeDocument/2006/relationships/oleObject" Target="embeddings/oleObject82.bin"/><Relationship Id="rId381" Type="http://schemas.openxmlformats.org/officeDocument/2006/relationships/image" Target="media/image189.wmf"/><Relationship Id="rId602" Type="http://schemas.openxmlformats.org/officeDocument/2006/relationships/oleObject" Target="embeddings/oleObject296.bin"/><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image" Target="media/image342.wmf"/><Relationship Id="rId36" Type="http://schemas.openxmlformats.org/officeDocument/2006/relationships/oleObject" Target="embeddings/oleObject14.bin"/><Relationship Id="rId339" Type="http://schemas.openxmlformats.org/officeDocument/2006/relationships/image" Target="media/image168.wmf"/><Relationship Id="rId546" Type="http://schemas.openxmlformats.org/officeDocument/2006/relationships/image" Target="media/image271.wmf"/><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oleObject" Target="embeddings/oleObject198.bin"/><Relationship Id="rId392" Type="http://schemas.openxmlformats.org/officeDocument/2006/relationships/oleObject" Target="embeddings/oleObject191.bin"/><Relationship Id="rId613" Type="http://schemas.openxmlformats.org/officeDocument/2006/relationships/image" Target="media/image305.wmf"/><Relationship Id="rId252" Type="http://schemas.openxmlformats.org/officeDocument/2006/relationships/oleObject" Target="embeddings/oleObject121.bin"/><Relationship Id="rId47" Type="http://schemas.openxmlformats.org/officeDocument/2006/relationships/image" Target="media/image21.wmf"/><Relationship Id="rId112" Type="http://schemas.openxmlformats.org/officeDocument/2006/relationships/oleObject" Target="embeddings/oleObject51.bin"/><Relationship Id="rId557" Type="http://schemas.openxmlformats.org/officeDocument/2006/relationships/oleObject" Target="embeddings/oleObject274.bin"/><Relationship Id="rId196" Type="http://schemas.openxmlformats.org/officeDocument/2006/relationships/oleObject" Target="embeddings/oleObject93.bin"/><Relationship Id="rId417" Type="http://schemas.openxmlformats.org/officeDocument/2006/relationships/image" Target="media/image207.wmf"/><Relationship Id="rId624" Type="http://schemas.openxmlformats.org/officeDocument/2006/relationships/oleObject" Target="embeddings/oleObject307.bin"/><Relationship Id="rId263" Type="http://schemas.openxmlformats.org/officeDocument/2006/relationships/image" Target="media/image130.wmf"/><Relationship Id="rId470" Type="http://schemas.openxmlformats.org/officeDocument/2006/relationships/oleObject" Target="embeddings/oleObject230.bin"/><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60.bin"/><Relationship Id="rId568" Type="http://schemas.openxmlformats.org/officeDocument/2006/relationships/image" Target="media/image282.wmf"/><Relationship Id="rId428" Type="http://schemas.openxmlformats.org/officeDocument/2006/relationships/oleObject" Target="embeddings/oleObject208.bin"/><Relationship Id="rId635" Type="http://schemas.openxmlformats.org/officeDocument/2006/relationships/image" Target="media/image316.wmf"/><Relationship Id="rId274" Type="http://schemas.openxmlformats.org/officeDocument/2006/relationships/oleObject" Target="embeddings/oleObject132.bin"/><Relationship Id="rId481" Type="http://schemas.openxmlformats.org/officeDocument/2006/relationships/image" Target="media/image239.wmf"/><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oleObject" Target="embeddings/oleObject285.bin"/><Relationship Id="rId341" Type="http://schemas.openxmlformats.org/officeDocument/2006/relationships/image" Target="media/image169.wmf"/><Relationship Id="rId439" Type="http://schemas.openxmlformats.org/officeDocument/2006/relationships/image" Target="media/image219.wmf"/><Relationship Id="rId646" Type="http://schemas.openxmlformats.org/officeDocument/2006/relationships/oleObject" Target="embeddings/oleObject318.bin"/><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image" Target="media/image251.wmf"/><Relationship Id="rId492" Type="http://schemas.openxmlformats.org/officeDocument/2006/relationships/oleObject" Target="embeddings/oleObject241.bin"/><Relationship Id="rId145" Type="http://schemas.openxmlformats.org/officeDocument/2006/relationships/image" Target="media/image71.wmf"/><Relationship Id="rId352" Type="http://schemas.openxmlformats.org/officeDocument/2006/relationships/oleObject" Target="embeddings/oleObject171.bin"/><Relationship Id="rId212" Type="http://schemas.openxmlformats.org/officeDocument/2006/relationships/oleObject" Target="embeddings/oleObject101.bin"/><Relationship Id="rId657" Type="http://schemas.openxmlformats.org/officeDocument/2006/relationships/oleObject" Target="embeddings/oleObject323.bin"/><Relationship Id="rId49" Type="http://schemas.openxmlformats.org/officeDocument/2006/relationships/image" Target="media/image22.wmf"/><Relationship Id="rId114" Type="http://schemas.openxmlformats.org/officeDocument/2006/relationships/oleObject" Target="embeddings/oleObject52.bin"/><Relationship Id="rId296" Type="http://schemas.openxmlformats.org/officeDocument/2006/relationships/oleObject" Target="embeddings/oleObject143.bin"/><Relationship Id="rId461" Type="http://schemas.openxmlformats.org/officeDocument/2006/relationships/image" Target="media/image230.wmf"/><Relationship Id="rId517" Type="http://schemas.openxmlformats.org/officeDocument/2006/relationships/oleObject" Target="embeddings/oleObject254.bin"/><Relationship Id="rId559" Type="http://schemas.openxmlformats.org/officeDocument/2006/relationships/oleObject" Target="embeddings/oleObject275.bin"/><Relationship Id="rId60" Type="http://schemas.openxmlformats.org/officeDocument/2006/relationships/oleObject" Target="embeddings/oleObject26.bin"/><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image" Target="media/image159.wmf"/><Relationship Id="rId363" Type="http://schemas.openxmlformats.org/officeDocument/2006/relationships/image" Target="media/image180.wmf"/><Relationship Id="rId419" Type="http://schemas.openxmlformats.org/officeDocument/2006/relationships/image" Target="media/image208.png"/><Relationship Id="rId570" Type="http://schemas.openxmlformats.org/officeDocument/2006/relationships/image" Target="media/image283.wmf"/><Relationship Id="rId626" Type="http://schemas.openxmlformats.org/officeDocument/2006/relationships/oleObject" Target="embeddings/oleObject308.bin"/><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image" Target="media/image333.wmf"/><Relationship Id="rId18" Type="http://schemas.openxmlformats.org/officeDocument/2006/relationships/oleObject" Target="embeddings/oleObject5.bin"/><Relationship Id="rId265" Type="http://schemas.openxmlformats.org/officeDocument/2006/relationships/image" Target="media/image131.wmf"/><Relationship Id="rId472" Type="http://schemas.openxmlformats.org/officeDocument/2006/relationships/oleObject" Target="embeddings/oleObject231.bin"/><Relationship Id="rId528" Type="http://schemas.openxmlformats.org/officeDocument/2006/relationships/image" Target="media/image262.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1.bin"/><Relationship Id="rId374" Type="http://schemas.openxmlformats.org/officeDocument/2006/relationships/oleObject" Target="embeddings/oleObject182.bin"/><Relationship Id="rId581" Type="http://schemas.openxmlformats.org/officeDocument/2006/relationships/oleObject" Target="embeddings/oleObject286.bin"/><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image" Target="media/image317.wmf"/><Relationship Id="rId679" Type="http://schemas.openxmlformats.org/officeDocument/2006/relationships/oleObject" Target="embeddings/oleObject334.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3.bin"/><Relationship Id="rId441" Type="http://schemas.openxmlformats.org/officeDocument/2006/relationships/image" Target="media/image220.wmf"/><Relationship Id="rId483" Type="http://schemas.openxmlformats.org/officeDocument/2006/relationships/image" Target="media/image240.wmf"/><Relationship Id="rId539" Type="http://schemas.openxmlformats.org/officeDocument/2006/relationships/oleObject" Target="embeddings/oleObject265.bin"/><Relationship Id="rId690" Type="http://schemas.openxmlformats.org/officeDocument/2006/relationships/fontTable" Target="fontTable.xml"/><Relationship Id="rId40" Type="http://schemas.openxmlformats.org/officeDocument/2006/relationships/oleObject" Target="embeddings/oleObject16.bin"/><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image" Target="media/image273.wmf"/><Relationship Id="rId82" Type="http://schemas.openxmlformats.org/officeDocument/2006/relationships/image" Target="media/image39.wmf"/><Relationship Id="rId203" Type="http://schemas.openxmlformats.org/officeDocument/2006/relationships/image" Target="media/image100.wmf"/><Relationship Id="rId385" Type="http://schemas.openxmlformats.org/officeDocument/2006/relationships/image" Target="media/image191.wmf"/><Relationship Id="rId592" Type="http://schemas.openxmlformats.org/officeDocument/2006/relationships/oleObject" Target="embeddings/oleObject291.bin"/><Relationship Id="rId606" Type="http://schemas.openxmlformats.org/officeDocument/2006/relationships/oleObject" Target="embeddings/oleObject298.bin"/><Relationship Id="rId648" Type="http://schemas.openxmlformats.org/officeDocument/2006/relationships/oleObject" Target="embeddings/oleObject319.bin"/><Relationship Id="rId245" Type="http://schemas.openxmlformats.org/officeDocument/2006/relationships/image" Target="media/image121.wmf"/><Relationship Id="rId287" Type="http://schemas.openxmlformats.org/officeDocument/2006/relationships/image" Target="media/image142.wmf"/><Relationship Id="rId410" Type="http://schemas.openxmlformats.org/officeDocument/2006/relationships/oleObject" Target="embeddings/oleObject200.bin"/><Relationship Id="rId452" Type="http://schemas.openxmlformats.org/officeDocument/2006/relationships/oleObject" Target="embeddings/oleObject220.bin"/><Relationship Id="rId494" Type="http://schemas.openxmlformats.org/officeDocument/2006/relationships/oleObject" Target="embeddings/oleObject242.bin"/><Relationship Id="rId508" Type="http://schemas.openxmlformats.org/officeDocument/2006/relationships/oleObject" Target="embeddings/oleObject250.bin"/><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51.bin"/><Relationship Id="rId354" Type="http://schemas.openxmlformats.org/officeDocument/2006/relationships/oleObject" Target="embeddings/oleObject172.bin"/><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193.bin"/><Relationship Id="rId561" Type="http://schemas.openxmlformats.org/officeDocument/2006/relationships/oleObject" Target="embeddings/oleObject276.bin"/><Relationship Id="rId617" Type="http://schemas.openxmlformats.org/officeDocument/2006/relationships/image" Target="media/image307.wmf"/><Relationship Id="rId659" Type="http://schemas.openxmlformats.org/officeDocument/2006/relationships/oleObject" Target="embeddings/oleObject324.bin"/><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oleObject" Target="embeddings/oleObject144.bin"/><Relationship Id="rId421" Type="http://schemas.openxmlformats.org/officeDocument/2006/relationships/image" Target="media/image210.wmf"/><Relationship Id="rId463" Type="http://schemas.openxmlformats.org/officeDocument/2006/relationships/image" Target="media/image231.wmf"/><Relationship Id="rId519" Type="http://schemas.openxmlformats.org/officeDocument/2006/relationships/oleObject" Target="embeddings/oleObject255.bin"/><Relationship Id="rId670" Type="http://schemas.openxmlformats.org/officeDocument/2006/relationships/image" Target="media/image334.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60.wmf"/><Relationship Id="rId530" Type="http://schemas.openxmlformats.org/officeDocument/2006/relationships/image" Target="media/image263.wmf"/><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image" Target="media/image181.wmf"/><Relationship Id="rId572" Type="http://schemas.openxmlformats.org/officeDocument/2006/relationships/image" Target="media/image284.wmf"/><Relationship Id="rId628" Type="http://schemas.openxmlformats.org/officeDocument/2006/relationships/oleObject" Target="embeddings/oleObject309.bin"/><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oleObject" Target="embeddings/oleObject210.bin"/><Relationship Id="rId474" Type="http://schemas.openxmlformats.org/officeDocument/2006/relationships/oleObject" Target="embeddings/oleObject232.bin"/><Relationship Id="rId127" Type="http://schemas.openxmlformats.org/officeDocument/2006/relationships/image" Target="media/image62.wmf"/><Relationship Id="rId681" Type="http://schemas.openxmlformats.org/officeDocument/2006/relationships/oleObject" Target="embeddings/oleObject335.bin"/><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image" Target="media/image83.wmf"/><Relationship Id="rId334" Type="http://schemas.openxmlformats.org/officeDocument/2006/relationships/oleObject" Target="embeddings/oleObject162.bin"/><Relationship Id="rId376" Type="http://schemas.openxmlformats.org/officeDocument/2006/relationships/oleObject" Target="embeddings/oleObject183.bin"/><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image" Target="media/image318.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oleObject" Target="embeddings/oleObject134.bin"/><Relationship Id="rId401" Type="http://schemas.openxmlformats.org/officeDocument/2006/relationships/oleObject" Target="embeddings/oleObject196.bin"/><Relationship Id="rId443" Type="http://schemas.openxmlformats.org/officeDocument/2006/relationships/image" Target="media/image221.wmf"/><Relationship Id="rId650" Type="http://schemas.openxmlformats.org/officeDocument/2006/relationships/oleObject" Target="embeddings/oleObject320.bin"/><Relationship Id="rId303" Type="http://schemas.openxmlformats.org/officeDocument/2006/relationships/image" Target="media/image150.wmf"/><Relationship Id="rId485" Type="http://schemas.openxmlformats.org/officeDocument/2006/relationships/image" Target="media/image241.wmf"/><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oleObject" Target="embeddings/oleObject251.bin"/><Relationship Id="rId552" Type="http://schemas.openxmlformats.org/officeDocument/2006/relationships/image" Target="media/image274.wmf"/><Relationship Id="rId594" Type="http://schemas.openxmlformats.org/officeDocument/2006/relationships/oleObject" Target="embeddings/oleObject292.bin"/><Relationship Id="rId608" Type="http://schemas.openxmlformats.org/officeDocument/2006/relationships/oleObject" Target="embeddings/oleObject299.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201.bin"/><Relationship Id="rId107" Type="http://schemas.openxmlformats.org/officeDocument/2006/relationships/image" Target="media/image52.wmf"/><Relationship Id="rId289" Type="http://schemas.openxmlformats.org/officeDocument/2006/relationships/image" Target="media/image143.wmf"/><Relationship Id="rId454" Type="http://schemas.openxmlformats.org/officeDocument/2006/relationships/oleObject" Target="embeddings/oleObject221.bin"/><Relationship Id="rId496" Type="http://schemas.openxmlformats.org/officeDocument/2006/relationships/oleObject" Target="embeddings/oleObject243.bin"/><Relationship Id="rId661" Type="http://schemas.openxmlformats.org/officeDocument/2006/relationships/oleObject" Target="embeddings/oleObject325.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oleObject" Target="embeddings/oleObject194.bin"/><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image" Target="media/image308.wmf"/><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image" Target="media/image211.wmf"/><Relationship Id="rId258" Type="http://schemas.openxmlformats.org/officeDocument/2006/relationships/oleObject" Target="embeddings/oleObject124.bin"/><Relationship Id="rId465" Type="http://schemas.openxmlformats.org/officeDocument/2006/relationships/image" Target="media/image232.wmf"/><Relationship Id="rId630" Type="http://schemas.openxmlformats.org/officeDocument/2006/relationships/oleObject" Target="embeddings/oleObject310.bin"/><Relationship Id="rId672" Type="http://schemas.openxmlformats.org/officeDocument/2006/relationships/image" Target="media/image335.wmf"/><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image" Target="media/image264.wmf"/><Relationship Id="rId574" Type="http://schemas.openxmlformats.org/officeDocument/2006/relationships/image" Target="media/image285.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434" Type="http://schemas.openxmlformats.org/officeDocument/2006/relationships/oleObject" Target="embeddings/oleObject211.bin"/><Relationship Id="rId476" Type="http://schemas.openxmlformats.org/officeDocument/2006/relationships/oleObject" Target="embeddings/oleObject233.bin"/><Relationship Id="rId641" Type="http://schemas.openxmlformats.org/officeDocument/2006/relationships/image" Target="media/image319.wmf"/><Relationship Id="rId683" Type="http://schemas.openxmlformats.org/officeDocument/2006/relationships/oleObject" Target="embeddings/oleObject336.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403" Type="http://schemas.openxmlformats.org/officeDocument/2006/relationships/oleObject" Target="embeddings/oleObject197.bin"/><Relationship Id="rId585" Type="http://schemas.openxmlformats.org/officeDocument/2006/relationships/oleObject" Target="embeddings/oleObject288.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2.wmf"/><Relationship Id="rId487" Type="http://schemas.openxmlformats.org/officeDocument/2006/relationships/image" Target="media/image242.wmf"/><Relationship Id="rId610" Type="http://schemas.openxmlformats.org/officeDocument/2006/relationships/oleObject" Target="embeddings/oleObject300.bin"/><Relationship Id="rId652" Type="http://schemas.openxmlformats.org/officeDocument/2006/relationships/oleObject" Target="embeddings/oleObject321.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oleObject" Target="embeddings/oleObject252.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image" Target="media/image193.wmf"/><Relationship Id="rId554" Type="http://schemas.openxmlformats.org/officeDocument/2006/relationships/image" Target="media/image275.wmf"/><Relationship Id="rId596" Type="http://schemas.openxmlformats.org/officeDocument/2006/relationships/oleObject" Target="embeddings/oleObject293.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oleObject" Target="embeddings/oleObject202.bin"/><Relationship Id="rId456" Type="http://schemas.openxmlformats.org/officeDocument/2006/relationships/oleObject" Target="embeddings/oleObject222.bin"/><Relationship Id="rId498" Type="http://schemas.openxmlformats.org/officeDocument/2006/relationships/oleObject" Target="embeddings/oleObject244.bin"/><Relationship Id="rId621" Type="http://schemas.openxmlformats.org/officeDocument/2006/relationships/image" Target="media/image309.wmf"/><Relationship Id="rId663" Type="http://schemas.openxmlformats.org/officeDocument/2006/relationships/oleObject" Target="embeddings/oleObject326.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23" Type="http://schemas.openxmlformats.org/officeDocument/2006/relationships/oleObject" Target="embeddings/oleObject257.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565" Type="http://schemas.openxmlformats.org/officeDocument/2006/relationships/oleObject" Target="embeddings/oleObject278.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image" Target="media/image212.wmf"/><Relationship Id="rId467" Type="http://schemas.openxmlformats.org/officeDocument/2006/relationships/oleObject" Target="embeddings/oleObject228.bin"/><Relationship Id="rId632" Type="http://schemas.openxmlformats.org/officeDocument/2006/relationships/oleObject" Target="embeddings/oleObject311.bin"/><Relationship Id="rId271" Type="http://schemas.openxmlformats.org/officeDocument/2006/relationships/image" Target="media/image134.wmf"/><Relationship Id="rId674" Type="http://schemas.openxmlformats.org/officeDocument/2006/relationships/image" Target="media/image336.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image" Target="media/image265.wmf"/><Relationship Id="rId576" Type="http://schemas.openxmlformats.org/officeDocument/2006/relationships/image" Target="media/image286.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436" Type="http://schemas.openxmlformats.org/officeDocument/2006/relationships/oleObject" Target="embeddings/oleObject212.bin"/><Relationship Id="rId601" Type="http://schemas.openxmlformats.org/officeDocument/2006/relationships/image" Target="media/image299.wmf"/><Relationship Id="rId643" Type="http://schemas.openxmlformats.org/officeDocument/2006/relationships/image" Target="media/image320.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oleObject" Target="embeddings/oleObject337.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3.wmf"/><Relationship Id="rId612" Type="http://schemas.openxmlformats.org/officeDocument/2006/relationships/oleObject" Target="embeddings/oleObject301.bin"/><Relationship Id="rId251" Type="http://schemas.openxmlformats.org/officeDocument/2006/relationships/image" Target="media/image124.wmf"/><Relationship Id="rId489" Type="http://schemas.openxmlformats.org/officeDocument/2006/relationships/image" Target="media/image243.wmf"/><Relationship Id="rId654" Type="http://schemas.openxmlformats.org/officeDocument/2006/relationships/image" Target="media/image326.wmf"/><Relationship Id="rId46" Type="http://schemas.openxmlformats.org/officeDocument/2006/relationships/oleObject" Target="embeddings/oleObject19.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oleObject" Target="embeddings/oleObject253.bin"/><Relationship Id="rId556" Type="http://schemas.openxmlformats.org/officeDocument/2006/relationships/image" Target="media/image276.wmf"/><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416" Type="http://schemas.openxmlformats.org/officeDocument/2006/relationships/oleObject" Target="embeddings/oleObject203.bin"/><Relationship Id="rId598" Type="http://schemas.openxmlformats.org/officeDocument/2006/relationships/oleObject" Target="embeddings/oleObject294.bin"/><Relationship Id="rId220" Type="http://schemas.openxmlformats.org/officeDocument/2006/relationships/oleObject" Target="embeddings/oleObject105.bin"/><Relationship Id="rId458" Type="http://schemas.openxmlformats.org/officeDocument/2006/relationships/oleObject" Target="embeddings/oleObject223.bin"/><Relationship Id="rId623" Type="http://schemas.openxmlformats.org/officeDocument/2006/relationships/image" Target="media/image310.wmf"/><Relationship Id="rId665" Type="http://schemas.openxmlformats.org/officeDocument/2006/relationships/oleObject" Target="embeddings/oleObject327.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6.bin"/><Relationship Id="rId318" Type="http://schemas.openxmlformats.org/officeDocument/2006/relationships/oleObject" Target="embeddings/oleObject154.bin"/><Relationship Id="rId525" Type="http://schemas.openxmlformats.org/officeDocument/2006/relationships/oleObject" Target="embeddings/oleObject258.bin"/><Relationship Id="rId567" Type="http://schemas.openxmlformats.org/officeDocument/2006/relationships/oleObject" Target="embeddings/oleObject279.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427" Type="http://schemas.openxmlformats.org/officeDocument/2006/relationships/image" Target="media/image213.wmf"/><Relationship Id="rId469" Type="http://schemas.openxmlformats.org/officeDocument/2006/relationships/image" Target="media/image233.wmf"/><Relationship Id="rId634" Type="http://schemas.openxmlformats.org/officeDocument/2006/relationships/oleObject" Target="embeddings/oleObject312.bin"/><Relationship Id="rId676" Type="http://schemas.openxmlformats.org/officeDocument/2006/relationships/image" Target="media/image337.wmf"/><Relationship Id="rId26" Type="http://schemas.openxmlformats.org/officeDocument/2006/relationships/oleObject" Target="embeddings/oleObject9.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oleObject" Target="embeddings/oleObject235.bin"/><Relationship Id="rId536" Type="http://schemas.openxmlformats.org/officeDocument/2006/relationships/image" Target="media/image266.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578" Type="http://schemas.openxmlformats.org/officeDocument/2006/relationships/image" Target="media/image287.wmf"/><Relationship Id="rId200" Type="http://schemas.openxmlformats.org/officeDocument/2006/relationships/oleObject" Target="embeddings/oleObject95.bin"/><Relationship Id="rId382" Type="http://schemas.openxmlformats.org/officeDocument/2006/relationships/oleObject" Target="embeddings/oleObject186.bin"/><Relationship Id="rId438" Type="http://schemas.openxmlformats.org/officeDocument/2006/relationships/oleObject" Target="embeddings/oleObject213.bin"/><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oleObject" Target="embeddings/oleObject338.bin"/><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oleObject" Target="embeddings/oleObject248.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69.bin"/><Relationship Id="rId589" Type="http://schemas.openxmlformats.org/officeDocument/2006/relationships/image" Target="media/image293.wmf"/><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4.wmf"/><Relationship Id="rId614" Type="http://schemas.openxmlformats.org/officeDocument/2006/relationships/oleObject" Target="embeddings/oleObject302.bin"/><Relationship Id="rId656" Type="http://schemas.openxmlformats.org/officeDocument/2006/relationships/image" Target="media/image327.w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224.bin"/><Relationship Id="rId516" Type="http://schemas.openxmlformats.org/officeDocument/2006/relationships/image" Target="media/image256.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5.bin"/><Relationship Id="rId558" Type="http://schemas.openxmlformats.org/officeDocument/2006/relationships/image" Target="media/image277.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6.bin"/><Relationship Id="rId418" Type="http://schemas.openxmlformats.org/officeDocument/2006/relationships/oleObject" Target="embeddings/oleObject204.bin"/><Relationship Id="rId625" Type="http://schemas.openxmlformats.org/officeDocument/2006/relationships/image" Target="media/image311.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4.wmf"/><Relationship Id="rId667" Type="http://schemas.openxmlformats.org/officeDocument/2006/relationships/oleObject" Target="embeddings/oleObject328.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7.bin"/><Relationship Id="rId527" Type="http://schemas.openxmlformats.org/officeDocument/2006/relationships/oleObject" Target="embeddings/oleObject259.bin"/><Relationship Id="rId569" Type="http://schemas.openxmlformats.org/officeDocument/2006/relationships/oleObject" Target="embeddings/oleObject280.bin"/><Relationship Id="rId70" Type="http://schemas.openxmlformats.org/officeDocument/2006/relationships/image" Target="media/image33.wmf"/><Relationship Id="rId166" Type="http://schemas.openxmlformats.org/officeDocument/2006/relationships/oleObject" Target="embeddings/oleObject78.bin"/><Relationship Id="rId331" Type="http://schemas.openxmlformats.org/officeDocument/2006/relationships/image" Target="media/image164.wmf"/><Relationship Id="rId373" Type="http://schemas.openxmlformats.org/officeDocument/2006/relationships/image" Target="media/image185.wmf"/><Relationship Id="rId429" Type="http://schemas.openxmlformats.org/officeDocument/2006/relationships/image" Target="media/image214.wmf"/><Relationship Id="rId580" Type="http://schemas.openxmlformats.org/officeDocument/2006/relationships/image" Target="media/image288.wmf"/><Relationship Id="rId636" Type="http://schemas.openxmlformats.org/officeDocument/2006/relationships/oleObject" Target="embeddings/oleObject313.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4.bin"/><Relationship Id="rId678" Type="http://schemas.openxmlformats.org/officeDocument/2006/relationships/image" Target="media/image338.wmf"/><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oleObject" Target="embeddings/oleObject145.bin"/><Relationship Id="rId482" Type="http://schemas.openxmlformats.org/officeDocument/2006/relationships/oleObject" Target="embeddings/oleObject236.bin"/><Relationship Id="rId538" Type="http://schemas.openxmlformats.org/officeDocument/2006/relationships/image" Target="media/image267.wmf"/><Relationship Id="rId81" Type="http://schemas.openxmlformats.org/officeDocument/2006/relationships/oleObject" Target="embeddings/oleObject36.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image" Target="media/image322.wmf"/><Relationship Id="rId689" Type="http://schemas.openxmlformats.org/officeDocument/2006/relationships/oleObject" Target="embeddings/oleObject339.bin"/><Relationship Id="rId39" Type="http://schemas.openxmlformats.org/officeDocument/2006/relationships/image" Target="media/image17.wmf"/><Relationship Id="rId286" Type="http://schemas.openxmlformats.org/officeDocument/2006/relationships/oleObject" Target="embeddings/oleObject138.bin"/><Relationship Id="rId451" Type="http://schemas.openxmlformats.org/officeDocument/2006/relationships/image" Target="media/image225.wmf"/><Relationship Id="rId493" Type="http://schemas.openxmlformats.org/officeDocument/2006/relationships/image" Target="media/image245.wmf"/><Relationship Id="rId507" Type="http://schemas.openxmlformats.org/officeDocument/2006/relationships/oleObject" Target="embeddings/oleObject249.bin"/><Relationship Id="rId549" Type="http://schemas.openxmlformats.org/officeDocument/2006/relationships/oleObject" Target="embeddings/oleObject270.bin"/><Relationship Id="rId50" Type="http://schemas.openxmlformats.org/officeDocument/2006/relationships/oleObject" Target="embeddings/oleObject21.bin"/><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78.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image" Target="media/image209.png"/><Relationship Id="rId616" Type="http://schemas.openxmlformats.org/officeDocument/2006/relationships/oleObject" Target="embeddings/oleObject303.bin"/><Relationship Id="rId658" Type="http://schemas.openxmlformats.org/officeDocument/2006/relationships/image" Target="media/image328.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oleObject" Target="embeddings/oleObject225.bin"/><Relationship Id="rId518" Type="http://schemas.openxmlformats.org/officeDocument/2006/relationships/image" Target="media/image257.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6.bin"/><Relationship Id="rId364" Type="http://schemas.openxmlformats.org/officeDocument/2006/relationships/oleObject" Target="embeddings/oleObject177.bin"/><Relationship Id="rId61" Type="http://schemas.openxmlformats.org/officeDocument/2006/relationships/image" Target="media/image28.png"/><Relationship Id="rId199" Type="http://schemas.openxmlformats.org/officeDocument/2006/relationships/image" Target="media/image98.wmf"/><Relationship Id="rId571" Type="http://schemas.openxmlformats.org/officeDocument/2006/relationships/oleObject" Target="embeddings/oleObject281.bin"/><Relationship Id="rId627" Type="http://schemas.openxmlformats.org/officeDocument/2006/relationships/image" Target="media/image312.wmf"/><Relationship Id="rId669" Type="http://schemas.openxmlformats.org/officeDocument/2006/relationships/oleObject" Target="embeddings/oleObject329.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5.wmf"/><Relationship Id="rId473" Type="http://schemas.openxmlformats.org/officeDocument/2006/relationships/image" Target="media/image235.wmf"/><Relationship Id="rId529" Type="http://schemas.openxmlformats.org/officeDocument/2006/relationships/oleObject" Target="embeddings/oleObject260.bin"/><Relationship Id="rId680" Type="http://schemas.openxmlformats.org/officeDocument/2006/relationships/image" Target="media/image339.wmf"/><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5.wmf"/><Relationship Id="rId540" Type="http://schemas.openxmlformats.org/officeDocument/2006/relationships/image" Target="media/image268.wmf"/><Relationship Id="rId72" Type="http://schemas.openxmlformats.org/officeDocument/2006/relationships/image" Target="media/image34.wmf"/><Relationship Id="rId375" Type="http://schemas.openxmlformats.org/officeDocument/2006/relationships/image" Target="media/image186.wmf"/><Relationship Id="rId582" Type="http://schemas.openxmlformats.org/officeDocument/2006/relationships/image" Target="media/image289.wmf"/><Relationship Id="rId638" Type="http://schemas.openxmlformats.org/officeDocument/2006/relationships/oleObject" Target="embeddings/oleObject314.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oleObject" Target="embeddings/oleObject195.bin"/><Relationship Id="rId442" Type="http://schemas.openxmlformats.org/officeDocument/2006/relationships/oleObject" Target="embeddings/oleObject215.bin"/><Relationship Id="rId484" Type="http://schemas.openxmlformats.org/officeDocument/2006/relationships/oleObject" Target="embeddings/oleObject237.bin"/><Relationship Id="rId137" Type="http://schemas.openxmlformats.org/officeDocument/2006/relationships/image" Target="media/image67.wmf"/><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theme" Target="theme/theme1.xml"/><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188.bin"/><Relationship Id="rId551" Type="http://schemas.openxmlformats.org/officeDocument/2006/relationships/oleObject" Target="embeddings/oleObject271.bin"/><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image" Target="media/image204.wmf"/><Relationship Id="rId453" Type="http://schemas.openxmlformats.org/officeDocument/2006/relationships/image" Target="media/image226.wmf"/><Relationship Id="rId509" Type="http://schemas.openxmlformats.org/officeDocument/2006/relationships/image" Target="media/image252.wmf"/><Relationship Id="rId660" Type="http://schemas.openxmlformats.org/officeDocument/2006/relationships/image" Target="media/image329.wmf"/><Relationship Id="rId106" Type="http://schemas.openxmlformats.org/officeDocument/2006/relationships/oleObject" Target="embeddings/oleObject48.bin"/><Relationship Id="rId313" Type="http://schemas.openxmlformats.org/officeDocument/2006/relationships/image" Target="media/image155.wmf"/><Relationship Id="rId495" Type="http://schemas.openxmlformats.org/officeDocument/2006/relationships/image" Target="media/image246.wmf"/><Relationship Id="rId10" Type="http://schemas.openxmlformats.org/officeDocument/2006/relationships/image" Target="media/image2.e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oleObject" Target="embeddings/oleObject304.bin"/><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05.bin"/><Relationship Id="rId464" Type="http://schemas.openxmlformats.org/officeDocument/2006/relationships/oleObject" Target="embeddings/oleObject226.bin"/><Relationship Id="rId299" Type="http://schemas.openxmlformats.org/officeDocument/2006/relationships/image" Target="media/image148.wmf"/><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oleObject" Target="embeddings/oleObject282.bin"/><Relationship Id="rId226" Type="http://schemas.openxmlformats.org/officeDocument/2006/relationships/oleObject" Target="embeddings/oleObject108.bin"/><Relationship Id="rId433" Type="http://schemas.openxmlformats.org/officeDocument/2006/relationships/image" Target="media/image216.wmf"/><Relationship Id="rId640" Type="http://schemas.openxmlformats.org/officeDocument/2006/relationships/oleObject" Target="embeddings/oleObject315.bin"/><Relationship Id="rId74" Type="http://schemas.openxmlformats.org/officeDocument/2006/relationships/image" Target="media/image35.wmf"/><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image" Target="media/image290.wmf"/><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oleObject" Target="embeddings/oleObject216.bin"/><Relationship Id="rId651" Type="http://schemas.openxmlformats.org/officeDocument/2006/relationships/image" Target="media/image324.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3.wmf"/><Relationship Id="rId609" Type="http://schemas.openxmlformats.org/officeDocument/2006/relationships/image" Target="media/image303.w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image" Target="media/image296.wmf"/><Relationship Id="rId248" Type="http://schemas.openxmlformats.org/officeDocument/2006/relationships/oleObject" Target="embeddings/oleObject119.bin"/><Relationship Id="rId455" Type="http://schemas.openxmlformats.org/officeDocument/2006/relationships/image" Target="media/image227.wmf"/><Relationship Id="rId662" Type="http://schemas.openxmlformats.org/officeDocument/2006/relationships/image" Target="media/image330.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6.wmf"/><Relationship Id="rId522" Type="http://schemas.openxmlformats.org/officeDocument/2006/relationships/image" Target="media/image259.wmf"/><Relationship Id="rId96" Type="http://schemas.openxmlformats.org/officeDocument/2006/relationships/image" Target="media/image46.png"/><Relationship Id="rId161" Type="http://schemas.openxmlformats.org/officeDocument/2006/relationships/image" Target="media/image79.wmf"/><Relationship Id="rId399" Type="http://schemas.openxmlformats.org/officeDocument/2006/relationships/image" Target="media/image198.wmf"/><Relationship Id="rId259" Type="http://schemas.openxmlformats.org/officeDocument/2006/relationships/image" Target="media/image128.wmf"/><Relationship Id="rId466" Type="http://schemas.openxmlformats.org/officeDocument/2006/relationships/oleObject" Target="embeddings/oleObject227.bin"/><Relationship Id="rId673" Type="http://schemas.openxmlformats.org/officeDocument/2006/relationships/oleObject" Target="embeddings/oleObject331.bin"/><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oleObject" Target="embeddings/oleObject262.bin"/><Relationship Id="rId172" Type="http://schemas.openxmlformats.org/officeDocument/2006/relationships/oleObject" Target="embeddings/oleObject81.bin"/><Relationship Id="rId477" Type="http://schemas.openxmlformats.org/officeDocument/2006/relationships/image" Target="media/image237.wmf"/><Relationship Id="rId600" Type="http://schemas.openxmlformats.org/officeDocument/2006/relationships/oleObject" Target="embeddings/oleObject295.bin"/><Relationship Id="rId684" Type="http://schemas.openxmlformats.org/officeDocument/2006/relationships/image" Target="media/image341.wmf"/><Relationship Id="rId337" Type="http://schemas.openxmlformats.org/officeDocument/2006/relationships/image" Target="media/image167.wmf"/><Relationship Id="rId34" Type="http://schemas.openxmlformats.org/officeDocument/2006/relationships/oleObject" Target="embeddings/oleObject13.bin"/><Relationship Id="rId544" Type="http://schemas.openxmlformats.org/officeDocument/2006/relationships/image" Target="media/image270.wmf"/><Relationship Id="rId183" Type="http://schemas.openxmlformats.org/officeDocument/2006/relationships/image" Target="media/image90.wmf"/><Relationship Id="rId390" Type="http://schemas.openxmlformats.org/officeDocument/2006/relationships/oleObject" Target="embeddings/oleObject190.bin"/><Relationship Id="rId404" Type="http://schemas.openxmlformats.org/officeDocument/2006/relationships/image" Target="media/image200.png"/><Relationship Id="rId611" Type="http://schemas.openxmlformats.org/officeDocument/2006/relationships/image" Target="media/image304.wmf"/><Relationship Id="rId250" Type="http://schemas.openxmlformats.org/officeDocument/2006/relationships/oleObject" Target="embeddings/oleObject120.bin"/><Relationship Id="rId488" Type="http://schemas.openxmlformats.org/officeDocument/2006/relationships/oleObject" Target="embeddings/oleObject239.bin"/><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oleObject" Target="embeddings/oleObject169.bin"/><Relationship Id="rId555" Type="http://schemas.openxmlformats.org/officeDocument/2006/relationships/oleObject" Target="embeddings/oleObject27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oleObject" Target="embeddings/oleObject306.bin"/><Relationship Id="rId261" Type="http://schemas.openxmlformats.org/officeDocument/2006/relationships/image" Target="media/image129.wmf"/><Relationship Id="rId499" Type="http://schemas.openxmlformats.org/officeDocument/2006/relationships/image" Target="media/image248.wmf"/><Relationship Id="rId56" Type="http://schemas.openxmlformats.org/officeDocument/2006/relationships/oleObject" Target="embeddings/oleObject24.bin"/><Relationship Id="rId359" Type="http://schemas.openxmlformats.org/officeDocument/2006/relationships/image" Target="media/image178.wmf"/><Relationship Id="rId566" Type="http://schemas.openxmlformats.org/officeDocument/2006/relationships/image" Target="media/image281.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image" Target="media/image315.wmf"/><Relationship Id="rId67" Type="http://schemas.openxmlformats.org/officeDocument/2006/relationships/oleObject" Target="embeddings/oleObject29.bin"/><Relationship Id="rId272" Type="http://schemas.openxmlformats.org/officeDocument/2006/relationships/oleObject" Target="embeddings/oleObject131.bin"/><Relationship Id="rId577" Type="http://schemas.openxmlformats.org/officeDocument/2006/relationships/oleObject" Target="embeddings/oleObject284.bin"/><Relationship Id="rId132" Type="http://schemas.openxmlformats.org/officeDocument/2006/relationships/oleObject" Target="embeddings/oleObject61.bin"/><Relationship Id="rId437" Type="http://schemas.openxmlformats.org/officeDocument/2006/relationships/image" Target="media/image218.wmf"/><Relationship Id="rId644" Type="http://schemas.openxmlformats.org/officeDocument/2006/relationships/oleObject" Target="embeddings/oleObject317.bin"/><Relationship Id="rId283" Type="http://schemas.openxmlformats.org/officeDocument/2006/relationships/image" Target="media/image140.wmf"/><Relationship Id="rId490" Type="http://schemas.openxmlformats.org/officeDocument/2006/relationships/oleObject" Target="embeddings/oleObject240.bin"/><Relationship Id="rId504" Type="http://schemas.openxmlformats.org/officeDocument/2006/relationships/image" Target="media/image250.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image" Target="media/image292.jpeg"/><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oleObject" Target="embeddings/oleObject322.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5.png"/><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image" Target="media/image298.wmf"/><Relationship Id="rId459" Type="http://schemas.openxmlformats.org/officeDocument/2006/relationships/image" Target="media/image229.wmf"/><Relationship Id="rId666" Type="http://schemas.openxmlformats.org/officeDocument/2006/relationships/image" Target="media/image332.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61.wmf"/><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oleObject" Target="embeddings/oleObject333.bin"/><Relationship Id="rId232" Type="http://schemas.openxmlformats.org/officeDocument/2006/relationships/oleObject" Target="embeddings/oleObject111.bin"/><Relationship Id="rId27" Type="http://schemas.openxmlformats.org/officeDocument/2006/relationships/image" Target="media/image11.wmf"/><Relationship Id="rId537" Type="http://schemas.openxmlformats.org/officeDocument/2006/relationships/oleObject" Target="embeddings/oleObject264.bin"/><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image" Target="media/image190.wmf"/><Relationship Id="rId590" Type="http://schemas.openxmlformats.org/officeDocument/2006/relationships/oleObject" Target="embeddings/oleObject290.bin"/><Relationship Id="rId604" Type="http://schemas.openxmlformats.org/officeDocument/2006/relationships/oleObject" Target="embeddings/oleObject297.bin"/><Relationship Id="rId243" Type="http://schemas.openxmlformats.org/officeDocument/2006/relationships/image" Target="media/image120.wmf"/><Relationship Id="rId450" Type="http://schemas.openxmlformats.org/officeDocument/2006/relationships/oleObject" Target="embeddings/oleObject219.bin"/><Relationship Id="rId688" Type="http://schemas.openxmlformats.org/officeDocument/2006/relationships/image" Target="media/image343.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50.bin"/><Relationship Id="rId548" Type="http://schemas.openxmlformats.org/officeDocument/2006/relationships/image" Target="media/image272.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6.wmf"/><Relationship Id="rId254" Type="http://schemas.openxmlformats.org/officeDocument/2006/relationships/oleObject" Target="embeddings/oleObject1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4048F-26EB-4245-9CBB-F73DD555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10</Pages>
  <Words>3097</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33</cp:revision>
  <cp:lastPrinted>2025-04-27T02:52:00Z</cp:lastPrinted>
  <dcterms:created xsi:type="dcterms:W3CDTF">2022-08-12T10:34:00Z</dcterms:created>
  <dcterms:modified xsi:type="dcterms:W3CDTF">2025-05-11T14:03:00Z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