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CAA" w:rsidRPr="00F33CAA" w:rsidRDefault="00F33CAA" w:rsidP="00F33CAA">
      <w:pPr>
        <w:pStyle w:val="Heading2"/>
        <w:tabs>
          <w:tab w:val="left" w:pos="283"/>
          <w:tab w:val="left" w:pos="2835"/>
          <w:tab w:val="left" w:pos="5386"/>
          <w:tab w:val="left" w:pos="7937"/>
        </w:tabs>
        <w:spacing w:before="0"/>
        <w:ind w:firstLine="283"/>
        <w:jc w:val="center"/>
        <w:rPr>
          <w:rFonts w:asciiTheme="minorHAnsi" w:hAnsiTheme="minorHAnsi"/>
          <w:i w:val="0"/>
          <w:color w:val="FF0000"/>
          <w:sz w:val="36"/>
          <w:lang w:val="en-US"/>
        </w:rPr>
      </w:pPr>
      <w:bookmarkStart w:id="0" w:name="_Hlk197890035"/>
      <w:r w:rsidRPr="00F33CAA">
        <w:rPr>
          <w:rFonts w:ascii="UTM Avo" w:hAnsi="UTM Avo"/>
          <w:i w:val="0"/>
          <w:color w:val="FF0000"/>
          <w:sz w:val="36"/>
        </w:rPr>
        <w:t>ĐỀ 0</w:t>
      </w:r>
      <w:r w:rsidRPr="00F33CAA">
        <w:rPr>
          <w:rFonts w:ascii="UTM Avo" w:hAnsi="UTM Avo"/>
          <w:i w:val="0"/>
          <w:color w:val="FF0000"/>
          <w:sz w:val="36"/>
          <w:lang w:val="en-US"/>
        </w:rPr>
        <w:t xml:space="preserve">8 </w:t>
      </w:r>
      <w:r w:rsidRPr="00F33CAA">
        <w:rPr>
          <w:i w:val="0"/>
          <w:color w:val="FF0000"/>
          <w:sz w:val="36"/>
          <w:lang w:val="en-US"/>
        </w:rPr>
        <w:t>–</w:t>
      </w:r>
      <w:r w:rsidRPr="00F33CAA">
        <w:rPr>
          <w:rFonts w:ascii="UTM Avo" w:hAnsi="UTM Avo"/>
          <w:i w:val="0"/>
          <w:color w:val="FF0000"/>
          <w:sz w:val="36"/>
          <w:lang w:val="en-US"/>
        </w:rPr>
        <w:t xml:space="preserve"> GIẢI</w:t>
      </w:r>
    </w:p>
    <w:p w:rsidR="00D05C3D" w:rsidRPr="00453277" w:rsidRDefault="00D05C3D" w:rsidP="00F33CAA">
      <w:pPr>
        <w:tabs>
          <w:tab w:val="left" w:pos="5760"/>
        </w:tabs>
        <w:spacing w:before="0" w:after="0"/>
        <w:rPr>
          <w:rFonts w:eastAsia="Calibri" w:cs="Times New Roman"/>
          <w:color w:val="FF0000"/>
          <w:szCs w:val="24"/>
        </w:rPr>
      </w:pPr>
      <w:r w:rsidRPr="00453277">
        <w:rPr>
          <w:rFonts w:eastAsia="Calibri" w:cs="Times New Roman"/>
          <w:b/>
          <w:bCs/>
          <w:color w:val="FF0000"/>
          <w:szCs w:val="24"/>
        </w:rPr>
        <w:t xml:space="preserve">PHẦN I. Câu trắc nghiệm nhiều phương án lựa chọn (3,0 điểm). </w:t>
      </w:r>
      <w:r w:rsidRPr="00453277">
        <w:rPr>
          <w:rFonts w:eastAsia="Calibri" w:cs="Times New Roman"/>
          <w:bCs/>
          <w:color w:val="FF0000"/>
          <w:szCs w:val="24"/>
        </w:rPr>
        <w:t>Thí sinh trả lời từ câu 1 đến câu 12. Mỗi câu hỏi thí sinh chỉ chọn một phương án.</w:t>
      </w:r>
    </w:p>
    <w:p w:rsidR="00D05C3D" w:rsidRPr="00103EB1" w:rsidRDefault="00D05C3D" w:rsidP="00D05C3D">
      <w:pPr>
        <w:spacing w:before="0" w:after="0"/>
        <w:rPr>
          <w:b/>
          <w:color w:val="0000FF"/>
        </w:rPr>
      </w:pPr>
      <w:r w:rsidRPr="00DB6955">
        <w:rPr>
          <w:rFonts w:eastAsia="Calibri"/>
          <w:b/>
          <w:color w:val="0000FF"/>
          <w:szCs w:val="24"/>
        </w:rPr>
        <w:t xml:space="preserve">Câu 1. </w:t>
      </w:r>
      <w:r w:rsidRPr="00DB6955">
        <w:t xml:space="preserve">Tập nghiệm của bất phương trình </w:t>
      </w:r>
      <w:r w:rsidRPr="00DB6955">
        <w:rPr>
          <w:position w:val="-14"/>
        </w:rPr>
        <w:object w:dxaOrig="1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pt;height:19.85pt" o:ole="">
            <v:imagedata r:id="rId8" o:title=""/>
          </v:shape>
          <o:OLEObject Type="Embed" ProgID="Equation.DSMT4" ShapeID="_x0000_i1025" DrawAspect="Content" ObjectID="_1808513389" r:id="rId9"/>
        </w:object>
      </w:r>
      <w:r w:rsidRPr="00DB6955">
        <w:t xml:space="preserve"> là:</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u w:val="single"/>
          <w:lang w:val="nl-NL"/>
        </w:rPr>
        <w:t>A</w:t>
      </w:r>
      <w:r w:rsidRPr="00DB6955">
        <w:rPr>
          <w:b/>
          <w:color w:val="0000FF"/>
          <w:lang w:val="nl-NL"/>
        </w:rPr>
        <w:t>.</w:t>
      </w:r>
      <w:r w:rsidRPr="00DB6955">
        <w:rPr>
          <w:b/>
          <w:color w:val="000099"/>
          <w:lang w:val="nl-NL"/>
        </w:rPr>
        <w:t xml:space="preserve"> </w:t>
      </w:r>
      <w:r w:rsidRPr="00DB6955">
        <w:rPr>
          <w:position w:val="-14"/>
        </w:rPr>
        <w:object w:dxaOrig="900" w:dyaOrig="400">
          <v:shape id="_x0000_i1026" type="#_x0000_t75" style="width:45.25pt;height:19.85pt" o:ole="">
            <v:imagedata r:id="rId10" o:title=""/>
          </v:shape>
          <o:OLEObject Type="Embed" ProgID="Equation.DSMT4" ShapeID="_x0000_i1026" DrawAspect="Content" ObjectID="_1808513390" r:id="rId11"/>
        </w:object>
      </w:r>
      <w:r w:rsidRPr="00DB6955">
        <w:t>.</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rPr>
          <w:position w:val="-14"/>
        </w:rPr>
        <w:object w:dxaOrig="760" w:dyaOrig="400">
          <v:shape id="_x0000_i1027" type="#_x0000_t75" style="width:37.85pt;height:19.85pt" o:ole="">
            <v:imagedata r:id="rId12" o:title=""/>
          </v:shape>
          <o:OLEObject Type="Embed" ProgID="Equation.DSMT4" ShapeID="_x0000_i1027" DrawAspect="Content" ObjectID="_1808513391" r:id="rId13"/>
        </w:object>
      </w:r>
      <w:r w:rsidRPr="00DB6955">
        <w:t>.</w:t>
      </w:r>
      <w:r w:rsidRPr="00DB6955">
        <w:rPr>
          <w:rFonts w:eastAsia="Times New Roman"/>
          <w:b/>
          <w:color w:val="0000FF"/>
          <w:lang w:val="nl-NL"/>
        </w:rPr>
        <w:tab/>
      </w:r>
      <w:r w:rsidRPr="00DB6955">
        <w:rPr>
          <w:b/>
          <w:color w:val="0000FF"/>
          <w:lang w:val="nl-NL"/>
        </w:rPr>
        <w:t>C.</w:t>
      </w:r>
      <w:r w:rsidRPr="00DB6955">
        <w:t xml:space="preserve"> </w:t>
      </w:r>
      <w:r w:rsidRPr="00DB6955">
        <w:rPr>
          <w:position w:val="-14"/>
        </w:rPr>
        <w:object w:dxaOrig="859" w:dyaOrig="400">
          <v:shape id="_x0000_i1028" type="#_x0000_t75" style="width:43.4pt;height:19.85pt" o:ole="">
            <v:imagedata r:id="rId14" o:title=""/>
          </v:shape>
          <o:OLEObject Type="Embed" ProgID="Equation.DSMT4" ShapeID="_x0000_i1028" DrawAspect="Content" ObjectID="_1808513392" r:id="rId15"/>
        </w:object>
      </w:r>
      <w:r w:rsidRPr="00DB6955">
        <w:rPr>
          <w:rFonts w:eastAsia="Times New Roman"/>
          <w:b/>
          <w:color w:val="0000FF"/>
          <w:lang w:val="nl-NL"/>
        </w:rPr>
        <w:tab/>
      </w:r>
      <w:r w:rsidRPr="00DB6955">
        <w:rPr>
          <w:b/>
          <w:color w:val="0000FF"/>
          <w:lang w:val="nl-NL"/>
        </w:rPr>
        <w:t>D.</w:t>
      </w:r>
      <w:r w:rsidRPr="00DB6955">
        <w:t xml:space="preserve"> </w:t>
      </w:r>
      <w:r w:rsidRPr="00DB6955">
        <w:rPr>
          <w:position w:val="-14"/>
        </w:rPr>
        <w:object w:dxaOrig="880" w:dyaOrig="400">
          <v:shape id="_x0000_i1029" type="#_x0000_t75" style="width:43.85pt;height:19.85pt" o:ole="">
            <v:imagedata r:id="rId16" o:title=""/>
          </v:shape>
          <o:OLEObject Type="Embed" ProgID="Equation.DSMT4" ShapeID="_x0000_i1029" DrawAspect="Content" ObjectID="_1808513393" r:id="rId17"/>
        </w:object>
      </w:r>
      <w:r w:rsidRPr="00DB6955">
        <w:t>.</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A</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Điều kiện: </w:t>
      </w:r>
      <w:r w:rsidRPr="00DB6955">
        <w:rPr>
          <w:position w:val="-6"/>
        </w:rPr>
        <w:object w:dxaOrig="680" w:dyaOrig="279">
          <v:shape id="_x0000_i1030" type="#_x0000_t75" style="width:34.15pt;height:13.85pt" o:ole="">
            <v:imagedata r:id="rId18" o:title=""/>
          </v:shape>
          <o:OLEObject Type="Embed" ProgID="Equation.DSMT4" ShapeID="_x0000_i1030" DrawAspect="Content" ObjectID="_1808513394" r:id="rId19"/>
        </w:object>
      </w:r>
    </w:p>
    <w:p w:rsidR="00D05C3D" w:rsidRPr="00DB6955" w:rsidRDefault="00D05C3D" w:rsidP="00D05C3D">
      <w:pPr>
        <w:tabs>
          <w:tab w:val="left" w:pos="283"/>
          <w:tab w:val="left" w:pos="2835"/>
          <w:tab w:val="left" w:pos="5386"/>
          <w:tab w:val="left" w:pos="7937"/>
        </w:tabs>
        <w:spacing w:before="0" w:after="0"/>
        <w:ind w:firstLine="283"/>
      </w:pPr>
      <w:r w:rsidRPr="00DB6955">
        <w:t xml:space="preserve">Bất phương trình ban đầu trở thành </w:t>
      </w:r>
      <w:r w:rsidRPr="00DB6955">
        <w:rPr>
          <w:position w:val="-6"/>
        </w:rPr>
        <w:object w:dxaOrig="1900" w:dyaOrig="320">
          <v:shape id="_x0000_i1031" type="#_x0000_t75" style="width:94.6pt;height:16.15pt" o:ole="">
            <v:imagedata r:id="rId20" o:title=""/>
          </v:shape>
          <o:OLEObject Type="Embed" ProgID="Equation.DSMT4" ShapeID="_x0000_i1031" DrawAspect="Content" ObjectID="_1808513395" r:id="rId21"/>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Kết hợp với điều kiện ta được </w:t>
      </w:r>
      <w:r w:rsidRPr="00DB6955">
        <w:rPr>
          <w:position w:val="-6"/>
        </w:rPr>
        <w:object w:dxaOrig="680" w:dyaOrig="279">
          <v:shape id="_x0000_i1032" type="#_x0000_t75" style="width:34.15pt;height:13.85pt" o:ole="">
            <v:imagedata r:id="rId22" o:title=""/>
          </v:shape>
          <o:OLEObject Type="Embed" ProgID="Equation.DSMT4" ShapeID="_x0000_i1032" DrawAspect="Content" ObjectID="_1808513396" r:id="rId23"/>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Vậy tập nghiệm của bất phương trình là </w:t>
      </w:r>
      <w:r w:rsidRPr="00DB6955">
        <w:rPr>
          <w:position w:val="-14"/>
        </w:rPr>
        <w:object w:dxaOrig="1280" w:dyaOrig="400">
          <v:shape id="_x0000_i1033" type="#_x0000_t75" style="width:64.15pt;height:19.85pt" o:ole="">
            <v:imagedata r:id="rId24" o:title=""/>
          </v:shape>
          <o:OLEObject Type="Embed" ProgID="Equation.DSMT4" ShapeID="_x0000_i1033" DrawAspect="Content" ObjectID="_1808513397" r:id="rId25"/>
        </w:object>
      </w:r>
      <w:r w:rsidRPr="00DB6955">
        <w:t>.</w:t>
      </w:r>
    </w:p>
    <w:p w:rsidR="00D05C3D" w:rsidRPr="00DB6955" w:rsidRDefault="00D05C3D" w:rsidP="00D05C3D">
      <w:pPr>
        <w:spacing w:before="0" w:after="0"/>
      </w:pPr>
      <w:r w:rsidRPr="00DB6955">
        <w:rPr>
          <w:rFonts w:eastAsia="Calibri"/>
          <w:b/>
          <w:color w:val="0000FF"/>
          <w:szCs w:val="24"/>
        </w:rPr>
        <w:t xml:space="preserve">Câu 2. </w:t>
      </w:r>
      <w:r w:rsidRPr="00DB6955">
        <w:t xml:space="preserve">Cho hàm số </w:t>
      </w:r>
      <w:r w:rsidRPr="00DB6955">
        <w:rPr>
          <w:position w:val="-14"/>
        </w:rPr>
        <w:object w:dxaOrig="999" w:dyaOrig="400">
          <v:shape id="_x0000_i1034" type="#_x0000_t75" style="width:49.85pt;height:19.85pt" o:ole="">
            <v:imagedata r:id="rId26" o:title=""/>
          </v:shape>
          <o:OLEObject Type="Embed" ProgID="Equation.DSMT4" ShapeID="_x0000_i1034" DrawAspect="Content" ObjectID="_1808513398" r:id="rId27"/>
        </w:object>
      </w:r>
      <w:r w:rsidRPr="00DB6955">
        <w:t xml:space="preserve"> có đồ thị như hình vẽ</w:t>
      </w:r>
    </w:p>
    <w:p w:rsidR="00D05C3D" w:rsidRPr="00DB6955" w:rsidRDefault="00D05C3D" w:rsidP="00D05C3D">
      <w:pPr>
        <w:tabs>
          <w:tab w:val="left" w:pos="283"/>
          <w:tab w:val="left" w:pos="2835"/>
          <w:tab w:val="left" w:pos="5386"/>
          <w:tab w:val="left" w:pos="7937"/>
        </w:tabs>
        <w:spacing w:before="0" w:after="0"/>
        <w:ind w:firstLine="283"/>
      </w:pPr>
      <w:r w:rsidRPr="00DB6955">
        <w:rPr>
          <w:noProof/>
        </w:rPr>
        <w:drawing>
          <wp:inline distT="0" distB="0" distL="0" distR="0" wp14:anchorId="1DA60589" wp14:editId="052F24C0">
            <wp:extent cx="1635125" cy="1308100"/>
            <wp:effectExtent l="0" t="0" r="3175"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30917" name=""/>
                    <pic:cNvPicPr/>
                  </pic:nvPicPr>
                  <pic:blipFill rotWithShape="1">
                    <a:blip r:embed="rId28"/>
                    <a:srcRect l="24146" b="17171"/>
                    <a:stretch/>
                  </pic:blipFill>
                  <pic:spPr bwMode="auto">
                    <a:xfrm>
                      <a:off x="0" y="0"/>
                      <a:ext cx="1635125" cy="1308100"/>
                    </a:xfrm>
                    <a:prstGeom prst="rect">
                      <a:avLst/>
                    </a:prstGeom>
                    <a:ln>
                      <a:noFill/>
                    </a:ln>
                    <a:extLst>
                      <a:ext uri="{53640926-AAD7-44D8-BBD7-CCE9431645EC}">
                        <a14:shadowObscured xmlns:a14="http://schemas.microsoft.com/office/drawing/2010/main"/>
                      </a:ext>
                    </a:extLst>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b/>
          <w:color w:val="0000FF"/>
        </w:rPr>
      </w:pPr>
      <w:r w:rsidRPr="00DB6955">
        <w:t xml:space="preserve">Hàm số </w:t>
      </w:r>
      <w:r w:rsidRPr="00DB6955">
        <w:rPr>
          <w:position w:val="-14"/>
        </w:rPr>
        <w:object w:dxaOrig="960" w:dyaOrig="400">
          <v:shape id="_x0000_i1035" type="#_x0000_t75" style="width:48pt;height:19.85pt" o:ole="">
            <v:imagedata r:id="rId29" o:title=""/>
          </v:shape>
          <o:OLEObject Type="Embed" ProgID="Equation.DSMT4" ShapeID="_x0000_i1035" DrawAspect="Content" ObjectID="_1808513399" r:id="rId30"/>
        </w:object>
      </w:r>
      <w:r w:rsidRPr="00DB6955">
        <w:t xml:space="preserve"> nghịch biến trên khoảng nào dưới đây?</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A.</w:t>
      </w:r>
      <w:r w:rsidRPr="00DB6955">
        <w:rPr>
          <w:b/>
          <w:color w:val="000099"/>
          <w:lang w:val="nl-NL"/>
        </w:rPr>
        <w:t xml:space="preserve"> </w:t>
      </w:r>
      <w:r w:rsidRPr="00DB6955">
        <w:rPr>
          <w:position w:val="-14"/>
        </w:rPr>
        <w:object w:dxaOrig="760" w:dyaOrig="400">
          <v:shape id="_x0000_i1036" type="#_x0000_t75" style="width:37.85pt;height:19.85pt" o:ole="">
            <v:imagedata r:id="rId31" o:title=""/>
          </v:shape>
          <o:OLEObject Type="Embed" ProgID="Equation.DSMT4" ShapeID="_x0000_i1036" DrawAspect="Content" ObjectID="_1808513400" r:id="rId32"/>
        </w:object>
      </w:r>
      <w:r w:rsidRPr="00DB6955">
        <w:t>.</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rPr>
          <w:position w:val="-14"/>
        </w:rPr>
        <w:object w:dxaOrig="540" w:dyaOrig="400">
          <v:shape id="_x0000_i1037" type="#_x0000_t75" style="width:27.25pt;height:19.85pt" o:ole="">
            <v:imagedata r:id="rId33" o:title=""/>
          </v:shape>
          <o:OLEObject Type="Embed" ProgID="Equation.DSMT4" ShapeID="_x0000_i1037" DrawAspect="Content" ObjectID="_1808513401" r:id="rId34"/>
        </w:object>
      </w:r>
      <w:r w:rsidRPr="00DB6955">
        <w:t>.</w:t>
      </w:r>
      <w:r w:rsidRPr="00DB6955">
        <w:rPr>
          <w:rFonts w:eastAsia="Times New Roman"/>
          <w:b/>
          <w:color w:val="0000FF"/>
          <w:lang w:val="nl-NL"/>
        </w:rPr>
        <w:tab/>
      </w:r>
      <w:r w:rsidRPr="00DB6955">
        <w:rPr>
          <w:b/>
          <w:color w:val="0000FF"/>
          <w:lang w:val="nl-NL"/>
        </w:rPr>
        <w:t>C.</w:t>
      </w:r>
      <w:r w:rsidRPr="00DB6955">
        <w:t xml:space="preserve"> </w:t>
      </w:r>
      <w:r w:rsidRPr="00DB6955">
        <w:rPr>
          <w:position w:val="-14"/>
        </w:rPr>
        <w:object w:dxaOrig="760" w:dyaOrig="400">
          <v:shape id="_x0000_i1038" type="#_x0000_t75" style="width:37.85pt;height:19.85pt" o:ole="">
            <v:imagedata r:id="rId35" o:title=""/>
          </v:shape>
          <o:OLEObject Type="Embed" ProgID="Equation.DSMT4" ShapeID="_x0000_i1038" DrawAspect="Content" ObjectID="_1808513402" r:id="rId36"/>
        </w:object>
      </w:r>
      <w:r w:rsidRPr="00DB6955">
        <w:t>.</w:t>
      </w:r>
      <w:r w:rsidRPr="00DB6955">
        <w:rPr>
          <w:rFonts w:eastAsia="Times New Roman"/>
          <w:b/>
          <w:color w:val="0000FF"/>
          <w:lang w:val="nl-NL"/>
        </w:rPr>
        <w:tab/>
      </w:r>
      <w:r w:rsidRPr="00DB6955">
        <w:rPr>
          <w:b/>
          <w:color w:val="0000FF"/>
          <w:u w:val="single"/>
          <w:lang w:val="nl-NL"/>
        </w:rPr>
        <w:t>D</w:t>
      </w:r>
      <w:r w:rsidRPr="00DB6955">
        <w:rPr>
          <w:b/>
          <w:color w:val="0000FF"/>
          <w:lang w:val="nl-NL"/>
        </w:rPr>
        <w:t>.</w:t>
      </w:r>
      <w:r w:rsidRPr="00DB6955">
        <w:t xml:space="preserve"> </w:t>
      </w:r>
      <w:r w:rsidRPr="00DB6955">
        <w:rPr>
          <w:position w:val="-14"/>
        </w:rPr>
        <w:object w:dxaOrig="540" w:dyaOrig="400">
          <v:shape id="_x0000_i1039" type="#_x0000_t75" style="width:27.25pt;height:19.85pt" o:ole="">
            <v:imagedata r:id="rId37" o:title=""/>
          </v:shape>
          <o:OLEObject Type="Embed" ProgID="Equation.DSMT4" ShapeID="_x0000_i1039" DrawAspect="Content" ObjectID="_1808513403" r:id="rId38"/>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D</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thấy </w:t>
      </w:r>
      <w:r w:rsidRPr="00DB6955">
        <w:rPr>
          <w:position w:val="-14"/>
        </w:rPr>
        <w:object w:dxaOrig="2040" w:dyaOrig="400">
          <v:shape id="_x0000_i1040" type="#_x0000_t75" style="width:102pt;height:19.85pt" o:ole="">
            <v:imagedata r:id="rId39" o:title=""/>
          </v:shape>
          <o:OLEObject Type="Embed" ProgID="Equation.DSMT4" ShapeID="_x0000_i1040" DrawAspect="Content" ObjectID="_1808513404" r:id="rId40"/>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Vậy hàm số </w:t>
      </w:r>
      <w:r w:rsidRPr="00DB6955">
        <w:rPr>
          <w:position w:val="-14"/>
        </w:rPr>
        <w:object w:dxaOrig="960" w:dyaOrig="400">
          <v:shape id="_x0000_i1041" type="#_x0000_t75" style="width:48pt;height:19.85pt" o:ole="">
            <v:imagedata r:id="rId41" o:title=""/>
          </v:shape>
          <o:OLEObject Type="Embed" ProgID="Equation.DSMT4" ShapeID="_x0000_i1041" DrawAspect="Content" ObjectID="_1808513405" r:id="rId42"/>
        </w:object>
      </w:r>
      <w:r w:rsidRPr="00DB6955">
        <w:t xml:space="preserve"> nghịch biến trên khoảng </w:t>
      </w:r>
      <w:r w:rsidRPr="00DB6955">
        <w:rPr>
          <w:position w:val="-14"/>
        </w:rPr>
        <w:object w:dxaOrig="540" w:dyaOrig="400">
          <v:shape id="_x0000_i1042" type="#_x0000_t75" style="width:27.25pt;height:19.85pt" o:ole="">
            <v:imagedata r:id="rId43" o:title=""/>
          </v:shape>
          <o:OLEObject Type="Embed" ProgID="Equation.DSMT4" ShapeID="_x0000_i1042" DrawAspect="Content" ObjectID="_1808513406" r:id="rId44"/>
        </w:object>
      </w:r>
      <w:r w:rsidRPr="00DB6955">
        <w:t>.</w:t>
      </w:r>
    </w:p>
    <w:p w:rsidR="00D05C3D" w:rsidRPr="00DB6955" w:rsidRDefault="00D05C3D" w:rsidP="00D05C3D">
      <w:pPr>
        <w:spacing w:before="0" w:after="0"/>
      </w:pPr>
      <w:r w:rsidRPr="00DB6955">
        <w:rPr>
          <w:rFonts w:eastAsia="Calibri"/>
          <w:b/>
          <w:color w:val="0000FF"/>
          <w:szCs w:val="24"/>
        </w:rPr>
        <w:t xml:space="preserve">Câu 3. </w:t>
      </w:r>
      <w:r w:rsidRPr="00DB6955">
        <w:t xml:space="preserve">Cho hình chóp </w:t>
      </w:r>
      <w:r w:rsidRPr="00DB6955">
        <w:rPr>
          <w:position w:val="-6"/>
        </w:rPr>
        <w:object w:dxaOrig="920" w:dyaOrig="279">
          <v:shape id="_x0000_i1043" type="#_x0000_t75" style="width:46.15pt;height:13.85pt" o:ole="">
            <v:imagedata r:id="rId45" o:title=""/>
          </v:shape>
          <o:OLEObject Type="Embed" ProgID="Equation.DSMT4" ShapeID="_x0000_i1043" DrawAspect="Content" ObjectID="_1808513407" r:id="rId46"/>
        </w:object>
      </w:r>
      <w:r w:rsidRPr="00DB6955">
        <w:t xml:space="preserve"> có đáy là hình vuông cạnh </w:t>
      </w:r>
      <w:r w:rsidRPr="00DB6955">
        <w:rPr>
          <w:position w:val="-6"/>
        </w:rPr>
        <w:object w:dxaOrig="200" w:dyaOrig="220">
          <v:shape id="_x0000_i1044" type="#_x0000_t75" style="width:10.15pt;height:10.6pt" o:ole="">
            <v:imagedata r:id="rId47" o:title=""/>
          </v:shape>
          <o:OLEObject Type="Embed" ProgID="Equation.DSMT4" ShapeID="_x0000_i1044" DrawAspect="Content" ObjectID="_1808513408" r:id="rId48"/>
        </w:object>
      </w:r>
      <w:r w:rsidRPr="00DB6955">
        <w:t xml:space="preserve">, </w:t>
      </w:r>
      <w:r w:rsidRPr="00DB6955">
        <w:rPr>
          <w:position w:val="-8"/>
        </w:rPr>
        <w:object w:dxaOrig="999" w:dyaOrig="360">
          <v:shape id="_x0000_i1045" type="#_x0000_t75" style="width:49.85pt;height:18pt" o:ole="">
            <v:imagedata r:id="rId49" o:title=""/>
          </v:shape>
          <o:OLEObject Type="Embed" ProgID="Equation.DSMT4" ShapeID="_x0000_i1045" DrawAspect="Content" ObjectID="_1808513409" r:id="rId50"/>
        </w:object>
      </w:r>
      <w:r w:rsidRPr="00DB6955">
        <w:t xml:space="preserve">, đường thẳng </w:t>
      </w:r>
      <w:r w:rsidRPr="00DB6955">
        <w:rPr>
          <w:position w:val="-6"/>
        </w:rPr>
        <w:object w:dxaOrig="340" w:dyaOrig="279">
          <v:shape id="_x0000_i1046" type="#_x0000_t75" style="width:16.6pt;height:13.85pt" o:ole="">
            <v:imagedata r:id="rId51" o:title=""/>
          </v:shape>
          <o:OLEObject Type="Embed" ProgID="Equation.DSMT4" ShapeID="_x0000_i1046" DrawAspect="Content" ObjectID="_1808513410" r:id="rId52"/>
        </w:object>
      </w:r>
      <w:r w:rsidRPr="00DB6955">
        <w:t xml:space="preserve"> vuông góc với mặt phẳng </w:t>
      </w:r>
      <w:r w:rsidRPr="00DB6955">
        <w:rPr>
          <w:position w:val="-14"/>
        </w:rPr>
        <w:object w:dxaOrig="920" w:dyaOrig="400">
          <v:shape id="_x0000_i1047" type="#_x0000_t75" style="width:46.15pt;height:19.85pt" o:ole="">
            <v:imagedata r:id="rId53" o:title=""/>
          </v:shape>
          <o:OLEObject Type="Embed" ProgID="Equation.DSMT4" ShapeID="_x0000_i1047" DrawAspect="Content" ObjectID="_1808513411" r:id="rId54"/>
        </w:object>
      </w:r>
      <w:r w:rsidRPr="00DB6955">
        <w:t xml:space="preserve"> (tham khảo hình vẽ).</w:t>
      </w:r>
    </w:p>
    <w:p w:rsidR="00D05C3D" w:rsidRPr="00DB6955" w:rsidRDefault="00D05C3D" w:rsidP="00D05C3D">
      <w:pPr>
        <w:tabs>
          <w:tab w:val="left" w:pos="283"/>
          <w:tab w:val="left" w:pos="2835"/>
          <w:tab w:val="left" w:pos="5386"/>
          <w:tab w:val="left" w:pos="7937"/>
        </w:tabs>
        <w:spacing w:before="0" w:after="0"/>
        <w:ind w:firstLine="283"/>
      </w:pPr>
      <w:r w:rsidRPr="00DB6955">
        <w:rPr>
          <w:noProof/>
        </w:rPr>
        <w:drawing>
          <wp:inline distT="0" distB="0" distL="0" distR="0" wp14:anchorId="7CA19444" wp14:editId="5DC1EF96">
            <wp:extent cx="2095792" cy="165758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60367" name=""/>
                    <pic:cNvPicPr/>
                  </pic:nvPicPr>
                  <pic:blipFill>
                    <a:blip r:embed="rId55"/>
                    <a:stretch>
                      <a:fillRect/>
                    </a:stretch>
                  </pic:blipFill>
                  <pic:spPr>
                    <a:xfrm>
                      <a:off x="0" y="0"/>
                      <a:ext cx="2095792" cy="1657581"/>
                    </a:xfrm>
                    <a:prstGeom prst="rect">
                      <a:avLst/>
                    </a:prstGeom>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b/>
          <w:color w:val="0000FF"/>
        </w:rPr>
      </w:pPr>
      <w:r w:rsidRPr="00DB6955">
        <w:t xml:space="preserve">Góc giữa đường thẳng </w:t>
      </w:r>
      <w:r w:rsidRPr="00DB6955">
        <w:rPr>
          <w:position w:val="-6"/>
        </w:rPr>
        <w:object w:dxaOrig="360" w:dyaOrig="279">
          <v:shape id="_x0000_i1048" type="#_x0000_t75" style="width:18pt;height:13.85pt" o:ole="">
            <v:imagedata r:id="rId56" o:title=""/>
          </v:shape>
          <o:OLEObject Type="Embed" ProgID="Equation.DSMT4" ShapeID="_x0000_i1048" DrawAspect="Content" ObjectID="_1808513412" r:id="rId57"/>
        </w:object>
      </w:r>
      <w:r w:rsidRPr="00DB6955">
        <w:t xml:space="preserve"> và mặt phẳng </w:t>
      </w:r>
      <w:r w:rsidRPr="00DB6955">
        <w:rPr>
          <w:position w:val="-14"/>
        </w:rPr>
        <w:object w:dxaOrig="920" w:dyaOrig="400">
          <v:shape id="_x0000_i1049" type="#_x0000_t75" style="width:46.15pt;height:19.85pt" o:ole="">
            <v:imagedata r:id="rId58" o:title=""/>
          </v:shape>
          <o:OLEObject Type="Embed" ProgID="Equation.DSMT4" ShapeID="_x0000_i1049" DrawAspect="Content" ObjectID="_1808513413" r:id="rId59"/>
        </w:object>
      </w:r>
      <w:r w:rsidRPr="00DB6955">
        <w:t xml:space="preserve"> là:</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A.</w:t>
      </w:r>
      <w:r w:rsidRPr="00DB6955">
        <w:rPr>
          <w:b/>
          <w:color w:val="000099"/>
          <w:lang w:val="nl-NL"/>
        </w:rPr>
        <w:t xml:space="preserve"> </w:t>
      </w:r>
      <w:r w:rsidRPr="00DB6955">
        <w:rPr>
          <w:position w:val="-6"/>
        </w:rPr>
        <w:object w:dxaOrig="400" w:dyaOrig="279">
          <v:shape id="_x0000_i1050" type="#_x0000_t75" style="width:19.85pt;height:13.85pt" o:ole="">
            <v:imagedata r:id="rId60" o:title=""/>
          </v:shape>
          <o:OLEObject Type="Embed" ProgID="Equation.DSMT4" ShapeID="_x0000_i1050" DrawAspect="Content" ObjectID="_1808513414" r:id="rId61"/>
        </w:object>
      </w:r>
      <w:r w:rsidRPr="00DB6955">
        <w:t>.</w:t>
      </w:r>
      <w:r w:rsidRPr="00DB6955">
        <w:rPr>
          <w:rFonts w:eastAsia="Times New Roman"/>
          <w:b/>
          <w:color w:val="0000FF"/>
          <w:lang w:val="nl-NL"/>
        </w:rPr>
        <w:tab/>
      </w:r>
      <w:r w:rsidRPr="00DB6955">
        <w:rPr>
          <w:b/>
          <w:color w:val="0000FF"/>
          <w:lang w:val="nl-NL"/>
        </w:rPr>
        <w:t>B.</w:t>
      </w:r>
      <w:r w:rsidRPr="00DB6955">
        <w:t xml:space="preserve"> </w:t>
      </w:r>
      <w:r w:rsidRPr="00DB6955">
        <w:rPr>
          <w:position w:val="-6"/>
        </w:rPr>
        <w:object w:dxaOrig="400" w:dyaOrig="279">
          <v:shape id="_x0000_i1051" type="#_x0000_t75" style="width:19.85pt;height:13.85pt" o:ole="">
            <v:imagedata r:id="rId62" o:title=""/>
          </v:shape>
          <o:OLEObject Type="Embed" ProgID="Equation.DSMT4" ShapeID="_x0000_i1051" DrawAspect="Content" ObjectID="_1808513415" r:id="rId63"/>
        </w:object>
      </w:r>
      <w:r w:rsidRPr="00DB6955">
        <w:t>.</w:t>
      </w:r>
      <w:r w:rsidRPr="00DB6955">
        <w:rPr>
          <w:rFonts w:eastAsia="Times New Roman"/>
          <w:b/>
          <w:color w:val="0000FF"/>
          <w:lang w:val="nl-NL"/>
        </w:rPr>
        <w:tab/>
      </w:r>
      <w:r w:rsidRPr="00DB6955">
        <w:rPr>
          <w:b/>
          <w:color w:val="0000FF"/>
          <w:u w:val="single"/>
          <w:lang w:val="nl-NL"/>
        </w:rPr>
        <w:t>C</w:t>
      </w:r>
      <w:r w:rsidRPr="00DB6955">
        <w:rPr>
          <w:b/>
          <w:color w:val="0000FF"/>
          <w:lang w:val="nl-NL"/>
        </w:rPr>
        <w:t>.</w:t>
      </w:r>
      <w:r w:rsidRPr="00DB6955">
        <w:t xml:space="preserve"> </w:t>
      </w:r>
      <w:r w:rsidRPr="00DB6955">
        <w:rPr>
          <w:position w:val="-6"/>
        </w:rPr>
        <w:object w:dxaOrig="400" w:dyaOrig="279">
          <v:shape id="_x0000_i1052" type="#_x0000_t75" style="width:19.85pt;height:13.85pt" o:ole="">
            <v:imagedata r:id="rId64" o:title=""/>
          </v:shape>
          <o:OLEObject Type="Embed" ProgID="Equation.DSMT4" ShapeID="_x0000_i1052" DrawAspect="Content" ObjectID="_1808513416" r:id="rId65"/>
        </w:object>
      </w:r>
      <w:r w:rsidRPr="00DB6955">
        <w:t>.</w:t>
      </w:r>
      <w:r w:rsidRPr="00DB6955">
        <w:rPr>
          <w:rFonts w:eastAsia="Times New Roman"/>
          <w:b/>
          <w:color w:val="0000FF"/>
          <w:lang w:val="nl-NL"/>
        </w:rPr>
        <w:tab/>
      </w:r>
      <w:r w:rsidRPr="00DB6955">
        <w:rPr>
          <w:b/>
          <w:color w:val="0000FF"/>
          <w:lang w:val="nl-NL"/>
        </w:rPr>
        <w:t>D.</w:t>
      </w:r>
      <w:r w:rsidRPr="00DB6955">
        <w:t xml:space="preserve"> </w:t>
      </w:r>
      <w:r w:rsidRPr="00DB6955">
        <w:rPr>
          <w:position w:val="-6"/>
        </w:rPr>
        <w:object w:dxaOrig="400" w:dyaOrig="279">
          <v:shape id="_x0000_i1053" type="#_x0000_t75" style="width:19.85pt;height:13.85pt" o:ole="">
            <v:imagedata r:id="rId66" o:title=""/>
          </v:shape>
          <o:OLEObject Type="Embed" ProgID="Equation.DSMT4" ShapeID="_x0000_i1053" DrawAspect="Content" ObjectID="_1808513417" r:id="rId67"/>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C</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hình chiếu của </w:t>
      </w:r>
      <w:r w:rsidRPr="00DB6955">
        <w:rPr>
          <w:position w:val="-6"/>
        </w:rPr>
        <w:object w:dxaOrig="360" w:dyaOrig="279">
          <v:shape id="_x0000_i1054" type="#_x0000_t75" style="width:18pt;height:13.85pt" o:ole="">
            <v:imagedata r:id="rId68" o:title=""/>
          </v:shape>
          <o:OLEObject Type="Embed" ProgID="Equation.DSMT4" ShapeID="_x0000_i1054" DrawAspect="Content" ObjectID="_1808513418" r:id="rId69"/>
        </w:object>
      </w:r>
      <w:r w:rsidRPr="00DB6955">
        <w:t xml:space="preserve"> xuống mặt phẳng </w:t>
      </w:r>
      <w:r w:rsidRPr="00DB6955">
        <w:rPr>
          <w:position w:val="-14"/>
        </w:rPr>
        <w:object w:dxaOrig="920" w:dyaOrig="400">
          <v:shape id="_x0000_i1055" type="#_x0000_t75" style="width:46.15pt;height:19.85pt" o:ole="">
            <v:imagedata r:id="rId70" o:title=""/>
          </v:shape>
          <o:OLEObject Type="Embed" ProgID="Equation.DSMT4" ShapeID="_x0000_i1055" DrawAspect="Content" ObjectID="_1808513419" r:id="rId71"/>
        </w:object>
      </w:r>
      <w:r w:rsidRPr="00DB6955">
        <w:t xml:space="preserve"> là </w:t>
      </w:r>
      <w:r w:rsidRPr="00DB6955">
        <w:rPr>
          <w:position w:val="-4"/>
        </w:rPr>
        <w:object w:dxaOrig="400" w:dyaOrig="260">
          <v:shape id="_x0000_i1056" type="#_x0000_t75" style="width:19.85pt;height:13.4pt" o:ole="">
            <v:imagedata r:id="rId72" o:title=""/>
          </v:shape>
          <o:OLEObject Type="Embed" ProgID="Equation.DSMT4" ShapeID="_x0000_i1056" DrawAspect="Content" ObjectID="_1808513420" r:id="rId73"/>
        </w:object>
      </w:r>
      <w:r w:rsidRPr="00DB6955">
        <w:t xml:space="preserve"> nên góc giữa đường thẳng </w:t>
      </w:r>
      <w:r w:rsidRPr="00DB6955">
        <w:rPr>
          <w:position w:val="-6"/>
        </w:rPr>
        <w:object w:dxaOrig="360" w:dyaOrig="279">
          <v:shape id="_x0000_i1057" type="#_x0000_t75" style="width:18pt;height:13.85pt" o:ole="">
            <v:imagedata r:id="rId74" o:title=""/>
          </v:shape>
          <o:OLEObject Type="Embed" ProgID="Equation.DSMT4" ShapeID="_x0000_i1057" DrawAspect="Content" ObjectID="_1808513421" r:id="rId75"/>
        </w:object>
      </w:r>
      <w:r w:rsidRPr="00DB6955">
        <w:t xml:space="preserve"> và mặt phẳng </w:t>
      </w:r>
      <w:r w:rsidRPr="00DB6955">
        <w:rPr>
          <w:position w:val="-14"/>
        </w:rPr>
        <w:object w:dxaOrig="920" w:dyaOrig="400">
          <v:shape id="_x0000_i1058" type="#_x0000_t75" style="width:46.15pt;height:19.85pt" o:ole="">
            <v:imagedata r:id="rId76" o:title=""/>
          </v:shape>
          <o:OLEObject Type="Embed" ProgID="Equation.DSMT4" ShapeID="_x0000_i1058" DrawAspect="Content" ObjectID="_1808513422" r:id="rId77"/>
        </w:object>
      </w:r>
      <w:r w:rsidRPr="00DB6955">
        <w:t xml:space="preserve"> là </w:t>
      </w:r>
      <w:r w:rsidRPr="00DB6955">
        <w:rPr>
          <w:position w:val="-6"/>
        </w:rPr>
        <w:object w:dxaOrig="480" w:dyaOrig="360">
          <v:shape id="_x0000_i1059" type="#_x0000_t75" style="width:24pt;height:18pt" o:ole="">
            <v:imagedata r:id="rId78" o:title=""/>
          </v:shape>
          <o:OLEObject Type="Embed" ProgID="Equation.DSMT4" ShapeID="_x0000_i1059" DrawAspect="Content" ObjectID="_1808513423" r:id="rId79"/>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Xét tam giác </w:t>
      </w:r>
      <w:r w:rsidRPr="00DB6955">
        <w:rPr>
          <w:position w:val="-6"/>
        </w:rPr>
        <w:object w:dxaOrig="499" w:dyaOrig="279">
          <v:shape id="_x0000_i1060" type="#_x0000_t75" style="width:25.4pt;height:13.85pt" o:ole="">
            <v:imagedata r:id="rId80" o:title=""/>
          </v:shape>
          <o:OLEObject Type="Embed" ProgID="Equation.DSMT4" ShapeID="_x0000_i1060" DrawAspect="Content" ObjectID="_1808513424" r:id="rId81"/>
        </w:object>
      </w:r>
      <w:r w:rsidRPr="00DB6955">
        <w:t xml:space="preserve"> vuông tại </w:t>
      </w:r>
      <w:r w:rsidRPr="00DB6955">
        <w:rPr>
          <w:position w:val="-4"/>
        </w:rPr>
        <w:object w:dxaOrig="240" w:dyaOrig="260">
          <v:shape id="_x0000_i1061" type="#_x0000_t75" style="width:12pt;height:13.4pt" o:ole="">
            <v:imagedata r:id="rId82" o:title=""/>
          </v:shape>
          <o:OLEObject Type="Embed" ProgID="Equation.DSMT4" ShapeID="_x0000_i1061" DrawAspect="Content" ObjectID="_1808513425" r:id="rId83"/>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position w:val="-24"/>
        </w:rPr>
        <w:object w:dxaOrig="3960" w:dyaOrig="680">
          <v:shape id="_x0000_i1062" type="#_x0000_t75" style="width:198pt;height:34.15pt" o:ole="">
            <v:imagedata r:id="rId84" o:title=""/>
          </v:shape>
          <o:OLEObject Type="Embed" ProgID="Equation.DSMT4" ShapeID="_x0000_i1062" DrawAspect="Content" ObjectID="_1808513426" r:id="rId85"/>
        </w:object>
      </w:r>
      <w:r w:rsidRPr="00DB6955">
        <w:t>.</w:t>
      </w:r>
    </w:p>
    <w:p w:rsidR="00D05C3D" w:rsidRPr="00103EB1" w:rsidRDefault="00D05C3D" w:rsidP="00D05C3D">
      <w:pPr>
        <w:spacing w:before="0" w:after="0"/>
        <w:rPr>
          <w:b/>
          <w:color w:val="0000FF"/>
        </w:rPr>
      </w:pPr>
      <w:r w:rsidRPr="00DB6955">
        <w:rPr>
          <w:rFonts w:eastAsia="Calibri"/>
          <w:b/>
          <w:color w:val="0000FF"/>
          <w:szCs w:val="24"/>
        </w:rPr>
        <w:t xml:space="preserve">Câu 4. </w:t>
      </w:r>
      <w:r w:rsidRPr="00DB6955">
        <w:t xml:space="preserve">Trong một đề thi trắc nghiệm môn Toán có loại câu hỏi trả lời dạng đúng sai. Một câu hỏi có 4 ý, mỗi ý học </w:t>
      </w:r>
      <w:r w:rsidRPr="00DB6955">
        <w:rPr>
          <w:position w:val="-6"/>
        </w:rPr>
        <w:object w:dxaOrig="480" w:dyaOrig="279">
          <v:shape id="_x0000_i1063" type="#_x0000_t75" style="width:24pt;height:13.85pt" o:ole="">
            <v:imagedata r:id="rId86" o:title=""/>
          </v:shape>
          <o:OLEObject Type="Embed" ProgID="Equation.DSMT4" ShapeID="_x0000_i1063" DrawAspect="Content" ObjectID="_1808513427" r:id="rId87"/>
        </w:object>
      </w:r>
      <w:r w:rsidRPr="00DB6955">
        <w:t xml:space="preserve"> chỉ cần trả lời đúng hoặc sai. Nếu 1 ý trả lời đúng đáp án thì được 0,1 điểm, đúng 2 ý được 0,25 </w:t>
      </w:r>
      <w:r w:rsidRPr="00DB6955">
        <w:lastRenderedPageBreak/>
        <w:t xml:space="preserve">điểm, đúng 3 ý được 0,5 điểm và đúng cả 4 ý được 1 điểm. Giả sử một thí sinh làm bài bằng cách chọn phương án ngẫu nhiên để trả lời cho 2 câu hỏi loại đúng sai này. Vậy có bao nhiêu cách chọn phương án để học sinh đó được đúng 1 điểm ở phần trả lời 2 câu hỏi này? </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A.</w:t>
      </w:r>
      <w:r w:rsidRPr="00DB6955">
        <w:rPr>
          <w:b/>
          <w:color w:val="000099"/>
          <w:lang w:val="nl-NL"/>
        </w:rPr>
        <w:t xml:space="preserve"> </w:t>
      </w:r>
      <w:r w:rsidRPr="00DB6955">
        <w:t>9.</w:t>
      </w:r>
      <w:r w:rsidRPr="00DB6955">
        <w:rPr>
          <w:rFonts w:eastAsia="Times New Roman"/>
          <w:b/>
          <w:color w:val="0000FF"/>
          <w:lang w:val="nl-NL"/>
        </w:rPr>
        <w:tab/>
      </w:r>
      <w:r w:rsidRPr="00DB6955">
        <w:rPr>
          <w:b/>
          <w:color w:val="0000FF"/>
          <w:u w:val="single"/>
          <w:lang w:val="nl-NL"/>
        </w:rPr>
        <w:t>B</w:t>
      </w:r>
      <w:r w:rsidRPr="00DB6955">
        <w:rPr>
          <w:b/>
          <w:color w:val="0000FF"/>
          <w:lang w:val="nl-NL"/>
        </w:rPr>
        <w:t>.</w:t>
      </w:r>
      <w:r w:rsidRPr="00DB6955">
        <w:rPr>
          <w:b/>
          <w:color w:val="0033CC"/>
          <w:lang w:val="nl-NL"/>
        </w:rPr>
        <w:t xml:space="preserve"> </w:t>
      </w:r>
      <w:r w:rsidRPr="00DB6955">
        <w:t>18.</w:t>
      </w:r>
      <w:r w:rsidRPr="00DB6955">
        <w:rPr>
          <w:rFonts w:eastAsia="Times New Roman"/>
          <w:b/>
          <w:color w:val="0000FF"/>
          <w:lang w:val="nl-NL"/>
        </w:rPr>
        <w:tab/>
      </w:r>
      <w:r w:rsidRPr="00DB6955">
        <w:rPr>
          <w:b/>
          <w:color w:val="0000FF"/>
          <w:lang w:val="nl-NL"/>
        </w:rPr>
        <w:t>C.</w:t>
      </w:r>
      <w:r w:rsidRPr="00DB6955">
        <w:t xml:space="preserve"> 6.</w:t>
      </w:r>
      <w:r w:rsidRPr="00DB6955">
        <w:rPr>
          <w:rFonts w:eastAsia="Times New Roman"/>
          <w:b/>
          <w:color w:val="0000FF"/>
          <w:lang w:val="nl-NL"/>
        </w:rPr>
        <w:tab/>
      </w:r>
      <w:r w:rsidRPr="00DB6955">
        <w:rPr>
          <w:b/>
          <w:color w:val="0000FF"/>
          <w:lang w:val="nl-NL"/>
        </w:rPr>
        <w:t>D.</w:t>
      </w:r>
      <w:r w:rsidRPr="00DB6955">
        <w:t xml:space="preserve"> 14.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B</w:t>
      </w:r>
    </w:p>
    <w:p w:rsidR="00D05C3D" w:rsidRPr="00DB6955" w:rsidRDefault="00D05C3D" w:rsidP="00D05C3D">
      <w:pPr>
        <w:tabs>
          <w:tab w:val="left" w:pos="283"/>
          <w:tab w:val="left" w:pos="2835"/>
          <w:tab w:val="left" w:pos="5386"/>
          <w:tab w:val="left" w:pos="7937"/>
        </w:tabs>
        <w:spacing w:before="0" w:after="0"/>
        <w:ind w:firstLine="283"/>
      </w:pPr>
      <w:r w:rsidRPr="00DB6955">
        <w:t>Để học sinh đó được đúng 1 điểm thì xảy ra 2 trường hợp</w:t>
      </w:r>
    </w:p>
    <w:p w:rsidR="00D05C3D" w:rsidRPr="00DB6955" w:rsidRDefault="00D05C3D" w:rsidP="00D05C3D">
      <w:pPr>
        <w:tabs>
          <w:tab w:val="left" w:pos="283"/>
          <w:tab w:val="left" w:pos="2835"/>
          <w:tab w:val="left" w:pos="5386"/>
          <w:tab w:val="left" w:pos="7937"/>
        </w:tabs>
        <w:spacing w:before="0" w:after="0"/>
        <w:ind w:firstLine="283"/>
      </w:pPr>
      <w:r w:rsidRPr="00DB6955">
        <w:t xml:space="preserve">TH1: Cả 2 câu đều làm đúng 3 ý: Có </w:t>
      </w:r>
      <w:r w:rsidRPr="00DB6955">
        <w:rPr>
          <w:position w:val="-12"/>
        </w:rPr>
        <w:object w:dxaOrig="1100" w:dyaOrig="380">
          <v:shape id="_x0000_i1064" type="#_x0000_t75" style="width:55.4pt;height:19.4pt" o:ole="">
            <v:imagedata r:id="rId88" o:title=""/>
          </v:shape>
          <o:OLEObject Type="Embed" ProgID="Equation.DSMT4" ShapeID="_x0000_i1064" DrawAspect="Content" ObjectID="_1808513428" r:id="rId89"/>
        </w:object>
      </w:r>
      <w:r w:rsidRPr="00DB6955">
        <w:t xml:space="preserve"> cách</w:t>
      </w:r>
    </w:p>
    <w:p w:rsidR="00D05C3D" w:rsidRPr="00DB6955" w:rsidRDefault="00D05C3D" w:rsidP="00D05C3D">
      <w:pPr>
        <w:tabs>
          <w:tab w:val="left" w:pos="283"/>
          <w:tab w:val="left" w:pos="2835"/>
          <w:tab w:val="left" w:pos="5386"/>
          <w:tab w:val="left" w:pos="7937"/>
        </w:tabs>
        <w:spacing w:before="0" w:after="0"/>
        <w:ind w:firstLine="283"/>
      </w:pPr>
      <w:r w:rsidRPr="00DB6955">
        <w:t>TH2: Làm đúng 1 câu trọn vẹn cả 4 ý và sai cả 4 ý của câu 2: 2 cách.</w:t>
      </w:r>
    </w:p>
    <w:p w:rsidR="00D05C3D" w:rsidRPr="00DB6955" w:rsidRDefault="00D05C3D" w:rsidP="00D05C3D">
      <w:pPr>
        <w:tabs>
          <w:tab w:val="left" w:pos="283"/>
          <w:tab w:val="left" w:pos="2835"/>
          <w:tab w:val="left" w:pos="5386"/>
          <w:tab w:val="left" w:pos="7937"/>
        </w:tabs>
        <w:spacing w:before="0" w:after="0"/>
        <w:ind w:firstLine="283"/>
      </w:pPr>
      <w:r w:rsidRPr="00DB6955">
        <w:t>Theo quy tắc cộng ta có 18 cách.</w:t>
      </w:r>
    </w:p>
    <w:p w:rsidR="00D05C3D" w:rsidRPr="00103EB1" w:rsidRDefault="00D05C3D" w:rsidP="00D05C3D">
      <w:pPr>
        <w:spacing w:before="0" w:after="0"/>
        <w:rPr>
          <w:b/>
          <w:color w:val="0000FF"/>
        </w:rPr>
      </w:pPr>
      <w:r w:rsidRPr="00DB6955">
        <w:rPr>
          <w:rFonts w:eastAsia="Calibri"/>
          <w:b/>
          <w:color w:val="0000FF"/>
          <w:szCs w:val="24"/>
        </w:rPr>
        <w:t xml:space="preserve">Câu 5. </w:t>
      </w:r>
      <w:r w:rsidRPr="00DB6955">
        <w:t xml:space="preserve">Phương trình </w:t>
      </w:r>
      <w:r w:rsidRPr="00DB6955">
        <w:rPr>
          <w:position w:val="-6"/>
        </w:rPr>
        <w:object w:dxaOrig="1340" w:dyaOrig="360">
          <v:shape id="_x0000_i1065" type="#_x0000_t75" style="width:67.4pt;height:18pt" o:ole="">
            <v:imagedata r:id="rId90" o:title=""/>
          </v:shape>
          <o:OLEObject Type="Embed" ProgID="Equation.DSMT4" ShapeID="_x0000_i1065" DrawAspect="Content" ObjectID="_1808513429" r:id="rId91"/>
        </w:object>
      </w:r>
      <w:r w:rsidRPr="00DB6955">
        <w:t xml:space="preserve"> có một nghiệm không nguyên dạng </w:t>
      </w:r>
      <w:r w:rsidRPr="00DB6955">
        <w:rPr>
          <w:position w:val="-12"/>
        </w:rPr>
        <w:object w:dxaOrig="1320" w:dyaOrig="360">
          <v:shape id="_x0000_i1066" type="#_x0000_t75" style="width:66pt;height:18pt" o:ole="">
            <v:imagedata r:id="rId92" o:title=""/>
          </v:shape>
          <o:OLEObject Type="Embed" ProgID="Equation.DSMT4" ShapeID="_x0000_i1066" DrawAspect="Content" ObjectID="_1808513430" r:id="rId93"/>
        </w:object>
      </w:r>
      <w:r w:rsidRPr="00DB6955">
        <w:t xml:space="preserve"> với </w:t>
      </w:r>
      <w:r w:rsidRPr="00DB6955">
        <w:rPr>
          <w:position w:val="-10"/>
        </w:rPr>
        <w:object w:dxaOrig="400" w:dyaOrig="320">
          <v:shape id="_x0000_i1067" type="#_x0000_t75" style="width:19.85pt;height:16.15pt" o:ole="">
            <v:imagedata r:id="rId94" o:title=""/>
          </v:shape>
          <o:OLEObject Type="Embed" ProgID="Equation.DSMT4" ShapeID="_x0000_i1067" DrawAspect="Content" ObjectID="_1808513431" r:id="rId95"/>
        </w:object>
      </w:r>
      <w:r w:rsidRPr="00DB6955">
        <w:t xml:space="preserve"> là các số nguyên dương thuộc khoảng </w:t>
      </w:r>
      <w:r w:rsidRPr="00DB6955">
        <w:rPr>
          <w:position w:val="-14"/>
        </w:rPr>
        <w:object w:dxaOrig="520" w:dyaOrig="400">
          <v:shape id="_x0000_i1068" type="#_x0000_t75" style="width:25.85pt;height:19.85pt" o:ole="">
            <v:imagedata r:id="rId96" o:title=""/>
          </v:shape>
          <o:OLEObject Type="Embed" ProgID="Equation.DSMT4" ShapeID="_x0000_i1068" DrawAspect="Content" ObjectID="_1808513432" r:id="rId97"/>
        </w:object>
      </w:r>
      <w:r w:rsidRPr="00DB6955">
        <w:t xml:space="preserve">. Khi đó, </w:t>
      </w:r>
      <w:r w:rsidRPr="00DB6955">
        <w:rPr>
          <w:position w:val="-6"/>
        </w:rPr>
        <w:object w:dxaOrig="660" w:dyaOrig="279">
          <v:shape id="_x0000_i1069" type="#_x0000_t75" style="width:33.25pt;height:13.85pt" o:ole="">
            <v:imagedata r:id="rId98" o:title=""/>
          </v:shape>
          <o:OLEObject Type="Embed" ProgID="Equation.DSMT4" ShapeID="_x0000_i1069" DrawAspect="Content" ObjectID="_1808513433" r:id="rId99"/>
        </w:object>
      </w:r>
      <w:r w:rsidRPr="00DB6955">
        <w:t xml:space="preserve"> bằng: </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A.</w:t>
      </w:r>
      <w:r w:rsidRPr="00DB6955">
        <w:rPr>
          <w:b/>
          <w:color w:val="000099"/>
          <w:lang w:val="nl-NL"/>
        </w:rPr>
        <w:t xml:space="preserve"> </w:t>
      </w:r>
      <w:r w:rsidRPr="00DB6955">
        <w:t>6.</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t>9.</w:t>
      </w:r>
      <w:r w:rsidRPr="00DB6955">
        <w:rPr>
          <w:rFonts w:eastAsia="Times New Roman"/>
          <w:b/>
          <w:color w:val="0000FF"/>
          <w:lang w:val="nl-NL"/>
        </w:rPr>
        <w:tab/>
      </w:r>
      <w:r w:rsidRPr="00DB6955">
        <w:rPr>
          <w:b/>
          <w:color w:val="0000FF"/>
          <w:u w:val="single"/>
          <w:lang w:val="nl-NL"/>
        </w:rPr>
        <w:t>C</w:t>
      </w:r>
      <w:r w:rsidRPr="00DB6955">
        <w:rPr>
          <w:b/>
          <w:color w:val="0000FF"/>
          <w:lang w:val="nl-NL"/>
        </w:rPr>
        <w:t>.</w:t>
      </w:r>
      <w:r w:rsidRPr="00DB6955">
        <w:t xml:space="preserve"> 7.</w:t>
      </w:r>
      <w:r w:rsidRPr="00DB6955">
        <w:rPr>
          <w:rFonts w:eastAsia="Times New Roman"/>
          <w:b/>
          <w:color w:val="0000FF"/>
          <w:lang w:val="nl-NL"/>
        </w:rPr>
        <w:tab/>
      </w:r>
      <w:r w:rsidRPr="00DB6955">
        <w:rPr>
          <w:b/>
          <w:color w:val="0000FF"/>
          <w:lang w:val="nl-NL"/>
        </w:rPr>
        <w:t>D.</w:t>
      </w:r>
      <w:r w:rsidRPr="00DB6955">
        <w:t xml:space="preserve"> 14.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C</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w:t>
      </w:r>
      <w:r w:rsidRPr="00DB6955">
        <w:rPr>
          <w:position w:val="-6"/>
        </w:rPr>
        <w:object w:dxaOrig="1340" w:dyaOrig="360">
          <v:shape id="_x0000_i1070" type="#_x0000_t75" style="width:67.4pt;height:18pt" o:ole="">
            <v:imagedata r:id="rId100" o:title=""/>
          </v:shape>
          <o:OLEObject Type="Embed" ProgID="Equation.DSMT4" ShapeID="_x0000_i1070" DrawAspect="Content" ObjectID="_1808513434" r:id="rId101"/>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2840" w:dyaOrig="400">
          <v:shape id="_x0000_i1071" type="#_x0000_t75" style="width:142.15pt;height:19.85pt" o:ole="">
            <v:imagedata r:id="rId102" o:title=""/>
          </v:shape>
          <o:OLEObject Type="Embed" ProgID="Equation.DSMT4" ShapeID="_x0000_i1071" DrawAspect="Content" ObjectID="_1808513435" r:id="rId103"/>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3159" w:dyaOrig="400">
          <v:shape id="_x0000_i1072" type="#_x0000_t75" style="width:157.85pt;height:19.85pt" o:ole="">
            <v:imagedata r:id="rId104" o:title=""/>
          </v:shape>
          <o:OLEObject Type="Embed" ProgID="Equation.DSMT4" ShapeID="_x0000_i1072" DrawAspect="Content" ObjectID="_1808513436" r:id="rId105"/>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2820" w:dyaOrig="400">
          <v:shape id="_x0000_i1073" type="#_x0000_t75" style="width:141.25pt;height:19.85pt" o:ole="">
            <v:imagedata r:id="rId106" o:title=""/>
          </v:shape>
          <o:OLEObject Type="Embed" ProgID="Equation.DSMT4" ShapeID="_x0000_i1073" DrawAspect="Content" ObjectID="_1808513437" r:id="rId107"/>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32"/>
        </w:rPr>
        <w:object w:dxaOrig="1740" w:dyaOrig="760">
          <v:shape id="_x0000_i1074" type="#_x0000_t75" style="width:87.25pt;height:37.85pt" o:ole="">
            <v:imagedata r:id="rId108" o:title=""/>
          </v:shape>
          <o:OLEObject Type="Embed" ProgID="Equation.DSMT4" ShapeID="_x0000_i1074" DrawAspect="Content" ObjectID="_1808513438" r:id="rId109"/>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Suy ra </w:t>
      </w:r>
      <w:r w:rsidRPr="00DB6955">
        <w:rPr>
          <w:position w:val="-10"/>
        </w:rPr>
        <w:object w:dxaOrig="1100" w:dyaOrig="320">
          <v:shape id="_x0000_i1075" type="#_x0000_t75" style="width:55.4pt;height:16.15pt" o:ole="">
            <v:imagedata r:id="rId110" o:title=""/>
          </v:shape>
          <o:OLEObject Type="Embed" ProgID="Equation.DSMT4" ShapeID="_x0000_i1075" DrawAspect="Content" ObjectID="_1808513439" r:id="rId111"/>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Vậy </w:t>
      </w:r>
      <w:r w:rsidRPr="00DB6955">
        <w:rPr>
          <w:position w:val="-6"/>
        </w:rPr>
        <w:object w:dxaOrig="1020" w:dyaOrig="279">
          <v:shape id="_x0000_i1076" type="#_x0000_t75" style="width:51.25pt;height:13.85pt" o:ole="">
            <v:imagedata r:id="rId112" o:title=""/>
          </v:shape>
          <o:OLEObject Type="Embed" ProgID="Equation.DSMT4" ShapeID="_x0000_i1076" DrawAspect="Content" ObjectID="_1808513440" r:id="rId113"/>
        </w:object>
      </w:r>
      <w:r w:rsidRPr="00DB6955">
        <w:t>.</w:t>
      </w:r>
    </w:p>
    <w:p w:rsidR="00D05C3D" w:rsidRPr="00103EB1" w:rsidRDefault="00D05C3D" w:rsidP="00D05C3D">
      <w:pPr>
        <w:spacing w:before="0" w:after="0"/>
        <w:rPr>
          <w:b/>
          <w:color w:val="0000FF"/>
        </w:rPr>
      </w:pPr>
      <w:r w:rsidRPr="00DB6955">
        <w:rPr>
          <w:rFonts w:eastAsia="Calibri"/>
          <w:b/>
          <w:color w:val="0000FF"/>
          <w:szCs w:val="24"/>
        </w:rPr>
        <w:t xml:space="preserve">Câu 6. </w:t>
      </w:r>
      <w:r w:rsidRPr="00DB6955">
        <w:t xml:space="preserve">Trong không gian </w:t>
      </w:r>
      <w:r w:rsidRPr="00DB6955">
        <w:rPr>
          <w:position w:val="-10"/>
        </w:rPr>
        <w:object w:dxaOrig="560" w:dyaOrig="320">
          <v:shape id="_x0000_i1077" type="#_x0000_t75" style="width:28.15pt;height:16.15pt" o:ole="">
            <v:imagedata r:id="rId114" o:title=""/>
          </v:shape>
          <o:OLEObject Type="Embed" ProgID="Equation.DSMT4" ShapeID="_x0000_i1077" DrawAspect="Content" ObjectID="_1808513441" r:id="rId115"/>
        </w:object>
      </w:r>
      <w:r w:rsidRPr="00DB6955">
        <w:t xml:space="preserve">, cho hai vectơ </w:t>
      </w:r>
      <w:r w:rsidRPr="00DB6955">
        <w:rPr>
          <w:position w:val="-14"/>
        </w:rPr>
        <w:object w:dxaOrig="1200" w:dyaOrig="400">
          <v:shape id="_x0000_i1078" type="#_x0000_t75" style="width:60pt;height:19.85pt" o:ole="">
            <v:imagedata r:id="rId116" o:title=""/>
          </v:shape>
          <o:OLEObject Type="Embed" ProgID="Equation.DSMT4" ShapeID="_x0000_i1078" DrawAspect="Content" ObjectID="_1808513442" r:id="rId117"/>
        </w:object>
      </w:r>
      <w:r w:rsidRPr="00DB6955">
        <w:t xml:space="preserve">, </w:t>
      </w:r>
      <w:r w:rsidRPr="00DB6955">
        <w:rPr>
          <w:position w:val="-14"/>
        </w:rPr>
        <w:object w:dxaOrig="1260" w:dyaOrig="420">
          <v:shape id="_x0000_i1079" type="#_x0000_t75" style="width:63.25pt;height:21.25pt" o:ole="">
            <v:imagedata r:id="rId118" o:title=""/>
          </v:shape>
          <o:OLEObject Type="Embed" ProgID="Equation.DSMT4" ShapeID="_x0000_i1079" DrawAspect="Content" ObjectID="_1808513443" r:id="rId119"/>
        </w:object>
      </w:r>
      <w:r w:rsidRPr="00DB6955">
        <w:t xml:space="preserve">. Tọa độ của vectơ </w:t>
      </w:r>
      <w:r w:rsidRPr="00DB6955">
        <w:rPr>
          <w:position w:val="-6"/>
        </w:rPr>
        <w:object w:dxaOrig="1040" w:dyaOrig="340">
          <v:shape id="_x0000_i1080" type="#_x0000_t75" style="width:52.15pt;height:16.6pt" o:ole="">
            <v:imagedata r:id="rId120" o:title=""/>
          </v:shape>
          <o:OLEObject Type="Embed" ProgID="Equation.DSMT4" ShapeID="_x0000_i1080" DrawAspect="Content" ObjectID="_1808513444" r:id="rId121"/>
        </w:object>
      </w:r>
      <w:r w:rsidRPr="00DB6955">
        <w:t xml:space="preserve"> là:</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u w:val="single"/>
          <w:lang w:val="nl-NL"/>
        </w:rPr>
        <w:t>A</w:t>
      </w:r>
      <w:r w:rsidRPr="00DB6955">
        <w:rPr>
          <w:b/>
          <w:color w:val="0000FF"/>
          <w:lang w:val="nl-NL"/>
        </w:rPr>
        <w:t>.</w:t>
      </w:r>
      <w:r w:rsidRPr="00DB6955">
        <w:rPr>
          <w:b/>
          <w:color w:val="000099"/>
          <w:lang w:val="nl-NL"/>
        </w:rPr>
        <w:t xml:space="preserve"> </w:t>
      </w:r>
      <w:r w:rsidRPr="00DB6955">
        <w:rPr>
          <w:position w:val="-14"/>
        </w:rPr>
        <w:object w:dxaOrig="1140" w:dyaOrig="400">
          <v:shape id="_x0000_i1081" type="#_x0000_t75" style="width:57.25pt;height:19.85pt" o:ole="">
            <v:imagedata r:id="rId122" o:title=""/>
          </v:shape>
          <o:OLEObject Type="Embed" ProgID="Equation.DSMT4" ShapeID="_x0000_i1081" DrawAspect="Content" ObjectID="_1808513445" r:id="rId123"/>
        </w:object>
      </w:r>
      <w:r w:rsidRPr="00DB6955">
        <w:t>.</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rPr>
          <w:position w:val="-14"/>
        </w:rPr>
        <w:object w:dxaOrig="980" w:dyaOrig="400">
          <v:shape id="_x0000_i1082" type="#_x0000_t75" style="width:49.4pt;height:19.85pt" o:ole="">
            <v:imagedata r:id="rId124" o:title=""/>
          </v:shape>
          <o:OLEObject Type="Embed" ProgID="Equation.DSMT4" ShapeID="_x0000_i1082" DrawAspect="Content" ObjectID="_1808513446" r:id="rId125"/>
        </w:object>
      </w:r>
      <w:r w:rsidRPr="00DB6955">
        <w:t>.</w:t>
      </w:r>
      <w:r w:rsidRPr="00DB6955">
        <w:rPr>
          <w:rFonts w:eastAsia="Times New Roman"/>
          <w:b/>
          <w:color w:val="0000FF"/>
          <w:lang w:val="nl-NL"/>
        </w:rPr>
        <w:tab/>
      </w:r>
      <w:r w:rsidRPr="00DB6955">
        <w:rPr>
          <w:b/>
          <w:color w:val="0000FF"/>
          <w:lang w:val="nl-NL"/>
        </w:rPr>
        <w:t>C.</w:t>
      </w:r>
      <w:r w:rsidRPr="00DB6955">
        <w:t xml:space="preserve"> </w:t>
      </w:r>
      <w:r w:rsidRPr="00DB6955">
        <w:rPr>
          <w:position w:val="-14"/>
        </w:rPr>
        <w:object w:dxaOrig="820" w:dyaOrig="400">
          <v:shape id="_x0000_i1083" type="#_x0000_t75" style="width:40.6pt;height:19.85pt" o:ole="">
            <v:imagedata r:id="rId126" o:title=""/>
          </v:shape>
          <o:OLEObject Type="Embed" ProgID="Equation.DSMT4" ShapeID="_x0000_i1083" DrawAspect="Content" ObjectID="_1808513447" r:id="rId127"/>
        </w:object>
      </w:r>
      <w:r w:rsidRPr="00DB6955">
        <w:t>.</w:t>
      </w:r>
      <w:r w:rsidRPr="00DB6955">
        <w:rPr>
          <w:rFonts w:eastAsia="Times New Roman"/>
          <w:b/>
          <w:color w:val="0000FF"/>
          <w:lang w:val="nl-NL"/>
        </w:rPr>
        <w:tab/>
      </w:r>
      <w:r w:rsidRPr="00DB6955">
        <w:rPr>
          <w:b/>
          <w:color w:val="0000FF"/>
          <w:lang w:val="nl-NL"/>
        </w:rPr>
        <w:t>D.</w:t>
      </w:r>
      <w:r w:rsidRPr="00DB6955">
        <w:t xml:space="preserve"> </w:t>
      </w:r>
      <w:r w:rsidRPr="00DB6955">
        <w:rPr>
          <w:position w:val="-14"/>
        </w:rPr>
        <w:object w:dxaOrig="980" w:dyaOrig="400">
          <v:shape id="_x0000_i1084" type="#_x0000_t75" style="width:49.4pt;height:19.85pt" o:ole="">
            <v:imagedata r:id="rId128" o:title=""/>
          </v:shape>
          <o:OLEObject Type="Embed" ProgID="Equation.DSMT4" ShapeID="_x0000_i1084" DrawAspect="Content" ObjectID="_1808513448" r:id="rId129"/>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A</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w:t>
      </w:r>
      <w:r w:rsidRPr="00DB6955">
        <w:rPr>
          <w:position w:val="-14"/>
        </w:rPr>
        <w:object w:dxaOrig="2360" w:dyaOrig="420">
          <v:shape id="_x0000_i1085" type="#_x0000_t75" style="width:118.15pt;height:21.25pt" o:ole="">
            <v:imagedata r:id="rId130" o:title=""/>
          </v:shape>
          <o:OLEObject Type="Embed" ProgID="Equation.DSMT4" ShapeID="_x0000_i1085" DrawAspect="Content" ObjectID="_1808513449" r:id="rId131"/>
        </w:object>
      </w:r>
      <w:r w:rsidRPr="00DB6955">
        <w:t>.</w:t>
      </w:r>
    </w:p>
    <w:p w:rsidR="00D05C3D" w:rsidRPr="00103EB1" w:rsidRDefault="00D05C3D" w:rsidP="00D05C3D">
      <w:pPr>
        <w:spacing w:before="0" w:after="0"/>
        <w:rPr>
          <w:b/>
          <w:color w:val="0000FF"/>
        </w:rPr>
      </w:pPr>
      <w:r w:rsidRPr="00DB6955">
        <w:rPr>
          <w:rFonts w:eastAsia="Calibri"/>
          <w:b/>
          <w:color w:val="0000FF"/>
          <w:szCs w:val="24"/>
        </w:rPr>
        <w:t xml:space="preserve">Câu 7. </w:t>
      </w:r>
      <w:r w:rsidRPr="00DB6955">
        <w:t xml:space="preserve">Trong không gian toạ độ </w:t>
      </w:r>
      <w:r w:rsidRPr="00DB6955">
        <w:rPr>
          <w:position w:val="-10"/>
        </w:rPr>
        <w:object w:dxaOrig="560" w:dyaOrig="320">
          <v:shape id="_x0000_i1086" type="#_x0000_t75" style="width:28.15pt;height:16.15pt" o:ole="">
            <v:imagedata r:id="rId132" o:title=""/>
          </v:shape>
          <o:OLEObject Type="Embed" ProgID="Equation.DSMT4" ShapeID="_x0000_i1086" DrawAspect="Content" ObjectID="_1808513450" r:id="rId133"/>
        </w:object>
      </w:r>
      <w:r w:rsidRPr="00DB6955">
        <w:t xml:space="preserve">, vecto nào sau đây là vecto chỉ phương của đường thẳng </w:t>
      </w:r>
      <w:r w:rsidRPr="00DB6955">
        <w:rPr>
          <w:position w:val="-50"/>
        </w:rPr>
        <w:object w:dxaOrig="1520" w:dyaOrig="1120">
          <v:shape id="_x0000_i1087" type="#_x0000_t75" style="width:76.15pt;height:55.85pt" o:ole="">
            <v:imagedata r:id="rId134" o:title=""/>
          </v:shape>
          <o:OLEObject Type="Embed" ProgID="Equation.DSMT4" ShapeID="_x0000_i1087" DrawAspect="Content" ObjectID="_1808513451" r:id="rId135"/>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b/>
          <w:color w:val="0000FF"/>
        </w:rPr>
      </w:pPr>
      <w:r w:rsidRPr="00DB6955">
        <w:rPr>
          <w:b/>
          <w:color w:val="0000FF"/>
        </w:rPr>
        <w:t xml:space="preserve">A. </w:t>
      </w:r>
      <w:r w:rsidRPr="00DB6955">
        <w:rPr>
          <w:position w:val="-14"/>
        </w:rPr>
        <w:object w:dxaOrig="1219" w:dyaOrig="420">
          <v:shape id="_x0000_i1088" type="#_x0000_t75" style="width:61.4pt;height:21.25pt" o:ole="">
            <v:imagedata r:id="rId136" o:title=""/>
          </v:shape>
          <o:OLEObject Type="Embed" ProgID="Equation.DSMT4" ShapeID="_x0000_i1088" DrawAspect="Content" ObjectID="_1808513452" r:id="rId137"/>
        </w:object>
      </w:r>
      <w:r w:rsidRPr="00DB6955">
        <w:t>.</w:t>
      </w:r>
      <w:r w:rsidRPr="00DB6955">
        <w:rPr>
          <w:b/>
          <w:color w:val="0000FF"/>
        </w:rPr>
        <w:tab/>
        <w:t xml:space="preserve">B. </w:t>
      </w:r>
      <w:r w:rsidRPr="00DB6955">
        <w:rPr>
          <w:position w:val="-14"/>
        </w:rPr>
        <w:object w:dxaOrig="1340" w:dyaOrig="420">
          <v:shape id="_x0000_i1089" type="#_x0000_t75" style="width:67.4pt;height:21.25pt" o:ole="">
            <v:imagedata r:id="rId138" o:title=""/>
          </v:shape>
          <o:OLEObject Type="Embed" ProgID="Equation.DSMT4" ShapeID="_x0000_i1089" DrawAspect="Content" ObjectID="_1808513453" r:id="rId139"/>
        </w:object>
      </w:r>
      <w:r w:rsidRPr="00DB6955">
        <w:t>.</w:t>
      </w:r>
      <w:r w:rsidRPr="00DB6955">
        <w:rPr>
          <w:b/>
          <w:color w:val="0000FF"/>
        </w:rPr>
        <w:tab/>
        <w:t xml:space="preserve">C. </w:t>
      </w:r>
      <w:r w:rsidRPr="00DB6955">
        <w:rPr>
          <w:position w:val="-14"/>
        </w:rPr>
        <w:object w:dxaOrig="1219" w:dyaOrig="420">
          <v:shape id="_x0000_i1090" type="#_x0000_t75" style="width:61.4pt;height:21.25pt" o:ole="">
            <v:imagedata r:id="rId140" o:title=""/>
          </v:shape>
          <o:OLEObject Type="Embed" ProgID="Equation.DSMT4" ShapeID="_x0000_i1090" DrawAspect="Content" ObjectID="_1808513454" r:id="rId141"/>
        </w:object>
      </w:r>
      <w:r w:rsidRPr="00DB6955">
        <w:t>.</w:t>
      </w:r>
      <w:r w:rsidRPr="00DB6955">
        <w:rPr>
          <w:b/>
          <w:color w:val="0000FF"/>
        </w:rPr>
        <w:tab/>
      </w:r>
      <w:r w:rsidRPr="00DB6955">
        <w:rPr>
          <w:b/>
          <w:color w:val="0000FF"/>
          <w:u w:val="single"/>
        </w:rPr>
        <w:t>D</w:t>
      </w:r>
      <w:r w:rsidRPr="00DB6955">
        <w:rPr>
          <w:b/>
          <w:color w:val="0000FF"/>
        </w:rPr>
        <w:t xml:space="preserve">. </w:t>
      </w:r>
      <w:r w:rsidRPr="00DB6955">
        <w:rPr>
          <w:position w:val="-14"/>
        </w:rPr>
        <w:object w:dxaOrig="1500" w:dyaOrig="420">
          <v:shape id="_x0000_i1091" type="#_x0000_t75" style="width:75.25pt;height:21.25pt" o:ole="">
            <v:imagedata r:id="rId142" o:title=""/>
          </v:shape>
          <o:OLEObject Type="Embed" ProgID="Equation.DSMT4" ShapeID="_x0000_i1091" DrawAspect="Content" ObjectID="_1808513455" r:id="rId143"/>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Cs/>
          <w:highlight w:val="green"/>
        </w:rPr>
      </w:pPr>
      <w:r w:rsidRPr="00DB6955">
        <w:rPr>
          <w:b/>
          <w:bCs/>
          <w:color w:val="0000FF"/>
          <w:highlight w:val="green"/>
        </w:rPr>
        <w:t>Chọn D</w:t>
      </w:r>
    </w:p>
    <w:p w:rsidR="00D05C3D" w:rsidRPr="00DB6955" w:rsidRDefault="00D05C3D" w:rsidP="00D05C3D">
      <w:pPr>
        <w:tabs>
          <w:tab w:val="left" w:pos="283"/>
          <w:tab w:val="left" w:pos="2835"/>
          <w:tab w:val="left" w:pos="5386"/>
          <w:tab w:val="left" w:pos="7937"/>
        </w:tabs>
        <w:spacing w:before="0" w:after="0"/>
        <w:ind w:firstLine="283"/>
      </w:pPr>
      <w:r w:rsidRPr="00DB6955">
        <w:t xml:space="preserve">Vecto chỉ phương của đường thẳng </w:t>
      </w:r>
      <w:r w:rsidRPr="00DB6955">
        <w:rPr>
          <w:position w:val="-50"/>
        </w:rPr>
        <w:object w:dxaOrig="1520" w:dyaOrig="1120">
          <v:shape id="_x0000_i1092" type="#_x0000_t75" style="width:76.15pt;height:55.85pt" o:ole="">
            <v:imagedata r:id="rId144" o:title=""/>
          </v:shape>
          <o:OLEObject Type="Embed" ProgID="Equation.DSMT4" ShapeID="_x0000_i1092" DrawAspect="Content" ObjectID="_1808513456" r:id="rId145"/>
        </w:object>
      </w:r>
      <w:r w:rsidRPr="00DB6955">
        <w:t xml:space="preserve"> là </w:t>
      </w:r>
      <w:r w:rsidRPr="00DB6955">
        <w:rPr>
          <w:position w:val="-14"/>
        </w:rPr>
        <w:object w:dxaOrig="1500" w:dyaOrig="420">
          <v:shape id="_x0000_i1093" type="#_x0000_t75" style="width:75.25pt;height:21.25pt" o:ole="">
            <v:imagedata r:id="rId146" o:title=""/>
          </v:shape>
          <o:OLEObject Type="Embed" ProgID="Equation.DSMT4" ShapeID="_x0000_i1093" DrawAspect="Content" ObjectID="_1808513457" r:id="rId147"/>
        </w:object>
      </w:r>
      <w:r w:rsidRPr="00DB6955">
        <w:t>.</w:t>
      </w:r>
    </w:p>
    <w:p w:rsidR="00D05C3D" w:rsidRPr="00103EB1" w:rsidRDefault="00D05C3D" w:rsidP="00D05C3D">
      <w:pPr>
        <w:spacing w:before="0" w:after="0"/>
        <w:rPr>
          <w:b/>
          <w:color w:val="0000FF"/>
        </w:rPr>
      </w:pPr>
      <w:r w:rsidRPr="00DB6955">
        <w:rPr>
          <w:rFonts w:eastAsia="Calibri"/>
          <w:b/>
          <w:color w:val="0000FF"/>
          <w:szCs w:val="24"/>
        </w:rPr>
        <w:t xml:space="preserve">Câu 8. </w:t>
      </w:r>
      <w:r w:rsidRPr="00DB6955">
        <w:t xml:space="preserve">Giá tiền khoan giếng được tính như sau: Giá của mét đầu tiên là </w:t>
      </w:r>
      <w:r w:rsidRPr="00DB6955">
        <w:rPr>
          <w:position w:val="-10"/>
        </w:rPr>
        <w:object w:dxaOrig="700" w:dyaOrig="320">
          <v:shape id="_x0000_i1094" type="#_x0000_t75" style="width:34.6pt;height:16.15pt" o:ole="">
            <v:imagedata r:id="rId148" o:title=""/>
          </v:shape>
          <o:OLEObject Type="Embed" ProgID="Equation.DSMT4" ShapeID="_x0000_i1094" DrawAspect="Content" ObjectID="_1808513458" r:id="rId149"/>
        </w:object>
      </w:r>
      <w:r w:rsidRPr="00DB6955">
        <w:t xml:space="preserve"> đồng, từ mét thứ hai trở đi, giá của mỗi mét khoan sau tăng </w:t>
      </w:r>
      <w:r w:rsidRPr="00DB6955">
        <w:rPr>
          <w:position w:val="-6"/>
        </w:rPr>
        <w:object w:dxaOrig="400" w:dyaOrig="279">
          <v:shape id="_x0000_i1095" type="#_x0000_t75" style="width:19.85pt;height:13.85pt" o:ole="">
            <v:imagedata r:id="rId150" o:title=""/>
          </v:shape>
          <o:OLEObject Type="Embed" ProgID="Equation.DSMT4" ShapeID="_x0000_i1095" DrawAspect="Content" ObjectID="_1808513459" r:id="rId151"/>
        </w:object>
      </w:r>
      <w:r w:rsidRPr="00DB6955">
        <w:t xml:space="preserve"> so với mét khoan trước đó. Nếu khoan giếng sâu </w:t>
      </w:r>
      <w:r w:rsidRPr="00DB6955">
        <w:rPr>
          <w:position w:val="-10"/>
        </w:rPr>
        <w:object w:dxaOrig="520" w:dyaOrig="320">
          <v:shape id="_x0000_i1096" type="#_x0000_t75" style="width:25.85pt;height:16.15pt" o:ole="">
            <v:imagedata r:id="rId152" o:title=""/>
          </v:shape>
          <o:OLEObject Type="Embed" ProgID="Equation.DSMT4" ShapeID="_x0000_i1096" DrawAspect="Content" ObjectID="_1808513460" r:id="rId153"/>
        </w:object>
      </w:r>
      <w:r w:rsidRPr="00DB6955">
        <w:t xml:space="preserve"> thì cần số tiền là: </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A.</w:t>
      </w:r>
      <w:r w:rsidRPr="00DB6955">
        <w:rPr>
          <w:b/>
          <w:color w:val="000099"/>
          <w:lang w:val="nl-NL"/>
        </w:rPr>
        <w:t xml:space="preserve"> </w:t>
      </w:r>
      <w:r w:rsidRPr="00DB6955">
        <w:rPr>
          <w:position w:val="-10"/>
        </w:rPr>
        <w:object w:dxaOrig="1100" w:dyaOrig="320">
          <v:shape id="_x0000_i1097" type="#_x0000_t75" style="width:55.4pt;height:16.15pt" o:ole="">
            <v:imagedata r:id="rId154" o:title=""/>
          </v:shape>
          <o:OLEObject Type="Embed" ProgID="Equation.DSMT4" ShapeID="_x0000_i1097" DrawAspect="Content" ObjectID="_1808513461" r:id="rId155"/>
        </w:object>
      </w:r>
      <w:r w:rsidRPr="00DB6955">
        <w:t>.</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rPr>
          <w:position w:val="-10"/>
        </w:rPr>
        <w:object w:dxaOrig="1080" w:dyaOrig="320">
          <v:shape id="_x0000_i1098" type="#_x0000_t75" style="width:54pt;height:16.15pt" o:ole="">
            <v:imagedata r:id="rId156" o:title=""/>
          </v:shape>
          <o:OLEObject Type="Embed" ProgID="Equation.DSMT4" ShapeID="_x0000_i1098" DrawAspect="Content" ObjectID="_1808513462" r:id="rId157"/>
        </w:object>
      </w:r>
      <w:r w:rsidRPr="00DB6955">
        <w:t>.</w:t>
      </w:r>
      <w:r w:rsidRPr="00DB6955">
        <w:rPr>
          <w:rFonts w:eastAsia="Times New Roman"/>
          <w:b/>
          <w:color w:val="0000FF"/>
          <w:lang w:val="nl-NL"/>
        </w:rPr>
        <w:tab/>
      </w:r>
      <w:r w:rsidRPr="00DB6955">
        <w:rPr>
          <w:b/>
          <w:color w:val="0000FF"/>
          <w:u w:val="single"/>
          <w:lang w:val="nl-NL"/>
        </w:rPr>
        <w:t>C</w:t>
      </w:r>
      <w:r w:rsidRPr="00DB6955">
        <w:rPr>
          <w:b/>
          <w:color w:val="0000FF"/>
          <w:lang w:val="nl-NL"/>
        </w:rPr>
        <w:t>.</w:t>
      </w:r>
      <w:r w:rsidRPr="00DB6955">
        <w:t xml:space="preserve"> </w:t>
      </w:r>
      <w:r w:rsidRPr="00DB6955">
        <w:rPr>
          <w:position w:val="-10"/>
        </w:rPr>
        <w:object w:dxaOrig="1080" w:dyaOrig="320">
          <v:shape id="_x0000_i1099" type="#_x0000_t75" style="width:54pt;height:16.15pt" o:ole="">
            <v:imagedata r:id="rId158" o:title=""/>
          </v:shape>
          <o:OLEObject Type="Embed" ProgID="Equation.DSMT4" ShapeID="_x0000_i1099" DrawAspect="Content" ObjectID="_1808513463" r:id="rId159"/>
        </w:object>
      </w:r>
      <w:r w:rsidRPr="00DB6955">
        <w:t>.</w:t>
      </w:r>
      <w:r w:rsidRPr="00DB6955">
        <w:rPr>
          <w:rFonts w:eastAsia="Times New Roman"/>
          <w:b/>
          <w:color w:val="0000FF"/>
          <w:lang w:val="nl-NL"/>
        </w:rPr>
        <w:tab/>
      </w:r>
      <w:r w:rsidRPr="00DB6955">
        <w:rPr>
          <w:b/>
          <w:color w:val="0000FF"/>
          <w:lang w:val="nl-NL"/>
        </w:rPr>
        <w:t>D.</w:t>
      </w:r>
      <w:r w:rsidRPr="00DB6955">
        <w:t xml:space="preserve"> </w:t>
      </w:r>
      <w:r w:rsidRPr="00DB6955">
        <w:rPr>
          <w:position w:val="-10"/>
        </w:rPr>
        <w:object w:dxaOrig="1080" w:dyaOrig="320">
          <v:shape id="_x0000_i1100" type="#_x0000_t75" style="width:54pt;height:16.15pt" o:ole="">
            <v:imagedata r:id="rId160" o:title=""/>
          </v:shape>
          <o:OLEObject Type="Embed" ProgID="Equation.DSMT4" ShapeID="_x0000_i1100" DrawAspect="Content" ObjectID="_1808513464" r:id="rId161"/>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C</w:t>
      </w:r>
    </w:p>
    <w:p w:rsidR="00D05C3D" w:rsidRPr="00DB6955" w:rsidRDefault="00D05C3D" w:rsidP="00D05C3D">
      <w:pPr>
        <w:tabs>
          <w:tab w:val="left" w:pos="283"/>
          <w:tab w:val="left" w:pos="2835"/>
          <w:tab w:val="left" w:pos="5386"/>
          <w:tab w:val="left" w:pos="7937"/>
        </w:tabs>
        <w:spacing w:before="0" w:after="0"/>
        <w:ind w:firstLine="283"/>
      </w:pPr>
      <w:r w:rsidRPr="00DB6955">
        <w:t xml:space="preserve">Giá của mét đầu tiên là </w:t>
      </w:r>
      <w:r w:rsidRPr="00DB6955">
        <w:rPr>
          <w:position w:val="-10"/>
        </w:rPr>
        <w:object w:dxaOrig="700" w:dyaOrig="320">
          <v:shape id="_x0000_i1101" type="#_x0000_t75" style="width:34.6pt;height:16.15pt" o:ole="">
            <v:imagedata r:id="rId162" o:title=""/>
          </v:shape>
          <o:OLEObject Type="Embed" ProgID="Equation.DSMT4" ShapeID="_x0000_i1101" DrawAspect="Content" ObjectID="_1808513465" r:id="rId163"/>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Giá của mét thứ hai là </w:t>
      </w:r>
      <w:r w:rsidRPr="00DB6955">
        <w:rPr>
          <w:position w:val="-14"/>
        </w:rPr>
        <w:object w:dxaOrig="1700" w:dyaOrig="400">
          <v:shape id="_x0000_i1102" type="#_x0000_t75" style="width:85.4pt;height:19.85pt" o:ole="">
            <v:imagedata r:id="rId164" o:title=""/>
          </v:shape>
          <o:OLEObject Type="Embed" ProgID="Equation.DSMT4" ShapeID="_x0000_i1102" DrawAspect="Content" ObjectID="_1808513466" r:id="rId165"/>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Giá của mét thứ ba là </w:t>
      </w:r>
      <w:r w:rsidRPr="00DB6955">
        <w:rPr>
          <w:position w:val="-14"/>
        </w:rPr>
        <w:object w:dxaOrig="1780" w:dyaOrig="440">
          <v:shape id="_x0000_i1103" type="#_x0000_t75" style="width:88.6pt;height:22.15pt" o:ole="">
            <v:imagedata r:id="rId166" o:title=""/>
          </v:shape>
          <o:OLEObject Type="Embed" ProgID="Equation.DSMT4" ShapeID="_x0000_i1103" DrawAspect="Content" ObjectID="_1808513467" r:id="rId167"/>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position w:val="-6"/>
        </w:rPr>
        <w:object w:dxaOrig="220" w:dyaOrig="120">
          <v:shape id="_x0000_i1104" type="#_x0000_t75" style="width:10.6pt;height:6pt" o:ole="">
            <v:imagedata r:id="rId168" o:title=""/>
          </v:shape>
          <o:OLEObject Type="Embed" ProgID="Equation.DSMT4" ShapeID="_x0000_i1104" DrawAspect="Content" ObjectID="_1808513468" r:id="rId169"/>
        </w:object>
      </w:r>
    </w:p>
    <w:p w:rsidR="00D05C3D" w:rsidRPr="00DB6955" w:rsidRDefault="00D05C3D" w:rsidP="00D05C3D">
      <w:pPr>
        <w:tabs>
          <w:tab w:val="left" w:pos="283"/>
          <w:tab w:val="left" w:pos="2835"/>
          <w:tab w:val="left" w:pos="5386"/>
          <w:tab w:val="left" w:pos="7937"/>
        </w:tabs>
        <w:spacing w:before="0" w:after="0"/>
        <w:ind w:firstLine="283"/>
      </w:pPr>
      <w:r w:rsidRPr="00DB6955">
        <w:t xml:space="preserve">Giá của mét thứ </w:t>
      </w:r>
      <w:r w:rsidRPr="00DB6955">
        <w:rPr>
          <w:position w:val="-6"/>
        </w:rPr>
        <w:object w:dxaOrig="300" w:dyaOrig="279">
          <v:shape id="_x0000_i1105" type="#_x0000_t75" style="width:15.25pt;height:13.85pt" o:ole="">
            <v:imagedata r:id="rId170" o:title=""/>
          </v:shape>
          <o:OLEObject Type="Embed" ProgID="Equation.DSMT4" ShapeID="_x0000_i1105" DrawAspect="Content" ObjectID="_1808513469" r:id="rId171"/>
        </w:object>
      </w:r>
      <w:r w:rsidRPr="00DB6955">
        <w:t xml:space="preserve"> là </w:t>
      </w:r>
      <w:r w:rsidRPr="00DB6955">
        <w:rPr>
          <w:position w:val="-14"/>
        </w:rPr>
        <w:object w:dxaOrig="1840" w:dyaOrig="440">
          <v:shape id="_x0000_i1106" type="#_x0000_t75" style="width:91.85pt;height:22.15pt" o:ole="">
            <v:imagedata r:id="rId172" o:title=""/>
          </v:shape>
          <o:OLEObject Type="Embed" ProgID="Equation.DSMT4" ShapeID="_x0000_i1106" DrawAspect="Content" ObjectID="_1808513470" r:id="rId173"/>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Tổng số tiền khoan giếng là:</w: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6200" w:dyaOrig="440">
          <v:shape id="_x0000_i1107" type="#_x0000_t75" style="width:310.15pt;height:22.15pt" o:ole="">
            <v:imagedata r:id="rId174" o:title=""/>
          </v:shape>
          <o:OLEObject Type="Embed" ProgID="Equation.DSMT4" ShapeID="_x0000_i1107" DrawAspect="Content" ObjectID="_1808513471" r:id="rId175"/>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28"/>
        </w:rPr>
        <w:object w:dxaOrig="3240" w:dyaOrig="760">
          <v:shape id="_x0000_i1108" type="#_x0000_t75" style="width:162pt;height:37.85pt" o:ole="">
            <v:imagedata r:id="rId176" o:title=""/>
          </v:shape>
          <o:OLEObject Type="Embed" ProgID="Equation.DSMT4" ShapeID="_x0000_i1108" DrawAspect="Content" ObjectID="_1808513472" r:id="rId177"/>
        </w:object>
      </w:r>
      <w:r w:rsidRPr="00DB6955">
        <w:t xml:space="preserve"> đồng.</w:t>
      </w:r>
    </w:p>
    <w:p w:rsidR="00D05C3D" w:rsidRPr="00103EB1" w:rsidRDefault="00D05C3D" w:rsidP="00D05C3D">
      <w:pPr>
        <w:spacing w:before="0" w:after="0"/>
        <w:rPr>
          <w:b/>
          <w:color w:val="0000FF"/>
        </w:rPr>
      </w:pPr>
      <w:r w:rsidRPr="00DB6955">
        <w:rPr>
          <w:rFonts w:eastAsia="Calibri"/>
          <w:b/>
          <w:color w:val="0000FF"/>
          <w:szCs w:val="24"/>
        </w:rPr>
        <w:t xml:space="preserve">Câu 9. </w:t>
      </w:r>
      <w:r w:rsidRPr="00DB6955">
        <w:t xml:space="preserve">Cho tứ diện </w:t>
      </w:r>
      <w:r w:rsidRPr="00DB6955">
        <w:rPr>
          <w:position w:val="-6"/>
        </w:rPr>
        <w:object w:dxaOrig="720" w:dyaOrig="279">
          <v:shape id="_x0000_i1109" type="#_x0000_t75" style="width:36pt;height:13.85pt" o:ole="">
            <v:imagedata r:id="rId178" o:title=""/>
          </v:shape>
          <o:OLEObject Type="Embed" ProgID="Equation.DSMT4" ShapeID="_x0000_i1109" DrawAspect="Content" ObjectID="_1808513473" r:id="rId179"/>
        </w:object>
      </w:r>
      <w:r w:rsidRPr="00DB6955">
        <w:t xml:space="preserve">. Lấy </w:t>
      </w:r>
      <w:r w:rsidRPr="00DB6955">
        <w:rPr>
          <w:position w:val="-6"/>
        </w:rPr>
        <w:object w:dxaOrig="260" w:dyaOrig="279">
          <v:shape id="_x0000_i1110" type="#_x0000_t75" style="width:13.4pt;height:13.85pt" o:ole="">
            <v:imagedata r:id="rId180" o:title=""/>
          </v:shape>
          <o:OLEObject Type="Embed" ProgID="Equation.DSMT4" ShapeID="_x0000_i1110" DrawAspect="Content" ObjectID="_1808513474" r:id="rId181"/>
        </w:object>
      </w:r>
      <w:r w:rsidRPr="00DB6955">
        <w:t xml:space="preserve"> là trọng tâm của tam giác </w:t>
      </w:r>
      <w:r w:rsidRPr="00DB6955">
        <w:rPr>
          <w:position w:val="-6"/>
        </w:rPr>
        <w:object w:dxaOrig="560" w:dyaOrig="279">
          <v:shape id="_x0000_i1111" type="#_x0000_t75" style="width:28.15pt;height:13.85pt" o:ole="">
            <v:imagedata r:id="rId182" o:title=""/>
          </v:shape>
          <o:OLEObject Type="Embed" ProgID="Equation.DSMT4" ShapeID="_x0000_i1111" DrawAspect="Content" ObjectID="_1808513475" r:id="rId183"/>
        </w:object>
      </w:r>
      <w:r w:rsidRPr="00DB6955">
        <w:t xml:space="preserve">. Phát biểu nào sau đây là </w:t>
      </w:r>
      <w:r w:rsidRPr="00103EB1">
        <w:rPr>
          <w:b/>
        </w:rPr>
        <w:t>sai</w: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rFonts w:eastAsia="Times New Roman"/>
          <w:b/>
          <w:color w:val="0000FF"/>
          <w:lang w:val="nl-NL"/>
        </w:rPr>
      </w:pPr>
      <w:r w:rsidRPr="00DB6955">
        <w:rPr>
          <w:b/>
          <w:color w:val="0000FF"/>
          <w:lang w:val="nl-NL"/>
        </w:rPr>
        <w:t xml:space="preserve">A. </w:t>
      </w:r>
      <w:r w:rsidRPr="00DB6955">
        <w:rPr>
          <w:position w:val="-6"/>
        </w:rPr>
        <w:object w:dxaOrig="2220" w:dyaOrig="340">
          <v:shape id="_x0000_i1112" type="#_x0000_t75" style="width:111.25pt;height:16.6pt" o:ole="">
            <v:imagedata r:id="rId184" o:title=""/>
          </v:shape>
          <o:OLEObject Type="Embed" ProgID="Equation.DSMT4" ShapeID="_x0000_i1112" DrawAspect="Content" ObjectID="_1808513476" r:id="rId185"/>
        </w:object>
      </w:r>
      <w:r w:rsidRPr="00DB6955">
        <w:t>.</w:t>
      </w:r>
      <w:r w:rsidRPr="00DB6955">
        <w:rPr>
          <w:b/>
          <w:color w:val="0000FF"/>
        </w:rPr>
        <w:tab/>
      </w:r>
      <w:r w:rsidRPr="00DB6955">
        <w:rPr>
          <w:b/>
          <w:color w:val="0000FF"/>
          <w:lang w:val="nl-NL"/>
        </w:rPr>
        <w:t xml:space="preserve">B. </w:t>
      </w:r>
      <w:r w:rsidRPr="00DB6955">
        <w:rPr>
          <w:position w:val="-6"/>
        </w:rPr>
        <w:object w:dxaOrig="1520" w:dyaOrig="340">
          <v:shape id="_x0000_i1113" type="#_x0000_t75" style="width:76.15pt;height:16.6pt" o:ole="">
            <v:imagedata r:id="rId186" o:title=""/>
          </v:shape>
          <o:OLEObject Type="Embed" ProgID="Equation.DSMT4" ShapeID="_x0000_i1113" DrawAspect="Content" ObjectID="_1808513477" r:id="rId187"/>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u w:val="single"/>
          <w:lang w:val="nl-NL"/>
        </w:rPr>
        <w:t>C</w:t>
      </w:r>
      <w:r w:rsidRPr="00DB6955">
        <w:rPr>
          <w:b/>
          <w:color w:val="0000FF"/>
          <w:lang w:val="nl-NL"/>
        </w:rPr>
        <w:t xml:space="preserve">. </w:t>
      </w:r>
      <w:r w:rsidRPr="00DB6955">
        <w:rPr>
          <w:position w:val="-6"/>
        </w:rPr>
        <w:object w:dxaOrig="2380" w:dyaOrig="340">
          <v:shape id="_x0000_i1114" type="#_x0000_t75" style="width:118.6pt;height:16.6pt" o:ole="">
            <v:imagedata r:id="rId188" o:title=""/>
          </v:shape>
          <o:OLEObject Type="Embed" ProgID="Equation.DSMT4" ShapeID="_x0000_i1114" DrawAspect="Content" ObjectID="_1808513478" r:id="rId189"/>
        </w:object>
      </w:r>
      <w:r w:rsidRPr="00DB6955">
        <w:t>.</w:t>
      </w:r>
      <w:r w:rsidRPr="00DB6955">
        <w:rPr>
          <w:b/>
          <w:color w:val="0000FF"/>
        </w:rPr>
        <w:tab/>
      </w:r>
      <w:r w:rsidRPr="00DB6955">
        <w:rPr>
          <w:b/>
          <w:color w:val="0000FF"/>
          <w:lang w:val="nl-NL"/>
        </w:rPr>
        <w:t xml:space="preserve">D. </w:t>
      </w:r>
      <w:r w:rsidRPr="00DB6955">
        <w:rPr>
          <w:position w:val="-6"/>
        </w:rPr>
        <w:object w:dxaOrig="1820" w:dyaOrig="340">
          <v:shape id="_x0000_i1115" type="#_x0000_t75" style="width:91.4pt;height:16.6pt" o:ole="">
            <v:imagedata r:id="rId190" o:title=""/>
          </v:shape>
          <o:OLEObject Type="Embed" ProgID="Equation.DSMT4" ShapeID="_x0000_i1115" DrawAspect="Content" ObjectID="_1808513479" r:id="rId191"/>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Cs/>
          <w:highlight w:val="green"/>
        </w:rPr>
      </w:pPr>
      <w:r w:rsidRPr="00DB6955">
        <w:rPr>
          <w:b/>
          <w:bCs/>
          <w:color w:val="0000FF"/>
          <w:highlight w:val="green"/>
        </w:rPr>
        <w:t>Chọn C</w:t>
      </w:r>
    </w:p>
    <w:p w:rsidR="00D05C3D" w:rsidRPr="00DB6955" w:rsidRDefault="00D05C3D" w:rsidP="00D05C3D">
      <w:pPr>
        <w:tabs>
          <w:tab w:val="left" w:pos="283"/>
          <w:tab w:val="left" w:pos="2835"/>
          <w:tab w:val="left" w:pos="5386"/>
          <w:tab w:val="left" w:pos="7937"/>
        </w:tabs>
        <w:spacing w:before="0" w:after="0"/>
        <w:ind w:firstLine="283"/>
        <w:rPr>
          <w:b/>
          <w:bCs/>
          <w:color w:val="0000FF"/>
        </w:rPr>
      </w:pPr>
      <w:r w:rsidRPr="00DB6955">
        <w:rPr>
          <w:bCs/>
        </w:rPr>
        <w:sym w:font="Wingdings" w:char="F0D8"/>
      </w:r>
      <w:r w:rsidRPr="00DB6955">
        <w:rPr>
          <w:bCs/>
        </w:rPr>
        <w:t xml:space="preserve"> Xét phương án </w:t>
      </w:r>
      <w:r w:rsidRPr="00DB6955">
        <w:rPr>
          <w:position w:val="-4"/>
        </w:rPr>
        <w:object w:dxaOrig="240" w:dyaOrig="260">
          <v:shape id="_x0000_i1116" type="#_x0000_t75" style="width:12pt;height:13.4pt" o:ole="">
            <v:imagedata r:id="rId192" o:title=""/>
          </v:shape>
          <o:OLEObject Type="Embed" ProgID="Equation.DSMT4" ShapeID="_x0000_i1116" DrawAspect="Content" ObjectID="_1808513480" r:id="rId193"/>
        </w:object>
      </w:r>
      <w:r w:rsidRPr="00DB6955">
        <w:rPr>
          <w:bCs/>
        </w:rPr>
        <w:t>.</w:t>
      </w:r>
      <w:r w:rsidRPr="00DB6955">
        <w:rPr>
          <w:b/>
          <w:bCs/>
          <w:color w:val="0000FF"/>
        </w:rPr>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rPr>
          <w:position w:val="-18"/>
        </w:rPr>
        <w:object w:dxaOrig="8640" w:dyaOrig="480">
          <v:shape id="_x0000_i1117" type="#_x0000_t75" style="width:6in;height:24pt" o:ole="">
            <v:imagedata r:id="rId194" o:title=""/>
          </v:shape>
          <o:OLEObject Type="Embed" ProgID="Equation.DSMT4" ShapeID="_x0000_i1117" DrawAspect="Content" ObjectID="_1808513481" r:id="rId195"/>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Suy ra p</w:t>
      </w:r>
      <w:r w:rsidRPr="00DB6955">
        <w:rPr>
          <w:bCs/>
        </w:rPr>
        <w:t xml:space="preserve">hương án </w:t>
      </w:r>
      <w:r w:rsidRPr="00DB6955">
        <w:rPr>
          <w:position w:val="-4"/>
        </w:rPr>
        <w:object w:dxaOrig="240" w:dyaOrig="260">
          <v:shape id="_x0000_i1118" type="#_x0000_t75" style="width:12pt;height:13.4pt" o:ole="">
            <v:imagedata r:id="rId196" o:title=""/>
          </v:shape>
          <o:OLEObject Type="Embed" ProgID="Equation.DSMT4" ShapeID="_x0000_i1118" DrawAspect="Content" ObjectID="_1808513482" r:id="rId197"/>
        </w:object>
      </w:r>
      <w:r w:rsidRPr="00DB6955">
        <w:rPr>
          <w:bCs/>
        </w:rPr>
        <w:t xml:space="preserve"> </w:t>
      </w:r>
      <w:r w:rsidRPr="00DB6955">
        <w:t>đúng.</w:t>
      </w:r>
    </w:p>
    <w:p w:rsidR="00D05C3D" w:rsidRPr="00DB6955" w:rsidRDefault="00D05C3D" w:rsidP="00D05C3D">
      <w:pPr>
        <w:tabs>
          <w:tab w:val="left" w:pos="283"/>
          <w:tab w:val="left" w:pos="2835"/>
          <w:tab w:val="left" w:pos="5386"/>
          <w:tab w:val="left" w:pos="7937"/>
        </w:tabs>
        <w:spacing w:before="0" w:after="0"/>
        <w:ind w:firstLine="283"/>
      </w:pPr>
      <w:r w:rsidRPr="00DB6955">
        <w:rPr>
          <w:bCs/>
        </w:rPr>
        <w:sym w:font="Wingdings" w:char="F0D8"/>
      </w:r>
      <w:r w:rsidRPr="00DB6955">
        <w:rPr>
          <w:bCs/>
        </w:rPr>
        <w:t xml:space="preserve"> Xét phương án </w:t>
      </w:r>
      <w:r w:rsidRPr="00DB6955">
        <w:rPr>
          <w:position w:val="-4"/>
        </w:rPr>
        <w:object w:dxaOrig="240" w:dyaOrig="260">
          <v:shape id="_x0000_i1119" type="#_x0000_t75" style="width:12pt;height:13.4pt" o:ole="">
            <v:imagedata r:id="rId198" o:title=""/>
          </v:shape>
          <o:OLEObject Type="Embed" ProgID="Equation.DSMT4" ShapeID="_x0000_i1119" DrawAspect="Content" ObjectID="_1808513483" r:id="rId199"/>
        </w:object>
      </w:r>
      <w:r w:rsidRPr="00DB6955">
        <w:rPr>
          <w:bCs/>
        </w:rPr>
        <w:t>.</w:t>
      </w:r>
      <w:r w:rsidRPr="00DB6955">
        <w:rPr>
          <w:b/>
          <w:bCs/>
          <w:color w:val="0000FF"/>
        </w:rPr>
        <w:t xml:space="preserve"> </w:t>
      </w:r>
      <w:r w:rsidRPr="00DB6955">
        <w:t xml:space="preserve">Theo quy tắc hiệu hai vecto ta có: </w:t>
      </w:r>
      <w:r w:rsidRPr="00DB6955">
        <w:rPr>
          <w:position w:val="-6"/>
        </w:rPr>
        <w:object w:dxaOrig="1520" w:dyaOrig="340">
          <v:shape id="_x0000_i1120" type="#_x0000_t75" style="width:76.15pt;height:16.6pt" o:ole="">
            <v:imagedata r:id="rId200" o:title=""/>
          </v:shape>
          <o:OLEObject Type="Embed" ProgID="Equation.DSMT4" ShapeID="_x0000_i1120" DrawAspect="Content" ObjectID="_1808513484" r:id="rId201"/>
        </w:object>
      </w:r>
      <w:r w:rsidRPr="00DB6955">
        <w:t>.</w:t>
      </w:r>
    </w:p>
    <w:p w:rsidR="00D05C3D" w:rsidRPr="00DB6955" w:rsidRDefault="00D05C3D" w:rsidP="00D05C3D">
      <w:pPr>
        <w:tabs>
          <w:tab w:val="left" w:pos="283"/>
          <w:tab w:val="left" w:pos="2835"/>
          <w:tab w:val="left" w:pos="5386"/>
          <w:tab w:val="left" w:pos="7937"/>
        </w:tabs>
        <w:spacing w:before="0" w:after="0"/>
        <w:ind w:firstLine="283"/>
        <w:rPr>
          <w:b/>
          <w:bCs/>
          <w:color w:val="0000FF"/>
        </w:rPr>
      </w:pPr>
      <w:r w:rsidRPr="00DB6955">
        <w:t>Suy ra p</w:t>
      </w:r>
      <w:r w:rsidRPr="00DB6955">
        <w:rPr>
          <w:bCs/>
        </w:rPr>
        <w:t xml:space="preserve">hương án </w:t>
      </w:r>
      <w:r w:rsidRPr="00DB6955">
        <w:rPr>
          <w:position w:val="-4"/>
        </w:rPr>
        <w:object w:dxaOrig="240" w:dyaOrig="260">
          <v:shape id="_x0000_i1121" type="#_x0000_t75" style="width:12pt;height:13.4pt" o:ole="">
            <v:imagedata r:id="rId202" o:title=""/>
          </v:shape>
          <o:OLEObject Type="Embed" ProgID="Equation.DSMT4" ShapeID="_x0000_i1121" DrawAspect="Content" ObjectID="_1808513485" r:id="rId203"/>
        </w:object>
      </w:r>
      <w:r w:rsidRPr="00DB6955">
        <w:rPr>
          <w:bCs/>
        </w:rPr>
        <w:t xml:space="preserve"> </w:t>
      </w:r>
      <w:r w:rsidRPr="00DB6955">
        <w:t>đúng.</w:t>
      </w:r>
    </w:p>
    <w:p w:rsidR="00D05C3D" w:rsidRPr="00DB6955" w:rsidRDefault="00D05C3D" w:rsidP="00D05C3D">
      <w:pPr>
        <w:tabs>
          <w:tab w:val="left" w:pos="283"/>
          <w:tab w:val="left" w:pos="2835"/>
          <w:tab w:val="left" w:pos="5386"/>
          <w:tab w:val="left" w:pos="7937"/>
        </w:tabs>
        <w:spacing w:before="0" w:after="0"/>
        <w:ind w:firstLine="283"/>
      </w:pPr>
      <w:r w:rsidRPr="00DB6955">
        <w:rPr>
          <w:bCs/>
        </w:rPr>
        <w:sym w:font="Wingdings" w:char="F0D8"/>
      </w:r>
      <w:r w:rsidRPr="00DB6955">
        <w:rPr>
          <w:bCs/>
        </w:rPr>
        <w:t xml:space="preserve"> Xét phương án </w:t>
      </w:r>
      <w:r w:rsidRPr="00DB6955">
        <w:rPr>
          <w:position w:val="-6"/>
        </w:rPr>
        <w:object w:dxaOrig="240" w:dyaOrig="279">
          <v:shape id="_x0000_i1122" type="#_x0000_t75" style="width:12pt;height:13.85pt" o:ole="">
            <v:imagedata r:id="rId204" o:title=""/>
          </v:shape>
          <o:OLEObject Type="Embed" ProgID="Equation.DSMT4" ShapeID="_x0000_i1122" DrawAspect="Content" ObjectID="_1808513486" r:id="rId205"/>
        </w:object>
      </w:r>
      <w:r w:rsidRPr="00DB6955">
        <w:rPr>
          <w:bCs/>
        </w:rPr>
        <w:t>.</w:t>
      </w:r>
      <w:r w:rsidRPr="00DB6955">
        <w:rPr>
          <w:b/>
          <w:bCs/>
          <w:color w:val="0000FF"/>
        </w:rPr>
        <w:t xml:space="preserve"> </w:t>
      </w:r>
      <w:r w:rsidRPr="00DB6955">
        <w:rPr>
          <w:position w:val="-18"/>
        </w:rPr>
        <w:object w:dxaOrig="2799" w:dyaOrig="480">
          <v:shape id="_x0000_i1123" type="#_x0000_t75" style="width:139.85pt;height:24pt" o:ole="">
            <v:imagedata r:id="rId206" o:title=""/>
          </v:shape>
          <o:OLEObject Type="Embed" ProgID="Equation.DSMT4" ShapeID="_x0000_i1123" DrawAspect="Content" ObjectID="_1808513487" r:id="rId207"/>
        </w:object>
      </w:r>
      <w:r w:rsidRPr="00DB6955">
        <w:t>.</w:t>
      </w:r>
    </w:p>
    <w:p w:rsidR="00D05C3D" w:rsidRPr="00DB6955" w:rsidRDefault="00D05C3D" w:rsidP="00D05C3D">
      <w:pPr>
        <w:tabs>
          <w:tab w:val="left" w:pos="283"/>
          <w:tab w:val="left" w:pos="2835"/>
          <w:tab w:val="left" w:pos="5386"/>
          <w:tab w:val="left" w:pos="7937"/>
        </w:tabs>
        <w:spacing w:before="0" w:after="0"/>
        <w:ind w:firstLine="283"/>
        <w:rPr>
          <w:b/>
          <w:bCs/>
          <w:color w:val="0000FF"/>
        </w:rPr>
      </w:pPr>
      <w:r w:rsidRPr="00DB6955">
        <w:t>Suy ra p</w:t>
      </w:r>
      <w:r w:rsidRPr="00DB6955">
        <w:rPr>
          <w:bCs/>
        </w:rPr>
        <w:t xml:space="preserve">hương án </w:t>
      </w:r>
      <w:r w:rsidRPr="00DB6955">
        <w:rPr>
          <w:position w:val="-6"/>
        </w:rPr>
        <w:object w:dxaOrig="240" w:dyaOrig="279">
          <v:shape id="_x0000_i1124" type="#_x0000_t75" style="width:12pt;height:13.85pt" o:ole="">
            <v:imagedata r:id="rId208" o:title=""/>
          </v:shape>
          <o:OLEObject Type="Embed" ProgID="Equation.DSMT4" ShapeID="_x0000_i1124" DrawAspect="Content" ObjectID="_1808513488" r:id="rId209"/>
        </w:object>
      </w:r>
      <w:r w:rsidRPr="00DB6955">
        <w:rPr>
          <w:bCs/>
        </w:rPr>
        <w:t xml:space="preserve"> </w:t>
      </w:r>
      <w:r w:rsidRPr="00DB6955">
        <w:t>sai.</w:t>
      </w:r>
    </w:p>
    <w:p w:rsidR="00D05C3D" w:rsidRPr="00DB6955" w:rsidRDefault="00D05C3D" w:rsidP="00D05C3D">
      <w:pPr>
        <w:tabs>
          <w:tab w:val="left" w:pos="283"/>
          <w:tab w:val="left" w:pos="2835"/>
          <w:tab w:val="left" w:pos="5386"/>
          <w:tab w:val="left" w:pos="7937"/>
        </w:tabs>
        <w:spacing w:before="0" w:after="0"/>
        <w:ind w:firstLine="283"/>
      </w:pPr>
      <w:r w:rsidRPr="00DB6955">
        <w:rPr>
          <w:bCs/>
        </w:rPr>
        <w:sym w:font="Wingdings" w:char="F0D8"/>
      </w:r>
      <w:r w:rsidRPr="00DB6955">
        <w:rPr>
          <w:bCs/>
        </w:rPr>
        <w:t xml:space="preserve"> Xét phương án </w:t>
      </w:r>
      <w:r w:rsidRPr="00DB6955">
        <w:rPr>
          <w:position w:val="-4"/>
        </w:rPr>
        <w:object w:dxaOrig="260" w:dyaOrig="260">
          <v:shape id="_x0000_i1125" type="#_x0000_t75" style="width:13.4pt;height:13.4pt" o:ole="">
            <v:imagedata r:id="rId210" o:title=""/>
          </v:shape>
          <o:OLEObject Type="Embed" ProgID="Equation.DSMT4" ShapeID="_x0000_i1125" DrawAspect="Content" ObjectID="_1808513489" r:id="rId211"/>
        </w:object>
      </w:r>
      <w:r w:rsidRPr="00DB6955">
        <w:rPr>
          <w:bCs/>
        </w:rPr>
        <w:t>.</w:t>
      </w:r>
      <w:r w:rsidRPr="00DB6955">
        <w:rPr>
          <w:b/>
          <w:bCs/>
          <w:color w:val="0000FF"/>
        </w:rPr>
        <w:t xml:space="preserve"> </w:t>
      </w:r>
      <w:r w:rsidRPr="00DB6955">
        <w:t xml:space="preserve">Vì </w:t>
      </w:r>
      <w:r w:rsidRPr="00DB6955">
        <w:rPr>
          <w:position w:val="-6"/>
        </w:rPr>
        <w:object w:dxaOrig="260" w:dyaOrig="279">
          <v:shape id="_x0000_i1126" type="#_x0000_t75" style="width:13.4pt;height:13.85pt" o:ole="">
            <v:imagedata r:id="rId212" o:title=""/>
          </v:shape>
          <o:OLEObject Type="Embed" ProgID="Equation.DSMT4" ShapeID="_x0000_i1126" DrawAspect="Content" ObjectID="_1808513490" r:id="rId213"/>
        </w:object>
      </w:r>
      <w:r w:rsidRPr="00DB6955">
        <w:t xml:space="preserve"> là trọng tâm của tam giác </w:t>
      </w:r>
      <w:r w:rsidRPr="00DB6955">
        <w:rPr>
          <w:position w:val="-6"/>
        </w:rPr>
        <w:object w:dxaOrig="560" w:dyaOrig="279">
          <v:shape id="_x0000_i1127" type="#_x0000_t75" style="width:28.15pt;height:13.85pt" o:ole="">
            <v:imagedata r:id="rId214" o:title=""/>
          </v:shape>
          <o:OLEObject Type="Embed" ProgID="Equation.DSMT4" ShapeID="_x0000_i1127" DrawAspect="Content" ObjectID="_1808513491" r:id="rId215"/>
        </w:object>
      </w:r>
      <w:r w:rsidRPr="00DB6955">
        <w:t xml:space="preserve"> nên </w:t>
      </w:r>
      <w:r w:rsidRPr="00DB6955">
        <w:rPr>
          <w:position w:val="-6"/>
        </w:rPr>
        <w:object w:dxaOrig="1820" w:dyaOrig="340">
          <v:shape id="_x0000_i1128" type="#_x0000_t75" style="width:91.4pt;height:16.6pt" o:ole="">
            <v:imagedata r:id="rId216" o:title=""/>
          </v:shape>
          <o:OLEObject Type="Embed" ProgID="Equation.DSMT4" ShapeID="_x0000_i1128" DrawAspect="Content" ObjectID="_1808513492" r:id="rId217"/>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bCs/>
        </w:rPr>
      </w:pPr>
      <w:r w:rsidRPr="00DB6955">
        <w:t>Suy ra p</w:t>
      </w:r>
      <w:r w:rsidRPr="00DB6955">
        <w:rPr>
          <w:bCs/>
        </w:rPr>
        <w:t xml:space="preserve">hương án </w:t>
      </w:r>
      <w:r w:rsidRPr="00DB6955">
        <w:rPr>
          <w:position w:val="-4"/>
        </w:rPr>
        <w:object w:dxaOrig="260" w:dyaOrig="260">
          <v:shape id="_x0000_i1129" type="#_x0000_t75" style="width:13.4pt;height:13.4pt" o:ole="">
            <v:imagedata r:id="rId218" o:title=""/>
          </v:shape>
          <o:OLEObject Type="Embed" ProgID="Equation.DSMT4" ShapeID="_x0000_i1129" DrawAspect="Content" ObjectID="_1808513493" r:id="rId219"/>
        </w:object>
      </w:r>
      <w:r w:rsidRPr="00DB6955">
        <w:rPr>
          <w:bCs/>
        </w:rPr>
        <w:t xml:space="preserve"> đúng.</w:t>
      </w:r>
    </w:p>
    <w:p w:rsidR="00D05C3D" w:rsidRPr="00103EB1" w:rsidRDefault="00D05C3D" w:rsidP="00D05C3D">
      <w:pPr>
        <w:spacing w:before="0" w:after="0"/>
        <w:rPr>
          <w:b/>
          <w:color w:val="0000FF"/>
        </w:rPr>
      </w:pPr>
      <w:r w:rsidRPr="00DB6955">
        <w:rPr>
          <w:rFonts w:eastAsia="Calibri"/>
          <w:b/>
          <w:color w:val="0000FF"/>
          <w:szCs w:val="24"/>
        </w:rPr>
        <w:t xml:space="preserve">Câu 10. </w:t>
      </w:r>
      <w:r w:rsidRPr="00DB6955">
        <w:t xml:space="preserve">Hàm số nào sau đây là một nguyên hàm của hàm số </w:t>
      </w:r>
      <w:r w:rsidRPr="00DB6955">
        <w:rPr>
          <w:position w:val="-14"/>
        </w:rPr>
        <w:object w:dxaOrig="1380" w:dyaOrig="400">
          <v:shape id="_x0000_i1130" type="#_x0000_t75" style="width:69.25pt;height:19.85pt" o:ole="">
            <v:imagedata r:id="rId220" o:title=""/>
          </v:shape>
          <o:OLEObject Type="Embed" ProgID="Equation.DSMT4" ShapeID="_x0000_i1130" DrawAspect="Content" ObjectID="_1808513494" r:id="rId221"/>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rFonts w:eastAsia="Times New Roman"/>
          <w:b/>
          <w:color w:val="0000FF"/>
          <w:lang w:val="nl-NL"/>
        </w:rPr>
      </w:pPr>
      <w:r w:rsidRPr="00DB6955">
        <w:rPr>
          <w:b/>
          <w:color w:val="0000FF"/>
          <w:u w:val="single"/>
          <w:lang w:val="nl-NL"/>
        </w:rPr>
        <w:t>A</w:t>
      </w:r>
      <w:r w:rsidRPr="00DB6955">
        <w:rPr>
          <w:b/>
          <w:color w:val="0000FF"/>
          <w:lang w:val="nl-NL"/>
        </w:rPr>
        <w:t xml:space="preserve">. </w:t>
      </w:r>
      <w:r w:rsidRPr="00DB6955">
        <w:rPr>
          <w:position w:val="-24"/>
        </w:rPr>
        <w:object w:dxaOrig="1620" w:dyaOrig="660">
          <v:shape id="_x0000_i1131" type="#_x0000_t75" style="width:81.25pt;height:33.25pt" o:ole="">
            <v:imagedata r:id="rId222" o:title=""/>
          </v:shape>
          <o:OLEObject Type="Embed" ProgID="Equation.DSMT4" ShapeID="_x0000_i1131" DrawAspect="Content" ObjectID="_1808513495" r:id="rId223"/>
        </w:object>
      </w:r>
      <w:r w:rsidRPr="00DB6955">
        <w:t>.</w:t>
      </w:r>
      <w:r w:rsidRPr="00DB6955">
        <w:rPr>
          <w:b/>
          <w:color w:val="0000FF"/>
        </w:rPr>
        <w:tab/>
      </w:r>
      <w:r w:rsidRPr="00DB6955">
        <w:rPr>
          <w:b/>
          <w:color w:val="0000FF"/>
          <w:lang w:val="nl-NL"/>
        </w:rPr>
        <w:t xml:space="preserve">B. </w:t>
      </w:r>
      <w:r w:rsidRPr="00DB6955">
        <w:rPr>
          <w:position w:val="-14"/>
        </w:rPr>
        <w:object w:dxaOrig="2200" w:dyaOrig="400">
          <v:shape id="_x0000_i1132" type="#_x0000_t75" style="width:109.85pt;height:19.85pt" o:ole="">
            <v:imagedata r:id="rId224" o:title=""/>
          </v:shape>
          <o:OLEObject Type="Embed" ProgID="Equation.DSMT4" ShapeID="_x0000_i1132" DrawAspect="Content" ObjectID="_1808513496" r:id="rId225"/>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 xml:space="preserve">C. </w:t>
      </w:r>
      <w:r w:rsidRPr="00DB6955">
        <w:rPr>
          <w:position w:val="-14"/>
        </w:rPr>
        <w:object w:dxaOrig="1420" w:dyaOrig="400">
          <v:shape id="_x0000_i1133" type="#_x0000_t75" style="width:70.6pt;height:19.85pt" o:ole="">
            <v:imagedata r:id="rId226" o:title=""/>
          </v:shape>
          <o:OLEObject Type="Embed" ProgID="Equation.DSMT4" ShapeID="_x0000_i1133" DrawAspect="Content" ObjectID="_1808513497" r:id="rId227"/>
        </w:object>
      </w:r>
      <w:r w:rsidRPr="00DB6955">
        <w:t>.</w:t>
      </w:r>
      <w:r w:rsidRPr="00DB6955">
        <w:rPr>
          <w:b/>
          <w:color w:val="0000FF"/>
        </w:rPr>
        <w:tab/>
      </w:r>
      <w:r w:rsidRPr="00DB6955">
        <w:rPr>
          <w:b/>
          <w:color w:val="0000FF"/>
          <w:lang w:val="nl-NL"/>
        </w:rPr>
        <w:t xml:space="preserve">D. </w:t>
      </w:r>
      <w:r w:rsidRPr="00DB6955">
        <w:rPr>
          <w:position w:val="-28"/>
        </w:rPr>
        <w:object w:dxaOrig="1719" w:dyaOrig="700">
          <v:shape id="_x0000_i1134" type="#_x0000_t75" style="width:85.85pt;height:34.6pt" o:ole="">
            <v:imagedata r:id="rId228" o:title=""/>
          </v:shape>
          <o:OLEObject Type="Embed" ProgID="Equation.DSMT4" ShapeID="_x0000_i1134" DrawAspect="Content" ObjectID="_1808513498" r:id="rId229"/>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Cs/>
          <w:highlight w:val="green"/>
        </w:rPr>
      </w:pPr>
      <w:r w:rsidRPr="00DB6955">
        <w:rPr>
          <w:b/>
          <w:bCs/>
          <w:color w:val="0000FF"/>
          <w:highlight w:val="green"/>
        </w:rPr>
        <w:t>Chọn A</w:t>
      </w:r>
    </w:p>
    <w:p w:rsidR="00D05C3D" w:rsidRPr="00DB6955" w:rsidRDefault="00D05C3D" w:rsidP="00D05C3D">
      <w:pPr>
        <w:tabs>
          <w:tab w:val="left" w:pos="283"/>
          <w:tab w:val="left" w:pos="2835"/>
          <w:tab w:val="left" w:pos="5386"/>
          <w:tab w:val="left" w:pos="7937"/>
        </w:tabs>
        <w:spacing w:before="0" w:after="0"/>
        <w:ind w:firstLine="283"/>
        <w:rPr>
          <w:bCs/>
        </w:rPr>
      </w:pPr>
      <w:r w:rsidRPr="00DB6955">
        <w:rPr>
          <w:position w:val="-24"/>
        </w:rPr>
        <w:object w:dxaOrig="4300" w:dyaOrig="660">
          <v:shape id="_x0000_i1135" type="#_x0000_t75" style="width:214.6pt;height:33.25pt" o:ole="">
            <v:imagedata r:id="rId230" o:title=""/>
          </v:shape>
          <o:OLEObject Type="Embed" ProgID="Equation.DSMT4" ShapeID="_x0000_i1135" DrawAspect="Content" ObjectID="_1808513499" r:id="rId231"/>
        </w:object>
      </w:r>
      <w:r w:rsidRPr="00DB6955">
        <w:rPr>
          <w:bCs/>
        </w:rPr>
        <w:t>.</w:t>
      </w:r>
    </w:p>
    <w:p w:rsidR="00D05C3D" w:rsidRPr="00DB6955" w:rsidRDefault="00D05C3D" w:rsidP="00D05C3D">
      <w:pPr>
        <w:spacing w:before="0" w:after="0"/>
      </w:pPr>
      <w:r w:rsidRPr="00DB6955">
        <w:rPr>
          <w:rFonts w:eastAsia="Calibri"/>
          <w:b/>
          <w:color w:val="0000FF"/>
          <w:szCs w:val="24"/>
        </w:rPr>
        <w:t xml:space="preserve">Câu 11. </w:t>
      </w:r>
      <w:r w:rsidRPr="00DB6955">
        <w:t>Số liệu thống kê điểm kiểm tra giữa kỳ I môn toán của lớp 11A:</w:t>
      </w:r>
    </w:p>
    <w:p w:rsidR="00D05C3D" w:rsidRPr="00DB6955" w:rsidRDefault="00D05C3D" w:rsidP="00D05C3D">
      <w:pPr>
        <w:tabs>
          <w:tab w:val="left" w:pos="283"/>
          <w:tab w:val="left" w:pos="2835"/>
          <w:tab w:val="left" w:pos="5386"/>
          <w:tab w:val="left" w:pos="7937"/>
        </w:tabs>
        <w:spacing w:before="0" w:after="0"/>
        <w:ind w:firstLine="283"/>
      </w:pPr>
      <w:r w:rsidRPr="00DB6955">
        <w:rPr>
          <w:noProof/>
        </w:rPr>
        <w:drawing>
          <wp:inline distT="0" distB="0" distL="0" distR="0" wp14:anchorId="74112322" wp14:editId="507DC0CB">
            <wp:extent cx="4953000" cy="45044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032551" cy="457684"/>
                    </a:xfrm>
                    <a:prstGeom prst="rect">
                      <a:avLst/>
                    </a:prstGeom>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b/>
          <w:color w:val="0000FF"/>
        </w:rPr>
      </w:pPr>
      <w:r w:rsidRPr="00DB6955">
        <w:t>Điểm trung bình lớp 11A (kết quả làm tròn đến hàng phần trăm) là:</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u w:val="single"/>
          <w:lang w:val="nl-NL"/>
        </w:rPr>
        <w:t>A</w:t>
      </w:r>
      <w:r w:rsidRPr="00DB6955">
        <w:rPr>
          <w:b/>
          <w:color w:val="0000FF"/>
          <w:lang w:val="nl-NL"/>
        </w:rPr>
        <w:t>.</w:t>
      </w:r>
      <w:r w:rsidRPr="00DB6955">
        <w:rPr>
          <w:b/>
          <w:color w:val="000099"/>
          <w:lang w:val="nl-NL"/>
        </w:rPr>
        <w:t xml:space="preserve"> </w:t>
      </w:r>
      <w:r w:rsidRPr="00DB6955">
        <w:rPr>
          <w:position w:val="-10"/>
        </w:rPr>
        <w:object w:dxaOrig="480" w:dyaOrig="320">
          <v:shape id="_x0000_i1136" type="#_x0000_t75" style="width:24pt;height:16.15pt" o:ole="">
            <v:imagedata r:id="rId233" o:title=""/>
          </v:shape>
          <o:OLEObject Type="Embed" ProgID="Equation.DSMT4" ShapeID="_x0000_i1136" DrawAspect="Content" ObjectID="_1808513500" r:id="rId234"/>
        </w:object>
      </w:r>
      <w:r w:rsidRPr="00DB6955">
        <w:t>.</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rPr>
          <w:position w:val="-10"/>
        </w:rPr>
        <w:object w:dxaOrig="480" w:dyaOrig="320">
          <v:shape id="_x0000_i1137" type="#_x0000_t75" style="width:24pt;height:16.15pt" o:ole="">
            <v:imagedata r:id="rId235" o:title=""/>
          </v:shape>
          <o:OLEObject Type="Embed" ProgID="Equation.DSMT4" ShapeID="_x0000_i1137" DrawAspect="Content" ObjectID="_1808513501" r:id="rId236"/>
        </w:object>
      </w:r>
      <w:r w:rsidRPr="00DB6955">
        <w:t>.</w:t>
      </w:r>
      <w:r w:rsidRPr="00DB6955">
        <w:rPr>
          <w:rFonts w:eastAsia="Times New Roman"/>
          <w:b/>
          <w:color w:val="0000FF"/>
          <w:lang w:val="nl-NL"/>
        </w:rPr>
        <w:tab/>
      </w:r>
      <w:r w:rsidRPr="00DB6955">
        <w:rPr>
          <w:b/>
          <w:color w:val="0000FF"/>
          <w:lang w:val="nl-NL"/>
        </w:rPr>
        <w:t>C.</w:t>
      </w:r>
      <w:r w:rsidRPr="00DB6955">
        <w:t xml:space="preserve"> </w:t>
      </w:r>
      <w:r w:rsidRPr="00DB6955">
        <w:rPr>
          <w:position w:val="-10"/>
        </w:rPr>
        <w:object w:dxaOrig="499" w:dyaOrig="320">
          <v:shape id="_x0000_i1138" type="#_x0000_t75" style="width:25.4pt;height:16.15pt" o:ole="">
            <v:imagedata r:id="rId237" o:title=""/>
          </v:shape>
          <o:OLEObject Type="Embed" ProgID="Equation.DSMT4" ShapeID="_x0000_i1138" DrawAspect="Content" ObjectID="_1808513502" r:id="rId238"/>
        </w:object>
      </w:r>
      <w:r w:rsidRPr="00DB6955">
        <w:t>.</w:t>
      </w:r>
      <w:r w:rsidRPr="00DB6955">
        <w:rPr>
          <w:rFonts w:eastAsia="Times New Roman"/>
          <w:b/>
          <w:color w:val="0000FF"/>
          <w:lang w:val="nl-NL"/>
        </w:rPr>
        <w:tab/>
      </w:r>
      <w:r w:rsidRPr="00DB6955">
        <w:rPr>
          <w:b/>
          <w:color w:val="0000FF"/>
          <w:lang w:val="nl-NL"/>
        </w:rPr>
        <w:t>D.</w:t>
      </w:r>
      <w:r w:rsidRPr="00DB6955">
        <w:t xml:space="preserve"> </w:t>
      </w:r>
      <w:r w:rsidRPr="00DB6955">
        <w:rPr>
          <w:position w:val="-10"/>
        </w:rPr>
        <w:object w:dxaOrig="499" w:dyaOrig="320">
          <v:shape id="_x0000_i1139" type="#_x0000_t75" style="width:25.4pt;height:16.15pt" o:ole="">
            <v:imagedata r:id="rId239" o:title=""/>
          </v:shape>
          <o:OLEObject Type="Embed" ProgID="Equation.DSMT4" ShapeID="_x0000_i1139" DrawAspect="Content" ObjectID="_1808513503" r:id="rId240"/>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A</w:t>
      </w:r>
    </w:p>
    <w:p w:rsidR="00D05C3D" w:rsidRPr="00DB6955" w:rsidRDefault="00D05C3D" w:rsidP="00D05C3D">
      <w:pPr>
        <w:tabs>
          <w:tab w:val="left" w:pos="283"/>
          <w:tab w:val="left" w:pos="2835"/>
          <w:tab w:val="left" w:pos="5386"/>
          <w:tab w:val="left" w:pos="7937"/>
        </w:tabs>
        <w:spacing w:before="0" w:after="0"/>
        <w:ind w:firstLine="283"/>
      </w:pPr>
      <w:r w:rsidRPr="00DB6955">
        <w:t>Bảng giá trị đại diện số điểm kiểm tra giữa kỳ của lớp 11A:</w:t>
      </w:r>
    </w:p>
    <w:p w:rsidR="00D05C3D" w:rsidRPr="00DB6955" w:rsidRDefault="00D05C3D" w:rsidP="00D05C3D">
      <w:pPr>
        <w:tabs>
          <w:tab w:val="left" w:pos="283"/>
          <w:tab w:val="left" w:pos="2835"/>
          <w:tab w:val="left" w:pos="5386"/>
          <w:tab w:val="left" w:pos="7937"/>
        </w:tabs>
        <w:spacing w:before="0" w:after="0"/>
        <w:ind w:firstLine="283"/>
        <w:rPr>
          <w:bCs/>
        </w:rPr>
      </w:pPr>
      <w:r w:rsidRPr="00DB6955">
        <w:rPr>
          <w:bCs/>
          <w:noProof/>
        </w:rPr>
        <w:drawing>
          <wp:inline distT="0" distB="0" distL="0" distR="0" wp14:anchorId="035A05E4" wp14:editId="2FA09CA6">
            <wp:extent cx="4472940" cy="581693"/>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523694" cy="588293"/>
                    </a:xfrm>
                    <a:prstGeom prst="rect">
                      <a:avLst/>
                    </a:prstGeom>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bCs/>
        </w:rPr>
      </w:pPr>
      <w:r w:rsidRPr="00DB6955">
        <w:rPr>
          <w:bCs/>
        </w:rPr>
        <w:t xml:space="preserve">Vậy điểm trung bình của lớp 11A là </w:t>
      </w:r>
      <w:r w:rsidRPr="00DB6955">
        <w:rPr>
          <w:position w:val="-24"/>
        </w:rPr>
        <w:object w:dxaOrig="3040" w:dyaOrig="620">
          <v:shape id="_x0000_i1140" type="#_x0000_t75" style="width:151.85pt;height:31.4pt" o:ole="">
            <v:imagedata r:id="rId242" o:title=""/>
          </v:shape>
          <o:OLEObject Type="Embed" ProgID="Equation.DSMT4" ShapeID="_x0000_i1140" DrawAspect="Content" ObjectID="_1808513504" r:id="rId243"/>
        </w:object>
      </w:r>
      <w:r w:rsidRPr="00DB6955">
        <w:rPr>
          <w:bCs/>
        </w:rPr>
        <w:t>.</w:t>
      </w:r>
    </w:p>
    <w:p w:rsidR="00D05C3D" w:rsidRPr="00DB6955" w:rsidRDefault="00D05C3D" w:rsidP="00D05C3D">
      <w:pPr>
        <w:spacing w:before="0" w:after="0"/>
      </w:pPr>
      <w:r w:rsidRPr="00DB6955">
        <w:rPr>
          <w:rFonts w:eastAsia="Calibri"/>
          <w:b/>
          <w:color w:val="0000FF"/>
          <w:szCs w:val="24"/>
        </w:rPr>
        <w:t xml:space="preserve">Câu 12. </w:t>
      </w:r>
      <w:r w:rsidRPr="00DB6955">
        <w:t xml:space="preserve">Cho hàm số </w:t>
      </w:r>
      <w:r w:rsidRPr="00DB6955">
        <w:rPr>
          <w:position w:val="-14"/>
        </w:rPr>
        <w:object w:dxaOrig="960" w:dyaOrig="400">
          <v:shape id="_x0000_i1141" type="#_x0000_t75" style="width:48pt;height:19.85pt" o:ole="">
            <v:imagedata r:id="rId244" o:title=""/>
          </v:shape>
          <o:OLEObject Type="Embed" ProgID="Equation.DSMT4" ShapeID="_x0000_i1141" DrawAspect="Content" ObjectID="_1808513505" r:id="rId245"/>
        </w:object>
      </w:r>
      <w:r w:rsidRPr="00DB6955">
        <w:t xml:space="preserve"> liên tục trên đoạn </w:t>
      </w:r>
      <w:r w:rsidRPr="00DB6955">
        <w:rPr>
          <w:position w:val="-14"/>
        </w:rPr>
        <w:object w:dxaOrig="660" w:dyaOrig="400">
          <v:shape id="_x0000_i1142" type="#_x0000_t75" style="width:33.25pt;height:19.85pt" o:ole="">
            <v:imagedata r:id="rId246" o:title=""/>
          </v:shape>
          <o:OLEObject Type="Embed" ProgID="Equation.DSMT4" ShapeID="_x0000_i1142" DrawAspect="Content" ObjectID="_1808513506" r:id="rId247"/>
        </w:object>
      </w:r>
      <w:r w:rsidRPr="00DB6955">
        <w:t xml:space="preserve"> và có đồ thị như hình vẽ bên.</w:t>
      </w:r>
    </w:p>
    <w:p w:rsidR="00D05C3D" w:rsidRPr="00DB6955" w:rsidRDefault="00D05C3D" w:rsidP="00D05C3D">
      <w:pPr>
        <w:tabs>
          <w:tab w:val="left" w:pos="283"/>
          <w:tab w:val="left" w:pos="2835"/>
          <w:tab w:val="left" w:pos="5386"/>
          <w:tab w:val="left" w:pos="7937"/>
        </w:tabs>
        <w:spacing w:before="0" w:after="0"/>
        <w:ind w:firstLine="283"/>
      </w:pPr>
      <w:r w:rsidRPr="00DB6955">
        <w:rPr>
          <w:noProof/>
        </w:rPr>
        <w:lastRenderedPageBreak/>
        <w:drawing>
          <wp:inline distT="0" distB="0" distL="0" distR="0" wp14:anchorId="3FA65536" wp14:editId="6B1FC857">
            <wp:extent cx="194512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945120" cy="1828800"/>
                    </a:xfrm>
                    <a:prstGeom prst="rect">
                      <a:avLst/>
                    </a:prstGeom>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b/>
          <w:color w:val="0000FF"/>
        </w:rPr>
      </w:pPr>
      <w:r w:rsidRPr="00DB6955">
        <w:t xml:space="preserve">Gọi </w:t>
      </w:r>
      <w:r w:rsidRPr="00DB6955">
        <w:rPr>
          <w:position w:val="-10"/>
        </w:rPr>
        <w:object w:dxaOrig="580" w:dyaOrig="320">
          <v:shape id="_x0000_i1143" type="#_x0000_t75" style="width:28.6pt;height:16.15pt" o:ole="">
            <v:imagedata r:id="rId249" o:title=""/>
          </v:shape>
          <o:OLEObject Type="Embed" ProgID="Equation.DSMT4" ShapeID="_x0000_i1143" DrawAspect="Content" ObjectID="_1808513507" r:id="rId250"/>
        </w:object>
      </w:r>
      <w:r w:rsidRPr="00DB6955">
        <w:t xml:space="preserve"> lần lượt là giá trị lớn nhất và giá trị nhỏ nhất của hàm số đã cho trên đoạn </w:t>
      </w:r>
      <w:r w:rsidRPr="00DB6955">
        <w:rPr>
          <w:position w:val="-14"/>
        </w:rPr>
        <w:object w:dxaOrig="660" w:dyaOrig="400">
          <v:shape id="_x0000_i1144" type="#_x0000_t75" style="width:33.25pt;height:19.85pt" o:ole="">
            <v:imagedata r:id="rId251" o:title=""/>
          </v:shape>
          <o:OLEObject Type="Embed" ProgID="Equation.DSMT4" ShapeID="_x0000_i1144" DrawAspect="Content" ObjectID="_1808513508" r:id="rId252"/>
        </w:object>
      </w:r>
      <w:r w:rsidRPr="00DB6955">
        <w:t xml:space="preserve">. Giá trị </w:t>
      </w:r>
      <w:r w:rsidRPr="00DB6955">
        <w:rPr>
          <w:position w:val="-6"/>
        </w:rPr>
        <w:object w:dxaOrig="700" w:dyaOrig="279">
          <v:shape id="_x0000_i1145" type="#_x0000_t75" style="width:34.6pt;height:13.85pt" o:ole="">
            <v:imagedata r:id="rId253" o:title=""/>
          </v:shape>
          <o:OLEObject Type="Embed" ProgID="Equation.DSMT4" ShapeID="_x0000_i1145" DrawAspect="Content" ObjectID="_1808513509" r:id="rId254"/>
        </w:object>
      </w:r>
      <w:r w:rsidRPr="00DB6955">
        <w:t xml:space="preserve"> là:</w:t>
      </w:r>
    </w:p>
    <w:p w:rsidR="00D05C3D" w:rsidRPr="00DB6955" w:rsidRDefault="00D05C3D" w:rsidP="00D05C3D">
      <w:pPr>
        <w:tabs>
          <w:tab w:val="left" w:pos="283"/>
          <w:tab w:val="left" w:pos="2835"/>
          <w:tab w:val="left" w:pos="5386"/>
          <w:tab w:val="left" w:pos="7937"/>
        </w:tabs>
        <w:spacing w:before="0" w:after="0"/>
        <w:ind w:firstLine="283"/>
      </w:pPr>
      <w:r w:rsidRPr="00DB6955">
        <w:rPr>
          <w:b/>
          <w:color w:val="0000FF"/>
          <w:lang w:val="nl-NL"/>
        </w:rPr>
        <w:t>A.</w:t>
      </w:r>
      <w:r w:rsidRPr="00DB6955">
        <w:rPr>
          <w:b/>
          <w:color w:val="000099"/>
          <w:lang w:val="nl-NL"/>
        </w:rPr>
        <w:t xml:space="preserve"> </w:t>
      </w:r>
      <w:r w:rsidRPr="00DB6955">
        <w:rPr>
          <w:position w:val="-6"/>
        </w:rPr>
        <w:object w:dxaOrig="320" w:dyaOrig="279">
          <v:shape id="_x0000_i1146" type="#_x0000_t75" style="width:16.15pt;height:13.85pt" o:ole="">
            <v:imagedata r:id="rId255" o:title=""/>
          </v:shape>
          <o:OLEObject Type="Embed" ProgID="Equation.DSMT4" ShapeID="_x0000_i1146" DrawAspect="Content" ObjectID="_1808513510" r:id="rId256"/>
        </w:object>
      </w:r>
      <w:r w:rsidRPr="00DB6955">
        <w:t>.</w:t>
      </w:r>
      <w:r w:rsidRPr="00DB6955">
        <w:rPr>
          <w:rFonts w:eastAsia="Times New Roman"/>
          <w:b/>
          <w:color w:val="0000FF"/>
          <w:lang w:val="nl-NL"/>
        </w:rPr>
        <w:tab/>
      </w:r>
      <w:r w:rsidRPr="00DB6955">
        <w:rPr>
          <w:b/>
          <w:color w:val="0000FF"/>
          <w:lang w:val="nl-NL"/>
        </w:rPr>
        <w:t>B.</w:t>
      </w:r>
      <w:r w:rsidRPr="00DB6955">
        <w:rPr>
          <w:b/>
          <w:color w:val="0033CC"/>
          <w:lang w:val="nl-NL"/>
        </w:rPr>
        <w:t xml:space="preserve"> </w:t>
      </w:r>
      <w:r w:rsidRPr="00DB6955">
        <w:rPr>
          <w:position w:val="-4"/>
        </w:rPr>
        <w:object w:dxaOrig="200" w:dyaOrig="260">
          <v:shape id="_x0000_i1147" type="#_x0000_t75" style="width:10.15pt;height:13.4pt" o:ole="">
            <v:imagedata r:id="rId257" o:title=""/>
          </v:shape>
          <o:OLEObject Type="Embed" ProgID="Equation.DSMT4" ShapeID="_x0000_i1147" DrawAspect="Content" ObjectID="_1808513511" r:id="rId258"/>
        </w:object>
      </w:r>
      <w:r w:rsidRPr="00DB6955">
        <w:t>.</w:t>
      </w:r>
      <w:r w:rsidRPr="00DB6955">
        <w:rPr>
          <w:rFonts w:eastAsia="Times New Roman"/>
          <w:b/>
          <w:color w:val="0000FF"/>
          <w:lang w:val="nl-NL"/>
        </w:rPr>
        <w:tab/>
      </w:r>
      <w:r w:rsidRPr="00DB6955">
        <w:rPr>
          <w:b/>
          <w:color w:val="0000FF"/>
          <w:lang w:val="nl-NL"/>
        </w:rPr>
        <w:t>C.</w:t>
      </w:r>
      <w:r w:rsidRPr="00DB6955">
        <w:t xml:space="preserve"> </w:t>
      </w:r>
      <w:r w:rsidRPr="00DB6955">
        <w:rPr>
          <w:position w:val="-6"/>
        </w:rPr>
        <w:object w:dxaOrig="320" w:dyaOrig="279">
          <v:shape id="_x0000_i1148" type="#_x0000_t75" style="width:16.15pt;height:13.85pt" o:ole="">
            <v:imagedata r:id="rId259" o:title=""/>
          </v:shape>
          <o:OLEObject Type="Embed" ProgID="Equation.DSMT4" ShapeID="_x0000_i1148" DrawAspect="Content" ObjectID="_1808513512" r:id="rId260"/>
        </w:object>
      </w:r>
      <w:r w:rsidRPr="00DB6955">
        <w:t>.</w:t>
      </w:r>
      <w:r w:rsidRPr="00DB6955">
        <w:rPr>
          <w:rFonts w:eastAsia="Times New Roman"/>
          <w:b/>
          <w:color w:val="0000FF"/>
          <w:lang w:val="nl-NL"/>
        </w:rPr>
        <w:tab/>
      </w:r>
      <w:r w:rsidRPr="00DB6955">
        <w:rPr>
          <w:b/>
          <w:color w:val="0000FF"/>
          <w:u w:val="single"/>
          <w:lang w:val="nl-NL"/>
        </w:rPr>
        <w:t>D</w:t>
      </w:r>
      <w:r w:rsidRPr="00DB6955">
        <w:rPr>
          <w:b/>
          <w:color w:val="0000FF"/>
          <w:lang w:val="nl-NL"/>
        </w:rPr>
        <w:t>.</w:t>
      </w:r>
      <w:r w:rsidRPr="00DB6955">
        <w:t xml:space="preserve"> </w:t>
      </w:r>
      <w:r w:rsidRPr="00DB6955">
        <w:rPr>
          <w:position w:val="-4"/>
        </w:rPr>
        <w:object w:dxaOrig="320" w:dyaOrig="260">
          <v:shape id="_x0000_i1149" type="#_x0000_t75" style="width:16.15pt;height:13.4pt" o:ole="">
            <v:imagedata r:id="rId261" o:title=""/>
          </v:shape>
          <o:OLEObject Type="Embed" ProgID="Equation.DSMT4" ShapeID="_x0000_i1149" DrawAspect="Content" ObjectID="_1808513513" r:id="rId262"/>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b/>
          <w:bCs/>
          <w:color w:val="0000FF"/>
          <w:highlight w:val="green"/>
        </w:rPr>
      </w:pPr>
      <w:r w:rsidRPr="00DB6955">
        <w:rPr>
          <w:b/>
          <w:bCs/>
          <w:color w:val="0000FF"/>
          <w:highlight w:val="green"/>
        </w:rPr>
        <w:t>Chọn D</w:t>
      </w:r>
    </w:p>
    <w:p w:rsidR="00D05C3D" w:rsidRPr="00DB6955" w:rsidRDefault="00D05C3D" w:rsidP="00D05C3D">
      <w:pPr>
        <w:tabs>
          <w:tab w:val="left" w:pos="283"/>
          <w:tab w:val="left" w:pos="2835"/>
          <w:tab w:val="left" w:pos="5386"/>
          <w:tab w:val="left" w:pos="7937"/>
        </w:tabs>
        <w:spacing w:before="0" w:after="0"/>
        <w:ind w:firstLine="283"/>
      </w:pPr>
      <w:r w:rsidRPr="00DB6955">
        <w:t xml:space="preserve">Từ đồ thị ta thấy, giá trị lớn nhất </w:t>
      </w:r>
      <w:r w:rsidRPr="00DB6955">
        <w:rPr>
          <w:position w:val="-4"/>
        </w:rPr>
        <w:object w:dxaOrig="680" w:dyaOrig="260">
          <v:shape id="_x0000_i1150" type="#_x0000_t75" style="width:34.15pt;height:13.4pt" o:ole="">
            <v:imagedata r:id="rId263" o:title=""/>
          </v:shape>
          <o:OLEObject Type="Embed" ProgID="Equation.DSMT4" ShapeID="_x0000_i1150" DrawAspect="Content" ObjectID="_1808513514" r:id="rId264"/>
        </w:object>
      </w:r>
      <w:r w:rsidRPr="00DB6955">
        <w:t xml:space="preserve"> tại </w:t>
      </w:r>
      <w:r w:rsidRPr="00DB6955">
        <w:rPr>
          <w:position w:val="-6"/>
        </w:rPr>
        <w:object w:dxaOrig="680" w:dyaOrig="279">
          <v:shape id="_x0000_i1151" type="#_x0000_t75" style="width:34.15pt;height:13.85pt" o:ole="">
            <v:imagedata r:id="rId265" o:title=""/>
          </v:shape>
          <o:OLEObject Type="Embed" ProgID="Equation.DSMT4" ShapeID="_x0000_i1151" DrawAspect="Content" ObjectID="_1808513515" r:id="rId266"/>
        </w:object>
      </w:r>
      <w:r w:rsidRPr="00DB6955">
        <w:t xml:space="preserve"> và giá trị nhỏ nhất </w:t>
      </w:r>
      <w:r w:rsidRPr="00DB6955">
        <w:rPr>
          <w:position w:val="-6"/>
        </w:rPr>
        <w:object w:dxaOrig="740" w:dyaOrig="279">
          <v:shape id="_x0000_i1152" type="#_x0000_t75" style="width:37.4pt;height:13.85pt" o:ole="">
            <v:imagedata r:id="rId267" o:title=""/>
          </v:shape>
          <o:OLEObject Type="Embed" ProgID="Equation.DSMT4" ShapeID="_x0000_i1152" DrawAspect="Content" ObjectID="_1808513516" r:id="rId268"/>
        </w:object>
      </w:r>
      <w:r w:rsidRPr="00DB6955">
        <w:t xml:space="preserve"> tại </w:t>
      </w:r>
      <w:r w:rsidRPr="00DB6955">
        <w:rPr>
          <w:position w:val="-6"/>
        </w:rPr>
        <w:object w:dxaOrig="560" w:dyaOrig="279">
          <v:shape id="_x0000_i1153" type="#_x0000_t75" style="width:28.15pt;height:13.85pt" o:ole="">
            <v:imagedata r:id="rId269" o:title=""/>
          </v:shape>
          <o:OLEObject Type="Embed" ProgID="Equation.DSMT4" ShapeID="_x0000_i1153" DrawAspect="Content" ObjectID="_1808513517" r:id="rId270"/>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Vậy giá trị </w:t>
      </w:r>
      <w:r w:rsidRPr="00DB6955">
        <w:rPr>
          <w:position w:val="-14"/>
        </w:rPr>
        <w:object w:dxaOrig="2200" w:dyaOrig="400">
          <v:shape id="_x0000_i1154" type="#_x0000_t75" style="width:109.85pt;height:19.85pt" o:ole="">
            <v:imagedata r:id="rId271" o:title=""/>
          </v:shape>
          <o:OLEObject Type="Embed" ProgID="Equation.DSMT4" ShapeID="_x0000_i1154" DrawAspect="Content" ObjectID="_1808513518" r:id="rId272"/>
        </w:object>
      </w:r>
      <w:r w:rsidRPr="00DB6955">
        <w:t>.</w:t>
      </w:r>
    </w:p>
    <w:p w:rsidR="00D05C3D" w:rsidRPr="00453277" w:rsidRDefault="00D05C3D" w:rsidP="00D05C3D">
      <w:pPr>
        <w:spacing w:before="0" w:after="0"/>
        <w:rPr>
          <w:rFonts w:eastAsia="Calibri" w:cs="Times New Roman"/>
          <w:color w:val="FF0000"/>
          <w:szCs w:val="24"/>
        </w:rPr>
      </w:pPr>
      <w:r w:rsidRPr="00453277">
        <w:rPr>
          <w:rFonts w:eastAsia="Calibri" w:cs="Times New Roman"/>
          <w:b/>
          <w:bCs/>
          <w:color w:val="FF0000"/>
          <w:szCs w:val="24"/>
        </w:rPr>
        <w:t xml:space="preserve">PHẦN II. Câu trắc nghiệm đúng sai (4,0 điểm). </w:t>
      </w:r>
      <w:r w:rsidRPr="00453277">
        <w:rPr>
          <w:rFonts w:eastAsia="Calibri" w:cs="Times New Roman"/>
          <w:bCs/>
          <w:color w:val="FF0000"/>
          <w:szCs w:val="24"/>
        </w:rPr>
        <w:t>Thí sinh trả lời từ câu 1 đến câu 4. Trong mỗi ý a), b), c), d) ở mỗi câu, thí sinh chọn đúng hoặc sai.</w:t>
      </w:r>
    </w:p>
    <w:p w:rsidR="00D05C3D" w:rsidRPr="00DB6955" w:rsidRDefault="00D05C3D" w:rsidP="00D05C3D">
      <w:pPr>
        <w:spacing w:before="0" w:after="0"/>
      </w:pPr>
      <w:r w:rsidRPr="00DB6955">
        <w:rPr>
          <w:rFonts w:eastAsia="Calibri"/>
          <w:b/>
          <w:color w:val="0000FF"/>
          <w:szCs w:val="24"/>
        </w:rPr>
        <w:t xml:space="preserve">Câu 1. </w:t>
      </w:r>
      <w:r w:rsidRPr="00DB6955">
        <w:t xml:space="preserve">Một khinh khí cầu bay với độ cao (so với mực nước biển) tại thời điểm </w:t>
      </w:r>
      <w:r w:rsidRPr="00DB6955">
        <w:rPr>
          <w:position w:val="-6"/>
        </w:rPr>
        <w:object w:dxaOrig="139" w:dyaOrig="240">
          <v:shape id="_x0000_i1155" type="#_x0000_t75" style="width:7.4pt;height:12pt" o:ole="">
            <v:imagedata r:id="rId273" o:title=""/>
          </v:shape>
          <o:OLEObject Type="Embed" ProgID="Equation.DSMT4" ShapeID="_x0000_i1155" DrawAspect="Content" ObjectID="_1808513519" r:id="rId274"/>
        </w:object>
      </w:r>
      <w:r w:rsidRPr="00DB6955">
        <w:t xml:space="preserve"> là </w:t>
      </w:r>
      <w:r w:rsidRPr="00DB6955">
        <w:rPr>
          <w:position w:val="-14"/>
        </w:rPr>
        <w:object w:dxaOrig="480" w:dyaOrig="400">
          <v:shape id="_x0000_i1156" type="#_x0000_t75" style="width:24pt;height:19.85pt" o:ole="">
            <v:imagedata r:id="rId275" o:title=""/>
          </v:shape>
          <o:OLEObject Type="Embed" ProgID="Equation.DSMT4" ShapeID="_x0000_i1156" DrawAspect="Content" ObjectID="_1808513520" r:id="rId276"/>
        </w:object>
      </w:r>
      <w:r w:rsidRPr="00DB6955">
        <w:t xml:space="preserve">, trong đó </w:t>
      </w:r>
      <w:r w:rsidRPr="00DB6955">
        <w:rPr>
          <w:position w:val="-6"/>
        </w:rPr>
        <w:object w:dxaOrig="139" w:dyaOrig="240">
          <v:shape id="_x0000_i1157" type="#_x0000_t75" style="width:7.4pt;height:12pt" o:ole="">
            <v:imagedata r:id="rId277" o:title=""/>
          </v:shape>
          <o:OLEObject Type="Embed" ProgID="Equation.DSMT4" ShapeID="_x0000_i1157" DrawAspect="Content" ObjectID="_1808513521" r:id="rId278"/>
        </w:object>
      </w:r>
      <w:r w:rsidRPr="00DB6955">
        <w:t xml:space="preserve"> tính bằng phút, </w:t>
      </w:r>
      <w:r w:rsidRPr="00DB6955">
        <w:rPr>
          <w:position w:val="-14"/>
        </w:rPr>
        <w:object w:dxaOrig="480" w:dyaOrig="400">
          <v:shape id="_x0000_i1158" type="#_x0000_t75" style="width:24pt;height:19.85pt" o:ole="">
            <v:imagedata r:id="rId279" o:title=""/>
          </v:shape>
          <o:OLEObject Type="Embed" ProgID="Equation.DSMT4" ShapeID="_x0000_i1158" DrawAspect="Content" ObjectID="_1808513522" r:id="rId280"/>
        </w:object>
      </w:r>
      <w:r w:rsidRPr="00DB6955">
        <w:t xml:space="preserve"> tính bằng mét. Tốc độ bay của khinh khí cầu được cho bởi hàm số </w:t>
      </w:r>
      <w:r w:rsidRPr="00DB6955">
        <w:rPr>
          <w:position w:val="-14"/>
        </w:rPr>
        <w:object w:dxaOrig="2020" w:dyaOrig="400">
          <v:shape id="_x0000_i1159" type="#_x0000_t75" style="width:100.6pt;height:19.85pt" o:ole="">
            <v:imagedata r:id="rId281" o:title=""/>
          </v:shape>
          <o:OLEObject Type="Embed" ProgID="Equation.DSMT4" ShapeID="_x0000_i1159" DrawAspect="Content" ObjectID="_1808513523" r:id="rId282"/>
        </w:object>
      </w:r>
      <w:r w:rsidRPr="00DB6955">
        <w:t xml:space="preserve"> với </w:t>
      </w:r>
      <w:r w:rsidRPr="00DB6955">
        <w:rPr>
          <w:position w:val="-14"/>
        </w:rPr>
        <w:object w:dxaOrig="480" w:dyaOrig="400">
          <v:shape id="_x0000_i1160" type="#_x0000_t75" style="width:24pt;height:19.85pt" o:ole="">
            <v:imagedata r:id="rId283" o:title=""/>
          </v:shape>
          <o:OLEObject Type="Embed" ProgID="Equation.DSMT4" ShapeID="_x0000_i1160" DrawAspect="Content" ObjectID="_1808513524" r:id="rId284"/>
        </w:object>
      </w:r>
      <w:r w:rsidRPr="00DB6955">
        <w:t xml:space="preserve"> tính bằng mét/phút. Tại thời điểm xuất phát </w:t>
      </w:r>
      <w:r w:rsidRPr="00DB6955">
        <w:rPr>
          <w:position w:val="-14"/>
        </w:rPr>
        <w:object w:dxaOrig="680" w:dyaOrig="400">
          <v:shape id="_x0000_i1161" type="#_x0000_t75" style="width:34.15pt;height:19.85pt" o:ole="">
            <v:imagedata r:id="rId285" o:title=""/>
          </v:shape>
          <o:OLEObject Type="Embed" ProgID="Equation.DSMT4" ShapeID="_x0000_i1161" DrawAspect="Content" ObjectID="_1808513525" r:id="rId286"/>
        </w:object>
      </w:r>
      <w:r w:rsidRPr="00DB6955">
        <w:t xml:space="preserve"> khinh khí cầu ở độ cao </w:t>
      </w:r>
      <w:r w:rsidRPr="00DB6955">
        <w:rPr>
          <w:position w:val="-6"/>
        </w:rPr>
        <w:object w:dxaOrig="620" w:dyaOrig="279">
          <v:shape id="_x0000_i1162" type="#_x0000_t75" style="width:31.4pt;height:13.85pt" o:ole="">
            <v:imagedata r:id="rId287" o:title=""/>
          </v:shape>
          <o:OLEObject Type="Embed" ProgID="Equation.DSMT4" ShapeID="_x0000_i1162" DrawAspect="Content" ObjectID="_1808513526" r:id="rId288"/>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rPr>
        <w:t>a) [1]</w:t>
      </w:r>
      <w:r>
        <w:t xml:space="preserve"> </w:t>
      </w:r>
      <w:r w:rsidRPr="00DB6955">
        <w:rPr>
          <w:position w:val="-14"/>
        </w:rPr>
        <w:object w:dxaOrig="3300" w:dyaOrig="400">
          <v:shape id="_x0000_i1163" type="#_x0000_t75" style="width:165.25pt;height:19.85pt" o:ole="">
            <v:imagedata r:id="rId289" o:title=""/>
          </v:shape>
          <o:OLEObject Type="Embed" ProgID="Equation.DSMT4" ShapeID="_x0000_i1163" DrawAspect="Content" ObjectID="_1808513527" r:id="rId290"/>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u w:val="single"/>
        </w:rPr>
        <w:t>b)</w:t>
      </w:r>
      <w:r w:rsidRPr="00DB6955">
        <w:rPr>
          <w:b/>
        </w:rPr>
        <w:t xml:space="preserve"> [2]</w:t>
      </w:r>
      <w:r>
        <w:t xml:space="preserve"> </w:t>
      </w:r>
      <w:r w:rsidRPr="00DB6955">
        <w:t xml:space="preserve">Tại thời điểm </w:t>
      </w:r>
      <w:r w:rsidRPr="00DB6955">
        <w:rPr>
          <w:position w:val="-6"/>
        </w:rPr>
        <w:object w:dxaOrig="499" w:dyaOrig="279">
          <v:shape id="_x0000_i1164" type="#_x0000_t75" style="width:25.4pt;height:13.85pt" o:ole="">
            <v:imagedata r:id="rId291" o:title=""/>
          </v:shape>
          <o:OLEObject Type="Embed" ProgID="Equation.DSMT4" ShapeID="_x0000_i1164" DrawAspect="Content" ObjectID="_1808513528" r:id="rId292"/>
        </w:object>
      </w:r>
      <w:r w:rsidRPr="00DB6955">
        <w:t xml:space="preserve"> phút độ cao của khinh khí cầu là </w:t>
      </w:r>
      <w:r w:rsidRPr="00DB6955">
        <w:rPr>
          <w:position w:val="-10"/>
        </w:rPr>
        <w:object w:dxaOrig="960" w:dyaOrig="320">
          <v:shape id="_x0000_i1165" type="#_x0000_t75" style="width:48pt;height:16.15pt" o:ole="">
            <v:imagedata r:id="rId293" o:title=""/>
          </v:shape>
          <o:OLEObject Type="Embed" ProgID="Equation.DSMT4" ShapeID="_x0000_i1165" DrawAspect="Content" ObjectID="_1808513529" r:id="rId294"/>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u w:val="single"/>
        </w:rPr>
        <w:t>c)</w:t>
      </w:r>
      <w:r>
        <w:rPr>
          <w:b/>
        </w:rPr>
        <w:t xml:space="preserve"> [3]</w:t>
      </w:r>
      <w:r w:rsidRPr="00DB6955">
        <w:t xml:space="preserve"> Độ cao tối đa của khinh khí cầu khi bay là </w:t>
      </w:r>
      <w:r w:rsidRPr="00DB6955">
        <w:rPr>
          <w:position w:val="-6"/>
        </w:rPr>
        <w:object w:dxaOrig="620" w:dyaOrig="279">
          <v:shape id="_x0000_i1166" type="#_x0000_t75" style="width:31.4pt;height:13.85pt" o:ole="">
            <v:imagedata r:id="rId295" o:title=""/>
          </v:shape>
          <o:OLEObject Type="Embed" ProgID="Equation.DSMT4" ShapeID="_x0000_i1166" DrawAspect="Content" ObjectID="_1808513530" r:id="rId296"/>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b/>
          <w:u w:val="single"/>
        </w:rPr>
        <w:t>d)</w:t>
      </w:r>
      <w:r>
        <w:rPr>
          <w:b/>
        </w:rPr>
        <w:t xml:space="preserve"> [4]</w:t>
      </w:r>
      <w:r w:rsidRPr="00DB6955">
        <w:t xml:space="preserve"> Sau </w:t>
      </w:r>
      <w:r w:rsidRPr="00DB6955">
        <w:rPr>
          <w:position w:val="-6"/>
        </w:rPr>
        <w:object w:dxaOrig="279" w:dyaOrig="279">
          <v:shape id="_x0000_i1167" type="#_x0000_t75" style="width:13.85pt;height:13.85pt" o:ole="">
            <v:imagedata r:id="rId297" o:title=""/>
          </v:shape>
          <o:OLEObject Type="Embed" ProgID="Equation.DSMT4" ShapeID="_x0000_i1167" DrawAspect="Content" ObjectID="_1808513531" r:id="rId298"/>
        </w:object>
      </w:r>
      <w:r w:rsidRPr="00DB6955">
        <w:t xml:space="preserve"> phút từ khi xuất phát thì khinh khí cầu trở lại độ cao khi bắt đầu xuất phát.</w:t>
      </w:r>
    </w:p>
    <w:p w:rsidR="00D05C3D" w:rsidRPr="00DB6955" w:rsidRDefault="00D05C3D" w:rsidP="00D05C3D">
      <w:pPr>
        <w:tabs>
          <w:tab w:val="left" w:pos="283"/>
          <w:tab w:val="left" w:pos="2835"/>
          <w:tab w:val="left" w:pos="5386"/>
          <w:tab w:val="left" w:pos="7937"/>
        </w:tabs>
        <w:spacing w:before="0" w:after="0"/>
        <w:ind w:firstLine="283"/>
        <w:rPr>
          <w:b/>
          <w:bCs/>
          <w:color w:val="0000FF"/>
        </w:rPr>
      </w:pPr>
      <w:r w:rsidRPr="00DB6955">
        <w:rPr>
          <w:b/>
          <w:bCs/>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a) Sai.</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w:t>
      </w:r>
      <w:r w:rsidRPr="00DB6955">
        <w:rPr>
          <w:position w:val="-14"/>
        </w:rPr>
        <w:object w:dxaOrig="1180" w:dyaOrig="400">
          <v:shape id="_x0000_i1168" type="#_x0000_t75" style="width:58.6pt;height:19.85pt" o:ole="">
            <v:imagedata r:id="rId299" o:title=""/>
          </v:shape>
          <o:OLEObject Type="Embed" ProgID="Equation.DSMT4" ShapeID="_x0000_i1168" DrawAspect="Content" ObjectID="_1808513532" r:id="rId300"/>
        </w:object>
      </w:r>
      <w:r w:rsidRPr="00DB6955">
        <w:t xml:space="preserve">, suy ra </w:t>
      </w:r>
      <w:r w:rsidRPr="00DB6955">
        <w:rPr>
          <w:position w:val="-16"/>
        </w:rPr>
        <w:object w:dxaOrig="5780" w:dyaOrig="440">
          <v:shape id="_x0000_i1169" type="#_x0000_t75" style="width:289.4pt;height:22.15pt" o:ole="">
            <v:imagedata r:id="rId301" o:title=""/>
          </v:shape>
          <o:OLEObject Type="Embed" ProgID="Equation.DSMT4" ShapeID="_x0000_i1169" DrawAspect="Content" ObjectID="_1808513533" r:id="rId302"/>
        </w:object>
      </w:r>
      <w:r w:rsidRPr="00DB6955">
        <w:t>.</w:t>
      </w:r>
    </w:p>
    <w:p w:rsidR="00D05C3D" w:rsidRPr="00DB6955" w:rsidRDefault="00D05C3D" w:rsidP="00D05C3D">
      <w:pPr>
        <w:tabs>
          <w:tab w:val="left" w:pos="283"/>
          <w:tab w:val="left" w:pos="2835"/>
          <w:tab w:val="left" w:pos="5386"/>
          <w:tab w:val="left" w:pos="7937"/>
        </w:tabs>
        <w:spacing w:before="0" w:after="0"/>
        <w:ind w:firstLine="283"/>
        <w:rPr>
          <w:lang w:val="vi-VN"/>
        </w:rPr>
      </w:pPr>
      <w:r w:rsidRPr="00DB6955">
        <w:t xml:space="preserve">Vì </w:t>
      </w:r>
      <w:r w:rsidRPr="00DB6955">
        <w:rPr>
          <w:position w:val="-14"/>
        </w:rPr>
        <w:object w:dxaOrig="1120" w:dyaOrig="400">
          <v:shape id="_x0000_i1170" type="#_x0000_t75" style="width:55.85pt;height:19.85pt" o:ole="">
            <v:imagedata r:id="rId303" o:title=""/>
          </v:shape>
          <o:OLEObject Type="Embed" ProgID="Equation.DSMT4" ShapeID="_x0000_i1170" DrawAspect="Content" ObjectID="_1808513534" r:id="rId304"/>
        </w:object>
      </w:r>
      <w:r w:rsidRPr="00DB6955">
        <w:t xml:space="preserve">, suy ra </w:t>
      </w:r>
      <w:r w:rsidRPr="00DB6955">
        <w:rPr>
          <w:position w:val="-6"/>
        </w:rPr>
        <w:object w:dxaOrig="840" w:dyaOrig="279">
          <v:shape id="_x0000_i1171" type="#_x0000_t75" style="width:42pt;height:13.85pt" o:ole="">
            <v:imagedata r:id="rId305" o:title=""/>
          </v:shape>
          <o:OLEObject Type="Embed" ProgID="Equation.DSMT4" ShapeID="_x0000_i1171" DrawAspect="Content" ObjectID="_1808513535" r:id="rId306"/>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t xml:space="preserve">Vậy </w:t>
      </w:r>
      <w:r w:rsidRPr="00DB6955">
        <w:rPr>
          <w:position w:val="-14"/>
        </w:rPr>
        <w:object w:dxaOrig="4040" w:dyaOrig="400">
          <v:shape id="_x0000_i1172" type="#_x0000_t75" style="width:202.15pt;height:19.85pt" o:ole="">
            <v:imagedata r:id="rId307" o:title=""/>
          </v:shape>
          <o:OLEObject Type="Embed" ProgID="Equation.DSMT4" ShapeID="_x0000_i1172" DrawAspect="Content" ObjectID="_1808513536" r:id="rId308"/>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b) Đúng.</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w:t>
      </w:r>
      <w:r w:rsidRPr="00DB6955">
        <w:rPr>
          <w:position w:val="-14"/>
        </w:rPr>
        <w:object w:dxaOrig="4560" w:dyaOrig="440">
          <v:shape id="_x0000_i1173" type="#_x0000_t75" style="width:228pt;height:22.15pt" o:ole="">
            <v:imagedata r:id="rId309" o:title=""/>
          </v:shape>
          <o:OLEObject Type="Embed" ProgID="Equation.DSMT4" ShapeID="_x0000_i1173" DrawAspect="Content" ObjectID="_1808513537" r:id="rId310"/>
        </w:object>
      </w:r>
    </w:p>
    <w:p w:rsidR="00D05C3D" w:rsidRPr="00DB6955" w:rsidRDefault="00D05C3D" w:rsidP="00D05C3D">
      <w:pPr>
        <w:tabs>
          <w:tab w:val="left" w:pos="283"/>
          <w:tab w:val="left" w:pos="2835"/>
          <w:tab w:val="left" w:pos="5386"/>
          <w:tab w:val="left" w:pos="7937"/>
        </w:tabs>
        <w:spacing w:before="0" w:after="0"/>
        <w:ind w:firstLine="283"/>
      </w:pPr>
      <w:r w:rsidRPr="00DB6955">
        <w:t>c) Đúng.</w: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3300" w:dyaOrig="400">
          <v:shape id="_x0000_i1174" type="#_x0000_t75" style="width:165.25pt;height:19.85pt" o:ole="">
            <v:imagedata r:id="rId311" o:title=""/>
          </v:shape>
          <o:OLEObject Type="Embed" ProgID="Equation.DSMT4" ShapeID="_x0000_i1174" DrawAspect="Content" ObjectID="_1808513538" r:id="rId312"/>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30"/>
        </w:rPr>
        <w:object w:dxaOrig="4500" w:dyaOrig="720">
          <v:shape id="_x0000_i1175" type="#_x0000_t75" style="width:225.25pt;height:36pt" o:ole="">
            <v:imagedata r:id="rId313" o:title=""/>
          </v:shape>
          <o:OLEObject Type="Embed" ProgID="Equation.DSMT4" ShapeID="_x0000_i1175" DrawAspect="Content" ObjectID="_1808513539" r:id="rId314"/>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4180" w:dyaOrig="440">
          <v:shape id="_x0000_i1176" type="#_x0000_t75" style="width:208.6pt;height:22.15pt" o:ole="">
            <v:imagedata r:id="rId315" o:title=""/>
          </v:shape>
          <o:OLEObject Type="Embed" ProgID="Equation.DSMT4" ShapeID="_x0000_i1176" DrawAspect="Content" ObjectID="_1808513540" r:id="rId316"/>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1120" w:dyaOrig="400">
          <v:shape id="_x0000_i1177" type="#_x0000_t75" style="width:55.85pt;height:19.85pt" o:ole="">
            <v:imagedata r:id="rId317" o:title=""/>
          </v:shape>
          <o:OLEObject Type="Embed" ProgID="Equation.DSMT4" ShapeID="_x0000_i1177" DrawAspect="Content" ObjectID="_1808513541" r:id="rId318"/>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1460" w:dyaOrig="400">
          <v:shape id="_x0000_i1178" type="#_x0000_t75" style="width:73.4pt;height:19.85pt" o:ole="">
            <v:imagedata r:id="rId319" o:title=""/>
          </v:shape>
          <o:OLEObject Type="Embed" ProgID="Equation.DSMT4" ShapeID="_x0000_i1178" DrawAspect="Content" ObjectID="_1808513542" r:id="rId320"/>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Do đó độ cao tối đa của khinh khí cầu khi bay là </w:t>
      </w:r>
      <w:r w:rsidRPr="00DB6955">
        <w:rPr>
          <w:position w:val="-6"/>
        </w:rPr>
        <w:object w:dxaOrig="620" w:dyaOrig="279">
          <v:shape id="_x0000_i1179" type="#_x0000_t75" style="width:31.4pt;height:13.85pt" o:ole="">
            <v:imagedata r:id="rId321" o:title=""/>
          </v:shape>
          <o:OLEObject Type="Embed" ProgID="Equation.DSMT4" ShapeID="_x0000_i1179" DrawAspect="Content" ObjectID="_1808513543" r:id="rId322"/>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d) Đúng.</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w:t>
      </w:r>
      <w:r w:rsidRPr="00DB6955">
        <w:rPr>
          <w:position w:val="-14"/>
        </w:rPr>
        <w:object w:dxaOrig="4860" w:dyaOrig="440">
          <v:shape id="_x0000_i1180" type="#_x0000_t75" style="width:243.25pt;height:22.15pt" o:ole="">
            <v:imagedata r:id="rId323" o:title=""/>
          </v:shape>
          <o:OLEObject Type="Embed" ProgID="Equation.DSMT4" ShapeID="_x0000_i1180" DrawAspect="Content" ObjectID="_1808513544" r:id="rId324"/>
        </w:object>
      </w:r>
      <w:r w:rsidRPr="00DB6955">
        <w:t>.</w:t>
      </w:r>
    </w:p>
    <w:p w:rsidR="00D05C3D" w:rsidRPr="00103EB1" w:rsidRDefault="00D05C3D" w:rsidP="00D05C3D">
      <w:pPr>
        <w:spacing w:before="0" w:after="0"/>
        <w:rPr>
          <w:lang w:val="nl-NL"/>
        </w:rPr>
      </w:pPr>
      <w:r w:rsidRPr="00DB6955">
        <w:rPr>
          <w:rFonts w:eastAsia="Calibri"/>
          <w:b/>
          <w:color w:val="0000FF"/>
          <w:szCs w:val="24"/>
          <w:lang w:val="nl-NL"/>
        </w:rPr>
        <w:t xml:space="preserve">Câu 2. </w:t>
      </w:r>
      <w:r w:rsidRPr="00103EB1">
        <w:rPr>
          <w:lang w:val="nl-NL"/>
        </w:rPr>
        <w:t xml:space="preserve">Với hệ trục tọa độ </w:t>
      </w:r>
      <w:r w:rsidRPr="00DB6955">
        <w:rPr>
          <w:position w:val="-10"/>
        </w:rPr>
        <w:object w:dxaOrig="560" w:dyaOrig="320">
          <v:shape id="_x0000_i1181" type="#_x0000_t75" style="width:28.15pt;height:16.15pt" o:ole="">
            <v:imagedata r:id="rId325" o:title=""/>
          </v:shape>
          <o:OLEObject Type="Embed" ProgID="Equation.DSMT4" ShapeID="_x0000_i1181" DrawAspect="Content" ObjectID="_1808513545" r:id="rId326"/>
        </w:object>
      </w:r>
      <w:r w:rsidRPr="00103EB1">
        <w:rPr>
          <w:lang w:val="nl-NL"/>
        </w:rPr>
        <w:t xml:space="preserve"> sao cho </w:t>
      </w:r>
      <w:r w:rsidRPr="00DB6955">
        <w:rPr>
          <w:position w:val="-6"/>
        </w:rPr>
        <w:object w:dxaOrig="240" w:dyaOrig="279">
          <v:shape id="_x0000_i1182" type="#_x0000_t75" style="width:12pt;height:13.85pt" o:ole="">
            <v:imagedata r:id="rId327" o:title=""/>
          </v:shape>
          <o:OLEObject Type="Embed" ProgID="Equation.DSMT4" ShapeID="_x0000_i1182" DrawAspect="Content" ObjectID="_1808513546" r:id="rId328"/>
        </w:object>
      </w:r>
      <w:r w:rsidRPr="00103EB1">
        <w:rPr>
          <w:lang w:val="nl-NL"/>
        </w:rPr>
        <w:t xml:space="preserve"> nằm trên mặt nước, mặt phẳng </w:t>
      </w:r>
      <w:r w:rsidRPr="00DB6955">
        <w:rPr>
          <w:position w:val="-14"/>
        </w:rPr>
        <w:object w:dxaOrig="639" w:dyaOrig="400">
          <v:shape id="_x0000_i1183" type="#_x0000_t75" style="width:31.85pt;height:19.85pt" o:ole="">
            <v:imagedata r:id="rId329" o:title=""/>
          </v:shape>
          <o:OLEObject Type="Embed" ProgID="Equation.DSMT4" ShapeID="_x0000_i1183" DrawAspect="Content" ObjectID="_1808513547" r:id="rId330"/>
        </w:object>
      </w:r>
      <w:r w:rsidRPr="00103EB1">
        <w:rPr>
          <w:lang w:val="nl-NL"/>
        </w:rPr>
        <w:t xml:space="preserve"> là mặt nước, trục </w:t>
      </w:r>
      <w:r w:rsidRPr="00DB6955">
        <w:rPr>
          <w:position w:val="-6"/>
        </w:rPr>
        <w:object w:dxaOrig="340" w:dyaOrig="279">
          <v:shape id="_x0000_i1184" type="#_x0000_t75" style="width:16.6pt;height:13.85pt" o:ole="">
            <v:imagedata r:id="rId331" o:title=""/>
          </v:shape>
          <o:OLEObject Type="Embed" ProgID="Equation.DSMT4" ShapeID="_x0000_i1184" DrawAspect="Content" ObjectID="_1808513548" r:id="rId332"/>
        </w:object>
      </w:r>
      <w:r w:rsidRPr="00103EB1">
        <w:rPr>
          <w:lang w:val="nl-NL"/>
        </w:rPr>
        <w:t xml:space="preserve"> hướng lên trên (đơn vị đo: mét), một con chim bói cá đang săn mồi ở vị trí </w:t>
      </w:r>
      <w:r w:rsidRPr="00DB6955">
        <w:rPr>
          <w:position w:val="-6"/>
        </w:rPr>
        <w:object w:dxaOrig="240" w:dyaOrig="279">
          <v:shape id="_x0000_i1185" type="#_x0000_t75" style="width:12pt;height:13.85pt" o:ole="">
            <v:imagedata r:id="rId333" o:title=""/>
          </v:shape>
          <o:OLEObject Type="Embed" ProgID="Equation.DSMT4" ShapeID="_x0000_i1185" DrawAspect="Content" ObjectID="_1808513549" r:id="rId334"/>
        </w:object>
      </w:r>
      <w:r w:rsidRPr="00103EB1">
        <w:rPr>
          <w:lang w:val="nl-NL"/>
        </w:rPr>
        <w:t xml:space="preserve"> cách mặt nước 5 m, cách mặt phẳng </w:t>
      </w:r>
      <w:r w:rsidRPr="00DB6955">
        <w:rPr>
          <w:position w:val="-14"/>
        </w:rPr>
        <w:object w:dxaOrig="1300" w:dyaOrig="400">
          <v:shape id="_x0000_i1186" type="#_x0000_t75" style="width:64.6pt;height:19.85pt" o:ole="">
            <v:imagedata r:id="rId335" o:title=""/>
          </v:shape>
          <o:OLEObject Type="Embed" ProgID="Equation.DSMT4" ShapeID="_x0000_i1186" DrawAspect="Content" ObjectID="_1808513550" r:id="rId336"/>
        </w:object>
      </w:r>
      <w:r w:rsidRPr="00103EB1">
        <w:rPr>
          <w:lang w:val="nl-NL"/>
        </w:rPr>
        <w:t xml:space="preserve"> lần lượt là </w:t>
      </w:r>
      <w:r w:rsidRPr="00DB6955">
        <w:rPr>
          <w:position w:val="-6"/>
        </w:rPr>
        <w:object w:dxaOrig="380" w:dyaOrig="279">
          <v:shape id="_x0000_i1187" type="#_x0000_t75" style="width:19.4pt;height:13.85pt" o:ole="">
            <v:imagedata r:id="rId337" o:title=""/>
          </v:shape>
          <o:OLEObject Type="Embed" ProgID="Equation.DSMT4" ShapeID="_x0000_i1187" DrawAspect="Content" ObjectID="_1808513551" r:id="rId338"/>
        </w:object>
      </w:r>
      <w:r w:rsidRPr="00103EB1">
        <w:rPr>
          <w:lang w:val="nl-NL"/>
        </w:rPr>
        <w:t xml:space="preserve"> và </w:t>
      </w:r>
      <w:r w:rsidRPr="00DB6955">
        <w:rPr>
          <w:position w:val="-6"/>
        </w:rPr>
        <w:object w:dxaOrig="380" w:dyaOrig="279">
          <v:shape id="_x0000_i1188" type="#_x0000_t75" style="width:19.4pt;height:13.85pt" o:ole="">
            <v:imagedata r:id="rId339" o:title=""/>
          </v:shape>
          <o:OLEObject Type="Embed" ProgID="Equation.DSMT4" ShapeID="_x0000_i1188" DrawAspect="Content" ObjectID="_1808513552" r:id="rId340"/>
        </w:object>
      </w:r>
      <w:r w:rsidRPr="00103EB1">
        <w:rPr>
          <w:lang w:val="nl-NL"/>
        </w:rPr>
        <w:t xml:space="preserve">, từ vị trí này nó phóng thẳng xuống vị trí con cá ở vị trí </w:t>
      </w:r>
      <w:r w:rsidRPr="00DB6955">
        <w:rPr>
          <w:position w:val="-4"/>
        </w:rPr>
        <w:object w:dxaOrig="240" w:dyaOrig="260">
          <v:shape id="_x0000_i1189" type="#_x0000_t75" style="width:12pt;height:13.4pt" o:ole="">
            <v:imagedata r:id="rId341" o:title=""/>
          </v:shape>
          <o:OLEObject Type="Embed" ProgID="Equation.DSMT4" ShapeID="_x0000_i1189" DrawAspect="Content" ObjectID="_1808513553" r:id="rId342"/>
        </w:object>
      </w:r>
      <w:r w:rsidRPr="00103EB1">
        <w:rPr>
          <w:lang w:val="nl-NL"/>
        </w:rPr>
        <w:t xml:space="preserve">, biết con cá cách mặt nước </w:t>
      </w:r>
      <w:r w:rsidRPr="00DB6955">
        <w:rPr>
          <w:position w:val="-6"/>
        </w:rPr>
        <w:object w:dxaOrig="300" w:dyaOrig="279">
          <v:shape id="_x0000_i1190" type="#_x0000_t75" style="width:15.25pt;height:13.85pt" o:ole="">
            <v:imagedata r:id="rId343" o:title=""/>
          </v:shape>
          <o:OLEObject Type="Embed" ProgID="Equation.DSMT4" ShapeID="_x0000_i1190" DrawAspect="Content" ObjectID="_1808513554" r:id="rId344"/>
        </w:object>
      </w:r>
      <w:r w:rsidRPr="00103EB1">
        <w:rPr>
          <w:lang w:val="nl-NL"/>
        </w:rPr>
        <w:t xml:space="preserve"> cm, cách mặt phẳng </w:t>
      </w:r>
      <w:r w:rsidRPr="00DB6955">
        <w:rPr>
          <w:position w:val="-14"/>
        </w:rPr>
        <w:object w:dxaOrig="1300" w:dyaOrig="400">
          <v:shape id="_x0000_i1191" type="#_x0000_t75" style="width:64.6pt;height:19.85pt" o:ole="">
            <v:imagedata r:id="rId345" o:title=""/>
          </v:shape>
          <o:OLEObject Type="Embed" ProgID="Equation.DSMT4" ShapeID="_x0000_i1191" DrawAspect="Content" ObjectID="_1808513555" r:id="rId346"/>
        </w:object>
      </w:r>
      <w:r w:rsidRPr="00103EB1">
        <w:rPr>
          <w:lang w:val="nl-NL"/>
        </w:rPr>
        <w:t xml:space="preserve"> lần lượt là </w:t>
      </w:r>
      <w:r w:rsidRPr="00DB6955">
        <w:rPr>
          <w:position w:val="-6"/>
        </w:rPr>
        <w:object w:dxaOrig="320" w:dyaOrig="279">
          <v:shape id="_x0000_i1192" type="#_x0000_t75" style="width:16.15pt;height:13.85pt" o:ole="">
            <v:imagedata r:id="rId347" o:title=""/>
          </v:shape>
          <o:OLEObject Type="Embed" ProgID="Equation.DSMT4" ShapeID="_x0000_i1192" DrawAspect="Content" ObjectID="_1808513556" r:id="rId348"/>
        </w:object>
      </w:r>
      <w:r w:rsidRPr="00103EB1">
        <w:rPr>
          <w:lang w:val="nl-NL"/>
        </w:rPr>
        <w:t xml:space="preserve"> và </w:t>
      </w:r>
      <w:r w:rsidRPr="00DB6955">
        <w:rPr>
          <w:position w:val="-10"/>
        </w:rPr>
        <w:object w:dxaOrig="560" w:dyaOrig="320">
          <v:shape id="_x0000_i1193" type="#_x0000_t75" style="width:28.15pt;height:16.15pt" o:ole="">
            <v:imagedata r:id="rId349" o:title=""/>
          </v:shape>
          <o:OLEObject Type="Embed" ProgID="Equation.DSMT4" ShapeID="_x0000_i1193" DrawAspect="Content" ObjectID="_1808513557" r:id="rId350"/>
        </w:object>
      </w:r>
      <w:r w:rsidRPr="00103EB1">
        <w:rPr>
          <w:lang w:val="nl-NL"/>
        </w:rPr>
        <w:t xml:space="preserve"> (hình vẽ). </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noProof/>
          <w:lang w:val="nl-NL"/>
        </w:rPr>
        <w:drawing>
          <wp:inline distT="0" distB="0" distL="0" distR="0" wp14:anchorId="3D5595A3" wp14:editId="175A5493">
            <wp:extent cx="4351397" cy="1653683"/>
            <wp:effectExtent l="0" t="0" r="0"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1524" name=""/>
                    <pic:cNvPicPr/>
                  </pic:nvPicPr>
                  <pic:blipFill>
                    <a:blip r:embed="rId351"/>
                    <a:stretch>
                      <a:fillRect/>
                    </a:stretch>
                  </pic:blipFill>
                  <pic:spPr>
                    <a:xfrm>
                      <a:off x="0" y="0"/>
                      <a:ext cx="4351397" cy="1653683"/>
                    </a:xfrm>
                    <a:prstGeom prst="rect">
                      <a:avLst/>
                    </a:prstGeom>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b/>
          <w:u w:val="single"/>
          <w:lang w:val="nl-NL"/>
        </w:rPr>
        <w:t>a)</w:t>
      </w:r>
      <w:r>
        <w:rPr>
          <w:b/>
          <w:lang w:val="nl-NL"/>
        </w:rPr>
        <w:t xml:space="preserve"> [1]</w:t>
      </w:r>
      <w:r w:rsidRPr="00DB6955">
        <w:rPr>
          <w:lang w:val="nl-NL"/>
        </w:rPr>
        <w:t xml:space="preserve"> </w:t>
      </w:r>
      <w:r w:rsidRPr="00DB6955">
        <w:t xml:space="preserve">Tọa độ điểm </w:t>
      </w:r>
      <w:r w:rsidRPr="00DB6955">
        <w:rPr>
          <w:position w:val="-4"/>
        </w:rPr>
        <w:object w:dxaOrig="240" w:dyaOrig="260">
          <v:shape id="_x0000_i1194" type="#_x0000_t75" style="width:12pt;height:13.4pt" o:ole="">
            <v:imagedata r:id="rId352" o:title=""/>
          </v:shape>
          <o:OLEObject Type="Embed" ProgID="Equation.DSMT4" ShapeID="_x0000_i1194" DrawAspect="Content" ObjectID="_1808513558" r:id="rId353"/>
        </w:object>
      </w:r>
      <w:r w:rsidRPr="00DB6955">
        <w:t xml:space="preserve"> lúc con chim bói cá vừa tiếp xúc với mặt nước là </w:t>
      </w:r>
      <w:r w:rsidRPr="00DB6955">
        <w:rPr>
          <w:position w:val="-14"/>
        </w:rPr>
        <w:object w:dxaOrig="780" w:dyaOrig="400">
          <v:shape id="_x0000_i1195" type="#_x0000_t75" style="width:39.25pt;height:19.85pt" o:ole="">
            <v:imagedata r:id="rId354" o:title=""/>
          </v:shape>
          <o:OLEObject Type="Embed" ProgID="Equation.DSMT4" ShapeID="_x0000_i1195" DrawAspect="Content" ObjectID="_1808513559" r:id="rId355"/>
        </w:object>
      </w:r>
      <w:r w:rsidRPr="00DB6955">
        <w:t xml:space="preserve"> thì </w:t>
      </w:r>
      <w:r w:rsidRPr="00DB6955">
        <w:rPr>
          <w:position w:val="-6"/>
        </w:rPr>
        <w:object w:dxaOrig="1200" w:dyaOrig="279">
          <v:shape id="_x0000_i1196" type="#_x0000_t75" style="width:60pt;height:13.85pt" o:ole="">
            <v:imagedata r:id="rId356" o:title=""/>
          </v:shape>
          <o:OLEObject Type="Embed" ProgID="Equation.DSMT4" ShapeID="_x0000_i1196" DrawAspect="Content" ObjectID="_1808513560" r:id="rId357"/>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b/>
          <w:lang w:val="nl-NL"/>
        </w:rPr>
        <w:t>b)</w:t>
      </w:r>
      <w:r>
        <w:rPr>
          <w:b/>
          <w:lang w:val="nl-NL"/>
        </w:rPr>
        <w:t xml:space="preserve"> [2]</w:t>
      </w:r>
      <w:r w:rsidRPr="00DB6955">
        <w:rPr>
          <w:lang w:val="nl-NL"/>
        </w:rPr>
        <w:t xml:space="preserve"> Giả sử vận tốc của con chim bói cá là </w:t>
      </w:r>
      <w:r w:rsidRPr="00DB6955">
        <w:rPr>
          <w:position w:val="-6"/>
        </w:rPr>
        <w:object w:dxaOrig="320" w:dyaOrig="279">
          <v:shape id="_x0000_i1197" type="#_x0000_t75" style="width:16.15pt;height:13.85pt" o:ole="">
            <v:imagedata r:id="rId358" o:title=""/>
          </v:shape>
          <o:OLEObject Type="Embed" ProgID="Equation.DSMT4" ShapeID="_x0000_i1197" DrawAspect="Content" ObjectID="_1808513561" r:id="rId359"/>
        </w:object>
      </w:r>
      <w:r w:rsidRPr="00DB6955">
        <w:rPr>
          <w:lang w:val="nl-NL"/>
        </w:rPr>
        <w:t xml:space="preserve"> km/h, vậy sau </w:t>
      </w:r>
      <w:r w:rsidRPr="00DB6955">
        <w:rPr>
          <w:position w:val="-10"/>
        </w:rPr>
        <w:object w:dxaOrig="499" w:dyaOrig="320">
          <v:shape id="_x0000_i1198" type="#_x0000_t75" style="width:25.4pt;height:16.15pt" o:ole="">
            <v:imagedata r:id="rId360" o:title=""/>
          </v:shape>
          <o:OLEObject Type="Embed" ProgID="Equation.DSMT4" ShapeID="_x0000_i1198" DrawAspect="Content" ObjectID="_1808513562" r:id="rId361"/>
        </w:object>
      </w:r>
      <w:r w:rsidRPr="00DB6955">
        <w:rPr>
          <w:lang w:val="nl-NL"/>
        </w:rPr>
        <w:t xml:space="preserve"> giây (làm tròn đến hàng phần trăm) con chim bói cá sẽ bay đến điểm </w:t>
      </w:r>
      <w:r w:rsidRPr="00DB6955">
        <w:rPr>
          <w:position w:val="-4"/>
        </w:rPr>
        <w:object w:dxaOrig="240" w:dyaOrig="260">
          <v:shape id="_x0000_i1199" type="#_x0000_t75" style="width:12pt;height:13.4pt" o:ole="">
            <v:imagedata r:id="rId362" o:title=""/>
          </v:shape>
          <o:OLEObject Type="Embed" ProgID="Equation.DSMT4" ShapeID="_x0000_i1199" DrawAspect="Content" ObjectID="_1808513563" r:id="rId363"/>
        </w:object>
      </w:r>
      <w:r w:rsidRPr="00DB6955">
        <w:rPr>
          <w:lang w:val="nl-NL"/>
        </w:rPr>
        <w:t xml:space="preserve">. </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b/>
          <w:u w:val="single"/>
          <w:lang w:val="nl-NL"/>
        </w:rPr>
        <w:t>c)</w:t>
      </w:r>
      <w:r>
        <w:rPr>
          <w:b/>
          <w:lang w:val="nl-NL"/>
        </w:rPr>
        <w:t xml:space="preserve"> [3]</w:t>
      </w:r>
      <w:r w:rsidRPr="00DB6955">
        <w:rPr>
          <w:lang w:val="nl-NL"/>
        </w:rPr>
        <w:t xml:space="preserve"> Tọa độ các điểm </w:t>
      </w:r>
      <w:r w:rsidRPr="00DB6955">
        <w:rPr>
          <w:position w:val="-14"/>
        </w:rPr>
        <w:object w:dxaOrig="1420" w:dyaOrig="400">
          <v:shape id="_x0000_i1200" type="#_x0000_t75" style="width:70.6pt;height:19.85pt" o:ole="">
            <v:imagedata r:id="rId364" o:title=""/>
          </v:shape>
          <o:OLEObject Type="Embed" ProgID="Equation.DSMT4" ShapeID="_x0000_i1200" DrawAspect="Content" ObjectID="_1808513564" r:id="rId365"/>
        </w:object>
      </w:r>
      <w:r w:rsidRPr="00DB6955">
        <w:rPr>
          <w:lang w:val="nl-NL"/>
        </w:rPr>
        <w:t xml:space="preserve">, </w:t>
      </w:r>
      <w:r w:rsidRPr="00DB6955">
        <w:rPr>
          <w:position w:val="-14"/>
        </w:rPr>
        <w:object w:dxaOrig="980" w:dyaOrig="400">
          <v:shape id="_x0000_i1201" type="#_x0000_t75" style="width:49.4pt;height:19.85pt" o:ole="">
            <v:imagedata r:id="rId366" o:title=""/>
          </v:shape>
          <o:OLEObject Type="Embed" ProgID="Equation.DSMT4" ShapeID="_x0000_i1201" DrawAspect="Content" ObjectID="_1808513565" r:id="rId367"/>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b/>
          <w:u w:val="single"/>
          <w:lang w:val="nl-NL"/>
        </w:rPr>
        <w:t>d)</w:t>
      </w:r>
      <w:r>
        <w:rPr>
          <w:b/>
          <w:lang w:val="nl-NL"/>
        </w:rPr>
        <w:t xml:space="preserve"> [4]</w:t>
      </w:r>
      <w:r w:rsidRPr="00DB6955">
        <w:rPr>
          <w:lang w:val="nl-NL"/>
        </w:rPr>
        <w:t xml:space="preserve"> Phương trình đường thẳng </w:t>
      </w:r>
      <w:r w:rsidRPr="00DB6955">
        <w:rPr>
          <w:position w:val="-6"/>
        </w:rPr>
        <w:object w:dxaOrig="420" w:dyaOrig="279">
          <v:shape id="_x0000_i1202" type="#_x0000_t75" style="width:21.25pt;height:13.85pt" o:ole="">
            <v:imagedata r:id="rId368" o:title=""/>
          </v:shape>
          <o:OLEObject Type="Embed" ProgID="Equation.DSMT4" ShapeID="_x0000_i1202" DrawAspect="Content" ObjectID="_1808513566" r:id="rId369"/>
        </w:object>
      </w:r>
      <w:r w:rsidRPr="00DB6955">
        <w:rPr>
          <w:lang w:val="nl-NL"/>
        </w:rPr>
        <w:t xml:space="preserve"> là: </w:t>
      </w:r>
      <w:r w:rsidRPr="00DB6955">
        <w:rPr>
          <w:position w:val="-24"/>
        </w:rPr>
        <w:object w:dxaOrig="2020" w:dyaOrig="620">
          <v:shape id="_x0000_i1203" type="#_x0000_t75" style="width:100.6pt;height:31.4pt" o:ole="">
            <v:imagedata r:id="rId370" o:title=""/>
          </v:shape>
          <o:OLEObject Type="Embed" ProgID="Equation.DSMT4" ShapeID="_x0000_i1203" DrawAspect="Content" ObjectID="_1808513567" r:id="rId371"/>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 xml:space="preserve">Theo giả thiết ta có tọa độ điểm </w:t>
      </w:r>
      <w:r w:rsidRPr="00DB6955">
        <w:rPr>
          <w:position w:val="-14"/>
        </w:rPr>
        <w:object w:dxaOrig="980" w:dyaOrig="400">
          <v:shape id="_x0000_i1204" type="#_x0000_t75" style="width:49.4pt;height:19.85pt" o:ole="">
            <v:imagedata r:id="rId372" o:title=""/>
          </v:shape>
          <o:OLEObject Type="Embed" ProgID="Equation.DSMT4" ShapeID="_x0000_i1204" DrawAspect="Content" ObjectID="_1808513568" r:id="rId373"/>
        </w:object>
      </w:r>
      <w:r w:rsidRPr="00DB6955">
        <w:t xml:space="preserve">, </w:t>
      </w:r>
      <w:r w:rsidRPr="00DB6955">
        <w:rPr>
          <w:position w:val="-14"/>
        </w:rPr>
        <w:object w:dxaOrig="1420" w:dyaOrig="400">
          <v:shape id="_x0000_i1205" type="#_x0000_t75" style="width:70.6pt;height:19.85pt" o:ole="">
            <v:imagedata r:id="rId374" o:title=""/>
          </v:shape>
          <o:OLEObject Type="Embed" ProgID="Equation.DSMT4" ShapeID="_x0000_i1205" DrawAspect="Content" ObjectID="_1808513569" r:id="rId375"/>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Điểm </w:t>
      </w:r>
      <w:r w:rsidRPr="00DB6955">
        <w:rPr>
          <w:position w:val="-4"/>
        </w:rPr>
        <w:object w:dxaOrig="240" w:dyaOrig="260">
          <v:shape id="_x0000_i1206" type="#_x0000_t75" style="width:12pt;height:13.4pt" o:ole="">
            <v:imagedata r:id="rId376" o:title=""/>
          </v:shape>
          <o:OLEObject Type="Embed" ProgID="Equation.DSMT4" ShapeID="_x0000_i1206" DrawAspect="Content" ObjectID="_1808513570" r:id="rId377"/>
        </w:object>
      </w:r>
      <w:r w:rsidRPr="00DB6955">
        <w:t xml:space="preserve"> thuộc mặt phẳng </w:t>
      </w:r>
      <w:r w:rsidRPr="00DB6955">
        <w:rPr>
          <w:position w:val="-14"/>
        </w:rPr>
        <w:object w:dxaOrig="639" w:dyaOrig="400">
          <v:shape id="_x0000_i1207" type="#_x0000_t75" style="width:31.85pt;height:19.85pt" o:ole="">
            <v:imagedata r:id="rId378" o:title=""/>
          </v:shape>
          <o:OLEObject Type="Embed" ProgID="Equation.DSMT4" ShapeID="_x0000_i1207" DrawAspect="Content" ObjectID="_1808513571" r:id="rId379"/>
        </w:object>
      </w:r>
      <w:r w:rsidRPr="00DB6955">
        <w:t xml:space="preserve"> nên </w:t>
      </w:r>
      <w:r w:rsidRPr="00DB6955">
        <w:rPr>
          <w:position w:val="-14"/>
        </w:rPr>
        <w:object w:dxaOrig="980" w:dyaOrig="400">
          <v:shape id="_x0000_i1208" type="#_x0000_t75" style="width:49.4pt;height:19.85pt" o:ole="">
            <v:imagedata r:id="rId380" o:title=""/>
          </v:shape>
          <o:OLEObject Type="Embed" ProgID="Equation.DSMT4" ShapeID="_x0000_i1208" DrawAspect="Content" ObjectID="_1808513572" r:id="rId381"/>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Khi đó </w:t>
      </w:r>
      <w:r w:rsidRPr="00DB6955">
        <w:rPr>
          <w:position w:val="-14"/>
        </w:rPr>
        <w:object w:dxaOrig="1740" w:dyaOrig="420">
          <v:shape id="_x0000_i1209" type="#_x0000_t75" style="width:87.25pt;height:21.25pt" o:ole="">
            <v:imagedata r:id="rId382" o:title=""/>
          </v:shape>
          <o:OLEObject Type="Embed" ProgID="Equation.DSMT4" ShapeID="_x0000_i1209" DrawAspect="Content" ObjectID="_1808513573" r:id="rId383"/>
        </w:object>
      </w:r>
      <w:r w:rsidRPr="00DB6955">
        <w:t xml:space="preserve">; </w:t>
      </w:r>
      <w:r w:rsidRPr="00DB6955">
        <w:rPr>
          <w:position w:val="-14"/>
        </w:rPr>
        <w:object w:dxaOrig="2299" w:dyaOrig="420">
          <v:shape id="_x0000_i1210" type="#_x0000_t75" style="width:115.4pt;height:21.25pt" o:ole="">
            <v:imagedata r:id="rId384" o:title=""/>
          </v:shape>
          <o:OLEObject Type="Embed" ProgID="Equation.DSMT4" ShapeID="_x0000_i1210" DrawAspect="Content" ObjectID="_1808513574" r:id="rId385"/>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t xml:space="preserve">Vì </w:t>
      </w:r>
      <w:r w:rsidRPr="00DB6955">
        <w:rPr>
          <w:position w:val="-10"/>
        </w:rPr>
        <w:object w:dxaOrig="740" w:dyaOrig="320">
          <v:shape id="_x0000_i1211" type="#_x0000_t75" style="width:37.4pt;height:16.15pt" o:ole="">
            <v:imagedata r:id="rId386" o:title=""/>
          </v:shape>
          <o:OLEObject Type="Embed" ProgID="Equation.DSMT4" ShapeID="_x0000_i1211" DrawAspect="Content" ObjectID="_1808513575" r:id="rId387"/>
        </w:object>
      </w:r>
      <w:r w:rsidRPr="00DB6955">
        <w:t xml:space="preserve"> thẳng hàng nên </w:t>
      </w:r>
      <w:r w:rsidRPr="00DB6955">
        <w:rPr>
          <w:position w:val="-6"/>
        </w:rPr>
        <w:object w:dxaOrig="1140" w:dyaOrig="340">
          <v:shape id="_x0000_i1212" type="#_x0000_t75" style="width:57.25pt;height:16.6pt" o:ole="">
            <v:imagedata r:id="rId388" o:title=""/>
          </v:shape>
          <o:OLEObject Type="Embed" ProgID="Equation.DSMT4" ShapeID="_x0000_i1212" DrawAspect="Content" ObjectID="_1808513576" r:id="rId389"/>
        </w:object>
      </w:r>
      <w:r w:rsidRPr="00DB6955">
        <w:t xml:space="preserve"> hay </w:t>
      </w:r>
      <w:r w:rsidRPr="00DB6955">
        <w:rPr>
          <w:position w:val="-60"/>
        </w:rPr>
        <w:object w:dxaOrig="2880" w:dyaOrig="1320">
          <v:shape id="_x0000_i1213" type="#_x0000_t75" style="width:2in;height:66pt" o:ole="">
            <v:imagedata r:id="rId390" o:title=""/>
          </v:shape>
          <o:OLEObject Type="Embed" ProgID="Equation.DSMT4" ShapeID="_x0000_i1213" DrawAspect="Content" ObjectID="_1808513577" r:id="rId391"/>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t xml:space="preserve">suy ra </w:t>
      </w:r>
      <w:r w:rsidRPr="00DB6955">
        <w:rPr>
          <w:position w:val="-28"/>
        </w:rPr>
        <w:object w:dxaOrig="1340" w:dyaOrig="680">
          <v:shape id="_x0000_i1214" type="#_x0000_t75" style="width:67.4pt;height:34.15pt" o:ole="">
            <v:imagedata r:id="rId392" o:title=""/>
          </v:shape>
          <o:OLEObject Type="Embed" ProgID="Equation.DSMT4" ShapeID="_x0000_i1214" DrawAspect="Content" ObjectID="_1808513578" r:id="rId393"/>
        </w:object>
      </w:r>
      <w:r w:rsidRPr="00DB6955">
        <w:t xml:space="preserve"> nên </w:t>
      </w:r>
      <w:r w:rsidRPr="00DB6955">
        <w:rPr>
          <w:position w:val="-24"/>
        </w:rPr>
        <w:object w:dxaOrig="2480" w:dyaOrig="620">
          <v:shape id="_x0000_i1215" type="#_x0000_t75" style="width:124.15pt;height:31.4pt" o:ole="">
            <v:imagedata r:id="rId394" o:title=""/>
          </v:shape>
          <o:OLEObject Type="Embed" ProgID="Equation.DSMT4" ShapeID="_x0000_i1215" DrawAspect="Content" ObjectID="_1808513579" r:id="rId395"/>
        </w:object>
      </w:r>
      <w:r w:rsidRPr="00DB6955">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t xml:space="preserve">Đường thẳng </w:t>
      </w:r>
      <w:r w:rsidRPr="00DB6955">
        <w:rPr>
          <w:position w:val="-6"/>
        </w:rPr>
        <w:object w:dxaOrig="420" w:dyaOrig="279">
          <v:shape id="_x0000_i1216" type="#_x0000_t75" style="width:21.25pt;height:13.85pt" o:ole="">
            <v:imagedata r:id="rId396" o:title=""/>
          </v:shape>
          <o:OLEObject Type="Embed" ProgID="Equation.DSMT4" ShapeID="_x0000_i1216" DrawAspect="Content" ObjectID="_1808513580" r:id="rId397"/>
        </w:object>
      </w:r>
      <w:r w:rsidRPr="00DB6955">
        <w:t xml:space="preserve"> đi qua </w:t>
      </w:r>
      <w:r w:rsidRPr="00DB6955">
        <w:rPr>
          <w:position w:val="-6"/>
        </w:rPr>
        <w:object w:dxaOrig="240" w:dyaOrig="279">
          <v:shape id="_x0000_i1217" type="#_x0000_t75" style="width:12pt;height:13.85pt" o:ole="">
            <v:imagedata r:id="rId398" o:title=""/>
          </v:shape>
          <o:OLEObject Type="Embed" ProgID="Equation.DSMT4" ShapeID="_x0000_i1217" DrawAspect="Content" ObjectID="_1808513581" r:id="rId399"/>
        </w:object>
      </w:r>
      <w:r w:rsidRPr="00DB6955">
        <w:t xml:space="preserve"> và nhận vectơ </w:t>
      </w:r>
      <w:r w:rsidRPr="00DB6955">
        <w:rPr>
          <w:position w:val="-14"/>
        </w:rPr>
        <w:object w:dxaOrig="3159" w:dyaOrig="420">
          <v:shape id="_x0000_i1218" type="#_x0000_t75" style="width:157.85pt;height:21.25pt" o:ole="">
            <v:imagedata r:id="rId400" o:title=""/>
          </v:shape>
          <o:OLEObject Type="Embed" ProgID="Equation.DSMT4" ShapeID="_x0000_i1218" DrawAspect="Content" ObjectID="_1808513582" r:id="rId401"/>
        </w:object>
      </w:r>
      <w:r w:rsidRPr="00DB6955">
        <w:t xml:space="preserve"> làm vectơ chỉ phương nên có phương trình là: </w:t>
      </w:r>
      <w:r w:rsidRPr="00DB6955">
        <w:rPr>
          <w:position w:val="-24"/>
        </w:rPr>
        <w:object w:dxaOrig="2020" w:dyaOrig="620">
          <v:shape id="_x0000_i1219" type="#_x0000_t75" style="width:100.6pt;height:31.4pt" o:ole="">
            <v:imagedata r:id="rId402" o:title=""/>
          </v:shape>
          <o:OLEObject Type="Embed" ProgID="Equation.DSMT4" ShapeID="_x0000_i1219" DrawAspect="Content" ObjectID="_1808513583" r:id="rId403"/>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Đổi </w:t>
      </w:r>
      <w:r w:rsidRPr="00DB6955">
        <w:rPr>
          <w:position w:val="-6"/>
        </w:rPr>
        <w:object w:dxaOrig="320" w:dyaOrig="279">
          <v:shape id="_x0000_i1220" type="#_x0000_t75" style="width:16.15pt;height:13.85pt" o:ole="">
            <v:imagedata r:id="rId404" o:title=""/>
          </v:shape>
          <o:OLEObject Type="Embed" ProgID="Equation.DSMT4" ShapeID="_x0000_i1220" DrawAspect="Content" ObjectID="_1808513584" r:id="rId405"/>
        </w:object>
      </w:r>
      <w:r w:rsidRPr="00DB6955">
        <w:rPr>
          <w:lang w:val="nl-NL"/>
        </w:rPr>
        <w:t xml:space="preserve"> km/h = </w:t>
      </w:r>
      <w:r w:rsidRPr="00DB6955">
        <w:rPr>
          <w:position w:val="-24"/>
        </w:rPr>
        <w:object w:dxaOrig="440" w:dyaOrig="620">
          <v:shape id="_x0000_i1221" type="#_x0000_t75" style="width:22.15pt;height:31.4pt" o:ole="">
            <v:imagedata r:id="rId406" o:title=""/>
          </v:shape>
          <o:OLEObject Type="Embed" ProgID="Equation.DSMT4" ShapeID="_x0000_i1221" DrawAspect="Content" ObjectID="_1808513585" r:id="rId407"/>
        </w:object>
      </w:r>
      <w:r w:rsidRPr="00DB6955">
        <w:rPr>
          <w:lang w:val="nl-NL"/>
        </w:rPr>
        <w:t xml:space="preserve"> m/s.</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Độ dài </w:t>
      </w:r>
      <w:r w:rsidRPr="00DB6955">
        <w:rPr>
          <w:position w:val="-30"/>
        </w:rPr>
        <w:object w:dxaOrig="4239" w:dyaOrig="800">
          <v:shape id="_x0000_i1222" type="#_x0000_t75" style="width:211.85pt;height:40.15pt" o:ole="">
            <v:imagedata r:id="rId408" o:title=""/>
          </v:shape>
          <o:OLEObject Type="Embed" ProgID="Equation.DSMT4" ShapeID="_x0000_i1222" DrawAspect="Content" ObjectID="_1808513586" r:id="rId409"/>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Thời gian để con chim bói cá bay từ điểm </w:t>
      </w:r>
      <w:r w:rsidRPr="00DB6955">
        <w:rPr>
          <w:position w:val="-6"/>
        </w:rPr>
        <w:object w:dxaOrig="240" w:dyaOrig="279">
          <v:shape id="_x0000_i1223" type="#_x0000_t75" style="width:12pt;height:13.85pt" o:ole="">
            <v:imagedata r:id="rId410" o:title=""/>
          </v:shape>
          <o:OLEObject Type="Embed" ProgID="Equation.DSMT4" ShapeID="_x0000_i1223" DrawAspect="Content" ObjectID="_1808513587" r:id="rId411"/>
        </w:object>
      </w:r>
      <w:r w:rsidRPr="00DB6955">
        <w:rPr>
          <w:lang w:val="nl-NL"/>
        </w:rPr>
        <w:t xml:space="preserve"> đến điểm </w:t>
      </w:r>
      <w:r w:rsidRPr="00DB6955">
        <w:rPr>
          <w:position w:val="-4"/>
        </w:rPr>
        <w:object w:dxaOrig="240" w:dyaOrig="260">
          <v:shape id="_x0000_i1224" type="#_x0000_t75" style="width:12pt;height:13.4pt" o:ole="">
            <v:imagedata r:id="rId412" o:title=""/>
          </v:shape>
          <o:OLEObject Type="Embed" ProgID="Equation.DSMT4" ShapeID="_x0000_i1224" DrawAspect="Content" ObjectID="_1808513588" r:id="rId413"/>
        </w:object>
      </w:r>
      <w:r w:rsidRPr="00DB6955">
        <w:rPr>
          <w:lang w:val="nl-NL"/>
        </w:rPr>
        <w:t xml:space="preserve"> là </w:t>
      </w:r>
      <w:r w:rsidRPr="00DB6955">
        <w:rPr>
          <w:position w:val="-24"/>
        </w:rPr>
        <w:object w:dxaOrig="2260" w:dyaOrig="680">
          <v:shape id="_x0000_i1225" type="#_x0000_t75" style="width:112.6pt;height:34.15pt" o:ole="">
            <v:imagedata r:id="rId414" o:title=""/>
          </v:shape>
          <o:OLEObject Type="Embed" ProgID="Equation.DSMT4" ShapeID="_x0000_i1225" DrawAspect="Content" ObjectID="_1808513589" r:id="rId415"/>
        </w:object>
      </w:r>
      <w:r w:rsidRPr="00DB6955">
        <w:rPr>
          <w:lang w:val="nl-NL"/>
        </w:rPr>
        <w:t xml:space="preserve"> giây.</w:t>
      </w:r>
    </w:p>
    <w:p w:rsidR="00D05C3D" w:rsidRPr="00DB6955" w:rsidRDefault="00D05C3D" w:rsidP="00D05C3D">
      <w:pPr>
        <w:tabs>
          <w:tab w:val="left" w:pos="283"/>
          <w:tab w:val="left" w:pos="2835"/>
          <w:tab w:val="left" w:pos="5386"/>
          <w:tab w:val="left" w:pos="7937"/>
        </w:tabs>
        <w:spacing w:before="0" w:after="0"/>
        <w:ind w:firstLine="283"/>
      </w:pPr>
      <w:r w:rsidRPr="00DB6955">
        <w:rPr>
          <w:lang w:val="nl-NL"/>
        </w:rPr>
        <w:t xml:space="preserve">Dựa vào </w:t>
      </w:r>
      <w:r w:rsidRPr="00DB6955">
        <w:rPr>
          <w:b/>
          <w:color w:val="0000FF"/>
          <w:lang w:val="nl-NL"/>
        </w:rPr>
        <w:t>Lời giải</w:t>
      </w:r>
      <w:r w:rsidRPr="00DB6955">
        <w:rPr>
          <w:lang w:val="nl-NL"/>
        </w:rPr>
        <w:t xml:space="preserve"> phía trên ta có các đáp án</w:t>
      </w:r>
    </w:p>
    <w:p w:rsidR="00D05C3D" w:rsidRPr="00DB6955" w:rsidRDefault="00D05C3D" w:rsidP="00D05C3D">
      <w:pPr>
        <w:tabs>
          <w:tab w:val="left" w:pos="283"/>
          <w:tab w:val="left" w:pos="2835"/>
          <w:tab w:val="left" w:pos="5386"/>
          <w:tab w:val="left" w:pos="7937"/>
        </w:tabs>
        <w:spacing w:before="0" w:after="0"/>
        <w:ind w:firstLine="283"/>
      </w:pPr>
      <w:r w:rsidRPr="00DB6955">
        <w:t>a) Đúng.</w:t>
      </w:r>
    </w:p>
    <w:p w:rsidR="00D05C3D" w:rsidRPr="00DB6955" w:rsidRDefault="00D05C3D" w:rsidP="00D05C3D">
      <w:pPr>
        <w:tabs>
          <w:tab w:val="left" w:pos="283"/>
          <w:tab w:val="left" w:pos="2835"/>
          <w:tab w:val="left" w:pos="5386"/>
          <w:tab w:val="left" w:pos="7937"/>
        </w:tabs>
        <w:spacing w:before="0" w:after="0"/>
        <w:ind w:firstLine="283"/>
      </w:pPr>
      <w:r w:rsidRPr="00DB6955">
        <w:t>b) Sai.</w:t>
      </w:r>
    </w:p>
    <w:p w:rsidR="00D05C3D" w:rsidRPr="00DB6955" w:rsidRDefault="00D05C3D" w:rsidP="00D05C3D">
      <w:pPr>
        <w:tabs>
          <w:tab w:val="left" w:pos="283"/>
          <w:tab w:val="left" w:pos="2835"/>
          <w:tab w:val="left" w:pos="5386"/>
          <w:tab w:val="left" w:pos="7937"/>
        </w:tabs>
        <w:spacing w:before="0" w:after="0"/>
        <w:ind w:firstLine="283"/>
      </w:pPr>
      <w:r w:rsidRPr="00DB6955">
        <w:t>c) Đúng.</w:t>
      </w:r>
    </w:p>
    <w:p w:rsidR="00D05C3D" w:rsidRPr="00DB6955" w:rsidRDefault="00D05C3D" w:rsidP="00D05C3D">
      <w:pPr>
        <w:tabs>
          <w:tab w:val="left" w:pos="283"/>
          <w:tab w:val="left" w:pos="2835"/>
          <w:tab w:val="left" w:pos="5386"/>
          <w:tab w:val="left" w:pos="7937"/>
        </w:tabs>
        <w:spacing w:before="0" w:after="0"/>
        <w:ind w:firstLine="283"/>
      </w:pPr>
      <w:r w:rsidRPr="00DB6955">
        <w:t>d) Đúng.</w:t>
      </w:r>
    </w:p>
    <w:p w:rsidR="00D05C3D" w:rsidRPr="00103EB1" w:rsidRDefault="00D05C3D" w:rsidP="00D05C3D">
      <w:pPr>
        <w:spacing w:before="0" w:after="0"/>
        <w:rPr>
          <w:lang w:val="nl-NL"/>
        </w:rPr>
      </w:pPr>
      <w:r w:rsidRPr="00DB6955">
        <w:rPr>
          <w:rFonts w:eastAsia="Calibri"/>
          <w:b/>
          <w:color w:val="0000FF"/>
          <w:szCs w:val="24"/>
          <w:lang w:val="nl-NL"/>
        </w:rPr>
        <w:t xml:space="preserve">Câu 3. </w:t>
      </w:r>
      <w:r w:rsidRPr="00103EB1">
        <w:rPr>
          <w:lang w:val="nl-NL"/>
        </w:rPr>
        <w:t xml:space="preserve">Trước khi đưa một loại sản phẩm ra thị trường, người ta đã phỏng vấn ngẫu nhiên 200 khách hàng về sản phẩm đó. Kết quả thống kê như sau: có 105 người trả lời “sẽ mua”; có 95 người trả lời “không mua”. Kinh nghiệm cho thấy tỉ lệ khách hàng thực sự sẽ mua sản phẩm tương ứng với những cách trả lời “sẽ mua” và “không mua” lần lượt là </w:t>
      </w:r>
      <w:r w:rsidRPr="00DB6955">
        <w:rPr>
          <w:position w:val="-6"/>
        </w:rPr>
        <w:object w:dxaOrig="520" w:dyaOrig="279">
          <v:shape id="_x0000_i1226" type="#_x0000_t75" style="width:25.85pt;height:13.85pt" o:ole="">
            <v:imagedata r:id="rId416" o:title=""/>
          </v:shape>
          <o:OLEObject Type="Embed" ProgID="Equation.DSMT4" ShapeID="_x0000_i1226" DrawAspect="Content" ObjectID="_1808513590" r:id="rId417"/>
        </w:object>
      </w:r>
      <w:r w:rsidRPr="00103EB1">
        <w:rPr>
          <w:lang w:val="nl-NL"/>
        </w:rPr>
        <w:t xml:space="preserve"> và </w:t>
      </w:r>
      <w:r w:rsidRPr="00DB6955">
        <w:rPr>
          <w:position w:val="-6"/>
        </w:rPr>
        <w:object w:dxaOrig="499" w:dyaOrig="279">
          <v:shape id="_x0000_i1227" type="#_x0000_t75" style="width:25.4pt;height:13.85pt" o:ole="">
            <v:imagedata r:id="rId418" o:title=""/>
          </v:shape>
          <o:OLEObject Type="Embed" ProgID="Equation.DSMT4" ShapeID="_x0000_i1227" DrawAspect="Content" ObjectID="_1808513591" r:id="rId419"/>
        </w:object>
      </w:r>
      <w:r w:rsidRPr="00103EB1">
        <w:rPr>
          <w:lang w:val="nl-NL"/>
        </w:rPr>
        <w:t xml:space="preserve">. Gọi </w:t>
      </w:r>
      <w:r w:rsidRPr="00DB6955">
        <w:rPr>
          <w:position w:val="-4"/>
        </w:rPr>
        <w:object w:dxaOrig="240" w:dyaOrig="260">
          <v:shape id="_x0000_i1228" type="#_x0000_t75" style="width:12pt;height:13.4pt" o:ole="">
            <v:imagedata r:id="rId420" o:title=""/>
          </v:shape>
          <o:OLEObject Type="Embed" ProgID="Equation.DSMT4" ShapeID="_x0000_i1228" DrawAspect="Content" ObjectID="_1808513592" r:id="rId421"/>
        </w:object>
      </w:r>
      <w:r w:rsidRPr="00103EB1">
        <w:rPr>
          <w:lang w:val="nl-NL"/>
        </w:rPr>
        <w:t xml:space="preserve"> là biến cố“ Người được phỏng vấn thực sự sẽ mua sản phẩm”. Gọi </w:t>
      </w:r>
      <w:r w:rsidRPr="00DB6955">
        <w:rPr>
          <w:position w:val="-4"/>
        </w:rPr>
        <w:object w:dxaOrig="240" w:dyaOrig="260">
          <v:shape id="_x0000_i1229" type="#_x0000_t75" style="width:12pt;height:13.4pt" o:ole="">
            <v:imagedata r:id="rId422" o:title=""/>
          </v:shape>
          <o:OLEObject Type="Embed" ProgID="Equation.DSMT4" ShapeID="_x0000_i1229" DrawAspect="Content" ObjectID="_1808513593" r:id="rId423"/>
        </w:object>
      </w:r>
      <w:r w:rsidRPr="00103EB1">
        <w:rPr>
          <w:lang w:val="nl-NL"/>
        </w:rPr>
        <w:t xml:space="preserve"> là biến cố “Người được phỏng vấn trả lời sẽ mua sản phẩm”</w:t>
      </w:r>
    </w:p>
    <w:p w:rsidR="00D05C3D" w:rsidRPr="00DB6955" w:rsidRDefault="00D05C3D" w:rsidP="00D05C3D">
      <w:pPr>
        <w:tabs>
          <w:tab w:val="left" w:pos="283"/>
          <w:tab w:val="left" w:pos="2835"/>
          <w:tab w:val="left" w:pos="5386"/>
          <w:tab w:val="left" w:pos="7937"/>
        </w:tabs>
        <w:spacing w:before="0" w:after="0"/>
        <w:ind w:firstLine="283"/>
        <w:rPr>
          <w:lang w:val="nl-NL"/>
        </w:rPr>
      </w:pPr>
      <w:r w:rsidRPr="00103EB1">
        <w:rPr>
          <w:b/>
          <w:u w:val="single"/>
          <w:lang w:val="nl-NL"/>
        </w:rPr>
        <w:lastRenderedPageBreak/>
        <w:t>a)</w:t>
      </w:r>
      <w:r>
        <w:rPr>
          <w:b/>
          <w:lang w:val="nl-NL"/>
        </w:rPr>
        <w:t xml:space="preserve"> [1]</w:t>
      </w:r>
      <w:r w:rsidRPr="00DB6955">
        <w:rPr>
          <w:lang w:val="nl-NL"/>
        </w:rPr>
        <w:t xml:space="preserve"> Xác suất </w:t>
      </w:r>
      <w:r w:rsidRPr="00DB6955">
        <w:rPr>
          <w:position w:val="-24"/>
        </w:rPr>
        <w:object w:dxaOrig="1120" w:dyaOrig="620">
          <v:shape id="_x0000_i1230" type="#_x0000_t75" style="width:55.85pt;height:31.4pt" o:ole="">
            <v:imagedata r:id="rId424" o:title=""/>
          </v:shape>
          <o:OLEObject Type="Embed" ProgID="Equation.DSMT4" ShapeID="_x0000_i1230" DrawAspect="Content" ObjectID="_1808513594" r:id="rId425"/>
        </w:object>
      </w:r>
      <w:r w:rsidRPr="00DB6955">
        <w:rPr>
          <w:lang w:val="nl-NL"/>
        </w:rPr>
        <w:t xml:space="preserve"> và </w:t>
      </w:r>
      <w:r w:rsidRPr="00DB6955">
        <w:rPr>
          <w:position w:val="-24"/>
        </w:rPr>
        <w:object w:dxaOrig="1120" w:dyaOrig="620">
          <v:shape id="_x0000_i1231" type="#_x0000_t75" style="width:55.85pt;height:31.4pt" o:ole="">
            <v:imagedata r:id="rId426" o:title=""/>
          </v:shape>
          <o:OLEObject Type="Embed" ProgID="Equation.DSMT4" ShapeID="_x0000_i1231" DrawAspect="Content" ObjectID="_1808513595" r:id="rId427"/>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b/>
          <w:lang w:val="nl-NL"/>
        </w:rPr>
        <w:t>b)</w:t>
      </w:r>
      <w:r>
        <w:rPr>
          <w:b/>
          <w:lang w:val="nl-NL"/>
        </w:rPr>
        <w:t xml:space="preserve"> [2]</w:t>
      </w:r>
      <w:r w:rsidRPr="00DB6955">
        <w:rPr>
          <w:b/>
          <w:lang w:val="nl-NL"/>
        </w:rPr>
        <w:t xml:space="preserve"> </w:t>
      </w:r>
      <w:r w:rsidRPr="00DB6955">
        <w:rPr>
          <w:lang w:val="nl-NL"/>
        </w:rPr>
        <w:t xml:space="preserve">Xác suất có điều kiện </w:t>
      </w:r>
      <w:r w:rsidRPr="00DB6955">
        <w:rPr>
          <w:position w:val="-14"/>
        </w:rPr>
        <w:object w:dxaOrig="1460" w:dyaOrig="400">
          <v:shape id="_x0000_i1232" type="#_x0000_t75" style="width:73.4pt;height:19.85pt" o:ole="">
            <v:imagedata r:id="rId428" o:title=""/>
          </v:shape>
          <o:OLEObject Type="Embed" ProgID="Equation.DSMT4" ShapeID="_x0000_i1232" DrawAspect="Content" ObjectID="_1808513596" r:id="rId429"/>
        </w:object>
      </w:r>
      <w:r w:rsidRPr="00DB6955">
        <w:rPr>
          <w:lang w:val="nl-NL"/>
        </w:rPr>
        <w:t xml:space="preserve">. </w:t>
      </w:r>
    </w:p>
    <w:p w:rsidR="00D05C3D" w:rsidRPr="00DB6955" w:rsidRDefault="00D05C3D" w:rsidP="00D05C3D">
      <w:pPr>
        <w:tabs>
          <w:tab w:val="left" w:pos="283"/>
          <w:tab w:val="left" w:pos="2835"/>
          <w:tab w:val="left" w:pos="5386"/>
          <w:tab w:val="left" w:pos="7937"/>
        </w:tabs>
        <w:spacing w:before="0" w:after="0"/>
        <w:ind w:firstLine="283"/>
        <w:rPr>
          <w:lang w:val="nl-NL"/>
        </w:rPr>
      </w:pPr>
      <w:r w:rsidRPr="00103EB1">
        <w:rPr>
          <w:b/>
          <w:u w:val="single"/>
          <w:lang w:val="nl-NL"/>
        </w:rPr>
        <w:t>c)</w:t>
      </w:r>
      <w:r>
        <w:rPr>
          <w:b/>
          <w:lang w:val="nl-NL"/>
        </w:rPr>
        <w:t xml:space="preserve"> [3]</w:t>
      </w:r>
      <w:r w:rsidRPr="00DB6955">
        <w:rPr>
          <w:lang w:val="nl-NL"/>
        </w:rPr>
        <w:t xml:space="preserve"> Xác suất </w:t>
      </w:r>
      <w:r w:rsidRPr="00DB6955">
        <w:rPr>
          <w:position w:val="-14"/>
        </w:rPr>
        <w:object w:dxaOrig="1260" w:dyaOrig="400">
          <v:shape id="_x0000_i1233" type="#_x0000_t75" style="width:63.25pt;height:19.85pt" o:ole="">
            <v:imagedata r:id="rId430" o:title=""/>
          </v:shape>
          <o:OLEObject Type="Embed" ProgID="Equation.DSMT4" ShapeID="_x0000_i1233" DrawAspect="Content" ObjectID="_1808513597" r:id="rId431"/>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b/>
          <w:lang w:val="nl-NL"/>
        </w:rPr>
        <w:t>d)</w:t>
      </w:r>
      <w:r>
        <w:rPr>
          <w:b/>
          <w:lang w:val="nl-NL"/>
        </w:rPr>
        <w:t xml:space="preserve"> [4]</w:t>
      </w:r>
      <w:r w:rsidRPr="00DB6955">
        <w:rPr>
          <w:b/>
          <w:lang w:val="nl-NL"/>
        </w:rPr>
        <w:t xml:space="preserve"> </w:t>
      </w:r>
      <w:r w:rsidRPr="00DB6955">
        <w:rPr>
          <w:lang w:val="nl-NL"/>
        </w:rPr>
        <w:t xml:space="preserve">Trong số những người được phỏng vấn thực sự sẽ mua sản phẩm có </w:t>
      </w:r>
      <w:r w:rsidRPr="00DB6955">
        <w:rPr>
          <w:position w:val="-6"/>
        </w:rPr>
        <w:object w:dxaOrig="520" w:dyaOrig="279">
          <v:shape id="_x0000_i1234" type="#_x0000_t75" style="width:25.85pt;height:13.85pt" o:ole="">
            <v:imagedata r:id="rId432" o:title=""/>
          </v:shape>
          <o:OLEObject Type="Embed" ProgID="Equation.DSMT4" ShapeID="_x0000_i1234" DrawAspect="Content" ObjectID="_1808513598" r:id="rId433"/>
        </w:object>
      </w:r>
      <w:r w:rsidRPr="00DB6955">
        <w:rPr>
          <w:lang w:val="nl-NL"/>
        </w:rPr>
        <w:t xml:space="preserve"> người đã trả lời “sẽ mua” khi được phỏng vấn (kết quả tính theo phần trăm được làm tròn đến hàng đơn vị).</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Gọi </w:t>
      </w:r>
      <w:r w:rsidRPr="00DB6955">
        <w:rPr>
          <w:position w:val="-4"/>
        </w:rPr>
        <w:object w:dxaOrig="240" w:dyaOrig="260">
          <v:shape id="_x0000_i1235" type="#_x0000_t75" style="width:12pt;height:13.4pt" o:ole="">
            <v:imagedata r:id="rId434" o:title=""/>
          </v:shape>
          <o:OLEObject Type="Embed" ProgID="Equation.DSMT4" ShapeID="_x0000_i1235" DrawAspect="Content" ObjectID="_1808513599" r:id="rId435"/>
        </w:object>
      </w:r>
      <w:r w:rsidRPr="00DB6955">
        <w:rPr>
          <w:lang w:val="nl-NL"/>
        </w:rPr>
        <w:t xml:space="preserve"> là biến cố” Người được phỏng vấn thực sự sẽ mua sản phẩm”. </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Gọi </w:t>
      </w:r>
      <w:r w:rsidRPr="00DB6955">
        <w:rPr>
          <w:position w:val="-4"/>
        </w:rPr>
        <w:object w:dxaOrig="240" w:dyaOrig="260">
          <v:shape id="_x0000_i1236" type="#_x0000_t75" style="width:12pt;height:13.4pt" o:ole="">
            <v:imagedata r:id="rId436" o:title=""/>
          </v:shape>
          <o:OLEObject Type="Embed" ProgID="Equation.DSMT4" ShapeID="_x0000_i1236" DrawAspect="Content" ObjectID="_1808513600" r:id="rId437"/>
        </w:object>
      </w:r>
      <w:r w:rsidRPr="00DB6955">
        <w:rPr>
          <w:lang w:val="nl-NL"/>
        </w:rPr>
        <w:t xml:space="preserve"> là biến cố “Người được phỏng vấn trả lời sẽ mua sản phẩm”.</w:t>
      </w:r>
    </w:p>
    <w:p w:rsidR="00D05C3D" w:rsidRPr="00DB6955" w:rsidRDefault="00D05C3D" w:rsidP="00D05C3D">
      <w:pPr>
        <w:tabs>
          <w:tab w:val="left" w:pos="283"/>
          <w:tab w:val="left" w:pos="2835"/>
          <w:tab w:val="left" w:pos="5386"/>
          <w:tab w:val="left" w:pos="7937"/>
        </w:tabs>
        <w:spacing w:before="0" w:after="0"/>
        <w:ind w:firstLine="283"/>
      </w:pPr>
      <w:r w:rsidRPr="00DB6955">
        <w:rPr>
          <w:lang w:val="vi-VN"/>
        </w:rPr>
        <w:t>Ta có sơ đồ hình cây như sau:</w:t>
      </w:r>
    </w:p>
    <w:p w:rsidR="00D05C3D" w:rsidRPr="00DB6955" w:rsidRDefault="00D05C3D" w:rsidP="00D05C3D">
      <w:pPr>
        <w:tabs>
          <w:tab w:val="left" w:pos="283"/>
          <w:tab w:val="left" w:pos="2835"/>
          <w:tab w:val="left" w:pos="5386"/>
          <w:tab w:val="left" w:pos="7937"/>
        </w:tabs>
        <w:spacing w:before="0" w:after="0"/>
        <w:ind w:firstLine="283"/>
      </w:pPr>
      <w:r w:rsidRPr="00DB6955">
        <w:rPr>
          <w:noProof/>
        </w:rPr>
        <w:drawing>
          <wp:inline distT="0" distB="0" distL="0" distR="0" wp14:anchorId="7F6B5461" wp14:editId="53910A4B">
            <wp:extent cx="2590800" cy="3030855"/>
            <wp:effectExtent l="0" t="0" r="0" b="0"/>
            <wp:docPr id="206996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590800" cy="3030855"/>
                    </a:xfrm>
                    <a:prstGeom prst="rect">
                      <a:avLst/>
                    </a:prstGeom>
                    <a:noFill/>
                    <a:ln>
                      <a:noFill/>
                    </a:ln>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pPr>
      <w:r w:rsidRPr="00DB6955">
        <w:t>a) Đúng.</w:t>
      </w:r>
    </w:p>
    <w:p w:rsidR="00D05C3D" w:rsidRPr="00DB6955" w:rsidRDefault="00D05C3D" w:rsidP="00D05C3D">
      <w:pPr>
        <w:tabs>
          <w:tab w:val="left" w:pos="283"/>
          <w:tab w:val="left" w:pos="2835"/>
          <w:tab w:val="left" w:pos="5386"/>
          <w:tab w:val="left" w:pos="7937"/>
        </w:tabs>
        <w:spacing w:before="0" w:after="0"/>
        <w:ind w:firstLine="283"/>
        <w:rPr>
          <w:lang w:val="vi-VN"/>
        </w:rPr>
      </w:pPr>
      <w:r w:rsidRPr="00DB6955">
        <w:rPr>
          <w:lang w:val="nl-NL"/>
        </w:rPr>
        <w:t xml:space="preserve">Xác suất </w:t>
      </w:r>
      <w:r w:rsidRPr="00DB6955">
        <w:rPr>
          <w:position w:val="-24"/>
        </w:rPr>
        <w:object w:dxaOrig="1760" w:dyaOrig="620">
          <v:shape id="_x0000_i1237" type="#_x0000_t75" style="width:88.15pt;height:31.4pt" o:ole="">
            <v:imagedata r:id="rId439" o:title=""/>
          </v:shape>
          <o:OLEObject Type="Embed" ProgID="Equation.DSMT4" ShapeID="_x0000_i1237" DrawAspect="Content" ObjectID="_1808513601" r:id="rId440"/>
        </w:object>
      </w:r>
      <w:r w:rsidRPr="00DB6955">
        <w:rPr>
          <w:lang w:val="nl-NL"/>
        </w:rPr>
        <w:t xml:space="preserve"> và </w:t>
      </w:r>
      <w:r w:rsidRPr="00DB6955">
        <w:rPr>
          <w:position w:val="-24"/>
        </w:rPr>
        <w:object w:dxaOrig="1760" w:dyaOrig="620">
          <v:shape id="_x0000_i1238" type="#_x0000_t75" style="width:88.15pt;height:31.4pt" o:ole="">
            <v:imagedata r:id="rId441" o:title=""/>
          </v:shape>
          <o:OLEObject Type="Embed" ProgID="Equation.DSMT4" ShapeID="_x0000_i1238" DrawAspect="Content" ObjectID="_1808513602" r:id="rId442"/>
        </w:object>
      </w:r>
      <w:r w:rsidRPr="00DB6955">
        <w:rPr>
          <w:lang w:val="nl-NL"/>
        </w:rPr>
        <w:t>.</w:t>
      </w:r>
    </w:p>
    <w:p w:rsidR="00D05C3D" w:rsidRPr="00DB6955" w:rsidRDefault="00D05C3D" w:rsidP="00D05C3D">
      <w:pPr>
        <w:tabs>
          <w:tab w:val="left" w:pos="283"/>
          <w:tab w:val="left" w:pos="2835"/>
          <w:tab w:val="left" w:pos="5386"/>
          <w:tab w:val="left" w:pos="7937"/>
        </w:tabs>
        <w:spacing w:before="0" w:after="0"/>
        <w:ind w:firstLine="283"/>
      </w:pPr>
      <w:r w:rsidRPr="00DB6955">
        <w:t>b) Sai.</w:t>
      </w:r>
    </w:p>
    <w:p w:rsidR="00D05C3D" w:rsidRPr="00DB6955" w:rsidRDefault="00D05C3D" w:rsidP="00D05C3D">
      <w:pPr>
        <w:tabs>
          <w:tab w:val="left" w:pos="283"/>
          <w:tab w:val="left" w:pos="2835"/>
          <w:tab w:val="left" w:pos="5386"/>
          <w:tab w:val="left" w:pos="7937"/>
        </w:tabs>
        <w:spacing w:before="0" w:after="0"/>
        <w:ind w:firstLine="283"/>
        <w:rPr>
          <w:lang w:val="vi-VN"/>
        </w:rPr>
      </w:pPr>
      <w:r w:rsidRPr="00DB6955">
        <w:rPr>
          <w:lang w:val="nl-NL"/>
        </w:rPr>
        <w:t xml:space="preserve">Xác suất có điều kiện </w:t>
      </w:r>
      <w:r w:rsidRPr="00DB6955">
        <w:rPr>
          <w:position w:val="-14"/>
        </w:rPr>
        <w:object w:dxaOrig="2140" w:dyaOrig="400">
          <v:shape id="_x0000_i1239" type="#_x0000_t75" style="width:106.6pt;height:19.85pt" o:ole="">
            <v:imagedata r:id="rId443" o:title=""/>
          </v:shape>
          <o:OLEObject Type="Embed" ProgID="Equation.DSMT4" ShapeID="_x0000_i1239" DrawAspect="Content" ObjectID="_1808513603" r:id="rId444"/>
        </w:object>
      </w:r>
      <w:r w:rsidRPr="00DB6955">
        <w:rPr>
          <w:lang w:val="nl-NL"/>
        </w:rPr>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t>c) Đúng.</w:t>
      </w:r>
    </w:p>
    <w:p w:rsidR="00D05C3D" w:rsidRPr="00DB6955" w:rsidRDefault="00D05C3D" w:rsidP="00D05C3D">
      <w:pPr>
        <w:tabs>
          <w:tab w:val="left" w:pos="283"/>
          <w:tab w:val="left" w:pos="2835"/>
          <w:tab w:val="left" w:pos="5386"/>
          <w:tab w:val="left" w:pos="7937"/>
        </w:tabs>
        <w:spacing w:before="0" w:after="0"/>
        <w:ind w:firstLine="283"/>
      </w:pPr>
      <w:r w:rsidRPr="00DB6955">
        <w:rPr>
          <w:position w:val="-18"/>
        </w:rPr>
        <w:object w:dxaOrig="3920" w:dyaOrig="480">
          <v:shape id="_x0000_i1240" type="#_x0000_t75" style="width:196.15pt;height:24pt" o:ole="">
            <v:imagedata r:id="rId445" o:title=""/>
          </v:shape>
          <o:OLEObject Type="Embed" ProgID="Equation.DSMT4" ShapeID="_x0000_i1240" DrawAspect="Content" ObjectID="_1808513604" r:id="rId446"/>
        </w:object>
      </w:r>
      <w:r w:rsidRPr="00DB6955">
        <w:rPr>
          <w:lang w:val="vi-VN"/>
        </w:rPr>
        <w:t xml:space="preserve"> </w:t>
      </w:r>
      <w:r w:rsidRPr="00DB6955">
        <w:rPr>
          <w:position w:val="-24"/>
        </w:rPr>
        <w:object w:dxaOrig="2480" w:dyaOrig="620">
          <v:shape id="_x0000_i1241" type="#_x0000_t75" style="width:124.15pt;height:31.4pt" o:ole="">
            <v:imagedata r:id="rId447" o:title=""/>
          </v:shape>
          <o:OLEObject Type="Embed" ProgID="Equation.DSMT4" ShapeID="_x0000_i1241" DrawAspect="Content" ObjectID="_1808513605" r:id="rId448"/>
        </w:object>
      </w:r>
      <w:r w:rsidRPr="00DB6955">
        <w:t>.</w:t>
      </w:r>
      <w:r w:rsidRPr="00DB6955">
        <w:rPr>
          <w:lang w:val="vi-VN"/>
        </w:rPr>
        <w:t xml:space="preserve"> </w:t>
      </w:r>
    </w:p>
    <w:p w:rsidR="00D05C3D" w:rsidRPr="00DB6955" w:rsidRDefault="00D05C3D" w:rsidP="00D05C3D">
      <w:pPr>
        <w:tabs>
          <w:tab w:val="left" w:pos="283"/>
          <w:tab w:val="left" w:pos="2835"/>
          <w:tab w:val="left" w:pos="5386"/>
          <w:tab w:val="left" w:pos="7937"/>
        </w:tabs>
        <w:spacing w:before="0" w:after="0"/>
        <w:ind w:firstLine="283"/>
        <w:rPr>
          <w:lang w:val="vi-VN"/>
        </w:rPr>
      </w:pPr>
      <w:r w:rsidRPr="00DB6955">
        <w:t>d) Sai.</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Ta có </w:t>
      </w:r>
      <w:r w:rsidRPr="00DB6955">
        <w:rPr>
          <w:position w:val="-32"/>
        </w:rPr>
        <w:object w:dxaOrig="4760" w:dyaOrig="980">
          <v:shape id="_x0000_i1242" type="#_x0000_t75" style="width:238.15pt;height:49.4pt" o:ole="">
            <v:imagedata r:id="rId449" o:title=""/>
          </v:shape>
          <o:OLEObject Type="Embed" ProgID="Equation.DSMT4" ShapeID="_x0000_i1242" DrawAspect="Content" ObjectID="_1808513606" r:id="rId450"/>
        </w:object>
      </w:r>
      <w:r w:rsidRPr="00DB6955">
        <w:rPr>
          <w:lang w:val="nl-NL"/>
        </w:rPr>
        <w:t xml:space="preserve">. </w:t>
      </w:r>
    </w:p>
    <w:p w:rsidR="00D05C3D" w:rsidRPr="00DB6955" w:rsidRDefault="00D05C3D" w:rsidP="00D05C3D">
      <w:pPr>
        <w:tabs>
          <w:tab w:val="left" w:pos="283"/>
          <w:tab w:val="left" w:pos="2835"/>
          <w:tab w:val="left" w:pos="5386"/>
          <w:tab w:val="left" w:pos="7937"/>
        </w:tabs>
        <w:spacing w:before="0" w:after="0"/>
        <w:ind w:firstLine="283"/>
        <w:rPr>
          <w:lang w:val="nl-NL"/>
        </w:rPr>
      </w:pPr>
      <w:r w:rsidRPr="00DB6955">
        <w:rPr>
          <w:lang w:val="nl-NL"/>
        </w:rPr>
        <w:t xml:space="preserve">Trong số những người được phỏng vấn thực sự sẽ mua sản phẩm có </w:t>
      </w:r>
      <w:r w:rsidRPr="00DB6955">
        <w:rPr>
          <w:position w:val="-6"/>
        </w:rPr>
        <w:object w:dxaOrig="520" w:dyaOrig="279">
          <v:shape id="_x0000_i1243" type="#_x0000_t75" style="width:25.85pt;height:13.85pt" o:ole="">
            <v:imagedata r:id="rId451" o:title=""/>
          </v:shape>
          <o:OLEObject Type="Embed" ProgID="Equation.DSMT4" ShapeID="_x0000_i1243" DrawAspect="Content" ObjectID="_1808513607" r:id="rId452"/>
        </w:object>
      </w:r>
      <w:r w:rsidRPr="00DB6955">
        <w:rPr>
          <w:lang w:val="nl-NL"/>
        </w:rPr>
        <w:t xml:space="preserve"> người đã trả lời “sẽ mua” khi được phỏng vấn. </w:t>
      </w:r>
    </w:p>
    <w:p w:rsidR="00D05C3D" w:rsidRPr="00103EB1" w:rsidRDefault="00D05C3D" w:rsidP="00D05C3D">
      <w:pPr>
        <w:spacing w:before="0" w:after="0"/>
        <w:rPr>
          <w:szCs w:val="23"/>
        </w:rPr>
      </w:pPr>
      <w:r w:rsidRPr="00DB6955">
        <w:rPr>
          <w:rFonts w:eastAsia="Calibri"/>
          <w:b/>
          <w:color w:val="0000FF"/>
          <w:szCs w:val="23"/>
        </w:rPr>
        <w:t xml:space="preserve">Câu 4. </w:t>
      </w:r>
      <w:r w:rsidRPr="00103EB1">
        <w:rPr>
          <w:szCs w:val="23"/>
        </w:rPr>
        <w:t xml:space="preserve">Cho hàm số </w:t>
      </w:r>
      <w:r w:rsidRPr="00DB6955">
        <w:object w:dxaOrig="1420" w:dyaOrig="620">
          <v:shape id="_x0000_i1244" type="#_x0000_t75" style="width:71.1pt;height:30.9pt" o:ole="">
            <v:imagedata r:id="rId453" o:title=""/>
          </v:shape>
          <o:OLEObject Type="Embed" ProgID="Equation.DSMT4" ShapeID="_x0000_i1244" DrawAspect="Content" ObjectID="_1808513608" r:id="rId454"/>
        </w:object>
      </w:r>
      <w:r w:rsidRPr="00103EB1">
        <w:rPr>
          <w:szCs w:val="23"/>
        </w:rPr>
        <w:t>.</w:t>
      </w:r>
    </w:p>
    <w:p w:rsidR="00D05C3D" w:rsidRPr="00DB6955" w:rsidRDefault="00D05C3D" w:rsidP="00D05C3D">
      <w:pPr>
        <w:pStyle w:val="ListParagraph"/>
        <w:tabs>
          <w:tab w:val="left" w:pos="817"/>
          <w:tab w:val="left" w:pos="6935"/>
          <w:tab w:val="left" w:pos="7928"/>
        </w:tabs>
        <w:spacing w:before="0"/>
        <w:ind w:left="113"/>
        <w:rPr>
          <w:b/>
          <w:color w:val="000000"/>
          <w:szCs w:val="23"/>
          <w:lang w:eastAsia="vi-VN"/>
        </w:rPr>
      </w:pPr>
      <w:r w:rsidRPr="00103EB1">
        <w:rPr>
          <w:b/>
          <w:color w:val="000000"/>
          <w:szCs w:val="23"/>
          <w:u w:val="single"/>
          <w:lang w:eastAsia="vi-VN"/>
        </w:rPr>
        <w:t>a)</w:t>
      </w:r>
      <w:r>
        <w:rPr>
          <w:b/>
          <w:color w:val="000000"/>
          <w:szCs w:val="23"/>
          <w:lang w:eastAsia="vi-VN"/>
        </w:rPr>
        <w:t xml:space="preserve"> [1]</w:t>
      </w:r>
      <w:r>
        <w:rPr>
          <w:color w:val="000000"/>
          <w:szCs w:val="23"/>
          <w:lang w:eastAsia="vi-VN"/>
        </w:rPr>
        <w:t xml:space="preserve"> </w:t>
      </w:r>
      <w:r w:rsidRPr="00DB6955">
        <w:rPr>
          <w:position w:val="-24"/>
          <w:szCs w:val="23"/>
        </w:rPr>
        <w:object w:dxaOrig="1380" w:dyaOrig="620">
          <v:shape id="_x0000_i1245" type="#_x0000_t75" style="width:69.25pt;height:31.4pt" o:ole="">
            <v:imagedata r:id="rId455" o:title=""/>
          </v:shape>
          <o:OLEObject Type="Embed" ProgID="Equation.DSMT4" ShapeID="_x0000_i1245" DrawAspect="Content" ObjectID="_1808513609" r:id="rId456"/>
        </w:object>
      </w:r>
      <w:r w:rsidRPr="00DB6955">
        <w:rPr>
          <w:rFonts w:eastAsia="Aptos"/>
          <w:szCs w:val="23"/>
          <w:lang w:val="en-SG"/>
        </w:rPr>
        <w:tab/>
      </w:r>
      <w:r w:rsidRPr="00DB6955">
        <w:rPr>
          <w:color w:val="000000"/>
          <w:szCs w:val="23"/>
          <w:lang w:eastAsia="vi-VN"/>
        </w:rPr>
        <w:tab/>
      </w:r>
    </w:p>
    <w:p w:rsidR="00D05C3D" w:rsidRPr="00DB6955" w:rsidRDefault="00D05C3D" w:rsidP="00D05C3D">
      <w:pPr>
        <w:pStyle w:val="ListParagraph"/>
        <w:tabs>
          <w:tab w:val="left" w:pos="817"/>
          <w:tab w:val="left" w:pos="6935"/>
          <w:tab w:val="left" w:pos="7928"/>
        </w:tabs>
        <w:spacing w:before="0"/>
        <w:ind w:left="113"/>
        <w:rPr>
          <w:color w:val="000000"/>
          <w:szCs w:val="23"/>
          <w:lang w:eastAsia="vi-VN"/>
        </w:rPr>
      </w:pPr>
      <w:r w:rsidRPr="00DB6955">
        <w:rPr>
          <w:b/>
          <w:color w:val="000000"/>
          <w:szCs w:val="23"/>
          <w:lang w:eastAsia="vi-VN"/>
        </w:rPr>
        <w:t>b)</w:t>
      </w:r>
      <w:r>
        <w:rPr>
          <w:b/>
          <w:color w:val="000000"/>
          <w:szCs w:val="23"/>
          <w:lang w:eastAsia="vi-VN"/>
        </w:rPr>
        <w:t xml:space="preserve"> [2] </w:t>
      </w:r>
      <w:r w:rsidRPr="00DB6955">
        <w:rPr>
          <w:szCs w:val="23"/>
        </w:rPr>
        <w:t xml:space="preserve">Đồ thị của hàm số </w:t>
      </w:r>
      <w:r w:rsidRPr="00DB6955">
        <w:rPr>
          <w:position w:val="-14"/>
          <w:szCs w:val="23"/>
        </w:rPr>
        <w:object w:dxaOrig="960" w:dyaOrig="396">
          <v:shape id="_x0000_i1246" type="#_x0000_t75" style="width:48pt;height:19.85pt" o:ole="">
            <v:imagedata r:id="rId457" o:title=""/>
          </v:shape>
          <o:OLEObject Type="Embed" ProgID="Equation.DSMT4" ShapeID="_x0000_i1246" DrawAspect="Content" ObjectID="_1808513610" r:id="rId458"/>
        </w:object>
      </w:r>
      <w:r w:rsidRPr="00DB6955">
        <w:rPr>
          <w:szCs w:val="23"/>
        </w:rPr>
        <w:t xml:space="preserve"> nhận trục tung làm tiệm cận ngang.</w:t>
      </w:r>
      <w:r w:rsidRPr="00DB6955">
        <w:rPr>
          <w:color w:val="000000"/>
          <w:szCs w:val="23"/>
          <w:lang w:eastAsia="vi-VN"/>
        </w:rPr>
        <w:tab/>
      </w:r>
      <w:r w:rsidRPr="00DB6955">
        <w:rPr>
          <w:color w:val="000000"/>
          <w:szCs w:val="23"/>
          <w:lang w:eastAsia="vi-VN"/>
        </w:rPr>
        <w:tab/>
      </w:r>
    </w:p>
    <w:p w:rsidR="00D05C3D" w:rsidRPr="00DB6955" w:rsidRDefault="00D05C3D" w:rsidP="00D05C3D">
      <w:pPr>
        <w:pStyle w:val="ListParagraph"/>
        <w:tabs>
          <w:tab w:val="left" w:pos="817"/>
          <w:tab w:val="left" w:pos="6935"/>
          <w:tab w:val="left" w:pos="7928"/>
        </w:tabs>
        <w:spacing w:before="0"/>
        <w:ind w:left="113"/>
        <w:rPr>
          <w:color w:val="000000"/>
          <w:szCs w:val="23"/>
          <w:lang w:eastAsia="vi-VN"/>
        </w:rPr>
      </w:pPr>
      <w:r w:rsidRPr="00103EB1">
        <w:rPr>
          <w:b/>
          <w:color w:val="000000"/>
          <w:szCs w:val="23"/>
          <w:u w:val="single"/>
          <w:lang w:eastAsia="vi-VN"/>
        </w:rPr>
        <w:t>c)</w:t>
      </w:r>
      <w:r>
        <w:rPr>
          <w:b/>
          <w:color w:val="000000"/>
          <w:szCs w:val="23"/>
          <w:lang w:eastAsia="vi-VN"/>
        </w:rPr>
        <w:t xml:space="preserve"> [3] </w:t>
      </w:r>
      <w:r w:rsidRPr="00DB6955">
        <w:rPr>
          <w:szCs w:val="23"/>
        </w:rPr>
        <w:t xml:space="preserve">Hàm số </w:t>
      </w:r>
      <w:r w:rsidRPr="00DB6955">
        <w:rPr>
          <w:position w:val="-14"/>
          <w:szCs w:val="23"/>
        </w:rPr>
        <w:object w:dxaOrig="960" w:dyaOrig="396">
          <v:shape id="_x0000_i1247" type="#_x0000_t75" style="width:48pt;height:19.85pt" o:ole="">
            <v:imagedata r:id="rId457" o:title=""/>
          </v:shape>
          <o:OLEObject Type="Embed" ProgID="Equation.DSMT4" ShapeID="_x0000_i1247" DrawAspect="Content" ObjectID="_1808513611" r:id="rId459"/>
        </w:object>
      </w:r>
      <w:r w:rsidRPr="00DB6955">
        <w:rPr>
          <w:szCs w:val="23"/>
        </w:rPr>
        <w:t xml:space="preserve"> có điểm cực đại là </w:t>
      </w:r>
      <w:r w:rsidRPr="00DB6955">
        <w:rPr>
          <w:position w:val="-6"/>
          <w:szCs w:val="23"/>
        </w:rPr>
        <w:object w:dxaOrig="564" w:dyaOrig="276">
          <v:shape id="_x0000_i1248" type="#_x0000_t75" style="width:28.15pt;height:13.85pt" o:ole="">
            <v:imagedata r:id="rId460" o:title=""/>
          </v:shape>
          <o:OLEObject Type="Embed" ProgID="Equation.DSMT4" ShapeID="_x0000_i1248" DrawAspect="Content" ObjectID="_1808513612" r:id="rId461"/>
        </w:object>
      </w:r>
      <w:r w:rsidRPr="00DB6955">
        <w:rPr>
          <w:szCs w:val="23"/>
        </w:rPr>
        <w:t>.</w:t>
      </w:r>
      <w:r w:rsidRPr="00DB6955">
        <w:rPr>
          <w:color w:val="000000"/>
          <w:szCs w:val="23"/>
          <w:lang w:eastAsia="vi-VN"/>
        </w:rPr>
        <w:tab/>
      </w:r>
      <w:r w:rsidRPr="00DB6955">
        <w:rPr>
          <w:b/>
          <w:color w:val="000000"/>
          <w:szCs w:val="23"/>
          <w:lang w:eastAsia="vi-VN"/>
        </w:rPr>
        <w:tab/>
      </w:r>
    </w:p>
    <w:p w:rsidR="00D05C3D" w:rsidRPr="00DB6955" w:rsidRDefault="00D05C3D" w:rsidP="00D05C3D">
      <w:pPr>
        <w:pStyle w:val="ListParagraph"/>
        <w:tabs>
          <w:tab w:val="left" w:pos="817"/>
          <w:tab w:val="left" w:pos="6935"/>
          <w:tab w:val="left" w:pos="7928"/>
        </w:tabs>
        <w:spacing w:before="0"/>
        <w:ind w:left="113"/>
        <w:rPr>
          <w:color w:val="000000"/>
          <w:szCs w:val="23"/>
          <w:lang w:eastAsia="vi-VN"/>
        </w:rPr>
      </w:pPr>
      <w:r w:rsidRPr="00103EB1">
        <w:rPr>
          <w:b/>
          <w:color w:val="000000"/>
          <w:szCs w:val="23"/>
          <w:u w:val="single"/>
          <w:lang w:eastAsia="vi-VN"/>
        </w:rPr>
        <w:t>d)</w:t>
      </w:r>
      <w:r>
        <w:rPr>
          <w:b/>
          <w:color w:val="000000"/>
          <w:szCs w:val="23"/>
          <w:lang w:eastAsia="vi-VN"/>
        </w:rPr>
        <w:t xml:space="preserve"> [4] </w:t>
      </w:r>
      <w:r w:rsidRPr="00DB6955">
        <w:rPr>
          <w:szCs w:val="23"/>
        </w:rPr>
        <w:t xml:space="preserve">Tập giá trị của hàm số đã cho là đoạn </w:t>
      </w:r>
      <w:r w:rsidRPr="00DB6955">
        <w:rPr>
          <w:position w:val="-14"/>
          <w:szCs w:val="23"/>
        </w:rPr>
        <w:object w:dxaOrig="564" w:dyaOrig="396">
          <v:shape id="_x0000_i1249" type="#_x0000_t75" style="width:28.15pt;height:19.85pt" o:ole="">
            <v:imagedata r:id="rId462" o:title=""/>
          </v:shape>
          <o:OLEObject Type="Embed" ProgID="Equation.DSMT4" ShapeID="_x0000_i1249" DrawAspect="Content" ObjectID="_1808513613" r:id="rId463"/>
        </w:object>
      </w:r>
      <w:r w:rsidRPr="00DB6955">
        <w:rPr>
          <w:szCs w:val="23"/>
        </w:rPr>
        <w:t xml:space="preserve">thì </w:t>
      </w:r>
      <w:r w:rsidRPr="00DB6955">
        <w:rPr>
          <w:position w:val="-6"/>
          <w:szCs w:val="23"/>
        </w:rPr>
        <w:object w:dxaOrig="1260" w:dyaOrig="276">
          <v:shape id="_x0000_i1250" type="#_x0000_t75" style="width:63.25pt;height:13.85pt" o:ole="">
            <v:imagedata r:id="rId464" o:title=""/>
          </v:shape>
          <o:OLEObject Type="Embed" ProgID="Equation.DSMT4" ShapeID="_x0000_i1250" DrawAspect="Content" ObjectID="_1808513614" r:id="rId465"/>
        </w:object>
      </w:r>
      <w:r w:rsidRPr="00DB6955">
        <w:rPr>
          <w:szCs w:val="23"/>
        </w:rPr>
        <w:t>.</w:t>
      </w:r>
      <w:r w:rsidRPr="00DB6955">
        <w:rPr>
          <w:color w:val="000000"/>
          <w:szCs w:val="23"/>
          <w:lang w:eastAsia="vi-VN"/>
        </w:rPr>
        <w:tab/>
      </w:r>
      <w:r w:rsidRPr="00DB6955">
        <w:rPr>
          <w:color w:val="000000"/>
          <w:szCs w:val="23"/>
          <w:lang w:eastAsia="vi-VN"/>
        </w:rPr>
        <w:tab/>
      </w:r>
    </w:p>
    <w:p w:rsidR="00D05C3D" w:rsidRPr="00DB6955" w:rsidRDefault="00D05C3D" w:rsidP="00D05C3D">
      <w:pPr>
        <w:tabs>
          <w:tab w:val="left" w:pos="283"/>
          <w:tab w:val="left" w:pos="2835"/>
          <w:tab w:val="left" w:pos="5386"/>
          <w:tab w:val="left" w:pos="7937"/>
        </w:tabs>
        <w:spacing w:before="0" w:after="0"/>
        <w:ind w:firstLine="283"/>
        <w:rPr>
          <w:b/>
          <w:i/>
          <w:color w:val="C00000"/>
          <w:szCs w:val="23"/>
        </w:rPr>
      </w:pPr>
      <w:r w:rsidRPr="00DB6955">
        <w:rPr>
          <w:b/>
          <w:i/>
          <w:color w:val="0000FF"/>
          <w:szCs w:val="23"/>
        </w:rPr>
        <w:t>Lời giải</w:t>
      </w:r>
      <w:r w:rsidRPr="00DB6955">
        <w:rPr>
          <w:b/>
          <w:i/>
          <w:color w:val="C00000"/>
          <w:szCs w:val="23"/>
        </w:rPr>
        <w:t>:</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szCs w:val="23"/>
        </w:rPr>
        <w:t xml:space="preserve">Tập xác định của hàm số </w:t>
      </w:r>
      <w:r w:rsidRPr="00DB6955">
        <w:rPr>
          <w:position w:val="-4"/>
          <w:szCs w:val="23"/>
        </w:rPr>
        <w:object w:dxaOrig="684" w:dyaOrig="264">
          <v:shape id="_x0000_i1251" type="#_x0000_t75" style="width:34.15pt;height:13.4pt" o:ole="">
            <v:imagedata r:id="rId466" o:title=""/>
          </v:shape>
          <o:OLEObject Type="Embed" ProgID="Equation.DSMT4" ShapeID="_x0000_i1251" DrawAspect="Content" ObjectID="_1808513615" r:id="rId467"/>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szCs w:val="23"/>
        </w:rPr>
        <w:lastRenderedPageBreak/>
        <w:t xml:space="preserve">a) </w:t>
      </w:r>
      <w:r w:rsidRPr="00DB6955">
        <w:rPr>
          <w:bCs/>
          <w:szCs w:val="23"/>
        </w:rPr>
        <w:t>Đúng.</w:t>
      </w:r>
      <w:r w:rsidRPr="00DB6955">
        <w:rPr>
          <w:szCs w:val="23"/>
        </w:rPr>
        <w:t xml:space="preserve"> </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szCs w:val="23"/>
        </w:rPr>
        <w:t xml:space="preserve">Vì </w:t>
      </w:r>
      <w:r w:rsidRPr="00DB6955">
        <w:rPr>
          <w:position w:val="-24"/>
          <w:szCs w:val="23"/>
        </w:rPr>
        <w:object w:dxaOrig="2316" w:dyaOrig="624">
          <v:shape id="_x0000_i1252" type="#_x0000_t75" style="width:115.85pt;height:31.4pt" o:ole="">
            <v:imagedata r:id="rId468" o:title=""/>
          </v:shape>
          <o:OLEObject Type="Embed" ProgID="Equation.DSMT4" ShapeID="_x0000_i1252" DrawAspect="Content" ObjectID="_1808513616" r:id="rId469"/>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bCs/>
          <w:szCs w:val="23"/>
        </w:rPr>
      </w:pPr>
      <w:r w:rsidRPr="00DB6955">
        <w:rPr>
          <w:szCs w:val="23"/>
        </w:rPr>
        <w:t xml:space="preserve">b) </w:t>
      </w:r>
      <w:r w:rsidRPr="00DB6955">
        <w:rPr>
          <w:bCs/>
          <w:szCs w:val="23"/>
        </w:rPr>
        <w:t xml:space="preserve">Sai. </w:t>
      </w:r>
    </w:p>
    <w:p w:rsidR="00D05C3D" w:rsidRPr="00DB6955" w:rsidRDefault="00D05C3D" w:rsidP="00D05C3D">
      <w:pPr>
        <w:tabs>
          <w:tab w:val="left" w:pos="283"/>
          <w:tab w:val="left" w:pos="2835"/>
          <w:tab w:val="left" w:pos="5386"/>
          <w:tab w:val="left" w:pos="7937"/>
        </w:tabs>
        <w:spacing w:before="0" w:after="0"/>
        <w:ind w:firstLine="283"/>
        <w:contextualSpacing/>
        <w:rPr>
          <w:szCs w:val="23"/>
        </w:rPr>
      </w:pPr>
      <w:r w:rsidRPr="00DB6955">
        <w:rPr>
          <w:szCs w:val="23"/>
        </w:rPr>
        <w:t xml:space="preserve">Ta có </w:t>
      </w:r>
      <w:r w:rsidRPr="00DB6955">
        <w:rPr>
          <w:position w:val="-54"/>
          <w:szCs w:val="23"/>
        </w:rPr>
        <w:object w:dxaOrig="3996" w:dyaOrig="1200">
          <v:shape id="_x0000_i1253" type="#_x0000_t75" style="width:199.85pt;height:60pt" o:ole="">
            <v:imagedata r:id="rId470" o:title=""/>
          </v:shape>
          <o:OLEObject Type="Embed" ProgID="Equation.DSMT4" ShapeID="_x0000_i1253" DrawAspect="Content" ObjectID="_1808513617" r:id="rId471"/>
        </w:object>
      </w:r>
      <w:r w:rsidRPr="00DB6955">
        <w:rPr>
          <w:szCs w:val="23"/>
        </w:rPr>
        <w:t xml:space="preserve">, tương tự </w:t>
      </w:r>
      <w:r w:rsidRPr="00DB6955">
        <w:rPr>
          <w:position w:val="-54"/>
          <w:szCs w:val="23"/>
        </w:rPr>
        <w:object w:dxaOrig="2724" w:dyaOrig="1200">
          <v:shape id="_x0000_i1254" type="#_x0000_t75" style="width:136.15pt;height:60pt" o:ole="">
            <v:imagedata r:id="rId472" o:title=""/>
          </v:shape>
          <o:OLEObject Type="Embed" ProgID="Equation.DSMT4" ShapeID="_x0000_i1254" DrawAspect="Content" ObjectID="_1808513618" r:id="rId473"/>
        </w:object>
      </w:r>
    </w:p>
    <w:p w:rsidR="00D05C3D" w:rsidRPr="00DB6955" w:rsidRDefault="00D05C3D" w:rsidP="00D05C3D">
      <w:pPr>
        <w:tabs>
          <w:tab w:val="left" w:pos="283"/>
          <w:tab w:val="left" w:pos="2835"/>
          <w:tab w:val="left" w:pos="5386"/>
          <w:tab w:val="left" w:pos="7937"/>
        </w:tabs>
        <w:spacing w:before="0" w:after="0"/>
        <w:ind w:firstLine="283"/>
        <w:contextualSpacing/>
        <w:rPr>
          <w:szCs w:val="23"/>
        </w:rPr>
      </w:pPr>
      <w:r w:rsidRPr="00DB6955">
        <w:rPr>
          <w:position w:val="-14"/>
          <w:szCs w:val="23"/>
        </w:rPr>
        <w:object w:dxaOrig="1344" w:dyaOrig="396">
          <v:shape id="_x0000_i1255" type="#_x0000_t75" style="width:67.4pt;height:19.85pt" o:ole="">
            <v:imagedata r:id="rId474" o:title=""/>
          </v:shape>
          <o:OLEObject Type="Embed" ProgID="Equation.DSMT4" ShapeID="_x0000_i1255" DrawAspect="Content" ObjectID="_1808513619" r:id="rId475"/>
        </w:object>
      </w:r>
      <w:r w:rsidRPr="00DB6955">
        <w:rPr>
          <w:szCs w:val="23"/>
        </w:rPr>
        <w:t xml:space="preserve">là tiệm cận ngang của đồ thị hàm số </w:t>
      </w:r>
      <w:r w:rsidRPr="00DB6955">
        <w:rPr>
          <w:position w:val="-14"/>
          <w:szCs w:val="23"/>
        </w:rPr>
        <w:object w:dxaOrig="960" w:dyaOrig="396">
          <v:shape id="_x0000_i1256" type="#_x0000_t75" style="width:48pt;height:19.85pt" o:ole="">
            <v:imagedata r:id="rId476" o:title=""/>
          </v:shape>
          <o:OLEObject Type="Embed" ProgID="Equation.DSMT4" ShapeID="_x0000_i1256" DrawAspect="Content" ObjectID="_1808513620" r:id="rId477"/>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contextualSpacing/>
        <w:rPr>
          <w:bCs/>
          <w:szCs w:val="23"/>
        </w:rPr>
      </w:pPr>
      <w:r w:rsidRPr="00DB6955">
        <w:rPr>
          <w:szCs w:val="23"/>
        </w:rPr>
        <w:t xml:space="preserve">c) </w:t>
      </w:r>
      <w:r w:rsidRPr="00DB6955">
        <w:rPr>
          <w:bCs/>
          <w:szCs w:val="23"/>
        </w:rPr>
        <w:t>Đúng.</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szCs w:val="23"/>
        </w:rPr>
        <w:t xml:space="preserve">Ta có </w:t>
      </w:r>
      <w:r w:rsidRPr="00DB6955">
        <w:rPr>
          <w:position w:val="-42"/>
          <w:szCs w:val="23"/>
        </w:rPr>
        <w:object w:dxaOrig="4584" w:dyaOrig="900">
          <v:shape id="_x0000_i1257" type="#_x0000_t75" style="width:229.4pt;height:45.25pt" o:ole="">
            <v:imagedata r:id="rId478" o:title=""/>
          </v:shape>
          <o:OLEObject Type="Embed" ProgID="Equation.DSMT4" ShapeID="_x0000_i1257" DrawAspect="Content" ObjectID="_1808513621" r:id="rId479"/>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position w:val="-30"/>
          <w:szCs w:val="23"/>
        </w:rPr>
        <w:object w:dxaOrig="4032" w:dyaOrig="720">
          <v:shape id="_x0000_i1258" type="#_x0000_t75" style="width:201.7pt;height:36pt" o:ole="">
            <v:imagedata r:id="rId480" o:title=""/>
          </v:shape>
          <o:OLEObject Type="Embed" ProgID="Equation.DSMT4" ShapeID="_x0000_i1258" DrawAspect="Content" ObjectID="_1808513622" r:id="rId481"/>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szCs w:val="23"/>
        </w:rPr>
        <w:t xml:space="preserve">Bảng biến thiên của hàm số </w:t>
      </w:r>
      <w:r w:rsidRPr="00DB6955">
        <w:rPr>
          <w:position w:val="-14"/>
          <w:szCs w:val="23"/>
        </w:rPr>
        <w:object w:dxaOrig="960" w:dyaOrig="396">
          <v:shape id="_x0000_i1259" type="#_x0000_t75" style="width:48pt;height:19.85pt" o:ole="">
            <v:imagedata r:id="rId457" o:title=""/>
          </v:shape>
          <o:OLEObject Type="Embed" ProgID="Equation.DSMT4" ShapeID="_x0000_i1259" DrawAspect="Content" ObjectID="_1808513623" r:id="rId482"/>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noProof/>
          <w:szCs w:val="23"/>
        </w:rPr>
        <w:drawing>
          <wp:inline distT="0" distB="0" distL="0" distR="0" wp14:anchorId="7E44BF3A" wp14:editId="2E690810">
            <wp:extent cx="3589020" cy="1310640"/>
            <wp:effectExtent l="0" t="0" r="0" b="0"/>
            <wp:docPr id="5" name="Picture 5" descr="A math problem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 problem with numbers and a line&#10;&#10;Description automatically generated"/>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589020" cy="1310640"/>
                    </a:xfrm>
                    <a:prstGeom prst="rect">
                      <a:avLst/>
                    </a:prstGeom>
                    <a:noFill/>
                    <a:ln>
                      <a:noFill/>
                    </a:ln>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szCs w:val="23"/>
        </w:rPr>
      </w:pPr>
      <w:r w:rsidRPr="00DB6955">
        <w:rPr>
          <w:szCs w:val="23"/>
        </w:rPr>
        <w:t xml:space="preserve">Dựa vào bảng biến thiên ta thấy, hàm số đạt cực đại tại </w:t>
      </w:r>
      <w:r w:rsidRPr="00DB6955">
        <w:rPr>
          <w:position w:val="-6"/>
          <w:szCs w:val="23"/>
        </w:rPr>
        <w:object w:dxaOrig="564" w:dyaOrig="276">
          <v:shape id="_x0000_i1260" type="#_x0000_t75" style="width:28.15pt;height:13.85pt" o:ole="">
            <v:imagedata r:id="rId460" o:title=""/>
          </v:shape>
          <o:OLEObject Type="Embed" ProgID="Equation.DSMT4" ShapeID="_x0000_i1260" DrawAspect="Content" ObjectID="_1808513624" r:id="rId484"/>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bCs/>
          <w:szCs w:val="23"/>
        </w:rPr>
      </w:pPr>
      <w:r w:rsidRPr="00DB6955">
        <w:rPr>
          <w:szCs w:val="23"/>
        </w:rPr>
        <w:t xml:space="preserve">d) </w:t>
      </w:r>
      <w:r w:rsidRPr="00DB6955">
        <w:rPr>
          <w:bCs/>
          <w:szCs w:val="23"/>
        </w:rPr>
        <w:t>Đúng.</w:t>
      </w:r>
    </w:p>
    <w:p w:rsidR="00D05C3D" w:rsidRPr="00DB6955" w:rsidRDefault="00D05C3D" w:rsidP="00D05C3D">
      <w:pPr>
        <w:tabs>
          <w:tab w:val="left" w:pos="283"/>
          <w:tab w:val="left" w:pos="2835"/>
          <w:tab w:val="left" w:pos="5386"/>
          <w:tab w:val="left" w:pos="7937"/>
        </w:tabs>
        <w:spacing w:before="0" w:after="0"/>
        <w:ind w:firstLine="283"/>
        <w:contextualSpacing/>
        <w:rPr>
          <w:szCs w:val="23"/>
        </w:rPr>
      </w:pPr>
      <w:r w:rsidRPr="00DB6955">
        <w:rPr>
          <w:szCs w:val="23"/>
        </w:rPr>
        <w:t xml:space="preserve">Dựa vào bảng biến thiên, tập giá trị của hàm số đã cho là đoạn </w:t>
      </w:r>
      <w:r w:rsidRPr="00DB6955">
        <w:rPr>
          <w:position w:val="-28"/>
          <w:szCs w:val="23"/>
        </w:rPr>
        <w:object w:dxaOrig="756" w:dyaOrig="684">
          <v:shape id="_x0000_i1261" type="#_x0000_t75" style="width:37.85pt;height:34.15pt" o:ole="">
            <v:imagedata r:id="rId485" o:title=""/>
          </v:shape>
          <o:OLEObject Type="Embed" ProgID="Equation.DSMT4" ShapeID="_x0000_i1261" DrawAspect="Content" ObjectID="_1808513625" r:id="rId486"/>
        </w:object>
      </w:r>
    </w:p>
    <w:p w:rsidR="00D05C3D" w:rsidRPr="00DB6955" w:rsidRDefault="00D05C3D" w:rsidP="00D05C3D">
      <w:pPr>
        <w:tabs>
          <w:tab w:val="left" w:pos="283"/>
          <w:tab w:val="left" w:pos="2835"/>
          <w:tab w:val="left" w:pos="5386"/>
          <w:tab w:val="left" w:pos="7937"/>
        </w:tabs>
        <w:spacing w:before="0" w:after="0"/>
        <w:ind w:firstLine="283"/>
        <w:contextualSpacing/>
        <w:rPr>
          <w:szCs w:val="23"/>
        </w:rPr>
      </w:pPr>
      <w:r w:rsidRPr="00DB6955">
        <w:rPr>
          <w:position w:val="-24"/>
          <w:szCs w:val="23"/>
        </w:rPr>
        <w:object w:dxaOrig="3084" w:dyaOrig="624">
          <v:shape id="_x0000_i1262" type="#_x0000_t75" style="width:154.15pt;height:31.4pt" o:ole="">
            <v:imagedata r:id="rId487" o:title=""/>
          </v:shape>
          <o:OLEObject Type="Embed" ProgID="Equation.DSMT4" ShapeID="_x0000_i1262" DrawAspect="Content" ObjectID="_1808513626" r:id="rId488"/>
        </w:object>
      </w:r>
      <w:r w:rsidRPr="00DB6955">
        <w:rPr>
          <w:szCs w:val="23"/>
        </w:rPr>
        <w:t>.</w:t>
      </w:r>
    </w:p>
    <w:p w:rsidR="00D05C3D" w:rsidRPr="00453277" w:rsidRDefault="00D05C3D" w:rsidP="00D05C3D">
      <w:pPr>
        <w:spacing w:before="0" w:after="0"/>
        <w:rPr>
          <w:rFonts w:eastAsia="Calibri" w:cs="Times New Roman"/>
          <w:color w:val="FF0000"/>
          <w:szCs w:val="24"/>
        </w:rPr>
      </w:pPr>
      <w:r w:rsidRPr="00453277">
        <w:rPr>
          <w:rFonts w:eastAsia="Calibri" w:cs="Times New Roman"/>
          <w:b/>
          <w:bCs/>
          <w:color w:val="FF0000"/>
          <w:szCs w:val="24"/>
        </w:rPr>
        <w:t xml:space="preserve">PHẦN III. Câu trắc nghiệm trả lời ngắn (3,0 điểm). </w:t>
      </w:r>
      <w:r w:rsidRPr="00453277">
        <w:rPr>
          <w:rFonts w:eastAsia="Calibri" w:cs="Times New Roman"/>
          <w:bCs/>
          <w:color w:val="FF0000"/>
          <w:szCs w:val="24"/>
        </w:rPr>
        <w:t>Thí sinh trả lời từ câu 1 đến câu 6.</w:t>
      </w:r>
    </w:p>
    <w:p w:rsidR="00D05C3D" w:rsidRPr="00103EB1" w:rsidRDefault="00D05C3D" w:rsidP="00D05C3D">
      <w:pPr>
        <w:spacing w:before="0" w:after="0"/>
        <w:rPr>
          <w:lang w:val="nl-NL"/>
        </w:rPr>
      </w:pPr>
      <w:r w:rsidRPr="00DB6955">
        <w:rPr>
          <w:rFonts w:eastAsia="Calibri"/>
          <w:b/>
          <w:color w:val="0000FF"/>
          <w:szCs w:val="24"/>
          <w:lang w:val="nl-NL"/>
        </w:rPr>
        <w:t xml:space="preserve">Câu 1. </w:t>
      </w:r>
      <w:r w:rsidRPr="00103EB1">
        <w:rPr>
          <w:lang w:val="nl-NL"/>
        </w:rPr>
        <w:t>Có hai lô hàng. Lô 1 có 7 chính phẩm và 3 phế phẩm. Lô 2 có 8 chính phẩm và 2 phế phẩm. Từ lô thứ nhất lấy ra 2 sản phẩm, từ lô thứ hai lấy ra 3 sản phẩm rồi trong số sản phẩm được lấy ra lại lấy tiếp ngẫu nhiên 2 sản phẩm. Tính xác suất để trong 2 sản phẩm đó có ít nhất một chính phẩm. (viết kết quả dưới dạng số thập phân và làm tròn đến hàng phần trăm)</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Đáp số: </w:t>
      </w:r>
      <w:r>
        <w:t>0,95</w:t>
      </w:r>
    </w:p>
    <w:p w:rsidR="00D05C3D" w:rsidRPr="00DB6955" w:rsidRDefault="00D05C3D" w:rsidP="00D05C3D">
      <w:pPr>
        <w:tabs>
          <w:tab w:val="left" w:pos="283"/>
          <w:tab w:val="left" w:pos="2835"/>
          <w:tab w:val="left" w:pos="5386"/>
          <w:tab w:val="left" w:pos="7937"/>
        </w:tabs>
        <w:spacing w:before="0" w:after="0"/>
        <w:ind w:firstLine="283"/>
      </w:pPr>
      <w:r w:rsidRPr="00DB6955">
        <w:t xml:space="preserve">Gọi biến cố </w:t>
      </w:r>
      <w:r w:rsidRPr="00DB6955">
        <w:rPr>
          <w:position w:val="-12"/>
        </w:rPr>
        <w:object w:dxaOrig="300" w:dyaOrig="360">
          <v:shape id="_x0000_i1263" type="#_x0000_t75" style="width:15.25pt;height:18pt" o:ole="">
            <v:imagedata r:id="rId489" o:title=""/>
          </v:shape>
          <o:OLEObject Type="Embed" ProgID="Equation.DSMT4" ShapeID="_x0000_i1263" DrawAspect="Content" ObjectID="_1808513627" r:id="rId490"/>
        </w:object>
      </w:r>
      <w:r w:rsidRPr="00DB6955">
        <w:t>:”</w:t>
      </w:r>
      <w:r w:rsidRPr="00DB6955">
        <w:rPr>
          <w:color w:val="081B3A"/>
          <w:spacing w:val="3"/>
          <w:shd w:val="clear" w:color="auto" w:fill="FFFFFF"/>
        </w:rPr>
        <w:t xml:space="preserve">có k chính phẩm trong 5 </w:t>
      </w:r>
      <w:r w:rsidRPr="00DB6955">
        <w:rPr>
          <w:lang w:val="nl-NL"/>
        </w:rPr>
        <w:t>sản phẩm</w:t>
      </w:r>
      <w:r w:rsidRPr="00DB6955">
        <w:rPr>
          <w:color w:val="081B3A"/>
          <w:spacing w:val="3"/>
          <w:shd w:val="clear" w:color="auto" w:fill="FFFFFF"/>
        </w:rPr>
        <w:t xml:space="preserve"> lấy ra ở 2 lô</w:t>
      </w:r>
      <w:r w:rsidRPr="00DB6955">
        <w:t xml:space="preserve">” với </w:t>
      </w:r>
      <w:r w:rsidRPr="00DB6955">
        <w:rPr>
          <w:position w:val="-14"/>
        </w:rPr>
        <w:object w:dxaOrig="1700" w:dyaOrig="400">
          <v:shape id="_x0000_i1264" type="#_x0000_t75" style="width:85.4pt;height:19.85pt" o:ole="">
            <v:imagedata r:id="rId491" o:title=""/>
          </v:shape>
          <o:OLEObject Type="Embed" ProgID="Equation.DSMT4" ShapeID="_x0000_i1264" DrawAspect="Content" ObjectID="_1808513628" r:id="rId492"/>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Gọi biến cố </w:t>
      </w:r>
      <w:r w:rsidRPr="00DB6955">
        <w:rPr>
          <w:position w:val="-4"/>
        </w:rPr>
        <w:object w:dxaOrig="240" w:dyaOrig="260">
          <v:shape id="_x0000_i1265" type="#_x0000_t75" style="width:12pt;height:13.4pt" o:ole="">
            <v:imagedata r:id="rId493" o:title=""/>
          </v:shape>
          <o:OLEObject Type="Embed" ProgID="Equation.DSMT4" ShapeID="_x0000_i1265" DrawAspect="Content" ObjectID="_1808513629" r:id="rId494"/>
        </w:object>
      </w:r>
      <w:r w:rsidRPr="00DB6955">
        <w:t>:”lần thứ hai lấy được ít nhất một chính phẩm”.</w:t>
      </w:r>
    </w:p>
    <w:p w:rsidR="00D05C3D" w:rsidRPr="00DB6955" w:rsidRDefault="00D05C3D" w:rsidP="00D05C3D">
      <w:pPr>
        <w:tabs>
          <w:tab w:val="left" w:pos="283"/>
          <w:tab w:val="left" w:pos="2835"/>
          <w:tab w:val="left" w:pos="5386"/>
          <w:tab w:val="left" w:pos="7937"/>
        </w:tabs>
        <w:spacing w:before="0" w:after="0"/>
        <w:ind w:firstLine="283"/>
      </w:pPr>
      <w:r w:rsidRPr="00DB6955">
        <w:t xml:space="preserve">Ta có </w:t>
      </w:r>
      <w:r w:rsidRPr="00DB6955">
        <w:rPr>
          <w:position w:val="-14"/>
        </w:rPr>
        <w:object w:dxaOrig="1040" w:dyaOrig="400">
          <v:shape id="_x0000_i1266" type="#_x0000_t75" style="width:52.15pt;height:19.85pt" o:ole="">
            <v:imagedata r:id="rId495" o:title=""/>
          </v:shape>
          <o:OLEObject Type="Embed" ProgID="Equation.DSMT4" ShapeID="_x0000_i1266" DrawAspect="Content" ObjectID="_1808513630" r:id="rId496"/>
        </w:object>
      </w:r>
      <w:r w:rsidRPr="00DB6955">
        <w:t xml:space="preserve">; </w:t>
      </w:r>
      <w:r w:rsidRPr="00DB6955">
        <w:rPr>
          <w:position w:val="-30"/>
        </w:rPr>
        <w:object w:dxaOrig="2600" w:dyaOrig="720">
          <v:shape id="_x0000_i1267" type="#_x0000_t75" style="width:130.15pt;height:36pt" o:ole="">
            <v:imagedata r:id="rId497" o:title=""/>
          </v:shape>
          <o:OLEObject Type="Embed" ProgID="Equation.DSMT4" ShapeID="_x0000_i1267" DrawAspect="Content" ObjectID="_1808513631" r:id="rId498"/>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rPr>
          <w:position w:val="-30"/>
        </w:rPr>
        <w:object w:dxaOrig="4239" w:dyaOrig="720">
          <v:shape id="_x0000_i1268" type="#_x0000_t75" style="width:211.85pt;height:36pt" o:ole="">
            <v:imagedata r:id="rId499" o:title=""/>
          </v:shape>
          <o:OLEObject Type="Embed" ProgID="Equation.DSMT4" ShapeID="_x0000_i1268" DrawAspect="Content" ObjectID="_1808513632" r:id="rId500"/>
        </w:object>
      </w:r>
      <w:r w:rsidRPr="00DB6955">
        <w:t xml:space="preserve">; </w:t>
      </w:r>
    </w:p>
    <w:p w:rsidR="00D05C3D" w:rsidRPr="00DB6955" w:rsidRDefault="00D05C3D" w:rsidP="00D05C3D">
      <w:pPr>
        <w:tabs>
          <w:tab w:val="left" w:pos="283"/>
          <w:tab w:val="left" w:pos="2835"/>
          <w:tab w:val="left" w:pos="5386"/>
          <w:tab w:val="left" w:pos="7937"/>
        </w:tabs>
        <w:spacing w:before="0" w:after="0"/>
        <w:ind w:firstLine="283"/>
      </w:pPr>
      <w:r w:rsidRPr="00DB6955">
        <w:rPr>
          <w:position w:val="-30"/>
        </w:rPr>
        <w:object w:dxaOrig="5080" w:dyaOrig="720">
          <v:shape id="_x0000_i1269" type="#_x0000_t75" style="width:253.85pt;height:36pt" o:ole="">
            <v:imagedata r:id="rId501" o:title=""/>
          </v:shape>
          <o:OLEObject Type="Embed" ProgID="Equation.DSMT4" ShapeID="_x0000_i1269" DrawAspect="Content" ObjectID="_1808513633" r:id="rId502"/>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rPr>
          <w:position w:val="-30"/>
        </w:rPr>
        <w:object w:dxaOrig="3860" w:dyaOrig="720">
          <v:shape id="_x0000_i1270" type="#_x0000_t75" style="width:193.4pt;height:36pt" o:ole="">
            <v:imagedata r:id="rId503" o:title=""/>
          </v:shape>
          <o:OLEObject Type="Embed" ProgID="Equation.DSMT4" ShapeID="_x0000_i1270" DrawAspect="Content" ObjectID="_1808513634" r:id="rId504"/>
        </w:object>
      </w:r>
      <w:r w:rsidRPr="00DB6955">
        <w:t xml:space="preserve">; </w:t>
      </w:r>
      <w:r w:rsidRPr="00DB6955">
        <w:rPr>
          <w:position w:val="-30"/>
        </w:rPr>
        <w:object w:dxaOrig="2320" w:dyaOrig="720">
          <v:shape id="_x0000_i1271" type="#_x0000_t75" style="width:115.85pt;height:36pt" o:ole="">
            <v:imagedata r:id="rId505" o:title=""/>
          </v:shape>
          <o:OLEObject Type="Embed" ProgID="Equation.DSMT4" ShapeID="_x0000_i1271" DrawAspect="Content" ObjectID="_1808513635" r:id="rId506"/>
        </w:object>
      </w:r>
    </w:p>
    <w:p w:rsidR="00D05C3D" w:rsidRPr="00DB6955" w:rsidRDefault="00D05C3D" w:rsidP="00D05C3D">
      <w:pPr>
        <w:tabs>
          <w:tab w:val="left" w:pos="283"/>
          <w:tab w:val="left" w:pos="2835"/>
          <w:tab w:val="left" w:pos="5386"/>
          <w:tab w:val="left" w:pos="7937"/>
        </w:tabs>
        <w:spacing w:before="0" w:after="0"/>
        <w:ind w:firstLine="283"/>
      </w:pPr>
      <w:r w:rsidRPr="00DB6955">
        <w:t>Xác suất để lần thứ hai không lấy được chính phẩm nào là</w:t>
      </w:r>
    </w:p>
    <w:p w:rsidR="00D05C3D" w:rsidRPr="00DB6955" w:rsidRDefault="00D05C3D" w:rsidP="00D05C3D">
      <w:pPr>
        <w:tabs>
          <w:tab w:val="left" w:pos="283"/>
          <w:tab w:val="left" w:pos="2835"/>
          <w:tab w:val="left" w:pos="5386"/>
          <w:tab w:val="left" w:pos="7937"/>
        </w:tabs>
        <w:spacing w:before="0" w:after="0"/>
        <w:ind w:firstLine="283"/>
      </w:pPr>
      <w:r w:rsidRPr="00DB6955">
        <w:rPr>
          <w:position w:val="-20"/>
        </w:rPr>
        <w:object w:dxaOrig="9520" w:dyaOrig="520">
          <v:shape id="_x0000_i1272" type="#_x0000_t75" style="width:475.85pt;height:25.85pt" o:ole="">
            <v:imagedata r:id="rId507" o:title=""/>
          </v:shape>
          <o:OLEObject Type="Embed" ProgID="Equation.DSMT4" ShapeID="_x0000_i1272" DrawAspect="Content" ObjectID="_1808513636" r:id="rId508"/>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30"/>
        </w:rPr>
        <w:object w:dxaOrig="4320" w:dyaOrig="720">
          <v:shape id="_x0000_i1273" type="#_x0000_t75" style="width:3in;height:36pt" o:ole="">
            <v:imagedata r:id="rId509" o:title=""/>
          </v:shape>
          <o:OLEObject Type="Embed" ProgID="Equation.DSMT4" ShapeID="_x0000_i1273" DrawAspect="Content" ObjectID="_1808513637" r:id="rId510"/>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Xác suất của biến cố </w:t>
      </w:r>
      <w:r w:rsidRPr="00DB6955">
        <w:rPr>
          <w:position w:val="-4"/>
        </w:rPr>
        <w:object w:dxaOrig="240" w:dyaOrig="260">
          <v:shape id="_x0000_i1274" type="#_x0000_t75" style="width:12pt;height:13.4pt" o:ole="">
            <v:imagedata r:id="rId511" o:title=""/>
          </v:shape>
          <o:OLEObject Type="Embed" ProgID="Equation.DSMT4" ShapeID="_x0000_i1274" DrawAspect="Content" ObjectID="_1808513638" r:id="rId512"/>
        </w:object>
      </w:r>
      <w:r w:rsidRPr="00DB6955">
        <w:t xml:space="preserve"> là </w:t>
      </w:r>
      <w:r w:rsidRPr="00DB6955">
        <w:rPr>
          <w:position w:val="-24"/>
        </w:rPr>
        <w:object w:dxaOrig="3900" w:dyaOrig="620">
          <v:shape id="_x0000_i1275" type="#_x0000_t75" style="width:195.25pt;height:31.4pt" o:ole="">
            <v:imagedata r:id="rId513" o:title=""/>
          </v:shape>
          <o:OLEObject Type="Embed" ProgID="Equation.DSMT4" ShapeID="_x0000_i1275" DrawAspect="Content" ObjectID="_1808513639" r:id="rId514"/>
        </w:object>
      </w:r>
      <w:r w:rsidRPr="00DB6955">
        <w:t>.</w:t>
      </w:r>
    </w:p>
    <w:p w:rsidR="00D05C3D" w:rsidRPr="00103EB1" w:rsidRDefault="00D05C3D" w:rsidP="00D05C3D">
      <w:pPr>
        <w:spacing w:before="0" w:after="0"/>
        <w:rPr>
          <w:lang w:val="nl-NL"/>
        </w:rPr>
      </w:pPr>
      <w:r w:rsidRPr="00DB6955">
        <w:rPr>
          <w:rFonts w:eastAsia="Calibri"/>
          <w:b/>
          <w:color w:val="0000FF"/>
          <w:szCs w:val="24"/>
          <w:lang w:val="nl-NL"/>
        </w:rPr>
        <w:t xml:space="preserve">Câu 2. </w:t>
      </w:r>
      <w:r w:rsidRPr="00DB6955">
        <w:t>Một công ty sản xuất dụng cụ thể thao nhận được một đơn hàng sản xuất 8000 quả bóng pickleball. Công ty này sở hữu một số máy móc, mỗi máy có thể sản xuất 30 quả bóng trong một giờ. Chi phí thiết lập các máy này là 200 nghìn đồng cho mỗi máy. Khi được thiết lập, hoạt động sản xuất sẽ hoàn toàn diễn ra tự động dưới sự giám sát. Số tiền phải trả cho người giám sát là 192 nghìn đồng một giờ. Số máy móc công ty nên sử dụng là bao nhiêu để chi phí hoạt động là thấp nhất?</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Đáp số: </w:t>
      </w:r>
      <w:r>
        <w:t>16</w:t>
      </w:r>
    </w:p>
    <w:p w:rsidR="00D05C3D" w:rsidRPr="00DB6955" w:rsidRDefault="00D05C3D" w:rsidP="00D05C3D">
      <w:pPr>
        <w:tabs>
          <w:tab w:val="left" w:pos="283"/>
          <w:tab w:val="left" w:pos="2835"/>
          <w:tab w:val="left" w:pos="5386"/>
          <w:tab w:val="left" w:pos="7937"/>
        </w:tabs>
        <w:spacing w:before="0" w:after="0"/>
        <w:ind w:firstLine="283"/>
      </w:pPr>
      <w:r w:rsidRPr="00DB6955">
        <w:t xml:space="preserve">Gọi số máy móc công ty sử dụng là </w:t>
      </w:r>
      <w:r w:rsidRPr="00DB6955">
        <w:rPr>
          <w:position w:val="-14"/>
        </w:rPr>
        <w:object w:dxaOrig="1080" w:dyaOrig="400">
          <v:shape id="_x0000_i1276" type="#_x0000_t75" style="width:54pt;height:19.85pt" o:ole="">
            <v:imagedata r:id="rId515" o:title=""/>
          </v:shape>
          <o:OLEObject Type="Embed" ProgID="Equation.DSMT4" ShapeID="_x0000_i1276" DrawAspect="Content" ObjectID="_1808513640" r:id="rId516"/>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 xml:space="preserve">Số bóng công ty sản xuất được trong một giờ là </w:t>
      </w:r>
      <w:r w:rsidRPr="00DB6955">
        <w:rPr>
          <w:position w:val="-6"/>
        </w:rPr>
        <w:object w:dxaOrig="440" w:dyaOrig="279">
          <v:shape id="_x0000_i1277" type="#_x0000_t75" style="width:22.15pt;height:13.85pt" o:ole="">
            <v:imagedata r:id="rId517" o:title=""/>
          </v:shape>
          <o:OLEObject Type="Embed" ProgID="Equation.DSMT4" ShapeID="_x0000_i1277" DrawAspect="Content" ObjectID="_1808513641" r:id="rId518"/>
        </w:object>
      </w:r>
      <w:r w:rsidRPr="00DB6955">
        <w:t xml:space="preserve"> (quả).</w:t>
      </w:r>
    </w:p>
    <w:p w:rsidR="00D05C3D" w:rsidRPr="00DB6955" w:rsidRDefault="00D05C3D" w:rsidP="00D05C3D">
      <w:pPr>
        <w:tabs>
          <w:tab w:val="left" w:pos="283"/>
          <w:tab w:val="left" w:pos="2835"/>
          <w:tab w:val="left" w:pos="5386"/>
          <w:tab w:val="left" w:pos="7937"/>
        </w:tabs>
        <w:spacing w:before="0" w:after="0"/>
        <w:ind w:firstLine="283"/>
      </w:pPr>
      <w:r w:rsidRPr="00DB6955">
        <w:t xml:space="preserve">Thời gian để công ty hoàn thành đơn hàng là </w:t>
      </w:r>
      <w:r w:rsidRPr="00DB6955">
        <w:rPr>
          <w:position w:val="-24"/>
        </w:rPr>
        <w:object w:dxaOrig="580" w:dyaOrig="620">
          <v:shape id="_x0000_i1278" type="#_x0000_t75" style="width:28.6pt;height:31.4pt" o:ole="">
            <v:imagedata r:id="rId519" o:title=""/>
          </v:shape>
          <o:OLEObject Type="Embed" ProgID="Equation.DSMT4" ShapeID="_x0000_i1278" DrawAspect="Content" ObjectID="_1808513642" r:id="rId520"/>
        </w:object>
      </w:r>
      <w:r w:rsidRPr="00DB6955">
        <w:t xml:space="preserve"> (giờ)</w:t>
      </w:r>
    </w:p>
    <w:p w:rsidR="00D05C3D" w:rsidRPr="00DB6955" w:rsidRDefault="00D05C3D" w:rsidP="00D05C3D">
      <w:pPr>
        <w:tabs>
          <w:tab w:val="left" w:pos="283"/>
          <w:tab w:val="left" w:pos="2835"/>
          <w:tab w:val="left" w:pos="5386"/>
          <w:tab w:val="left" w:pos="7937"/>
        </w:tabs>
        <w:spacing w:before="0" w:after="0"/>
        <w:ind w:firstLine="283"/>
      </w:pPr>
      <w:r w:rsidRPr="00DB6955">
        <w:t xml:space="preserve">Chi phí thiết lập cho toàn bộ máy móc là </w:t>
      </w:r>
      <w:r w:rsidRPr="00DB6955">
        <w:rPr>
          <w:position w:val="-6"/>
        </w:rPr>
        <w:object w:dxaOrig="560" w:dyaOrig="279">
          <v:shape id="_x0000_i1279" type="#_x0000_t75" style="width:28.15pt;height:13.85pt" o:ole="">
            <v:imagedata r:id="rId521" o:title=""/>
          </v:shape>
          <o:OLEObject Type="Embed" ProgID="Equation.DSMT4" ShapeID="_x0000_i1279" DrawAspect="Content" ObjectID="_1808513643" r:id="rId522"/>
        </w:object>
      </w:r>
      <w:r w:rsidRPr="00DB6955">
        <w:t xml:space="preserve"> (nghìn đồng).</w:t>
      </w:r>
    </w:p>
    <w:p w:rsidR="00D05C3D" w:rsidRPr="00DB6955" w:rsidRDefault="00D05C3D" w:rsidP="00D05C3D">
      <w:pPr>
        <w:tabs>
          <w:tab w:val="left" w:pos="283"/>
          <w:tab w:val="left" w:pos="2835"/>
          <w:tab w:val="left" w:pos="5386"/>
          <w:tab w:val="left" w:pos="7937"/>
        </w:tabs>
        <w:spacing w:before="0" w:after="0"/>
        <w:ind w:firstLine="283"/>
      </w:pPr>
      <w:r w:rsidRPr="00DB6955">
        <w:t xml:space="preserve">Chi phí trả cho người giám sát trong một giờ là </w:t>
      </w:r>
      <w:r w:rsidRPr="00DB6955">
        <w:rPr>
          <w:position w:val="-6"/>
        </w:rPr>
        <w:object w:dxaOrig="400" w:dyaOrig="279">
          <v:shape id="_x0000_i1280" type="#_x0000_t75" style="width:19.85pt;height:13.85pt" o:ole="">
            <v:imagedata r:id="rId523" o:title=""/>
          </v:shape>
          <o:OLEObject Type="Embed" ProgID="Equation.DSMT4" ShapeID="_x0000_i1280" DrawAspect="Content" ObjectID="_1808513644" r:id="rId524"/>
        </w:object>
      </w:r>
      <w:r w:rsidRPr="00DB6955">
        <w:t xml:space="preserve"> (nghìn đồng).</w:t>
      </w:r>
    </w:p>
    <w:p w:rsidR="00D05C3D" w:rsidRPr="00DB6955" w:rsidRDefault="00D05C3D" w:rsidP="00D05C3D">
      <w:pPr>
        <w:tabs>
          <w:tab w:val="left" w:pos="283"/>
          <w:tab w:val="left" w:pos="2835"/>
          <w:tab w:val="left" w:pos="5386"/>
          <w:tab w:val="left" w:pos="7937"/>
        </w:tabs>
        <w:spacing w:before="0" w:after="0"/>
        <w:ind w:firstLine="283"/>
      </w:pPr>
      <w:r w:rsidRPr="00DB6955">
        <w:t xml:space="preserve">Tổng chi phí hoạt động để công ty hoàn thành đơn hàng là </w:t>
      </w:r>
    </w:p>
    <w:p w:rsidR="00D05C3D" w:rsidRPr="00DB6955" w:rsidRDefault="00D05C3D" w:rsidP="00D05C3D">
      <w:pPr>
        <w:tabs>
          <w:tab w:val="left" w:pos="283"/>
          <w:tab w:val="left" w:pos="2835"/>
          <w:tab w:val="left" w:pos="5386"/>
          <w:tab w:val="left" w:pos="7937"/>
        </w:tabs>
        <w:spacing w:before="0" w:after="0"/>
        <w:ind w:firstLine="283"/>
      </w:pPr>
      <w:r w:rsidRPr="00DB6955">
        <w:rPr>
          <w:position w:val="-24"/>
        </w:rPr>
        <w:object w:dxaOrig="4000" w:dyaOrig="620">
          <v:shape id="_x0000_i1281" type="#_x0000_t75" style="width:199.85pt;height:31.4pt" o:ole="">
            <v:imagedata r:id="rId525" o:title=""/>
          </v:shape>
          <o:OLEObject Type="Embed" ProgID="Equation.DSMT4" ShapeID="_x0000_i1281" DrawAspect="Content" ObjectID="_1808513645" r:id="rId526"/>
        </w:object>
      </w:r>
      <w:r w:rsidRPr="00DB6955">
        <w:t xml:space="preserve"> (nghìn đồng).</w:t>
      </w:r>
    </w:p>
    <w:p w:rsidR="00D05C3D" w:rsidRPr="00DB6955" w:rsidRDefault="00D05C3D" w:rsidP="00D05C3D">
      <w:pPr>
        <w:tabs>
          <w:tab w:val="left" w:pos="283"/>
          <w:tab w:val="left" w:pos="2835"/>
          <w:tab w:val="left" w:pos="5386"/>
          <w:tab w:val="left" w:pos="7937"/>
        </w:tabs>
        <w:spacing w:before="0" w:after="0"/>
        <w:ind w:firstLine="283"/>
      </w:pPr>
      <w:r w:rsidRPr="00DB6955">
        <w:t xml:space="preserve">Xét </w:t>
      </w:r>
      <w:r w:rsidRPr="00DB6955">
        <w:rPr>
          <w:position w:val="-24"/>
        </w:rPr>
        <w:object w:dxaOrig="2140" w:dyaOrig="620">
          <v:shape id="_x0000_i1282" type="#_x0000_t75" style="width:106.6pt;height:31.4pt" o:ole="">
            <v:imagedata r:id="rId527" o:title=""/>
          </v:shape>
          <o:OLEObject Type="Embed" ProgID="Equation.DSMT4" ShapeID="_x0000_i1282" DrawAspect="Content" ObjectID="_1808513646" r:id="rId528"/>
        </w:object>
      </w:r>
      <w:r w:rsidRPr="00DB6955">
        <w:t xml:space="preserve">, áp dụng bất đẳng thức Cô-si cho hai số dương </w:t>
      </w:r>
      <w:r w:rsidRPr="00DB6955">
        <w:rPr>
          <w:position w:val="-24"/>
        </w:rPr>
        <w:object w:dxaOrig="1280" w:dyaOrig="620">
          <v:shape id="_x0000_i1283" type="#_x0000_t75" style="width:64.15pt;height:31.4pt" o:ole="">
            <v:imagedata r:id="rId529" o:title=""/>
          </v:shape>
          <o:OLEObject Type="Embed" ProgID="Equation.DSMT4" ShapeID="_x0000_i1283" DrawAspect="Content" ObjectID="_1808513647" r:id="rId530"/>
        </w:object>
      </w:r>
      <w:r w:rsidRPr="00DB6955">
        <w:t>, ta có:</w:t>
      </w:r>
    </w:p>
    <w:p w:rsidR="00D05C3D" w:rsidRPr="00DB6955" w:rsidRDefault="00D05C3D" w:rsidP="00D05C3D">
      <w:pPr>
        <w:tabs>
          <w:tab w:val="left" w:pos="283"/>
          <w:tab w:val="left" w:pos="2835"/>
          <w:tab w:val="left" w:pos="5386"/>
          <w:tab w:val="left" w:pos="7937"/>
        </w:tabs>
        <w:spacing w:before="0" w:after="0"/>
        <w:ind w:firstLine="283"/>
      </w:pPr>
      <w:r w:rsidRPr="00DB6955">
        <w:rPr>
          <w:position w:val="-26"/>
        </w:rPr>
        <w:object w:dxaOrig="3180" w:dyaOrig="700">
          <v:shape id="_x0000_i1284" type="#_x0000_t75" style="width:159.25pt;height:34.6pt" o:ole="">
            <v:imagedata r:id="rId531" o:title=""/>
          </v:shape>
          <o:OLEObject Type="Embed" ProgID="Equation.DSMT4" ShapeID="_x0000_i1284" DrawAspect="Content" ObjectID="_1808513648" r:id="rId532"/>
        </w:object>
      </w:r>
    </w:p>
    <w:p w:rsidR="00D05C3D" w:rsidRPr="00DB6955" w:rsidRDefault="00D05C3D" w:rsidP="00D05C3D">
      <w:pPr>
        <w:tabs>
          <w:tab w:val="left" w:pos="283"/>
          <w:tab w:val="left" w:pos="2835"/>
          <w:tab w:val="left" w:pos="5386"/>
          <w:tab w:val="left" w:pos="7937"/>
        </w:tabs>
        <w:spacing w:before="0" w:after="0"/>
        <w:ind w:firstLine="283"/>
      </w:pPr>
      <w:r w:rsidRPr="00DB6955">
        <w:rPr>
          <w:position w:val="-14"/>
        </w:rPr>
        <w:object w:dxaOrig="1579" w:dyaOrig="400">
          <v:shape id="_x0000_i1285" type="#_x0000_t75" style="width:79.4pt;height:19.85pt" o:ole="">
            <v:imagedata r:id="rId533" o:title=""/>
          </v:shape>
          <o:OLEObject Type="Embed" ProgID="Equation.DSMT4" ShapeID="_x0000_i1285" DrawAspect="Content" ObjectID="_1808513649" r:id="rId534"/>
        </w:object>
      </w:r>
    </w:p>
    <w:p w:rsidR="00D05C3D" w:rsidRPr="00DB6955" w:rsidRDefault="00D05C3D" w:rsidP="00D05C3D">
      <w:pPr>
        <w:tabs>
          <w:tab w:val="left" w:pos="283"/>
          <w:tab w:val="left" w:pos="2835"/>
          <w:tab w:val="left" w:pos="5386"/>
          <w:tab w:val="left" w:pos="7937"/>
        </w:tabs>
        <w:spacing w:before="0" w:after="0"/>
        <w:ind w:firstLine="283"/>
      </w:pPr>
      <w:r w:rsidRPr="00DB6955">
        <w:t xml:space="preserve">Dấu bằng xảy ra khi và chỉ khi </w:t>
      </w:r>
      <w:r w:rsidRPr="00DB6955">
        <w:rPr>
          <w:position w:val="-24"/>
        </w:rPr>
        <w:object w:dxaOrig="2620" w:dyaOrig="620">
          <v:shape id="_x0000_i1286" type="#_x0000_t75" style="width:130.6pt;height:31.4pt" o:ole="">
            <v:imagedata r:id="rId535" o:title=""/>
          </v:shape>
          <o:OLEObject Type="Embed" ProgID="Equation.DSMT4" ShapeID="_x0000_i1286" DrawAspect="Content" ObjectID="_1808513650" r:id="rId536"/>
        </w:object>
      </w:r>
      <w:r w:rsidRPr="00DB6955">
        <w:t xml:space="preserve">. Khi đó </w:t>
      </w:r>
      <w:r w:rsidRPr="00DB6955">
        <w:rPr>
          <w:position w:val="-6"/>
        </w:rPr>
        <w:object w:dxaOrig="660" w:dyaOrig="279">
          <v:shape id="_x0000_i1287" type="#_x0000_t75" style="width:33.25pt;height:13.85pt" o:ole="">
            <v:imagedata r:id="rId537" o:title=""/>
          </v:shape>
          <o:OLEObject Type="Embed" ProgID="Equation.DSMT4" ShapeID="_x0000_i1287" DrawAspect="Content" ObjectID="_1808513651" r:id="rId538"/>
        </w:object>
      </w:r>
      <w:r w:rsidRPr="00DB6955">
        <w:t>.</w:t>
      </w:r>
    </w:p>
    <w:p w:rsidR="00D05C3D" w:rsidRPr="00DB6955" w:rsidRDefault="00D05C3D" w:rsidP="00D05C3D">
      <w:pPr>
        <w:tabs>
          <w:tab w:val="left" w:pos="283"/>
          <w:tab w:val="left" w:pos="2835"/>
          <w:tab w:val="left" w:pos="5386"/>
          <w:tab w:val="left" w:pos="7937"/>
        </w:tabs>
        <w:spacing w:before="0" w:after="0"/>
        <w:ind w:firstLine="283"/>
      </w:pPr>
      <w:r w:rsidRPr="00DB6955">
        <w:t>Vậy để chi phí hoạt động thấp nhất thì công ty cần sử dụng 16 máy móc.</w:t>
      </w:r>
    </w:p>
    <w:p w:rsidR="00F52A27" w:rsidRPr="00F52A27" w:rsidRDefault="00D05C3D" w:rsidP="00F52A27">
      <w:pPr>
        <w:spacing w:before="0" w:after="0"/>
        <w:rPr>
          <w:szCs w:val="23"/>
        </w:rPr>
      </w:pPr>
      <w:r w:rsidRPr="00DB6955">
        <w:rPr>
          <w:rFonts w:eastAsia="Calibri"/>
          <w:b/>
          <w:color w:val="0000FF"/>
          <w:szCs w:val="23"/>
        </w:rPr>
        <w:t xml:space="preserve">Câu 3. </w:t>
      </w:r>
      <w:r w:rsidR="00F52A27" w:rsidRPr="00C47DA9">
        <w:rPr>
          <w:rFonts w:eastAsia="Calibri"/>
        </w:rPr>
        <w:t xml:space="preserve">Phòng khách nhà bác Việt có dạng là một hình hộp chữ nhật </w:t>
      </w:r>
      <w:r w:rsidR="00F52A27" w:rsidRPr="00CA1A7B">
        <w:rPr>
          <w:position w:val="-6"/>
        </w:rPr>
        <w:object w:dxaOrig="1640" w:dyaOrig="279">
          <v:shape id="_x0000_i1522" type="#_x0000_t75" style="width:82.15pt;height:14.3pt" o:ole="">
            <v:imagedata r:id="rId539" o:title=""/>
          </v:shape>
          <o:OLEObject Type="Embed" ProgID="Equation.DSMT4" ShapeID="_x0000_i1522" DrawAspect="Content" ObjectID="_1808513652" r:id="rId540"/>
        </w:object>
      </w:r>
      <w:r w:rsidR="00F52A27" w:rsidRPr="00C47DA9">
        <w:rPr>
          <w:rFonts w:eastAsia="Calibri"/>
        </w:rPr>
        <w:t xml:space="preserve"> với </w:t>
      </w:r>
      <w:r w:rsidR="00F52A27" w:rsidRPr="00CA1A7B">
        <w:rPr>
          <w:position w:val="-10"/>
        </w:rPr>
        <w:object w:dxaOrig="980" w:dyaOrig="320">
          <v:shape id="_x0000_i1523" type="#_x0000_t75" style="width:48.9pt;height:16.6pt" o:ole="">
            <v:imagedata r:id="rId541" o:title=""/>
          </v:shape>
          <o:OLEObject Type="Embed" ProgID="Equation.DSMT4" ShapeID="_x0000_i1523" DrawAspect="Content" ObjectID="_1808513653" r:id="rId542"/>
        </w:object>
      </w:r>
      <w:r w:rsidR="00F52A27" w:rsidRPr="00C47DA9">
        <w:rPr>
          <w:rFonts w:eastAsia="Calibri"/>
        </w:rPr>
        <w:t>,</w:t>
      </w:r>
      <w:r w:rsidR="00F52A27" w:rsidRPr="00CA1A7B">
        <w:rPr>
          <w:position w:val="-10"/>
        </w:rPr>
        <w:object w:dxaOrig="999" w:dyaOrig="320">
          <v:shape id="_x0000_i1524" type="#_x0000_t75" style="width:50.3pt;height:16.6pt" o:ole="">
            <v:imagedata r:id="rId543" o:title=""/>
          </v:shape>
          <o:OLEObject Type="Embed" ProgID="Equation.DSMT4" ShapeID="_x0000_i1524" DrawAspect="Content" ObjectID="_1808513654" r:id="rId544"/>
        </w:object>
      </w:r>
      <w:r w:rsidR="00F52A27" w:rsidRPr="00C47DA9">
        <w:rPr>
          <w:rFonts w:eastAsia="Calibri"/>
        </w:rPr>
        <w:t xml:space="preserve">, </w:t>
      </w:r>
      <w:r w:rsidR="00F52A27" w:rsidRPr="00CA1A7B">
        <w:rPr>
          <w:position w:val="-10"/>
        </w:rPr>
        <w:object w:dxaOrig="999" w:dyaOrig="320">
          <v:shape id="_x0000_i1525" type="#_x0000_t75" style="width:50.3pt;height:16.6pt" o:ole="">
            <v:imagedata r:id="rId545" o:title=""/>
          </v:shape>
          <o:OLEObject Type="Embed" ProgID="Equation.DSMT4" ShapeID="_x0000_i1525" DrawAspect="Content" ObjectID="_1808513655" r:id="rId546"/>
        </w:object>
      </w:r>
      <w:r w:rsidR="00F52A27" w:rsidRPr="00C47DA9">
        <w:rPr>
          <w:rFonts w:eastAsia="Calibri"/>
        </w:rPr>
        <w:t xml:space="preserve">. Để chuẩn bị đón Tết Nguyên Đán bác lên kế hoạch trang trí cho phần không gian của phòng khách bằng các dây đèn trang trí </w:t>
      </w:r>
      <w:r w:rsidR="00F52A27" w:rsidRPr="00CA1A7B">
        <w:rPr>
          <w:position w:val="-10"/>
        </w:rPr>
        <w:object w:dxaOrig="1359" w:dyaOrig="320">
          <v:shape id="_x0000_i1526" type="#_x0000_t75" style="width:67.4pt;height:16.6pt" o:ole="">
            <v:imagedata r:id="rId547" o:title=""/>
          </v:shape>
          <o:OLEObject Type="Embed" ProgID="Equation.DSMT4" ShapeID="_x0000_i1526" DrawAspect="Content" ObjectID="_1808513656" r:id="rId548"/>
        </w:object>
      </w:r>
      <w:r w:rsidR="00F52A27" w:rsidRPr="00C47DA9">
        <w:rPr>
          <w:rFonts w:eastAsia="Calibri"/>
        </w:rPr>
        <w:t xml:space="preserve"> được mắc như hình vẽ sau:</w:t>
      </w:r>
    </w:p>
    <w:p w:rsidR="00F52A27" w:rsidRPr="00C47DA9" w:rsidRDefault="00F52A27" w:rsidP="00F52A27">
      <w:pPr>
        <w:pStyle w:val="ListParagraph"/>
        <w:spacing w:after="60"/>
        <w:ind w:left="0" w:firstLine="0"/>
        <w:jc w:val="center"/>
        <w:rPr>
          <w:rFonts w:eastAsiaTheme="minorHAnsi"/>
          <w:kern w:val="2"/>
          <w:szCs w:val="23"/>
          <w:lang w:val="en-US"/>
        </w:rPr>
      </w:pPr>
      <w:r w:rsidRPr="00CA1A7B">
        <w:rPr>
          <w:rFonts w:eastAsia="Arial"/>
          <w:noProof/>
          <w:lang w:val="vi-VN"/>
        </w:rPr>
        <w:drawing>
          <wp:inline distT="0" distB="0" distL="0" distR="0" wp14:anchorId="457CB7FD" wp14:editId="5CAB4125">
            <wp:extent cx="2880000" cy="2082098"/>
            <wp:effectExtent l="0" t="0" r="0" b="0"/>
            <wp:docPr id="1564627959" name="Picture 1" descr="A diagram of a cub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7959" name="Picture 1" descr="A diagram of a cube with lines and letters&#10;&#10;AI-generated content may be incorrect."/>
                    <pic:cNvPicPr/>
                  </pic:nvPicPr>
                  <pic:blipFill>
                    <a:blip r:embed="rId549"/>
                    <a:stretch>
                      <a:fillRect/>
                    </a:stretch>
                  </pic:blipFill>
                  <pic:spPr>
                    <a:xfrm>
                      <a:off x="0" y="0"/>
                      <a:ext cx="2880000" cy="2082098"/>
                    </a:xfrm>
                    <a:prstGeom prst="rect">
                      <a:avLst/>
                    </a:prstGeom>
                  </pic:spPr>
                </pic:pic>
              </a:graphicData>
            </a:graphic>
          </wp:inline>
        </w:drawing>
      </w:r>
    </w:p>
    <w:p w:rsidR="00F52A27" w:rsidRPr="00A603DF" w:rsidRDefault="00F52A27" w:rsidP="00F52A27">
      <w:pPr>
        <w:tabs>
          <w:tab w:val="left" w:pos="283"/>
          <w:tab w:val="left" w:pos="2835"/>
          <w:tab w:val="left" w:pos="5386"/>
          <w:tab w:val="left" w:pos="7937"/>
        </w:tabs>
        <w:spacing w:after="60"/>
        <w:ind w:firstLine="283"/>
        <w:rPr>
          <w:szCs w:val="23"/>
        </w:rPr>
      </w:pPr>
      <w:r w:rsidRPr="00CA1A7B">
        <w:rPr>
          <w:rFonts w:eastAsia="Calibri" w:cs="Times New Roman"/>
          <w:lang w:val="vi-VN"/>
        </w:rPr>
        <w:t xml:space="preserve">Biết rằng </w:t>
      </w:r>
      <w:r w:rsidRPr="00CA1A7B">
        <w:rPr>
          <w:rFonts w:eastAsia="Arial" w:cs="Times New Roman"/>
          <w:position w:val="-4"/>
          <w:lang w:val="vi-VN"/>
        </w:rPr>
        <w:object w:dxaOrig="400" w:dyaOrig="260">
          <v:shape id="_x0000_i1527" type="#_x0000_t75" style="width:19.85pt;height:12.9pt" o:ole="">
            <v:imagedata r:id="rId550" o:title=""/>
          </v:shape>
          <o:OLEObject Type="Embed" ProgID="Equation.DSMT4" ShapeID="_x0000_i1527" DrawAspect="Content" ObjectID="_1808513657" r:id="rId551"/>
        </w:object>
      </w:r>
      <w:r w:rsidRPr="00CA1A7B">
        <w:rPr>
          <w:rFonts w:eastAsia="Calibri" w:cs="Times New Roman"/>
          <w:lang w:val="vi-VN"/>
        </w:rPr>
        <w:t xml:space="preserve">song song với </w:t>
      </w:r>
      <w:r w:rsidRPr="00CA1A7B">
        <w:rPr>
          <w:rFonts w:eastAsia="Arial" w:cs="Times New Roman"/>
          <w:position w:val="-6"/>
          <w:lang w:val="vi-VN"/>
        </w:rPr>
        <w:object w:dxaOrig="420" w:dyaOrig="279">
          <v:shape id="_x0000_i1528" type="#_x0000_t75" style="width:21.25pt;height:14.3pt" o:ole="">
            <v:imagedata r:id="rId552" o:title=""/>
          </v:shape>
          <o:OLEObject Type="Embed" ProgID="Equation.DSMT4" ShapeID="_x0000_i1528" DrawAspect="Content" ObjectID="_1808513658" r:id="rId553"/>
        </w:object>
      </w:r>
      <w:r w:rsidRPr="00CA1A7B">
        <w:rPr>
          <w:rFonts w:eastAsia="Calibri" w:cs="Times New Roman"/>
          <w:lang w:val="vi-VN"/>
        </w:rPr>
        <w:t xml:space="preserve"> và </w:t>
      </w:r>
      <w:r w:rsidRPr="00CA1A7B">
        <w:rPr>
          <w:rFonts w:eastAsia="Arial" w:cs="Times New Roman"/>
          <w:position w:val="-10"/>
          <w:lang w:val="vi-VN"/>
        </w:rPr>
        <w:object w:dxaOrig="1980" w:dyaOrig="320">
          <v:shape id="_x0000_i1529" type="#_x0000_t75" style="width:99.25pt;height:16.6pt" o:ole="">
            <v:imagedata r:id="rId554" o:title=""/>
          </v:shape>
          <o:OLEObject Type="Embed" ProgID="Equation.DSMT4" ShapeID="_x0000_i1529" DrawAspect="Content" ObjectID="_1808513659" r:id="rId555"/>
        </w:object>
      </w:r>
      <w:r w:rsidRPr="00CA1A7B">
        <w:rPr>
          <w:rFonts w:eastAsia="Calibri" w:cs="Times New Roman"/>
          <w:lang w:val="vi-VN"/>
        </w:rPr>
        <w:t xml:space="preserve">. Giá mỗi mét dây đèn trang trí là </w:t>
      </w:r>
      <w:r w:rsidRPr="00CA1A7B">
        <w:rPr>
          <w:rFonts w:eastAsia="Calibri" w:cs="Times New Roman"/>
          <w:position w:val="-6"/>
          <w:lang w:val="vi-VN"/>
        </w:rPr>
        <w:object w:dxaOrig="680" w:dyaOrig="279">
          <v:shape id="_x0000_i1530" type="#_x0000_t75" style="width:34.15pt;height:14.3pt" o:ole="">
            <v:imagedata r:id="rId556" o:title=""/>
          </v:shape>
          <o:OLEObject Type="Embed" ProgID="Equation.DSMT4" ShapeID="_x0000_i1530" DrawAspect="Content" ObjectID="_1808513660" r:id="rId557"/>
        </w:object>
      </w:r>
      <w:r w:rsidRPr="00CA1A7B">
        <w:rPr>
          <w:rFonts w:eastAsia="Calibri" w:cs="Times New Roman"/>
          <w:lang w:val="vi-VN"/>
        </w:rPr>
        <w:t xml:space="preserve"> đồng. Hỏi số tiền bác </w:t>
      </w:r>
      <w:r w:rsidRPr="00CA1A7B">
        <w:rPr>
          <w:rFonts w:eastAsia="Calibri" w:cs="Times New Roman"/>
        </w:rPr>
        <w:t>Việt</w:t>
      </w:r>
      <w:r w:rsidRPr="00CA1A7B">
        <w:rPr>
          <w:rFonts w:eastAsia="Calibri" w:cs="Times New Roman"/>
          <w:lang w:val="vi-VN"/>
        </w:rPr>
        <w:t xml:space="preserve"> cần dùng để mua dây đèn trang trí là bao nhiêu triệu đồng</w:t>
      </w:r>
      <w:r w:rsidRPr="00CA1A7B">
        <w:rPr>
          <w:rFonts w:eastAsia="Calibri" w:cs="Times New Roman"/>
          <w:i/>
          <w:iCs/>
          <w:lang w:val="vi-VN"/>
        </w:rPr>
        <w:t xml:space="preserve"> (kết quả làm tròn đến hàng phần trăm)</w:t>
      </w:r>
      <w:r w:rsidRPr="00CA1A7B">
        <w:rPr>
          <w:rFonts w:eastAsia="Calibri" w:cs="Times New Roman"/>
        </w:rPr>
        <w:t>?</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Default="00D05C3D" w:rsidP="00D05C3D">
      <w:pPr>
        <w:tabs>
          <w:tab w:val="left" w:pos="283"/>
          <w:tab w:val="left" w:pos="2835"/>
          <w:tab w:val="left" w:pos="5386"/>
          <w:tab w:val="left" w:pos="7937"/>
        </w:tabs>
        <w:spacing w:before="0" w:after="0"/>
        <w:ind w:firstLine="283"/>
      </w:pPr>
      <w:r w:rsidRPr="00DB6955">
        <w:t xml:space="preserve">Đáp số: </w:t>
      </w:r>
      <w:r w:rsidR="00F52A27">
        <w:t>1,42</w:t>
      </w:r>
    </w:p>
    <w:p w:rsidR="00F52A27" w:rsidRPr="00CA1A7B" w:rsidRDefault="00F52A27" w:rsidP="00F52A27">
      <w:pPr>
        <w:tabs>
          <w:tab w:val="left" w:pos="3402"/>
          <w:tab w:val="left" w:pos="5669"/>
          <w:tab w:val="left" w:pos="7937"/>
        </w:tabs>
        <w:spacing w:after="0"/>
        <w:ind w:firstLine="284"/>
        <w:rPr>
          <w:rFonts w:eastAsia="Arial" w:cs="Times New Roman"/>
        </w:rPr>
      </w:pPr>
      <w:r w:rsidRPr="00CA1A7B">
        <w:rPr>
          <w:rFonts w:eastAsia="Calibri" w:cs="Times New Roman"/>
          <w:lang w:val="vi-VN"/>
        </w:rPr>
        <w:lastRenderedPageBreak/>
        <w:t xml:space="preserve">Ta có: </w:t>
      </w:r>
      <w:r w:rsidRPr="00CA1A7B">
        <w:rPr>
          <w:rFonts w:eastAsia="Arial" w:cs="Times New Roman"/>
          <w:position w:val="-60"/>
          <w:lang w:val="vi-VN"/>
        </w:rPr>
        <w:object w:dxaOrig="3879" w:dyaOrig="1320">
          <v:shape id="_x0000_i1567" type="#_x0000_t75" style="width:194.3pt;height:66pt" o:ole="">
            <v:imagedata r:id="rId558" o:title=""/>
          </v:shape>
          <o:OLEObject Type="Embed" ProgID="Equation.DSMT4" ShapeID="_x0000_i1567" DrawAspect="Content" ObjectID="_1808513661" r:id="rId559"/>
        </w:object>
      </w:r>
      <w:r w:rsidRPr="00CA1A7B">
        <w:rPr>
          <w:rFonts w:eastAsia="Arial" w:cs="Times New Roman"/>
        </w:rPr>
        <w:t>.</w:t>
      </w:r>
    </w:p>
    <w:p w:rsidR="00F52A27" w:rsidRPr="00CA1A7B" w:rsidRDefault="00F52A27" w:rsidP="00F52A27">
      <w:pPr>
        <w:tabs>
          <w:tab w:val="left" w:pos="3402"/>
          <w:tab w:val="left" w:pos="5669"/>
          <w:tab w:val="left" w:pos="7937"/>
        </w:tabs>
        <w:spacing w:after="0"/>
        <w:ind w:firstLine="284"/>
        <w:rPr>
          <w:rFonts w:eastAsia="Calibri" w:cs="Times New Roman"/>
        </w:rPr>
      </w:pPr>
      <w:r w:rsidRPr="00CA1A7B">
        <w:rPr>
          <w:rFonts w:eastAsia="Arial" w:cs="Times New Roman"/>
          <w:noProof/>
          <w:lang w:val="vi-VN"/>
        </w:rPr>
        <w:drawing>
          <wp:inline distT="0" distB="0" distL="0" distR="0" wp14:anchorId="734AA0AD" wp14:editId="1102F6B9">
            <wp:extent cx="2880000" cy="2044138"/>
            <wp:effectExtent l="0" t="0" r="0" b="0"/>
            <wp:docPr id="1334362486" name="Picture 1" descr="A diagram of a cub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2486" name="Picture 1" descr="A diagram of a cube with lines and letters&#10;&#10;AI-generated content may be incorrect."/>
                    <pic:cNvPicPr/>
                  </pic:nvPicPr>
                  <pic:blipFill>
                    <a:blip r:embed="rId560"/>
                    <a:stretch>
                      <a:fillRect/>
                    </a:stretch>
                  </pic:blipFill>
                  <pic:spPr>
                    <a:xfrm>
                      <a:off x="0" y="0"/>
                      <a:ext cx="2880000" cy="2044138"/>
                    </a:xfrm>
                    <a:prstGeom prst="rect">
                      <a:avLst/>
                    </a:prstGeom>
                  </pic:spPr>
                </pic:pic>
              </a:graphicData>
            </a:graphic>
          </wp:inline>
        </w:drawing>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Calibri" w:cs="Times New Roman"/>
          <w:lang w:val="vi-VN"/>
        </w:rPr>
        <w:t xml:space="preserve">Gắn hệ trục tọa độ không gian </w:t>
      </w:r>
      <w:r w:rsidRPr="00CA1A7B">
        <w:rPr>
          <w:rFonts w:eastAsia="Arial" w:cs="Times New Roman"/>
          <w:position w:val="-14"/>
          <w:lang w:val="vi-VN"/>
        </w:rPr>
        <w:object w:dxaOrig="740" w:dyaOrig="400">
          <v:shape id="_x0000_i1568" type="#_x0000_t75" style="width:36.45pt;height:19.85pt" o:ole="">
            <v:imagedata r:id="rId561" o:title=""/>
          </v:shape>
          <o:OLEObject Type="Embed" ProgID="Equation.DSMT4" ShapeID="_x0000_i1568" DrawAspect="Content" ObjectID="_1808513662" r:id="rId562"/>
        </w:object>
      </w:r>
      <w:r w:rsidRPr="00CA1A7B">
        <w:rPr>
          <w:rFonts w:eastAsia="Calibri" w:cs="Times New Roman"/>
          <w:lang w:val="vi-VN"/>
        </w:rPr>
        <w:t xml:space="preserve">, với </w:t>
      </w:r>
      <w:r w:rsidRPr="00CA1A7B">
        <w:rPr>
          <w:rFonts w:eastAsia="Arial" w:cs="Times New Roman"/>
          <w:position w:val="-6"/>
          <w:lang w:val="vi-VN"/>
        </w:rPr>
        <w:object w:dxaOrig="700" w:dyaOrig="279">
          <v:shape id="_x0000_i1569" type="#_x0000_t75" style="width:35.55pt;height:14.3pt" o:ole="">
            <v:imagedata r:id="rId563" o:title=""/>
          </v:shape>
          <o:OLEObject Type="Embed" ProgID="Equation.DSMT4" ShapeID="_x0000_i1569" DrawAspect="Content" ObjectID="_1808513663" r:id="rId564"/>
        </w:object>
      </w:r>
      <w:r w:rsidRPr="00CA1A7B">
        <w:rPr>
          <w:rFonts w:eastAsia="Calibri" w:cs="Times New Roman"/>
          <w:lang w:val="vi-VN"/>
        </w:rPr>
        <w:t xml:space="preserve"> như hình vẽ trên.</w: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Calibri" w:cs="Times New Roman"/>
          <w:lang w:val="vi-VN"/>
        </w:rPr>
        <w:t xml:space="preserve">Ta có </w:t>
      </w:r>
      <w:r w:rsidRPr="00CA1A7B">
        <w:rPr>
          <w:rFonts w:eastAsia="Arial" w:cs="Times New Roman"/>
          <w:position w:val="-14"/>
          <w:lang w:val="vi-VN"/>
        </w:rPr>
        <w:object w:dxaOrig="5340" w:dyaOrig="400">
          <v:shape id="_x0000_i1570" type="#_x0000_t75" style="width:267.7pt;height:19.85pt" o:ole="">
            <v:imagedata r:id="rId565" o:title=""/>
          </v:shape>
          <o:OLEObject Type="Embed" ProgID="Equation.DSMT4" ShapeID="_x0000_i1570" DrawAspect="Content" ObjectID="_1808513664" r:id="rId566"/>
        </w:object>
      </w:r>
      <w:r w:rsidRPr="00CA1A7B">
        <w:rPr>
          <w:rFonts w:eastAsia="Arial" w:cs="Times New Roman"/>
        </w:rPr>
        <w:t xml:space="preserve"> và </w:t>
      </w:r>
      <w:r w:rsidRPr="00CA1A7B">
        <w:rPr>
          <w:rFonts w:eastAsia="Arial" w:cs="Times New Roman"/>
          <w:position w:val="-14"/>
        </w:rPr>
        <w:object w:dxaOrig="1500" w:dyaOrig="440">
          <v:shape id="_x0000_i1571" type="#_x0000_t75" style="width:75.25pt;height:21.7pt" o:ole="">
            <v:imagedata r:id="rId567" o:title=""/>
          </v:shape>
          <o:OLEObject Type="Embed" ProgID="Equation.DSMT4" ShapeID="_x0000_i1571" DrawAspect="Content" ObjectID="_1808513665" r:id="rId568"/>
        </w:object>
      </w:r>
      <w:r w:rsidRPr="00CA1A7B">
        <w:rPr>
          <w:rFonts w:eastAsia="Calibri" w:cs="Times New Roman"/>
          <w:lang w:val="vi-VN"/>
        </w:rPr>
        <w:t>.</w: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Calibri" w:cs="Times New Roman"/>
          <w:lang w:val="vi-VN"/>
        </w:rPr>
        <w:t xml:space="preserve">Phương trình </w:t>
      </w:r>
      <w:r w:rsidRPr="00CA1A7B">
        <w:rPr>
          <w:rFonts w:eastAsia="Arial" w:cs="Times New Roman"/>
          <w:position w:val="-4"/>
          <w:lang w:val="vi-VN"/>
        </w:rPr>
        <w:object w:dxaOrig="460" w:dyaOrig="260">
          <v:shape id="_x0000_i1572" type="#_x0000_t75" style="width:23.1pt;height:12.9pt" o:ole="">
            <v:imagedata r:id="rId569" o:title=""/>
          </v:shape>
          <o:OLEObject Type="Embed" ProgID="Equation.DSMT4" ShapeID="_x0000_i1572" DrawAspect="Content" ObjectID="_1808513666" r:id="rId570"/>
        </w:object>
      </w:r>
      <w:r w:rsidRPr="00CA1A7B">
        <w:rPr>
          <w:rFonts w:eastAsia="Calibri" w:cs="Times New Roman"/>
          <w:lang w:val="vi-VN"/>
        </w:rPr>
        <w:t xml:space="preserve"> qua </w:t>
      </w:r>
      <w:r w:rsidRPr="00CA1A7B">
        <w:rPr>
          <w:rFonts w:eastAsia="Arial" w:cs="Times New Roman"/>
          <w:position w:val="-14"/>
          <w:lang w:val="vi-VN"/>
        </w:rPr>
        <w:object w:dxaOrig="1020" w:dyaOrig="400">
          <v:shape id="_x0000_i1573" type="#_x0000_t75" style="width:51.25pt;height:19.85pt" o:ole="">
            <v:imagedata r:id="rId571" o:title=""/>
          </v:shape>
          <o:OLEObject Type="Embed" ProgID="Equation.DSMT4" ShapeID="_x0000_i1573" DrawAspect="Content" ObjectID="_1808513667" r:id="rId572"/>
        </w:object>
      </w:r>
      <w:r w:rsidRPr="00CA1A7B">
        <w:rPr>
          <w:rFonts w:eastAsia="Calibri" w:cs="Times New Roman"/>
          <w:lang w:val="vi-VN"/>
        </w:rPr>
        <w:t xml:space="preserve"> và có vectơ chỉ phương </w:t>
      </w:r>
      <w:r w:rsidRPr="00CA1A7B">
        <w:rPr>
          <w:rFonts w:eastAsia="Arial" w:cs="Times New Roman"/>
          <w:position w:val="-14"/>
          <w:lang w:val="vi-VN"/>
        </w:rPr>
        <w:object w:dxaOrig="1600" w:dyaOrig="420">
          <v:shape id="_x0000_i1574" type="#_x0000_t75" style="width:80.3pt;height:21.25pt" o:ole="">
            <v:imagedata r:id="rId573" o:title=""/>
          </v:shape>
          <o:OLEObject Type="Embed" ProgID="Equation.DSMT4" ShapeID="_x0000_i1574" DrawAspect="Content" ObjectID="_1808513668" r:id="rId574"/>
        </w:object>
      </w:r>
      <w:r w:rsidRPr="00CA1A7B">
        <w:rPr>
          <w:rFonts w:eastAsia="Calibri" w:cs="Times New Roman"/>
          <w:lang w:val="vi-VN"/>
        </w:rPr>
        <w:t xml:space="preserve"> là </w:t>
      </w:r>
      <w:r w:rsidRPr="00CA1A7B">
        <w:rPr>
          <w:rFonts w:eastAsia="Arial" w:cs="Times New Roman"/>
          <w:position w:val="-50"/>
          <w:lang w:val="vi-VN"/>
        </w:rPr>
        <w:object w:dxaOrig="940" w:dyaOrig="1120">
          <v:shape id="_x0000_i1575" type="#_x0000_t75" style="width:47.1pt;height:55.85pt" o:ole="">
            <v:imagedata r:id="rId575" o:title=""/>
          </v:shape>
          <o:OLEObject Type="Embed" ProgID="Equation.DSMT4" ShapeID="_x0000_i1575" DrawAspect="Content" ObjectID="_1808513669" r:id="rId576"/>
        </w:object>
      </w:r>
      <w:r w:rsidRPr="00CA1A7B">
        <w:rPr>
          <w:rFonts w:eastAsia="Calibri" w:cs="Times New Roman"/>
          <w:lang w:val="vi-VN"/>
        </w:rPr>
        <w:t>.</w: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Calibri" w:cs="Times New Roman"/>
          <w:lang w:val="vi-VN"/>
        </w:rPr>
        <w:t xml:space="preserve">Phương trình </w:t>
      </w:r>
      <w:r w:rsidRPr="00CA1A7B">
        <w:rPr>
          <w:rFonts w:eastAsia="Arial" w:cs="Times New Roman"/>
          <w:position w:val="-6"/>
          <w:lang w:val="vi-VN"/>
        </w:rPr>
        <w:object w:dxaOrig="420" w:dyaOrig="279">
          <v:shape id="_x0000_i1576" type="#_x0000_t75" style="width:21.25pt;height:14.3pt" o:ole="">
            <v:imagedata r:id="rId577" o:title=""/>
          </v:shape>
          <o:OLEObject Type="Embed" ProgID="Equation.DSMT4" ShapeID="_x0000_i1576" DrawAspect="Content" ObjectID="_1808513670" r:id="rId578"/>
        </w:object>
      </w:r>
      <w:r w:rsidRPr="00CA1A7B">
        <w:rPr>
          <w:rFonts w:eastAsia="Calibri" w:cs="Times New Roman"/>
          <w:lang w:val="vi-VN"/>
        </w:rPr>
        <w:t xml:space="preserve"> qua </w:t>
      </w:r>
      <w:r w:rsidRPr="00CA1A7B">
        <w:rPr>
          <w:rFonts w:eastAsia="Arial" w:cs="Times New Roman"/>
          <w:position w:val="-14"/>
          <w:lang w:val="vi-VN"/>
        </w:rPr>
        <w:object w:dxaOrig="1020" w:dyaOrig="400">
          <v:shape id="_x0000_i1577" type="#_x0000_t75" style="width:51.25pt;height:19.85pt" o:ole="">
            <v:imagedata r:id="rId579" o:title=""/>
          </v:shape>
          <o:OLEObject Type="Embed" ProgID="Equation.DSMT4" ShapeID="_x0000_i1577" DrawAspect="Content" ObjectID="_1808513671" r:id="rId580"/>
        </w:object>
      </w:r>
      <w:r w:rsidRPr="00CA1A7B">
        <w:rPr>
          <w:rFonts w:eastAsia="Calibri" w:cs="Times New Roman"/>
          <w:lang w:val="vi-VN"/>
        </w:rPr>
        <w:t xml:space="preserve"> và có vectơ chỉ phương </w:t>
      </w:r>
      <w:r w:rsidRPr="00CA1A7B">
        <w:rPr>
          <w:rFonts w:eastAsia="Arial" w:cs="Times New Roman"/>
          <w:position w:val="-14"/>
          <w:lang w:val="vi-VN"/>
        </w:rPr>
        <w:object w:dxaOrig="1420" w:dyaOrig="420">
          <v:shape id="_x0000_i1578" type="#_x0000_t75" style="width:71.1pt;height:21.25pt" o:ole="">
            <v:imagedata r:id="rId581" o:title=""/>
          </v:shape>
          <o:OLEObject Type="Embed" ProgID="Equation.DSMT4" ShapeID="_x0000_i1578" DrawAspect="Content" ObjectID="_1808513672" r:id="rId582"/>
        </w:object>
      </w:r>
      <w:r w:rsidRPr="00CA1A7B">
        <w:rPr>
          <w:rFonts w:eastAsia="Calibri" w:cs="Times New Roman"/>
          <w:lang w:val="vi-VN"/>
        </w:rPr>
        <w:t xml:space="preserve"> là </w:t>
      </w:r>
      <w:r w:rsidRPr="00CA1A7B">
        <w:rPr>
          <w:rFonts w:eastAsia="Arial" w:cs="Times New Roman"/>
          <w:position w:val="-50"/>
          <w:lang w:val="vi-VN"/>
        </w:rPr>
        <w:object w:dxaOrig="1100" w:dyaOrig="1120">
          <v:shape id="_x0000_i1579" type="#_x0000_t75" style="width:54.9pt;height:55.85pt" o:ole="">
            <v:imagedata r:id="rId583" o:title=""/>
          </v:shape>
          <o:OLEObject Type="Embed" ProgID="Equation.DSMT4" ShapeID="_x0000_i1579" DrawAspect="Content" ObjectID="_1808513673" r:id="rId584"/>
        </w:object>
      </w:r>
      <w:r w:rsidRPr="00CA1A7B">
        <w:rPr>
          <w:rFonts w:eastAsia="Calibri" w:cs="Times New Roman"/>
          <w:lang w:val="vi-VN"/>
        </w:rPr>
        <w:t>.</w: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Calibri" w:cs="Times New Roman"/>
          <w:lang w:val="vi-VN"/>
        </w:rPr>
        <w:t xml:space="preserve">Ta có: </w:t>
      </w:r>
      <w:r w:rsidRPr="00CA1A7B">
        <w:rPr>
          <w:rFonts w:eastAsia="Arial" w:cs="Times New Roman"/>
          <w:position w:val="-36"/>
          <w:lang w:val="vi-VN"/>
        </w:rPr>
        <w:object w:dxaOrig="2940" w:dyaOrig="840">
          <v:shape id="_x0000_i1580" type="#_x0000_t75" style="width:147.25pt;height:42pt" o:ole="">
            <v:imagedata r:id="rId585" o:title=""/>
          </v:shape>
          <o:OLEObject Type="Embed" ProgID="Equation.DSMT4" ShapeID="_x0000_i1580" DrawAspect="Content" ObjectID="_1808513674" r:id="rId586"/>
        </w:object>
      </w:r>
      <w:r w:rsidRPr="00CA1A7B">
        <w:rPr>
          <w:rFonts w:eastAsia="Arial" w:cs="Times New Roman"/>
          <w:position w:val="-14"/>
          <w:lang w:val="vi-VN"/>
        </w:rPr>
        <w:object w:dxaOrig="3140" w:dyaOrig="420">
          <v:shape id="_x0000_i1581" type="#_x0000_t75" style="width:156.9pt;height:21.25pt" o:ole="">
            <v:imagedata r:id="rId587" o:title=""/>
          </v:shape>
          <o:OLEObject Type="Embed" ProgID="Equation.DSMT4" ShapeID="_x0000_i1581" DrawAspect="Content" ObjectID="_1808513675" r:id="rId588"/>
        </w:object>
      </w:r>
      <w:r w:rsidRPr="00CA1A7B">
        <w:rPr>
          <w:rFonts w:eastAsia="Calibri" w:cs="Times New Roman"/>
          <w:lang w:val="vi-VN"/>
        </w:rPr>
        <w:t xml:space="preserve">. </w:t>
      </w:r>
    </w:p>
    <w:p w:rsidR="00F52A27" w:rsidRPr="00CA1A7B" w:rsidRDefault="00F52A27" w:rsidP="00F52A27">
      <w:pPr>
        <w:tabs>
          <w:tab w:val="left" w:pos="3402"/>
          <w:tab w:val="left" w:pos="5669"/>
          <w:tab w:val="left" w:pos="7937"/>
        </w:tabs>
        <w:spacing w:after="0"/>
        <w:ind w:firstLine="284"/>
        <w:rPr>
          <w:rFonts w:eastAsia="Calibri" w:cs="Times New Roman"/>
        </w:rPr>
      </w:pPr>
      <w:r w:rsidRPr="00CA1A7B">
        <w:rPr>
          <w:rFonts w:eastAsia="Calibri" w:cs="Times New Roman"/>
          <w:lang w:val="vi-VN"/>
        </w:rPr>
        <w:t xml:space="preserve">Vì </w:t>
      </w:r>
      <w:r w:rsidRPr="00CA1A7B">
        <w:rPr>
          <w:rFonts w:eastAsia="Arial" w:cs="Times New Roman"/>
          <w:position w:val="-4"/>
          <w:lang w:val="vi-VN"/>
        </w:rPr>
        <w:object w:dxaOrig="400" w:dyaOrig="260">
          <v:shape id="_x0000_i1582" type="#_x0000_t75" style="width:19.85pt;height:12.9pt" o:ole="">
            <v:imagedata r:id="rId589" o:title=""/>
          </v:shape>
          <o:OLEObject Type="Embed" ProgID="Equation.DSMT4" ShapeID="_x0000_i1582" DrawAspect="Content" ObjectID="_1808513676" r:id="rId590"/>
        </w:object>
      </w:r>
      <w:r w:rsidRPr="00CA1A7B">
        <w:rPr>
          <w:rFonts w:eastAsia="Calibri" w:cs="Times New Roman"/>
          <w:lang w:val="vi-VN"/>
        </w:rPr>
        <w:t xml:space="preserve">song song với </w:t>
      </w:r>
      <w:r w:rsidRPr="00CA1A7B">
        <w:rPr>
          <w:rFonts w:eastAsia="Arial" w:cs="Times New Roman"/>
          <w:position w:val="-6"/>
          <w:lang w:val="vi-VN"/>
        </w:rPr>
        <w:object w:dxaOrig="420" w:dyaOrig="279">
          <v:shape id="_x0000_i1583" type="#_x0000_t75" style="width:21.25pt;height:14.3pt" o:ole="">
            <v:imagedata r:id="rId591" o:title=""/>
          </v:shape>
          <o:OLEObject Type="Embed" ProgID="Equation.DSMT4" ShapeID="_x0000_i1583" DrawAspect="Content" ObjectID="_1808513677" r:id="rId592"/>
        </w:object>
      </w:r>
      <w:r w:rsidRPr="00CA1A7B">
        <w:rPr>
          <w:rFonts w:eastAsia="Calibri" w:cs="Times New Roman"/>
          <w:lang w:val="vi-VN"/>
        </w:rPr>
        <w:t xml:space="preserve"> nên </w:t>
      </w:r>
      <w:r w:rsidRPr="00CA1A7B">
        <w:rPr>
          <w:rFonts w:eastAsia="Arial" w:cs="Times New Roman"/>
          <w:position w:val="-4"/>
          <w:lang w:val="vi-VN"/>
        </w:rPr>
        <w:object w:dxaOrig="400" w:dyaOrig="320">
          <v:shape id="_x0000_i1584" type="#_x0000_t75" style="width:19.85pt;height:16.6pt" o:ole="">
            <v:imagedata r:id="rId593" o:title=""/>
          </v:shape>
          <o:OLEObject Type="Embed" ProgID="Equation.DSMT4" ShapeID="_x0000_i1584" DrawAspect="Content" ObjectID="_1808513678" r:id="rId594"/>
        </w:object>
      </w:r>
      <w:r w:rsidRPr="00CA1A7B">
        <w:rPr>
          <w:rFonts w:eastAsia="Calibri" w:cs="Times New Roman"/>
          <w:lang w:val="vi-VN"/>
        </w:rPr>
        <w:t xml:space="preserve"> và </w:t>
      </w:r>
      <w:r w:rsidRPr="00CA1A7B">
        <w:rPr>
          <w:rFonts w:eastAsia="Arial" w:cs="Times New Roman"/>
          <w:position w:val="-6"/>
          <w:lang w:val="vi-VN"/>
        </w:rPr>
        <w:object w:dxaOrig="420" w:dyaOrig="340">
          <v:shape id="_x0000_i1585" type="#_x0000_t75" style="width:21.25pt;height:17.1pt" o:ole="">
            <v:imagedata r:id="rId595" o:title=""/>
          </v:shape>
          <o:OLEObject Type="Embed" ProgID="Equation.DSMT4" ShapeID="_x0000_i1585" DrawAspect="Content" ObjectID="_1808513679" r:id="rId596"/>
        </w:object>
      </w:r>
      <w:r w:rsidRPr="00CA1A7B">
        <w:rPr>
          <w:rFonts w:eastAsia="Calibri" w:cs="Times New Roman"/>
          <w:lang w:val="vi-VN"/>
        </w:rPr>
        <w:t xml:space="preserve"> cùng phương</w:t>
      </w:r>
      <w:r w:rsidRPr="00CA1A7B">
        <w:rPr>
          <w:rFonts w:eastAsia="Arial" w:cs="Times New Roman"/>
          <w:position w:val="-6"/>
          <w:lang w:val="vi-VN"/>
        </w:rPr>
        <w:object w:dxaOrig="2220" w:dyaOrig="340">
          <v:shape id="_x0000_i1586" type="#_x0000_t75" style="width:111.25pt;height:17.55pt" o:ole="">
            <v:imagedata r:id="rId597" o:title=""/>
          </v:shape>
          <o:OLEObject Type="Embed" ProgID="Equation.DSMT4" ShapeID="_x0000_i1586" DrawAspect="Content" ObjectID="_1808513680" r:id="rId598"/>
        </w:objec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Arial" w:cs="Times New Roman"/>
          <w:position w:val="-92"/>
          <w:lang w:val="vi-VN"/>
        </w:rPr>
        <w:object w:dxaOrig="2820" w:dyaOrig="1960">
          <v:shape id="_x0000_i1587" type="#_x0000_t75" style="width:141.25pt;height:97.4pt" o:ole="">
            <v:imagedata r:id="rId599" o:title=""/>
          </v:shape>
          <o:OLEObject Type="Embed" ProgID="Equation.DSMT4" ShapeID="_x0000_i1587" DrawAspect="Content" ObjectID="_1808513681" r:id="rId600"/>
        </w:objec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Arial" w:cs="Times New Roman"/>
          <w:position w:val="-28"/>
          <w:lang w:val="vi-VN"/>
        </w:rPr>
        <w:object w:dxaOrig="2160" w:dyaOrig="680">
          <v:shape id="_x0000_i1588" type="#_x0000_t75" style="width:108pt;height:34.15pt" o:ole="">
            <v:imagedata r:id="rId601" o:title=""/>
          </v:shape>
          <o:OLEObject Type="Embed" ProgID="Equation.DSMT4" ShapeID="_x0000_i1588" DrawAspect="Content" ObjectID="_1808513682" r:id="rId602"/>
        </w:object>
      </w:r>
      <w:r w:rsidRPr="00CA1A7B">
        <w:rPr>
          <w:rFonts w:eastAsia="Arial" w:cs="Times New Roman"/>
          <w:position w:val="-30"/>
          <w:lang w:val="vi-VN"/>
        </w:rPr>
        <w:object w:dxaOrig="3900" w:dyaOrig="800">
          <v:shape id="_x0000_i1589" type="#_x0000_t75" style="width:195.25pt;height:40.15pt" o:ole="">
            <v:imagedata r:id="rId603" o:title=""/>
          </v:shape>
          <o:OLEObject Type="Embed" ProgID="Equation.DSMT4" ShapeID="_x0000_i1589" DrawAspect="Content" ObjectID="_1808513683" r:id="rId604"/>
        </w:object>
      </w:r>
      <w:r w:rsidRPr="00CA1A7B">
        <w:rPr>
          <w:rFonts w:eastAsia="Calibri" w:cs="Times New Roman"/>
          <w:lang w:val="vi-VN"/>
        </w:rPr>
        <w:t>.</w:t>
      </w:r>
    </w:p>
    <w:p w:rsidR="00F52A27" w:rsidRPr="00CA1A7B" w:rsidRDefault="00F52A27" w:rsidP="00F52A27">
      <w:pPr>
        <w:tabs>
          <w:tab w:val="left" w:pos="3402"/>
          <w:tab w:val="left" w:pos="5669"/>
          <w:tab w:val="left" w:pos="7937"/>
        </w:tabs>
        <w:spacing w:after="0"/>
        <w:ind w:firstLine="284"/>
        <w:rPr>
          <w:rFonts w:eastAsia="Calibri" w:cs="Times New Roman"/>
          <w:lang w:val="vi-VN"/>
        </w:rPr>
      </w:pPr>
      <w:r w:rsidRPr="00CA1A7B">
        <w:rPr>
          <w:rFonts w:eastAsia="Calibri" w:cs="Times New Roman"/>
          <w:lang w:val="vi-VN"/>
        </w:rPr>
        <w:t xml:space="preserve">Vậy số tiền (triệu đồng) bác </w:t>
      </w:r>
      <w:r w:rsidRPr="00CA1A7B">
        <w:rPr>
          <w:rFonts w:eastAsia="Calibri" w:cs="Times New Roman"/>
        </w:rPr>
        <w:t>Việt</w:t>
      </w:r>
      <w:r w:rsidRPr="00CA1A7B">
        <w:rPr>
          <w:rFonts w:eastAsia="Calibri" w:cs="Times New Roman"/>
          <w:lang w:val="vi-VN"/>
        </w:rPr>
        <w:t xml:space="preserve"> cần dùng để mua dây đèn trang trí là:</w:t>
      </w:r>
    </w:p>
    <w:p w:rsidR="00F52A27" w:rsidRPr="00F52A27" w:rsidRDefault="00F52A27" w:rsidP="00F52A27">
      <w:pPr>
        <w:tabs>
          <w:tab w:val="left" w:pos="3402"/>
          <w:tab w:val="left" w:pos="5669"/>
          <w:tab w:val="left" w:pos="7937"/>
        </w:tabs>
        <w:spacing w:after="0"/>
        <w:ind w:firstLine="284"/>
        <w:rPr>
          <w:rFonts w:eastAsia="Calibri" w:cs="Times New Roman"/>
          <w:lang w:val="vi-VN"/>
        </w:rPr>
      </w:pPr>
      <w:r w:rsidRPr="00CA1A7B">
        <w:rPr>
          <w:rFonts w:eastAsia="Arial" w:cs="Times New Roman"/>
          <w:position w:val="-34"/>
          <w:lang w:val="vi-VN"/>
        </w:rPr>
        <w:object w:dxaOrig="5720" w:dyaOrig="800">
          <v:shape id="_x0000_i1590" type="#_x0000_t75" style="width:286.15pt;height:40.15pt" o:ole="">
            <v:imagedata r:id="rId605" o:title=""/>
          </v:shape>
          <o:OLEObject Type="Embed" ProgID="Equation.DSMT4" ShapeID="_x0000_i1590" DrawAspect="Content" ObjectID="_1808513684" r:id="rId606"/>
        </w:object>
      </w:r>
      <w:r w:rsidRPr="00CA1A7B">
        <w:rPr>
          <w:rFonts w:eastAsia="Calibri" w:cs="Times New Roman"/>
          <w:lang w:val="vi-VN"/>
        </w:rPr>
        <w:t xml:space="preserve"> (triệu đồng).</w:t>
      </w:r>
    </w:p>
    <w:p w:rsidR="00D05C3D" w:rsidRPr="00103EB1" w:rsidRDefault="00D05C3D" w:rsidP="00D05C3D">
      <w:pPr>
        <w:spacing w:before="0" w:after="0"/>
        <w:rPr>
          <w:color w:val="000000"/>
          <w:szCs w:val="23"/>
        </w:rPr>
      </w:pPr>
      <w:r w:rsidRPr="00DB6955">
        <w:rPr>
          <w:rFonts w:eastAsia="Calibri"/>
          <w:b/>
          <w:color w:val="0000FF"/>
          <w:szCs w:val="23"/>
        </w:rPr>
        <w:t xml:space="preserve">Câu 4. </w:t>
      </w:r>
      <w:r w:rsidRPr="00103EB1">
        <w:rPr>
          <w:color w:val="000000"/>
          <w:szCs w:val="23"/>
        </w:rPr>
        <w:t xml:space="preserve">Sàn của một tòa nhà được lát bằng những viên gạch hình vuông cạnh 40 cm như hình bên dưới: </w:t>
      </w:r>
    </w:p>
    <w:p w:rsidR="00D05C3D" w:rsidRPr="00DB6955" w:rsidRDefault="00D05C3D" w:rsidP="00D05C3D">
      <w:pPr>
        <w:tabs>
          <w:tab w:val="left" w:pos="283"/>
          <w:tab w:val="left" w:pos="2835"/>
          <w:tab w:val="left" w:pos="5386"/>
          <w:tab w:val="left" w:pos="7937"/>
        </w:tabs>
        <w:spacing w:before="0" w:after="0"/>
        <w:ind w:firstLine="283"/>
        <w:rPr>
          <w:color w:val="000000"/>
          <w:szCs w:val="23"/>
        </w:rPr>
      </w:pPr>
      <w:r w:rsidRPr="00DB6955">
        <w:rPr>
          <w:noProof/>
          <w:szCs w:val="23"/>
        </w:rPr>
        <w:lastRenderedPageBreak/>
        <mc:AlternateContent>
          <mc:Choice Requires="wpg">
            <w:drawing>
              <wp:inline distT="0" distB="0" distL="0" distR="0" wp14:anchorId="73FE880E" wp14:editId="06B689E9">
                <wp:extent cx="1926590" cy="1920240"/>
                <wp:effectExtent l="0" t="0" r="0" b="3810"/>
                <wp:docPr id="2534"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6590" cy="1920240"/>
                          <a:chOff x="0" y="0"/>
                          <a:chExt cx="1926589" cy="1920239"/>
                        </a:xfrm>
                      </wpg:grpSpPr>
                      <pic:pic xmlns:pic="http://schemas.openxmlformats.org/drawingml/2006/picture">
                        <pic:nvPicPr>
                          <pic:cNvPr id="2535" name="Image 2535"/>
                          <pic:cNvPicPr/>
                        </pic:nvPicPr>
                        <pic:blipFill>
                          <a:blip r:embed="rId607" cstate="print"/>
                          <a:stretch>
                            <a:fillRect/>
                          </a:stretch>
                        </pic:blipFill>
                        <pic:spPr>
                          <a:xfrm>
                            <a:off x="16764" y="13716"/>
                            <a:ext cx="1895855" cy="1892807"/>
                          </a:xfrm>
                          <a:prstGeom prst="rect">
                            <a:avLst/>
                          </a:prstGeom>
                        </pic:spPr>
                      </pic:pic>
                      <wps:wsp>
                        <wps:cNvPr id="2536" name="Graphic 2536"/>
                        <wps:cNvSpPr/>
                        <wps:spPr>
                          <a:xfrm>
                            <a:off x="16764" y="961644"/>
                            <a:ext cx="1896110" cy="944880"/>
                          </a:xfrm>
                          <a:custGeom>
                            <a:avLst/>
                            <a:gdLst/>
                            <a:ahLst/>
                            <a:cxnLst/>
                            <a:rect l="l" t="t" r="r" b="b"/>
                            <a:pathLst>
                              <a:path w="1896110" h="944880">
                                <a:moveTo>
                                  <a:pt x="0" y="944879"/>
                                </a:moveTo>
                                <a:lnTo>
                                  <a:pt x="3047" y="935735"/>
                                </a:lnTo>
                                <a:lnTo>
                                  <a:pt x="6096" y="920496"/>
                                </a:lnTo>
                                <a:lnTo>
                                  <a:pt x="9143" y="914400"/>
                                </a:lnTo>
                                <a:lnTo>
                                  <a:pt x="15240" y="899159"/>
                                </a:lnTo>
                                <a:lnTo>
                                  <a:pt x="18287" y="890016"/>
                                </a:lnTo>
                                <a:lnTo>
                                  <a:pt x="21335" y="877824"/>
                                </a:lnTo>
                                <a:lnTo>
                                  <a:pt x="24384" y="868679"/>
                                </a:lnTo>
                                <a:lnTo>
                                  <a:pt x="27431" y="862583"/>
                                </a:lnTo>
                                <a:lnTo>
                                  <a:pt x="33528" y="847344"/>
                                </a:lnTo>
                                <a:lnTo>
                                  <a:pt x="36575" y="841248"/>
                                </a:lnTo>
                                <a:lnTo>
                                  <a:pt x="42671" y="816863"/>
                                </a:lnTo>
                                <a:lnTo>
                                  <a:pt x="45719" y="810768"/>
                                </a:lnTo>
                                <a:lnTo>
                                  <a:pt x="51815" y="795527"/>
                                </a:lnTo>
                                <a:lnTo>
                                  <a:pt x="51815" y="789431"/>
                                </a:lnTo>
                                <a:lnTo>
                                  <a:pt x="60959" y="768096"/>
                                </a:lnTo>
                                <a:lnTo>
                                  <a:pt x="64007" y="762000"/>
                                </a:lnTo>
                                <a:lnTo>
                                  <a:pt x="67056" y="746759"/>
                                </a:lnTo>
                                <a:lnTo>
                                  <a:pt x="70103" y="740663"/>
                                </a:lnTo>
                                <a:lnTo>
                                  <a:pt x="79247" y="719327"/>
                                </a:lnTo>
                                <a:lnTo>
                                  <a:pt x="79247" y="713231"/>
                                </a:lnTo>
                                <a:lnTo>
                                  <a:pt x="85343" y="697992"/>
                                </a:lnTo>
                                <a:lnTo>
                                  <a:pt x="88391" y="691896"/>
                                </a:lnTo>
                                <a:lnTo>
                                  <a:pt x="94487" y="670559"/>
                                </a:lnTo>
                                <a:lnTo>
                                  <a:pt x="97535" y="664463"/>
                                </a:lnTo>
                                <a:lnTo>
                                  <a:pt x="103631" y="652272"/>
                                </a:lnTo>
                                <a:lnTo>
                                  <a:pt x="106679" y="643127"/>
                                </a:lnTo>
                                <a:lnTo>
                                  <a:pt x="112775" y="624840"/>
                                </a:lnTo>
                                <a:lnTo>
                                  <a:pt x="115824" y="618744"/>
                                </a:lnTo>
                                <a:lnTo>
                                  <a:pt x="118872" y="612648"/>
                                </a:lnTo>
                                <a:lnTo>
                                  <a:pt x="121919" y="603503"/>
                                </a:lnTo>
                                <a:lnTo>
                                  <a:pt x="124968" y="597407"/>
                                </a:lnTo>
                                <a:lnTo>
                                  <a:pt x="131063" y="579120"/>
                                </a:lnTo>
                                <a:lnTo>
                                  <a:pt x="134112" y="573024"/>
                                </a:lnTo>
                                <a:lnTo>
                                  <a:pt x="137159" y="566927"/>
                                </a:lnTo>
                                <a:lnTo>
                                  <a:pt x="140207" y="560831"/>
                                </a:lnTo>
                                <a:lnTo>
                                  <a:pt x="140207" y="554735"/>
                                </a:lnTo>
                                <a:lnTo>
                                  <a:pt x="146303" y="539496"/>
                                </a:lnTo>
                                <a:lnTo>
                                  <a:pt x="149352" y="533400"/>
                                </a:lnTo>
                                <a:lnTo>
                                  <a:pt x="152400" y="527303"/>
                                </a:lnTo>
                                <a:lnTo>
                                  <a:pt x="155447" y="515111"/>
                                </a:lnTo>
                                <a:lnTo>
                                  <a:pt x="158496" y="509016"/>
                                </a:lnTo>
                                <a:lnTo>
                                  <a:pt x="167640" y="490727"/>
                                </a:lnTo>
                                <a:lnTo>
                                  <a:pt x="170687" y="484631"/>
                                </a:lnTo>
                                <a:lnTo>
                                  <a:pt x="173735" y="472440"/>
                                </a:lnTo>
                                <a:lnTo>
                                  <a:pt x="176784" y="466344"/>
                                </a:lnTo>
                                <a:lnTo>
                                  <a:pt x="182879" y="454151"/>
                                </a:lnTo>
                                <a:lnTo>
                                  <a:pt x="185928" y="448055"/>
                                </a:lnTo>
                                <a:lnTo>
                                  <a:pt x="185928" y="441959"/>
                                </a:lnTo>
                                <a:lnTo>
                                  <a:pt x="188975" y="438911"/>
                                </a:lnTo>
                                <a:lnTo>
                                  <a:pt x="192024" y="432816"/>
                                </a:lnTo>
                                <a:lnTo>
                                  <a:pt x="195072" y="426720"/>
                                </a:lnTo>
                                <a:lnTo>
                                  <a:pt x="198119" y="420624"/>
                                </a:lnTo>
                                <a:lnTo>
                                  <a:pt x="201168" y="414527"/>
                                </a:lnTo>
                                <a:lnTo>
                                  <a:pt x="201168" y="408431"/>
                                </a:lnTo>
                                <a:lnTo>
                                  <a:pt x="204215" y="402335"/>
                                </a:lnTo>
                                <a:lnTo>
                                  <a:pt x="207263" y="396240"/>
                                </a:lnTo>
                                <a:lnTo>
                                  <a:pt x="210312" y="390144"/>
                                </a:lnTo>
                                <a:lnTo>
                                  <a:pt x="213359" y="387096"/>
                                </a:lnTo>
                                <a:lnTo>
                                  <a:pt x="216407" y="374903"/>
                                </a:lnTo>
                                <a:lnTo>
                                  <a:pt x="219456" y="368807"/>
                                </a:lnTo>
                                <a:lnTo>
                                  <a:pt x="222503" y="362711"/>
                                </a:lnTo>
                                <a:lnTo>
                                  <a:pt x="225552" y="356616"/>
                                </a:lnTo>
                                <a:lnTo>
                                  <a:pt x="228600" y="353568"/>
                                </a:lnTo>
                                <a:lnTo>
                                  <a:pt x="228600" y="347472"/>
                                </a:lnTo>
                                <a:lnTo>
                                  <a:pt x="231647" y="341375"/>
                                </a:lnTo>
                                <a:lnTo>
                                  <a:pt x="234696" y="335279"/>
                                </a:lnTo>
                                <a:lnTo>
                                  <a:pt x="237744" y="332231"/>
                                </a:lnTo>
                                <a:lnTo>
                                  <a:pt x="240791" y="326135"/>
                                </a:lnTo>
                                <a:lnTo>
                                  <a:pt x="243840" y="320040"/>
                                </a:lnTo>
                                <a:lnTo>
                                  <a:pt x="243840" y="313944"/>
                                </a:lnTo>
                                <a:lnTo>
                                  <a:pt x="246887" y="310896"/>
                                </a:lnTo>
                                <a:lnTo>
                                  <a:pt x="249935" y="304800"/>
                                </a:lnTo>
                                <a:lnTo>
                                  <a:pt x="252984" y="298703"/>
                                </a:lnTo>
                                <a:lnTo>
                                  <a:pt x="256031" y="295655"/>
                                </a:lnTo>
                                <a:lnTo>
                                  <a:pt x="259079" y="289559"/>
                                </a:lnTo>
                                <a:lnTo>
                                  <a:pt x="259079" y="283463"/>
                                </a:lnTo>
                                <a:lnTo>
                                  <a:pt x="262128" y="277368"/>
                                </a:lnTo>
                                <a:lnTo>
                                  <a:pt x="265175" y="274320"/>
                                </a:lnTo>
                                <a:lnTo>
                                  <a:pt x="268224" y="268224"/>
                                </a:lnTo>
                                <a:lnTo>
                                  <a:pt x="274319" y="259079"/>
                                </a:lnTo>
                                <a:lnTo>
                                  <a:pt x="274319" y="252983"/>
                                </a:lnTo>
                                <a:lnTo>
                                  <a:pt x="280416" y="243840"/>
                                </a:lnTo>
                                <a:lnTo>
                                  <a:pt x="283463" y="240792"/>
                                </a:lnTo>
                                <a:lnTo>
                                  <a:pt x="286512" y="234696"/>
                                </a:lnTo>
                                <a:lnTo>
                                  <a:pt x="289559" y="228600"/>
                                </a:lnTo>
                                <a:lnTo>
                                  <a:pt x="289559" y="225551"/>
                                </a:lnTo>
                                <a:lnTo>
                                  <a:pt x="292607" y="219455"/>
                                </a:lnTo>
                                <a:lnTo>
                                  <a:pt x="295656" y="216407"/>
                                </a:lnTo>
                                <a:lnTo>
                                  <a:pt x="298703" y="210311"/>
                                </a:lnTo>
                                <a:lnTo>
                                  <a:pt x="301752" y="207263"/>
                                </a:lnTo>
                                <a:lnTo>
                                  <a:pt x="304800" y="201168"/>
                                </a:lnTo>
                                <a:lnTo>
                                  <a:pt x="304800" y="198120"/>
                                </a:lnTo>
                                <a:lnTo>
                                  <a:pt x="307847" y="192024"/>
                                </a:lnTo>
                                <a:lnTo>
                                  <a:pt x="310896" y="188975"/>
                                </a:lnTo>
                                <a:lnTo>
                                  <a:pt x="313944" y="182879"/>
                                </a:lnTo>
                                <a:lnTo>
                                  <a:pt x="316991" y="179831"/>
                                </a:lnTo>
                                <a:lnTo>
                                  <a:pt x="320040" y="176783"/>
                                </a:lnTo>
                                <a:lnTo>
                                  <a:pt x="323088" y="167640"/>
                                </a:lnTo>
                                <a:lnTo>
                                  <a:pt x="326135" y="161544"/>
                                </a:lnTo>
                                <a:lnTo>
                                  <a:pt x="329184" y="158496"/>
                                </a:lnTo>
                                <a:lnTo>
                                  <a:pt x="335279" y="149351"/>
                                </a:lnTo>
                                <a:lnTo>
                                  <a:pt x="335279" y="146303"/>
                                </a:lnTo>
                                <a:lnTo>
                                  <a:pt x="338328" y="143255"/>
                                </a:lnTo>
                                <a:lnTo>
                                  <a:pt x="341375" y="137159"/>
                                </a:lnTo>
                                <a:lnTo>
                                  <a:pt x="344424" y="134111"/>
                                </a:lnTo>
                                <a:lnTo>
                                  <a:pt x="347472" y="131063"/>
                                </a:lnTo>
                                <a:lnTo>
                                  <a:pt x="350519" y="121920"/>
                                </a:lnTo>
                                <a:lnTo>
                                  <a:pt x="353568" y="118872"/>
                                </a:lnTo>
                                <a:lnTo>
                                  <a:pt x="362712" y="106679"/>
                                </a:lnTo>
                                <a:lnTo>
                                  <a:pt x="362712" y="103631"/>
                                </a:lnTo>
                                <a:lnTo>
                                  <a:pt x="368807" y="97535"/>
                                </a:lnTo>
                                <a:lnTo>
                                  <a:pt x="371856" y="91440"/>
                                </a:lnTo>
                                <a:lnTo>
                                  <a:pt x="377952" y="82296"/>
                                </a:lnTo>
                                <a:lnTo>
                                  <a:pt x="381000" y="79248"/>
                                </a:lnTo>
                                <a:lnTo>
                                  <a:pt x="387096" y="73151"/>
                                </a:lnTo>
                                <a:lnTo>
                                  <a:pt x="390143" y="70103"/>
                                </a:lnTo>
                                <a:lnTo>
                                  <a:pt x="396240" y="60959"/>
                                </a:lnTo>
                                <a:lnTo>
                                  <a:pt x="399288" y="57911"/>
                                </a:lnTo>
                                <a:lnTo>
                                  <a:pt x="405384" y="51816"/>
                                </a:lnTo>
                                <a:lnTo>
                                  <a:pt x="408432" y="48768"/>
                                </a:lnTo>
                                <a:lnTo>
                                  <a:pt x="411479" y="42672"/>
                                </a:lnTo>
                                <a:lnTo>
                                  <a:pt x="414528" y="39624"/>
                                </a:lnTo>
                                <a:lnTo>
                                  <a:pt x="417576" y="36575"/>
                                </a:lnTo>
                                <a:lnTo>
                                  <a:pt x="420623" y="33527"/>
                                </a:lnTo>
                                <a:lnTo>
                                  <a:pt x="423672" y="33527"/>
                                </a:lnTo>
                                <a:lnTo>
                                  <a:pt x="423672" y="30479"/>
                                </a:lnTo>
                                <a:lnTo>
                                  <a:pt x="429767" y="24383"/>
                                </a:lnTo>
                                <a:lnTo>
                                  <a:pt x="432816" y="21335"/>
                                </a:lnTo>
                                <a:lnTo>
                                  <a:pt x="435864" y="21335"/>
                                </a:lnTo>
                                <a:lnTo>
                                  <a:pt x="438911" y="18287"/>
                                </a:lnTo>
                                <a:lnTo>
                                  <a:pt x="438911" y="15240"/>
                                </a:lnTo>
                                <a:lnTo>
                                  <a:pt x="441959" y="15240"/>
                                </a:lnTo>
                                <a:lnTo>
                                  <a:pt x="445008" y="12192"/>
                                </a:lnTo>
                                <a:lnTo>
                                  <a:pt x="448055" y="12192"/>
                                </a:lnTo>
                                <a:lnTo>
                                  <a:pt x="451103" y="9144"/>
                                </a:lnTo>
                                <a:lnTo>
                                  <a:pt x="454152" y="6096"/>
                                </a:lnTo>
                                <a:lnTo>
                                  <a:pt x="457199" y="3048"/>
                                </a:lnTo>
                                <a:lnTo>
                                  <a:pt x="460247" y="3048"/>
                                </a:lnTo>
                                <a:lnTo>
                                  <a:pt x="466343" y="0"/>
                                </a:lnTo>
                                <a:lnTo>
                                  <a:pt x="469391" y="0"/>
                                </a:lnTo>
                                <a:lnTo>
                                  <a:pt x="472440" y="0"/>
                                </a:lnTo>
                              </a:path>
                              <a:path w="1896110" h="944880">
                                <a:moveTo>
                                  <a:pt x="1420367" y="0"/>
                                </a:moveTo>
                                <a:lnTo>
                                  <a:pt x="1423416" y="0"/>
                                </a:lnTo>
                                <a:lnTo>
                                  <a:pt x="1426464" y="0"/>
                                </a:lnTo>
                                <a:lnTo>
                                  <a:pt x="1429511" y="0"/>
                                </a:lnTo>
                                <a:lnTo>
                                  <a:pt x="1435608" y="3048"/>
                                </a:lnTo>
                                <a:lnTo>
                                  <a:pt x="1441704" y="6096"/>
                                </a:lnTo>
                                <a:lnTo>
                                  <a:pt x="1444752" y="9144"/>
                                </a:lnTo>
                                <a:lnTo>
                                  <a:pt x="1447799" y="12192"/>
                                </a:lnTo>
                                <a:lnTo>
                                  <a:pt x="1450848" y="12192"/>
                                </a:lnTo>
                                <a:lnTo>
                                  <a:pt x="1450848" y="15240"/>
                                </a:lnTo>
                                <a:lnTo>
                                  <a:pt x="1453896" y="15240"/>
                                </a:lnTo>
                                <a:lnTo>
                                  <a:pt x="1456943" y="18287"/>
                                </a:lnTo>
                                <a:lnTo>
                                  <a:pt x="1459992" y="21335"/>
                                </a:lnTo>
                                <a:lnTo>
                                  <a:pt x="1463040" y="21335"/>
                                </a:lnTo>
                                <a:lnTo>
                                  <a:pt x="1466088" y="24383"/>
                                </a:lnTo>
                                <a:lnTo>
                                  <a:pt x="1469136" y="30479"/>
                                </a:lnTo>
                                <a:lnTo>
                                  <a:pt x="1472184" y="33527"/>
                                </a:lnTo>
                                <a:lnTo>
                                  <a:pt x="1475232" y="33527"/>
                                </a:lnTo>
                                <a:lnTo>
                                  <a:pt x="1478280" y="36575"/>
                                </a:lnTo>
                                <a:lnTo>
                                  <a:pt x="1481328" y="39624"/>
                                </a:lnTo>
                                <a:lnTo>
                                  <a:pt x="1481328" y="42672"/>
                                </a:lnTo>
                                <a:lnTo>
                                  <a:pt x="1487423" y="48768"/>
                                </a:lnTo>
                                <a:lnTo>
                                  <a:pt x="1490472" y="51816"/>
                                </a:lnTo>
                                <a:lnTo>
                                  <a:pt x="1496567" y="57911"/>
                                </a:lnTo>
                                <a:lnTo>
                                  <a:pt x="1496567" y="60959"/>
                                </a:lnTo>
                                <a:lnTo>
                                  <a:pt x="1505711" y="70103"/>
                                </a:lnTo>
                                <a:lnTo>
                                  <a:pt x="1508760" y="73151"/>
                                </a:lnTo>
                                <a:lnTo>
                                  <a:pt x="1511808" y="79248"/>
                                </a:lnTo>
                                <a:lnTo>
                                  <a:pt x="1514855" y="82296"/>
                                </a:lnTo>
                                <a:lnTo>
                                  <a:pt x="1523999" y="91440"/>
                                </a:lnTo>
                                <a:lnTo>
                                  <a:pt x="1527048" y="97535"/>
                                </a:lnTo>
                                <a:lnTo>
                                  <a:pt x="1530096" y="103631"/>
                                </a:lnTo>
                                <a:lnTo>
                                  <a:pt x="1533143" y="106679"/>
                                </a:lnTo>
                                <a:lnTo>
                                  <a:pt x="1539240" y="118872"/>
                                </a:lnTo>
                                <a:lnTo>
                                  <a:pt x="1542288" y="121920"/>
                                </a:lnTo>
                                <a:lnTo>
                                  <a:pt x="1548384" y="131063"/>
                                </a:lnTo>
                                <a:lnTo>
                                  <a:pt x="1551432" y="134111"/>
                                </a:lnTo>
                                <a:lnTo>
                                  <a:pt x="1554480" y="137159"/>
                                </a:lnTo>
                                <a:lnTo>
                                  <a:pt x="1554480" y="143255"/>
                                </a:lnTo>
                                <a:lnTo>
                                  <a:pt x="1557528" y="146303"/>
                                </a:lnTo>
                                <a:lnTo>
                                  <a:pt x="1560576" y="149351"/>
                                </a:lnTo>
                                <a:lnTo>
                                  <a:pt x="1566672" y="158496"/>
                                </a:lnTo>
                                <a:lnTo>
                                  <a:pt x="1569720" y="161544"/>
                                </a:lnTo>
                                <a:lnTo>
                                  <a:pt x="1569720" y="167640"/>
                                </a:lnTo>
                                <a:lnTo>
                                  <a:pt x="1575816" y="176783"/>
                                </a:lnTo>
                                <a:lnTo>
                                  <a:pt x="1578864" y="179831"/>
                                </a:lnTo>
                                <a:lnTo>
                                  <a:pt x="1581911" y="182879"/>
                                </a:lnTo>
                                <a:lnTo>
                                  <a:pt x="1584960" y="188975"/>
                                </a:lnTo>
                                <a:lnTo>
                                  <a:pt x="1584960" y="192024"/>
                                </a:lnTo>
                                <a:lnTo>
                                  <a:pt x="1588008" y="198120"/>
                                </a:lnTo>
                                <a:lnTo>
                                  <a:pt x="1591055" y="201168"/>
                                </a:lnTo>
                                <a:lnTo>
                                  <a:pt x="1594104" y="207263"/>
                                </a:lnTo>
                                <a:lnTo>
                                  <a:pt x="1597152" y="210311"/>
                                </a:lnTo>
                                <a:lnTo>
                                  <a:pt x="1600199" y="216407"/>
                                </a:lnTo>
                                <a:lnTo>
                                  <a:pt x="1600199" y="219455"/>
                                </a:lnTo>
                                <a:lnTo>
                                  <a:pt x="1603248" y="225551"/>
                                </a:lnTo>
                                <a:lnTo>
                                  <a:pt x="1606296" y="228600"/>
                                </a:lnTo>
                                <a:lnTo>
                                  <a:pt x="1609343" y="234696"/>
                                </a:lnTo>
                                <a:lnTo>
                                  <a:pt x="1612392" y="240792"/>
                                </a:lnTo>
                                <a:lnTo>
                                  <a:pt x="1615440" y="243840"/>
                                </a:lnTo>
                                <a:lnTo>
                                  <a:pt x="1618488" y="252983"/>
                                </a:lnTo>
                                <a:lnTo>
                                  <a:pt x="1621536" y="259079"/>
                                </a:lnTo>
                                <a:lnTo>
                                  <a:pt x="1627632" y="268224"/>
                                </a:lnTo>
                                <a:lnTo>
                                  <a:pt x="1630679" y="274320"/>
                                </a:lnTo>
                                <a:lnTo>
                                  <a:pt x="1630679" y="277368"/>
                                </a:lnTo>
                                <a:lnTo>
                                  <a:pt x="1633727" y="283463"/>
                                </a:lnTo>
                                <a:lnTo>
                                  <a:pt x="1636776" y="289559"/>
                                </a:lnTo>
                                <a:lnTo>
                                  <a:pt x="1639824" y="295655"/>
                                </a:lnTo>
                                <a:lnTo>
                                  <a:pt x="1642872" y="298703"/>
                                </a:lnTo>
                                <a:lnTo>
                                  <a:pt x="1645920" y="304800"/>
                                </a:lnTo>
                                <a:lnTo>
                                  <a:pt x="1645920" y="310896"/>
                                </a:lnTo>
                                <a:lnTo>
                                  <a:pt x="1648967" y="313944"/>
                                </a:lnTo>
                                <a:lnTo>
                                  <a:pt x="1652015" y="320040"/>
                                </a:lnTo>
                                <a:lnTo>
                                  <a:pt x="1655064" y="326135"/>
                                </a:lnTo>
                                <a:lnTo>
                                  <a:pt x="1658112" y="332231"/>
                                </a:lnTo>
                                <a:lnTo>
                                  <a:pt x="1661160" y="335279"/>
                                </a:lnTo>
                                <a:lnTo>
                                  <a:pt x="1661160" y="341375"/>
                                </a:lnTo>
                                <a:lnTo>
                                  <a:pt x="1664208" y="347472"/>
                                </a:lnTo>
                                <a:lnTo>
                                  <a:pt x="1667255" y="353568"/>
                                </a:lnTo>
                                <a:lnTo>
                                  <a:pt x="1670303" y="356616"/>
                                </a:lnTo>
                                <a:lnTo>
                                  <a:pt x="1673352" y="362711"/>
                                </a:lnTo>
                                <a:lnTo>
                                  <a:pt x="1673352" y="368807"/>
                                </a:lnTo>
                                <a:lnTo>
                                  <a:pt x="1676400" y="374903"/>
                                </a:lnTo>
                                <a:lnTo>
                                  <a:pt x="1682496" y="387096"/>
                                </a:lnTo>
                                <a:lnTo>
                                  <a:pt x="1685543" y="390144"/>
                                </a:lnTo>
                                <a:lnTo>
                                  <a:pt x="1688591" y="396240"/>
                                </a:lnTo>
                                <a:lnTo>
                                  <a:pt x="1688591" y="402335"/>
                                </a:lnTo>
                                <a:lnTo>
                                  <a:pt x="1691639" y="408431"/>
                                </a:lnTo>
                                <a:lnTo>
                                  <a:pt x="1694688" y="414527"/>
                                </a:lnTo>
                                <a:lnTo>
                                  <a:pt x="1697736" y="420624"/>
                                </a:lnTo>
                                <a:lnTo>
                                  <a:pt x="1700784" y="426720"/>
                                </a:lnTo>
                                <a:lnTo>
                                  <a:pt x="1703832" y="432816"/>
                                </a:lnTo>
                                <a:lnTo>
                                  <a:pt x="1703832" y="438911"/>
                                </a:lnTo>
                                <a:lnTo>
                                  <a:pt x="1706879" y="441959"/>
                                </a:lnTo>
                                <a:lnTo>
                                  <a:pt x="1709927" y="448055"/>
                                </a:lnTo>
                                <a:lnTo>
                                  <a:pt x="1712976" y="454151"/>
                                </a:lnTo>
                                <a:lnTo>
                                  <a:pt x="1719072" y="466344"/>
                                </a:lnTo>
                                <a:lnTo>
                                  <a:pt x="1719072" y="472440"/>
                                </a:lnTo>
                                <a:lnTo>
                                  <a:pt x="1725167" y="484631"/>
                                </a:lnTo>
                                <a:lnTo>
                                  <a:pt x="1728215" y="490727"/>
                                </a:lnTo>
                                <a:lnTo>
                                  <a:pt x="1734312" y="509016"/>
                                </a:lnTo>
                                <a:lnTo>
                                  <a:pt x="1737360" y="515111"/>
                                </a:lnTo>
                                <a:lnTo>
                                  <a:pt x="1743455" y="527303"/>
                                </a:lnTo>
                                <a:lnTo>
                                  <a:pt x="1746503" y="533400"/>
                                </a:lnTo>
                                <a:lnTo>
                                  <a:pt x="1749552" y="539496"/>
                                </a:lnTo>
                                <a:lnTo>
                                  <a:pt x="1752600" y="554735"/>
                                </a:lnTo>
                                <a:lnTo>
                                  <a:pt x="1755648" y="560831"/>
                                </a:lnTo>
                                <a:lnTo>
                                  <a:pt x="1758696" y="566927"/>
                                </a:lnTo>
                                <a:lnTo>
                                  <a:pt x="1761743" y="573024"/>
                                </a:lnTo>
                                <a:lnTo>
                                  <a:pt x="1764791" y="579120"/>
                                </a:lnTo>
                                <a:lnTo>
                                  <a:pt x="1770888" y="597407"/>
                                </a:lnTo>
                                <a:lnTo>
                                  <a:pt x="1773936" y="603503"/>
                                </a:lnTo>
                                <a:lnTo>
                                  <a:pt x="1776984" y="612648"/>
                                </a:lnTo>
                                <a:lnTo>
                                  <a:pt x="1780032" y="618744"/>
                                </a:lnTo>
                                <a:lnTo>
                                  <a:pt x="1780032" y="624840"/>
                                </a:lnTo>
                                <a:lnTo>
                                  <a:pt x="1789176" y="643127"/>
                                </a:lnTo>
                                <a:lnTo>
                                  <a:pt x="1792224" y="652272"/>
                                </a:lnTo>
                                <a:lnTo>
                                  <a:pt x="1795272" y="664463"/>
                                </a:lnTo>
                                <a:lnTo>
                                  <a:pt x="1798320" y="670559"/>
                                </a:lnTo>
                                <a:lnTo>
                                  <a:pt x="1807464" y="691896"/>
                                </a:lnTo>
                                <a:lnTo>
                                  <a:pt x="1807464" y="697992"/>
                                </a:lnTo>
                                <a:lnTo>
                                  <a:pt x="1813560" y="713231"/>
                                </a:lnTo>
                                <a:lnTo>
                                  <a:pt x="1816608" y="719327"/>
                                </a:lnTo>
                                <a:lnTo>
                                  <a:pt x="1822703" y="740663"/>
                                </a:lnTo>
                                <a:lnTo>
                                  <a:pt x="1825752" y="746759"/>
                                </a:lnTo>
                                <a:lnTo>
                                  <a:pt x="1831848" y="762000"/>
                                </a:lnTo>
                                <a:lnTo>
                                  <a:pt x="1834896" y="768096"/>
                                </a:lnTo>
                                <a:lnTo>
                                  <a:pt x="1840991" y="789431"/>
                                </a:lnTo>
                                <a:lnTo>
                                  <a:pt x="1844039" y="795527"/>
                                </a:lnTo>
                                <a:lnTo>
                                  <a:pt x="1850136" y="810768"/>
                                </a:lnTo>
                                <a:lnTo>
                                  <a:pt x="1853184" y="816863"/>
                                </a:lnTo>
                                <a:lnTo>
                                  <a:pt x="1859279" y="841248"/>
                                </a:lnTo>
                                <a:lnTo>
                                  <a:pt x="1862327" y="847344"/>
                                </a:lnTo>
                                <a:lnTo>
                                  <a:pt x="1868424" y="862583"/>
                                </a:lnTo>
                                <a:lnTo>
                                  <a:pt x="1868424" y="868679"/>
                                </a:lnTo>
                                <a:lnTo>
                                  <a:pt x="1871472" y="877824"/>
                                </a:lnTo>
                                <a:lnTo>
                                  <a:pt x="1877567" y="890016"/>
                                </a:lnTo>
                                <a:lnTo>
                                  <a:pt x="1880615" y="899159"/>
                                </a:lnTo>
                                <a:lnTo>
                                  <a:pt x="1883664" y="914400"/>
                                </a:lnTo>
                                <a:lnTo>
                                  <a:pt x="1886712" y="920496"/>
                                </a:lnTo>
                                <a:lnTo>
                                  <a:pt x="1892808" y="935735"/>
                                </a:lnTo>
                                <a:lnTo>
                                  <a:pt x="1895855" y="944879"/>
                                </a:lnTo>
                              </a:path>
                            </a:pathLst>
                          </a:custGeom>
                          <a:ln w="9142">
                            <a:solidFill>
                              <a:srgbClr val="0000FF"/>
                            </a:solidFill>
                            <a:prstDash val="solid"/>
                          </a:ln>
                        </wps:spPr>
                        <wps:bodyPr wrap="square" lIns="0" tIns="0" rIns="0" bIns="0" rtlCol="0">
                          <a:prstTxWarp prst="textNoShape">
                            <a:avLst/>
                          </a:prstTxWarp>
                          <a:noAutofit/>
                        </wps:bodyPr>
                      </wps:wsp>
                      <wps:wsp>
                        <wps:cNvPr id="2537" name="Graphic 2537"/>
                        <wps:cNvSpPr/>
                        <wps:spPr>
                          <a:xfrm>
                            <a:off x="7620" y="1885187"/>
                            <a:ext cx="1911350" cy="30480"/>
                          </a:xfrm>
                          <a:custGeom>
                            <a:avLst/>
                            <a:gdLst/>
                            <a:ahLst/>
                            <a:cxnLst/>
                            <a:rect l="l" t="t" r="r" b="b"/>
                            <a:pathLst>
                              <a:path w="1911350" h="30480">
                                <a:moveTo>
                                  <a:pt x="27432" y="9144"/>
                                </a:moveTo>
                                <a:lnTo>
                                  <a:pt x="9144" y="18288"/>
                                </a:lnTo>
                                <a:lnTo>
                                  <a:pt x="0" y="0"/>
                                </a:lnTo>
                                <a:lnTo>
                                  <a:pt x="6096" y="30480"/>
                                </a:lnTo>
                                <a:lnTo>
                                  <a:pt x="27432" y="9144"/>
                                </a:lnTo>
                                <a:close/>
                              </a:path>
                              <a:path w="1911350" h="30480">
                                <a:moveTo>
                                  <a:pt x="1911096" y="0"/>
                                </a:moveTo>
                                <a:lnTo>
                                  <a:pt x="1901952" y="18288"/>
                                </a:lnTo>
                                <a:lnTo>
                                  <a:pt x="1883664" y="9144"/>
                                </a:lnTo>
                                <a:lnTo>
                                  <a:pt x="1908048" y="30480"/>
                                </a:lnTo>
                                <a:lnTo>
                                  <a:pt x="1911096" y="0"/>
                                </a:lnTo>
                                <a:close/>
                              </a:path>
                            </a:pathLst>
                          </a:custGeom>
                          <a:solidFill>
                            <a:srgbClr val="0000FF"/>
                          </a:solidFill>
                        </wps:spPr>
                        <wps:bodyPr wrap="square" lIns="0" tIns="0" rIns="0" bIns="0" rtlCol="0">
                          <a:prstTxWarp prst="textNoShape">
                            <a:avLst/>
                          </a:prstTxWarp>
                          <a:noAutofit/>
                        </wps:bodyPr>
                      </wps:wsp>
                      <wps:wsp>
                        <wps:cNvPr id="2538" name="Graphic 2538"/>
                        <wps:cNvSpPr/>
                        <wps:spPr>
                          <a:xfrm>
                            <a:off x="16764" y="13716"/>
                            <a:ext cx="1896110" cy="948055"/>
                          </a:xfrm>
                          <a:custGeom>
                            <a:avLst/>
                            <a:gdLst/>
                            <a:ahLst/>
                            <a:cxnLst/>
                            <a:rect l="l" t="t" r="r" b="b"/>
                            <a:pathLst>
                              <a:path w="1896110" h="948055">
                                <a:moveTo>
                                  <a:pt x="0" y="0"/>
                                </a:moveTo>
                                <a:lnTo>
                                  <a:pt x="3047" y="9144"/>
                                </a:lnTo>
                                <a:lnTo>
                                  <a:pt x="6096" y="24383"/>
                                </a:lnTo>
                                <a:lnTo>
                                  <a:pt x="9143" y="30479"/>
                                </a:lnTo>
                                <a:lnTo>
                                  <a:pt x="15240" y="45720"/>
                                </a:lnTo>
                                <a:lnTo>
                                  <a:pt x="18287" y="54863"/>
                                </a:lnTo>
                                <a:lnTo>
                                  <a:pt x="21335" y="67055"/>
                                </a:lnTo>
                                <a:lnTo>
                                  <a:pt x="24384" y="76200"/>
                                </a:lnTo>
                                <a:lnTo>
                                  <a:pt x="27431" y="82296"/>
                                </a:lnTo>
                                <a:lnTo>
                                  <a:pt x="33528" y="97535"/>
                                </a:lnTo>
                                <a:lnTo>
                                  <a:pt x="36575" y="103631"/>
                                </a:lnTo>
                                <a:lnTo>
                                  <a:pt x="42671" y="128015"/>
                                </a:lnTo>
                                <a:lnTo>
                                  <a:pt x="45719" y="134111"/>
                                </a:lnTo>
                                <a:lnTo>
                                  <a:pt x="51815" y="149351"/>
                                </a:lnTo>
                                <a:lnTo>
                                  <a:pt x="51815" y="155448"/>
                                </a:lnTo>
                                <a:lnTo>
                                  <a:pt x="60959" y="176783"/>
                                </a:lnTo>
                                <a:lnTo>
                                  <a:pt x="64007" y="182879"/>
                                </a:lnTo>
                                <a:lnTo>
                                  <a:pt x="67056" y="198120"/>
                                </a:lnTo>
                                <a:lnTo>
                                  <a:pt x="70103" y="204215"/>
                                </a:lnTo>
                                <a:lnTo>
                                  <a:pt x="79247" y="225551"/>
                                </a:lnTo>
                                <a:lnTo>
                                  <a:pt x="79247" y="231648"/>
                                </a:lnTo>
                                <a:lnTo>
                                  <a:pt x="85343" y="246887"/>
                                </a:lnTo>
                                <a:lnTo>
                                  <a:pt x="88391" y="252983"/>
                                </a:lnTo>
                                <a:lnTo>
                                  <a:pt x="94487" y="274320"/>
                                </a:lnTo>
                                <a:lnTo>
                                  <a:pt x="97535" y="280415"/>
                                </a:lnTo>
                                <a:lnTo>
                                  <a:pt x="103631" y="292607"/>
                                </a:lnTo>
                                <a:lnTo>
                                  <a:pt x="106679" y="301751"/>
                                </a:lnTo>
                                <a:lnTo>
                                  <a:pt x="112775" y="320039"/>
                                </a:lnTo>
                                <a:lnTo>
                                  <a:pt x="115824" y="326135"/>
                                </a:lnTo>
                                <a:lnTo>
                                  <a:pt x="118872" y="332231"/>
                                </a:lnTo>
                                <a:lnTo>
                                  <a:pt x="121919" y="341375"/>
                                </a:lnTo>
                                <a:lnTo>
                                  <a:pt x="124968" y="347472"/>
                                </a:lnTo>
                                <a:lnTo>
                                  <a:pt x="131063" y="365759"/>
                                </a:lnTo>
                                <a:lnTo>
                                  <a:pt x="134112" y="371855"/>
                                </a:lnTo>
                                <a:lnTo>
                                  <a:pt x="137159" y="377951"/>
                                </a:lnTo>
                                <a:lnTo>
                                  <a:pt x="140207" y="384048"/>
                                </a:lnTo>
                                <a:lnTo>
                                  <a:pt x="140207" y="393191"/>
                                </a:lnTo>
                                <a:lnTo>
                                  <a:pt x="146303" y="405383"/>
                                </a:lnTo>
                                <a:lnTo>
                                  <a:pt x="149352" y="411479"/>
                                </a:lnTo>
                                <a:lnTo>
                                  <a:pt x="152400" y="417575"/>
                                </a:lnTo>
                                <a:lnTo>
                                  <a:pt x="155447" y="429768"/>
                                </a:lnTo>
                                <a:lnTo>
                                  <a:pt x="158496" y="435863"/>
                                </a:lnTo>
                                <a:lnTo>
                                  <a:pt x="167640" y="454151"/>
                                </a:lnTo>
                                <a:lnTo>
                                  <a:pt x="170687" y="460248"/>
                                </a:lnTo>
                                <a:lnTo>
                                  <a:pt x="173735" y="472439"/>
                                </a:lnTo>
                                <a:lnTo>
                                  <a:pt x="176784" y="478535"/>
                                </a:lnTo>
                                <a:lnTo>
                                  <a:pt x="182879" y="490727"/>
                                </a:lnTo>
                                <a:lnTo>
                                  <a:pt x="185928" y="496824"/>
                                </a:lnTo>
                                <a:lnTo>
                                  <a:pt x="185928" y="502920"/>
                                </a:lnTo>
                                <a:lnTo>
                                  <a:pt x="188975" y="509015"/>
                                </a:lnTo>
                                <a:lnTo>
                                  <a:pt x="192024" y="512063"/>
                                </a:lnTo>
                                <a:lnTo>
                                  <a:pt x="195072" y="518159"/>
                                </a:lnTo>
                                <a:lnTo>
                                  <a:pt x="198119" y="524255"/>
                                </a:lnTo>
                                <a:lnTo>
                                  <a:pt x="201168" y="530351"/>
                                </a:lnTo>
                                <a:lnTo>
                                  <a:pt x="201168" y="536448"/>
                                </a:lnTo>
                                <a:lnTo>
                                  <a:pt x="204215" y="542544"/>
                                </a:lnTo>
                                <a:lnTo>
                                  <a:pt x="207263" y="548639"/>
                                </a:lnTo>
                                <a:lnTo>
                                  <a:pt x="210312" y="554735"/>
                                </a:lnTo>
                                <a:lnTo>
                                  <a:pt x="213359" y="560831"/>
                                </a:lnTo>
                                <a:lnTo>
                                  <a:pt x="216407" y="569976"/>
                                </a:lnTo>
                                <a:lnTo>
                                  <a:pt x="219456" y="576072"/>
                                </a:lnTo>
                                <a:lnTo>
                                  <a:pt x="222503" y="582168"/>
                                </a:lnTo>
                                <a:lnTo>
                                  <a:pt x="225552" y="588263"/>
                                </a:lnTo>
                                <a:lnTo>
                                  <a:pt x="228600" y="591311"/>
                                </a:lnTo>
                                <a:lnTo>
                                  <a:pt x="228600" y="597407"/>
                                </a:lnTo>
                                <a:lnTo>
                                  <a:pt x="231647" y="603503"/>
                                </a:lnTo>
                                <a:lnTo>
                                  <a:pt x="234696" y="609600"/>
                                </a:lnTo>
                                <a:lnTo>
                                  <a:pt x="237744" y="615696"/>
                                </a:lnTo>
                                <a:lnTo>
                                  <a:pt x="240791" y="618744"/>
                                </a:lnTo>
                                <a:lnTo>
                                  <a:pt x="243840" y="624839"/>
                                </a:lnTo>
                                <a:lnTo>
                                  <a:pt x="243840" y="630935"/>
                                </a:lnTo>
                                <a:lnTo>
                                  <a:pt x="246887" y="633983"/>
                                </a:lnTo>
                                <a:lnTo>
                                  <a:pt x="249935" y="640079"/>
                                </a:lnTo>
                                <a:lnTo>
                                  <a:pt x="252984" y="646176"/>
                                </a:lnTo>
                                <a:lnTo>
                                  <a:pt x="256031" y="652272"/>
                                </a:lnTo>
                                <a:lnTo>
                                  <a:pt x="259079" y="655320"/>
                                </a:lnTo>
                                <a:lnTo>
                                  <a:pt x="259079" y="661415"/>
                                </a:lnTo>
                                <a:lnTo>
                                  <a:pt x="262128" y="667511"/>
                                </a:lnTo>
                                <a:lnTo>
                                  <a:pt x="265175" y="670559"/>
                                </a:lnTo>
                                <a:lnTo>
                                  <a:pt x="268224" y="676655"/>
                                </a:lnTo>
                                <a:lnTo>
                                  <a:pt x="274319" y="685800"/>
                                </a:lnTo>
                                <a:lnTo>
                                  <a:pt x="274319" y="691896"/>
                                </a:lnTo>
                                <a:lnTo>
                                  <a:pt x="280416" y="701039"/>
                                </a:lnTo>
                                <a:lnTo>
                                  <a:pt x="283463" y="707135"/>
                                </a:lnTo>
                                <a:lnTo>
                                  <a:pt x="286512" y="710183"/>
                                </a:lnTo>
                                <a:lnTo>
                                  <a:pt x="289559" y="716279"/>
                                </a:lnTo>
                                <a:lnTo>
                                  <a:pt x="289559" y="719327"/>
                                </a:lnTo>
                                <a:lnTo>
                                  <a:pt x="292607" y="725424"/>
                                </a:lnTo>
                                <a:lnTo>
                                  <a:pt x="295656" y="728472"/>
                                </a:lnTo>
                                <a:lnTo>
                                  <a:pt x="298703" y="734568"/>
                                </a:lnTo>
                                <a:lnTo>
                                  <a:pt x="301752" y="737615"/>
                                </a:lnTo>
                                <a:lnTo>
                                  <a:pt x="304800" y="743711"/>
                                </a:lnTo>
                                <a:lnTo>
                                  <a:pt x="304800" y="746759"/>
                                </a:lnTo>
                                <a:lnTo>
                                  <a:pt x="307847" y="752855"/>
                                </a:lnTo>
                                <a:lnTo>
                                  <a:pt x="310896" y="755903"/>
                                </a:lnTo>
                                <a:lnTo>
                                  <a:pt x="313944" y="762000"/>
                                </a:lnTo>
                                <a:lnTo>
                                  <a:pt x="316991" y="765048"/>
                                </a:lnTo>
                                <a:lnTo>
                                  <a:pt x="320040" y="771144"/>
                                </a:lnTo>
                                <a:lnTo>
                                  <a:pt x="323088" y="777239"/>
                                </a:lnTo>
                                <a:lnTo>
                                  <a:pt x="326135" y="783335"/>
                                </a:lnTo>
                                <a:lnTo>
                                  <a:pt x="329184" y="786383"/>
                                </a:lnTo>
                                <a:lnTo>
                                  <a:pt x="335279" y="795527"/>
                                </a:lnTo>
                                <a:lnTo>
                                  <a:pt x="335279" y="798576"/>
                                </a:lnTo>
                                <a:lnTo>
                                  <a:pt x="338328" y="804672"/>
                                </a:lnTo>
                                <a:lnTo>
                                  <a:pt x="341375" y="807720"/>
                                </a:lnTo>
                                <a:lnTo>
                                  <a:pt x="344424" y="810768"/>
                                </a:lnTo>
                                <a:lnTo>
                                  <a:pt x="347472" y="813815"/>
                                </a:lnTo>
                                <a:lnTo>
                                  <a:pt x="350519" y="822959"/>
                                </a:lnTo>
                                <a:lnTo>
                                  <a:pt x="353568" y="826007"/>
                                </a:lnTo>
                                <a:lnTo>
                                  <a:pt x="362712" y="838200"/>
                                </a:lnTo>
                                <a:lnTo>
                                  <a:pt x="362712" y="841248"/>
                                </a:lnTo>
                                <a:lnTo>
                                  <a:pt x="368807" y="847344"/>
                                </a:lnTo>
                                <a:lnTo>
                                  <a:pt x="371856" y="853439"/>
                                </a:lnTo>
                                <a:lnTo>
                                  <a:pt x="377952" y="862583"/>
                                </a:lnTo>
                                <a:lnTo>
                                  <a:pt x="381000" y="865631"/>
                                </a:lnTo>
                                <a:lnTo>
                                  <a:pt x="387096" y="871727"/>
                                </a:lnTo>
                                <a:lnTo>
                                  <a:pt x="390143" y="874776"/>
                                </a:lnTo>
                                <a:lnTo>
                                  <a:pt x="396240" y="883920"/>
                                </a:lnTo>
                                <a:lnTo>
                                  <a:pt x="399288" y="886968"/>
                                </a:lnTo>
                                <a:lnTo>
                                  <a:pt x="405384" y="893063"/>
                                </a:lnTo>
                                <a:lnTo>
                                  <a:pt x="408432" y="896111"/>
                                </a:lnTo>
                                <a:lnTo>
                                  <a:pt x="411479" y="902207"/>
                                </a:lnTo>
                                <a:lnTo>
                                  <a:pt x="414528" y="905255"/>
                                </a:lnTo>
                                <a:lnTo>
                                  <a:pt x="417576" y="908303"/>
                                </a:lnTo>
                                <a:lnTo>
                                  <a:pt x="420623" y="911351"/>
                                </a:lnTo>
                                <a:lnTo>
                                  <a:pt x="423672" y="914400"/>
                                </a:lnTo>
                                <a:lnTo>
                                  <a:pt x="429767" y="920496"/>
                                </a:lnTo>
                                <a:lnTo>
                                  <a:pt x="432816" y="923544"/>
                                </a:lnTo>
                                <a:lnTo>
                                  <a:pt x="435864" y="923544"/>
                                </a:lnTo>
                                <a:lnTo>
                                  <a:pt x="438911" y="926591"/>
                                </a:lnTo>
                                <a:lnTo>
                                  <a:pt x="438911" y="929639"/>
                                </a:lnTo>
                                <a:lnTo>
                                  <a:pt x="441959" y="929639"/>
                                </a:lnTo>
                                <a:lnTo>
                                  <a:pt x="445008" y="932687"/>
                                </a:lnTo>
                                <a:lnTo>
                                  <a:pt x="448055" y="935735"/>
                                </a:lnTo>
                                <a:lnTo>
                                  <a:pt x="451103" y="935735"/>
                                </a:lnTo>
                                <a:lnTo>
                                  <a:pt x="454152" y="938783"/>
                                </a:lnTo>
                                <a:lnTo>
                                  <a:pt x="457199" y="941831"/>
                                </a:lnTo>
                                <a:lnTo>
                                  <a:pt x="460247" y="941831"/>
                                </a:lnTo>
                                <a:lnTo>
                                  <a:pt x="466343" y="944879"/>
                                </a:lnTo>
                                <a:lnTo>
                                  <a:pt x="469391" y="944879"/>
                                </a:lnTo>
                                <a:lnTo>
                                  <a:pt x="472440" y="947927"/>
                                </a:lnTo>
                              </a:path>
                              <a:path w="1896110" h="948055">
                                <a:moveTo>
                                  <a:pt x="1420367" y="947927"/>
                                </a:moveTo>
                                <a:lnTo>
                                  <a:pt x="1423416" y="944879"/>
                                </a:lnTo>
                                <a:lnTo>
                                  <a:pt x="1426464" y="944879"/>
                                </a:lnTo>
                                <a:lnTo>
                                  <a:pt x="1429511" y="944879"/>
                                </a:lnTo>
                                <a:lnTo>
                                  <a:pt x="1435608" y="941831"/>
                                </a:lnTo>
                                <a:lnTo>
                                  <a:pt x="1441704" y="938783"/>
                                </a:lnTo>
                                <a:lnTo>
                                  <a:pt x="1444752" y="935735"/>
                                </a:lnTo>
                                <a:lnTo>
                                  <a:pt x="1447799" y="935735"/>
                                </a:lnTo>
                                <a:lnTo>
                                  <a:pt x="1450848" y="932687"/>
                                </a:lnTo>
                                <a:lnTo>
                                  <a:pt x="1450848" y="929639"/>
                                </a:lnTo>
                                <a:lnTo>
                                  <a:pt x="1453896" y="929639"/>
                                </a:lnTo>
                                <a:lnTo>
                                  <a:pt x="1456943" y="926591"/>
                                </a:lnTo>
                                <a:lnTo>
                                  <a:pt x="1459992" y="923544"/>
                                </a:lnTo>
                                <a:lnTo>
                                  <a:pt x="1463040" y="923544"/>
                                </a:lnTo>
                                <a:lnTo>
                                  <a:pt x="1466088" y="920496"/>
                                </a:lnTo>
                                <a:lnTo>
                                  <a:pt x="1469136" y="914400"/>
                                </a:lnTo>
                                <a:lnTo>
                                  <a:pt x="1472184" y="914400"/>
                                </a:lnTo>
                                <a:lnTo>
                                  <a:pt x="1475232" y="911351"/>
                                </a:lnTo>
                                <a:lnTo>
                                  <a:pt x="1478280" y="908303"/>
                                </a:lnTo>
                                <a:lnTo>
                                  <a:pt x="1481328" y="905255"/>
                                </a:lnTo>
                                <a:lnTo>
                                  <a:pt x="1481328" y="902207"/>
                                </a:lnTo>
                                <a:lnTo>
                                  <a:pt x="1487423" y="896111"/>
                                </a:lnTo>
                                <a:lnTo>
                                  <a:pt x="1490472" y="893063"/>
                                </a:lnTo>
                                <a:lnTo>
                                  <a:pt x="1496567" y="886968"/>
                                </a:lnTo>
                                <a:lnTo>
                                  <a:pt x="1496567" y="883920"/>
                                </a:lnTo>
                                <a:lnTo>
                                  <a:pt x="1505711" y="874776"/>
                                </a:lnTo>
                                <a:lnTo>
                                  <a:pt x="1508760" y="871727"/>
                                </a:lnTo>
                                <a:lnTo>
                                  <a:pt x="1511808" y="865631"/>
                                </a:lnTo>
                                <a:lnTo>
                                  <a:pt x="1514855" y="862583"/>
                                </a:lnTo>
                                <a:lnTo>
                                  <a:pt x="1523999" y="853439"/>
                                </a:lnTo>
                                <a:lnTo>
                                  <a:pt x="1527048" y="847344"/>
                                </a:lnTo>
                                <a:lnTo>
                                  <a:pt x="1530096" y="841248"/>
                                </a:lnTo>
                                <a:lnTo>
                                  <a:pt x="1533143" y="838200"/>
                                </a:lnTo>
                                <a:lnTo>
                                  <a:pt x="1539240" y="826007"/>
                                </a:lnTo>
                                <a:lnTo>
                                  <a:pt x="1542288" y="822959"/>
                                </a:lnTo>
                                <a:lnTo>
                                  <a:pt x="1548384" y="813815"/>
                                </a:lnTo>
                                <a:lnTo>
                                  <a:pt x="1551432" y="810768"/>
                                </a:lnTo>
                                <a:lnTo>
                                  <a:pt x="1554480" y="807720"/>
                                </a:lnTo>
                                <a:lnTo>
                                  <a:pt x="1554480" y="804672"/>
                                </a:lnTo>
                                <a:lnTo>
                                  <a:pt x="1557528" y="798576"/>
                                </a:lnTo>
                                <a:lnTo>
                                  <a:pt x="1560576" y="795527"/>
                                </a:lnTo>
                                <a:lnTo>
                                  <a:pt x="1566672" y="786383"/>
                                </a:lnTo>
                                <a:lnTo>
                                  <a:pt x="1569720" y="783335"/>
                                </a:lnTo>
                                <a:lnTo>
                                  <a:pt x="1569720" y="777239"/>
                                </a:lnTo>
                                <a:lnTo>
                                  <a:pt x="1575816" y="771144"/>
                                </a:lnTo>
                                <a:lnTo>
                                  <a:pt x="1578864" y="765048"/>
                                </a:lnTo>
                                <a:lnTo>
                                  <a:pt x="1581911" y="762000"/>
                                </a:lnTo>
                                <a:lnTo>
                                  <a:pt x="1584960" y="755903"/>
                                </a:lnTo>
                                <a:lnTo>
                                  <a:pt x="1584960" y="752855"/>
                                </a:lnTo>
                                <a:lnTo>
                                  <a:pt x="1588008" y="746759"/>
                                </a:lnTo>
                                <a:lnTo>
                                  <a:pt x="1591055" y="743711"/>
                                </a:lnTo>
                                <a:lnTo>
                                  <a:pt x="1594104" y="737615"/>
                                </a:lnTo>
                                <a:lnTo>
                                  <a:pt x="1597152" y="734568"/>
                                </a:lnTo>
                                <a:lnTo>
                                  <a:pt x="1600199" y="728472"/>
                                </a:lnTo>
                                <a:lnTo>
                                  <a:pt x="1600199" y="725424"/>
                                </a:lnTo>
                                <a:lnTo>
                                  <a:pt x="1603248" y="719327"/>
                                </a:lnTo>
                                <a:lnTo>
                                  <a:pt x="1606296" y="716279"/>
                                </a:lnTo>
                                <a:lnTo>
                                  <a:pt x="1609343" y="710183"/>
                                </a:lnTo>
                                <a:lnTo>
                                  <a:pt x="1612392" y="707135"/>
                                </a:lnTo>
                                <a:lnTo>
                                  <a:pt x="1615440" y="701039"/>
                                </a:lnTo>
                                <a:lnTo>
                                  <a:pt x="1618488" y="691896"/>
                                </a:lnTo>
                                <a:lnTo>
                                  <a:pt x="1621536" y="685800"/>
                                </a:lnTo>
                                <a:lnTo>
                                  <a:pt x="1627632" y="676655"/>
                                </a:lnTo>
                                <a:lnTo>
                                  <a:pt x="1630679" y="670559"/>
                                </a:lnTo>
                                <a:lnTo>
                                  <a:pt x="1630679" y="667511"/>
                                </a:lnTo>
                                <a:lnTo>
                                  <a:pt x="1633727" y="661415"/>
                                </a:lnTo>
                                <a:lnTo>
                                  <a:pt x="1636776" y="655320"/>
                                </a:lnTo>
                                <a:lnTo>
                                  <a:pt x="1639824" y="652272"/>
                                </a:lnTo>
                                <a:lnTo>
                                  <a:pt x="1642872" y="646176"/>
                                </a:lnTo>
                                <a:lnTo>
                                  <a:pt x="1645920" y="640079"/>
                                </a:lnTo>
                                <a:lnTo>
                                  <a:pt x="1645920" y="633983"/>
                                </a:lnTo>
                                <a:lnTo>
                                  <a:pt x="1648967" y="630935"/>
                                </a:lnTo>
                                <a:lnTo>
                                  <a:pt x="1652015" y="624839"/>
                                </a:lnTo>
                                <a:lnTo>
                                  <a:pt x="1655064" y="618744"/>
                                </a:lnTo>
                                <a:lnTo>
                                  <a:pt x="1658112" y="615696"/>
                                </a:lnTo>
                                <a:lnTo>
                                  <a:pt x="1661160" y="609600"/>
                                </a:lnTo>
                                <a:lnTo>
                                  <a:pt x="1661160" y="603503"/>
                                </a:lnTo>
                                <a:lnTo>
                                  <a:pt x="1664208" y="597407"/>
                                </a:lnTo>
                                <a:lnTo>
                                  <a:pt x="1667255" y="591311"/>
                                </a:lnTo>
                                <a:lnTo>
                                  <a:pt x="1670303" y="588263"/>
                                </a:lnTo>
                                <a:lnTo>
                                  <a:pt x="1673352" y="582168"/>
                                </a:lnTo>
                                <a:lnTo>
                                  <a:pt x="1673352" y="576072"/>
                                </a:lnTo>
                                <a:lnTo>
                                  <a:pt x="1676400" y="569976"/>
                                </a:lnTo>
                                <a:lnTo>
                                  <a:pt x="1682496" y="560831"/>
                                </a:lnTo>
                                <a:lnTo>
                                  <a:pt x="1685543" y="554735"/>
                                </a:lnTo>
                                <a:lnTo>
                                  <a:pt x="1688591" y="548639"/>
                                </a:lnTo>
                                <a:lnTo>
                                  <a:pt x="1688591" y="542544"/>
                                </a:lnTo>
                                <a:lnTo>
                                  <a:pt x="1691639" y="536448"/>
                                </a:lnTo>
                                <a:lnTo>
                                  <a:pt x="1694688" y="530351"/>
                                </a:lnTo>
                                <a:lnTo>
                                  <a:pt x="1697736" y="524255"/>
                                </a:lnTo>
                                <a:lnTo>
                                  <a:pt x="1700784" y="518159"/>
                                </a:lnTo>
                                <a:lnTo>
                                  <a:pt x="1703832" y="512063"/>
                                </a:lnTo>
                                <a:lnTo>
                                  <a:pt x="1703832" y="509015"/>
                                </a:lnTo>
                                <a:lnTo>
                                  <a:pt x="1706879" y="502920"/>
                                </a:lnTo>
                                <a:lnTo>
                                  <a:pt x="1709927" y="496824"/>
                                </a:lnTo>
                                <a:lnTo>
                                  <a:pt x="1712976" y="490727"/>
                                </a:lnTo>
                                <a:lnTo>
                                  <a:pt x="1719072" y="478535"/>
                                </a:lnTo>
                                <a:lnTo>
                                  <a:pt x="1719072" y="472439"/>
                                </a:lnTo>
                                <a:lnTo>
                                  <a:pt x="1725167" y="460248"/>
                                </a:lnTo>
                                <a:lnTo>
                                  <a:pt x="1728215" y="454151"/>
                                </a:lnTo>
                                <a:lnTo>
                                  <a:pt x="1734312" y="435863"/>
                                </a:lnTo>
                                <a:lnTo>
                                  <a:pt x="1737360" y="429768"/>
                                </a:lnTo>
                                <a:lnTo>
                                  <a:pt x="1743455" y="417575"/>
                                </a:lnTo>
                                <a:lnTo>
                                  <a:pt x="1746503" y="411479"/>
                                </a:lnTo>
                                <a:lnTo>
                                  <a:pt x="1749552" y="405383"/>
                                </a:lnTo>
                                <a:lnTo>
                                  <a:pt x="1752600" y="393191"/>
                                </a:lnTo>
                                <a:lnTo>
                                  <a:pt x="1755648" y="384048"/>
                                </a:lnTo>
                                <a:lnTo>
                                  <a:pt x="1758696" y="377951"/>
                                </a:lnTo>
                                <a:lnTo>
                                  <a:pt x="1761743" y="371855"/>
                                </a:lnTo>
                                <a:lnTo>
                                  <a:pt x="1764791" y="365759"/>
                                </a:lnTo>
                                <a:lnTo>
                                  <a:pt x="1770888" y="347472"/>
                                </a:lnTo>
                                <a:lnTo>
                                  <a:pt x="1773936" y="341375"/>
                                </a:lnTo>
                                <a:lnTo>
                                  <a:pt x="1776984" y="332231"/>
                                </a:lnTo>
                                <a:lnTo>
                                  <a:pt x="1780032" y="326135"/>
                                </a:lnTo>
                                <a:lnTo>
                                  <a:pt x="1780032" y="320039"/>
                                </a:lnTo>
                                <a:lnTo>
                                  <a:pt x="1789176" y="301751"/>
                                </a:lnTo>
                                <a:lnTo>
                                  <a:pt x="1792224" y="292607"/>
                                </a:lnTo>
                                <a:lnTo>
                                  <a:pt x="1795272" y="280415"/>
                                </a:lnTo>
                                <a:lnTo>
                                  <a:pt x="1798320" y="274320"/>
                                </a:lnTo>
                                <a:lnTo>
                                  <a:pt x="1807464" y="252983"/>
                                </a:lnTo>
                                <a:lnTo>
                                  <a:pt x="1807464" y="246887"/>
                                </a:lnTo>
                                <a:lnTo>
                                  <a:pt x="1813560" y="231648"/>
                                </a:lnTo>
                                <a:lnTo>
                                  <a:pt x="1816608" y="225551"/>
                                </a:lnTo>
                                <a:lnTo>
                                  <a:pt x="1822703" y="204215"/>
                                </a:lnTo>
                                <a:lnTo>
                                  <a:pt x="1825752" y="198120"/>
                                </a:lnTo>
                                <a:lnTo>
                                  <a:pt x="1831848" y="182879"/>
                                </a:lnTo>
                                <a:lnTo>
                                  <a:pt x="1834896" y="176783"/>
                                </a:lnTo>
                                <a:lnTo>
                                  <a:pt x="1840991" y="155448"/>
                                </a:lnTo>
                                <a:lnTo>
                                  <a:pt x="1844039" y="149351"/>
                                </a:lnTo>
                                <a:lnTo>
                                  <a:pt x="1850136" y="134111"/>
                                </a:lnTo>
                                <a:lnTo>
                                  <a:pt x="1853184" y="128015"/>
                                </a:lnTo>
                                <a:lnTo>
                                  <a:pt x="1859279" y="103631"/>
                                </a:lnTo>
                                <a:lnTo>
                                  <a:pt x="1862327" y="97535"/>
                                </a:lnTo>
                                <a:lnTo>
                                  <a:pt x="1868424" y="82296"/>
                                </a:lnTo>
                                <a:lnTo>
                                  <a:pt x="1868424" y="76200"/>
                                </a:lnTo>
                                <a:lnTo>
                                  <a:pt x="1871472" y="67055"/>
                                </a:lnTo>
                                <a:lnTo>
                                  <a:pt x="1877567" y="54863"/>
                                </a:lnTo>
                                <a:lnTo>
                                  <a:pt x="1880615" y="45720"/>
                                </a:lnTo>
                                <a:lnTo>
                                  <a:pt x="1883664" y="30479"/>
                                </a:lnTo>
                                <a:lnTo>
                                  <a:pt x="1886712" y="24383"/>
                                </a:lnTo>
                                <a:lnTo>
                                  <a:pt x="1892808" y="9144"/>
                                </a:lnTo>
                                <a:lnTo>
                                  <a:pt x="1895855" y="0"/>
                                </a:lnTo>
                              </a:path>
                            </a:pathLst>
                          </a:custGeom>
                          <a:ln w="9142">
                            <a:solidFill>
                              <a:srgbClr val="0000FF"/>
                            </a:solidFill>
                            <a:prstDash val="solid"/>
                          </a:ln>
                        </wps:spPr>
                        <wps:bodyPr wrap="square" lIns="0" tIns="0" rIns="0" bIns="0" rtlCol="0">
                          <a:prstTxWarp prst="textNoShape">
                            <a:avLst/>
                          </a:prstTxWarp>
                          <a:noAutofit/>
                        </wps:bodyPr>
                      </wps:wsp>
                      <wps:wsp>
                        <wps:cNvPr id="2539" name="Graphic 2539"/>
                        <wps:cNvSpPr/>
                        <wps:spPr>
                          <a:xfrm>
                            <a:off x="7620" y="4571"/>
                            <a:ext cx="1911350" cy="30480"/>
                          </a:xfrm>
                          <a:custGeom>
                            <a:avLst/>
                            <a:gdLst/>
                            <a:ahLst/>
                            <a:cxnLst/>
                            <a:rect l="l" t="t" r="r" b="b"/>
                            <a:pathLst>
                              <a:path w="1911350" h="30480">
                                <a:moveTo>
                                  <a:pt x="27432" y="21336"/>
                                </a:moveTo>
                                <a:lnTo>
                                  <a:pt x="6096" y="0"/>
                                </a:lnTo>
                                <a:lnTo>
                                  <a:pt x="0" y="30480"/>
                                </a:lnTo>
                                <a:lnTo>
                                  <a:pt x="9144" y="12192"/>
                                </a:lnTo>
                                <a:lnTo>
                                  <a:pt x="27432" y="21336"/>
                                </a:lnTo>
                                <a:close/>
                              </a:path>
                              <a:path w="1911350" h="30480">
                                <a:moveTo>
                                  <a:pt x="1911096" y="30480"/>
                                </a:moveTo>
                                <a:lnTo>
                                  <a:pt x="1908048" y="0"/>
                                </a:lnTo>
                                <a:lnTo>
                                  <a:pt x="1883664" y="21336"/>
                                </a:lnTo>
                                <a:lnTo>
                                  <a:pt x="1901952" y="12192"/>
                                </a:lnTo>
                                <a:lnTo>
                                  <a:pt x="1911096" y="30480"/>
                                </a:lnTo>
                                <a:close/>
                              </a:path>
                            </a:pathLst>
                          </a:custGeom>
                          <a:solidFill>
                            <a:srgbClr val="0000FF"/>
                          </a:solidFill>
                        </wps:spPr>
                        <wps:bodyPr wrap="square" lIns="0" tIns="0" rIns="0" bIns="0" rtlCol="0">
                          <a:prstTxWarp prst="textNoShape">
                            <a:avLst/>
                          </a:prstTxWarp>
                          <a:noAutofit/>
                        </wps:bodyPr>
                      </wps:wsp>
                      <wps:wsp>
                        <wps:cNvPr id="2540" name="Graphic 2540"/>
                        <wps:cNvSpPr/>
                        <wps:spPr>
                          <a:xfrm>
                            <a:off x="16764" y="13716"/>
                            <a:ext cx="948055" cy="1892935"/>
                          </a:xfrm>
                          <a:custGeom>
                            <a:avLst/>
                            <a:gdLst/>
                            <a:ahLst/>
                            <a:cxnLst/>
                            <a:rect l="l" t="t" r="r" b="b"/>
                            <a:pathLst>
                              <a:path w="948055" h="1892935">
                                <a:moveTo>
                                  <a:pt x="0" y="1892807"/>
                                </a:moveTo>
                                <a:lnTo>
                                  <a:pt x="6096" y="1889759"/>
                                </a:lnTo>
                                <a:lnTo>
                                  <a:pt x="9143" y="1886711"/>
                                </a:lnTo>
                                <a:lnTo>
                                  <a:pt x="15240" y="1883663"/>
                                </a:lnTo>
                                <a:lnTo>
                                  <a:pt x="21335" y="1880615"/>
                                </a:lnTo>
                                <a:lnTo>
                                  <a:pt x="24384" y="1880615"/>
                                </a:lnTo>
                                <a:lnTo>
                                  <a:pt x="30479" y="1877568"/>
                                </a:lnTo>
                                <a:lnTo>
                                  <a:pt x="33528" y="1874520"/>
                                </a:lnTo>
                                <a:lnTo>
                                  <a:pt x="39624" y="1871472"/>
                                </a:lnTo>
                                <a:lnTo>
                                  <a:pt x="45719" y="1868424"/>
                                </a:lnTo>
                                <a:lnTo>
                                  <a:pt x="48768" y="1865376"/>
                                </a:lnTo>
                                <a:lnTo>
                                  <a:pt x="54863" y="1865376"/>
                                </a:lnTo>
                                <a:lnTo>
                                  <a:pt x="60959" y="1862327"/>
                                </a:lnTo>
                                <a:lnTo>
                                  <a:pt x="64007" y="1859279"/>
                                </a:lnTo>
                                <a:lnTo>
                                  <a:pt x="70103" y="1856231"/>
                                </a:lnTo>
                                <a:lnTo>
                                  <a:pt x="73152" y="1853183"/>
                                </a:lnTo>
                                <a:lnTo>
                                  <a:pt x="79247" y="1850135"/>
                                </a:lnTo>
                                <a:lnTo>
                                  <a:pt x="85343" y="1850135"/>
                                </a:lnTo>
                                <a:lnTo>
                                  <a:pt x="88391" y="1847087"/>
                                </a:lnTo>
                                <a:lnTo>
                                  <a:pt x="97535" y="1840991"/>
                                </a:lnTo>
                                <a:lnTo>
                                  <a:pt x="103631" y="1837944"/>
                                </a:lnTo>
                                <a:lnTo>
                                  <a:pt x="112775" y="1834896"/>
                                </a:lnTo>
                                <a:lnTo>
                                  <a:pt x="118872" y="1831848"/>
                                </a:lnTo>
                                <a:lnTo>
                                  <a:pt x="121919" y="1828800"/>
                                </a:lnTo>
                                <a:lnTo>
                                  <a:pt x="128015" y="1825752"/>
                                </a:lnTo>
                                <a:lnTo>
                                  <a:pt x="131063" y="1822703"/>
                                </a:lnTo>
                                <a:lnTo>
                                  <a:pt x="137159" y="1822703"/>
                                </a:lnTo>
                                <a:lnTo>
                                  <a:pt x="140207" y="1819655"/>
                                </a:lnTo>
                                <a:lnTo>
                                  <a:pt x="146303" y="1816607"/>
                                </a:lnTo>
                                <a:lnTo>
                                  <a:pt x="149352" y="1813559"/>
                                </a:lnTo>
                                <a:lnTo>
                                  <a:pt x="155447" y="1810511"/>
                                </a:lnTo>
                                <a:lnTo>
                                  <a:pt x="158496" y="1807463"/>
                                </a:lnTo>
                                <a:lnTo>
                                  <a:pt x="164591" y="1807463"/>
                                </a:lnTo>
                                <a:lnTo>
                                  <a:pt x="167640" y="1804415"/>
                                </a:lnTo>
                                <a:lnTo>
                                  <a:pt x="173735" y="1801368"/>
                                </a:lnTo>
                                <a:lnTo>
                                  <a:pt x="176784" y="1798320"/>
                                </a:lnTo>
                                <a:lnTo>
                                  <a:pt x="182879" y="1795272"/>
                                </a:lnTo>
                                <a:lnTo>
                                  <a:pt x="185928" y="1792224"/>
                                </a:lnTo>
                                <a:lnTo>
                                  <a:pt x="192024" y="1792224"/>
                                </a:lnTo>
                                <a:lnTo>
                                  <a:pt x="195072" y="1789176"/>
                                </a:lnTo>
                                <a:lnTo>
                                  <a:pt x="201168" y="1786127"/>
                                </a:lnTo>
                                <a:lnTo>
                                  <a:pt x="204215" y="1783079"/>
                                </a:lnTo>
                                <a:lnTo>
                                  <a:pt x="210312" y="1780031"/>
                                </a:lnTo>
                                <a:lnTo>
                                  <a:pt x="213359" y="1776983"/>
                                </a:lnTo>
                                <a:lnTo>
                                  <a:pt x="219456" y="1776983"/>
                                </a:lnTo>
                                <a:lnTo>
                                  <a:pt x="222503" y="1773935"/>
                                </a:lnTo>
                                <a:lnTo>
                                  <a:pt x="228600" y="1770887"/>
                                </a:lnTo>
                                <a:lnTo>
                                  <a:pt x="231647" y="1767839"/>
                                </a:lnTo>
                                <a:lnTo>
                                  <a:pt x="240791" y="1761744"/>
                                </a:lnTo>
                                <a:lnTo>
                                  <a:pt x="243840" y="1761744"/>
                                </a:lnTo>
                                <a:lnTo>
                                  <a:pt x="249935" y="1758696"/>
                                </a:lnTo>
                                <a:lnTo>
                                  <a:pt x="259079" y="1752600"/>
                                </a:lnTo>
                                <a:lnTo>
                                  <a:pt x="262128" y="1749552"/>
                                </a:lnTo>
                                <a:lnTo>
                                  <a:pt x="265175" y="1749552"/>
                                </a:lnTo>
                                <a:lnTo>
                                  <a:pt x="274319" y="1743455"/>
                                </a:lnTo>
                                <a:lnTo>
                                  <a:pt x="280416" y="1740407"/>
                                </a:lnTo>
                                <a:lnTo>
                                  <a:pt x="283463" y="1737359"/>
                                </a:lnTo>
                                <a:lnTo>
                                  <a:pt x="286512" y="1734311"/>
                                </a:lnTo>
                                <a:lnTo>
                                  <a:pt x="292607" y="1734311"/>
                                </a:lnTo>
                                <a:lnTo>
                                  <a:pt x="304800" y="1725168"/>
                                </a:lnTo>
                                <a:lnTo>
                                  <a:pt x="307847" y="1722120"/>
                                </a:lnTo>
                                <a:lnTo>
                                  <a:pt x="316991" y="1719072"/>
                                </a:lnTo>
                                <a:lnTo>
                                  <a:pt x="320040" y="1716024"/>
                                </a:lnTo>
                                <a:lnTo>
                                  <a:pt x="329184" y="1709927"/>
                                </a:lnTo>
                                <a:lnTo>
                                  <a:pt x="332231" y="1706879"/>
                                </a:lnTo>
                                <a:lnTo>
                                  <a:pt x="338328" y="1703831"/>
                                </a:lnTo>
                                <a:lnTo>
                                  <a:pt x="344424" y="1700783"/>
                                </a:lnTo>
                                <a:lnTo>
                                  <a:pt x="350519" y="1697735"/>
                                </a:lnTo>
                                <a:lnTo>
                                  <a:pt x="356616" y="1691639"/>
                                </a:lnTo>
                                <a:lnTo>
                                  <a:pt x="362712" y="1688591"/>
                                </a:lnTo>
                                <a:lnTo>
                                  <a:pt x="365759" y="1688591"/>
                                </a:lnTo>
                                <a:lnTo>
                                  <a:pt x="371856" y="1682496"/>
                                </a:lnTo>
                                <a:lnTo>
                                  <a:pt x="377952" y="1679448"/>
                                </a:lnTo>
                                <a:lnTo>
                                  <a:pt x="390143" y="1673352"/>
                                </a:lnTo>
                                <a:lnTo>
                                  <a:pt x="393191" y="1670303"/>
                                </a:lnTo>
                                <a:lnTo>
                                  <a:pt x="396240" y="1667255"/>
                                </a:lnTo>
                                <a:lnTo>
                                  <a:pt x="399288" y="1664207"/>
                                </a:lnTo>
                                <a:lnTo>
                                  <a:pt x="405384" y="1661159"/>
                                </a:lnTo>
                                <a:lnTo>
                                  <a:pt x="414528" y="1655063"/>
                                </a:lnTo>
                                <a:lnTo>
                                  <a:pt x="420623" y="1652015"/>
                                </a:lnTo>
                                <a:lnTo>
                                  <a:pt x="426720" y="1645920"/>
                                </a:lnTo>
                                <a:lnTo>
                                  <a:pt x="429767" y="1645920"/>
                                </a:lnTo>
                                <a:lnTo>
                                  <a:pt x="441959" y="1636776"/>
                                </a:lnTo>
                                <a:lnTo>
                                  <a:pt x="445008" y="1633727"/>
                                </a:lnTo>
                                <a:lnTo>
                                  <a:pt x="454152" y="1630679"/>
                                </a:lnTo>
                                <a:lnTo>
                                  <a:pt x="457199" y="1627631"/>
                                </a:lnTo>
                                <a:lnTo>
                                  <a:pt x="466343" y="1618487"/>
                                </a:lnTo>
                                <a:lnTo>
                                  <a:pt x="472440" y="1615439"/>
                                </a:lnTo>
                                <a:lnTo>
                                  <a:pt x="478535" y="1612391"/>
                                </a:lnTo>
                                <a:lnTo>
                                  <a:pt x="481584" y="1609344"/>
                                </a:lnTo>
                                <a:lnTo>
                                  <a:pt x="493776" y="1600200"/>
                                </a:lnTo>
                                <a:lnTo>
                                  <a:pt x="496823" y="1600200"/>
                                </a:lnTo>
                                <a:lnTo>
                                  <a:pt x="499872" y="1597152"/>
                                </a:lnTo>
                                <a:lnTo>
                                  <a:pt x="502920" y="1594103"/>
                                </a:lnTo>
                                <a:lnTo>
                                  <a:pt x="505967" y="1591055"/>
                                </a:lnTo>
                                <a:lnTo>
                                  <a:pt x="515111" y="1584959"/>
                                </a:lnTo>
                                <a:lnTo>
                                  <a:pt x="521208" y="1581911"/>
                                </a:lnTo>
                                <a:lnTo>
                                  <a:pt x="527304" y="1575815"/>
                                </a:lnTo>
                                <a:lnTo>
                                  <a:pt x="530352" y="1572768"/>
                                </a:lnTo>
                                <a:lnTo>
                                  <a:pt x="539496" y="1566672"/>
                                </a:lnTo>
                                <a:lnTo>
                                  <a:pt x="542543" y="1563624"/>
                                </a:lnTo>
                                <a:lnTo>
                                  <a:pt x="548640" y="1557527"/>
                                </a:lnTo>
                                <a:lnTo>
                                  <a:pt x="554735" y="1557527"/>
                                </a:lnTo>
                                <a:lnTo>
                                  <a:pt x="560832" y="1551431"/>
                                </a:lnTo>
                                <a:lnTo>
                                  <a:pt x="563879" y="1548383"/>
                                </a:lnTo>
                                <a:lnTo>
                                  <a:pt x="566928" y="1545335"/>
                                </a:lnTo>
                                <a:lnTo>
                                  <a:pt x="573023" y="1542287"/>
                                </a:lnTo>
                                <a:lnTo>
                                  <a:pt x="576072" y="1539239"/>
                                </a:lnTo>
                                <a:lnTo>
                                  <a:pt x="585216" y="1530096"/>
                                </a:lnTo>
                                <a:lnTo>
                                  <a:pt x="588264" y="1527048"/>
                                </a:lnTo>
                                <a:lnTo>
                                  <a:pt x="591311" y="1527048"/>
                                </a:lnTo>
                                <a:lnTo>
                                  <a:pt x="594360" y="1524000"/>
                                </a:lnTo>
                                <a:lnTo>
                                  <a:pt x="597408" y="1520952"/>
                                </a:lnTo>
                                <a:lnTo>
                                  <a:pt x="606552" y="1511807"/>
                                </a:lnTo>
                                <a:lnTo>
                                  <a:pt x="609599" y="1511807"/>
                                </a:lnTo>
                                <a:lnTo>
                                  <a:pt x="612647" y="1508759"/>
                                </a:lnTo>
                                <a:lnTo>
                                  <a:pt x="615696" y="1505711"/>
                                </a:lnTo>
                                <a:lnTo>
                                  <a:pt x="618743" y="1502663"/>
                                </a:lnTo>
                                <a:lnTo>
                                  <a:pt x="627888" y="1496568"/>
                                </a:lnTo>
                                <a:lnTo>
                                  <a:pt x="630935" y="1493520"/>
                                </a:lnTo>
                                <a:lnTo>
                                  <a:pt x="633984" y="1490472"/>
                                </a:lnTo>
                                <a:lnTo>
                                  <a:pt x="637032" y="1487424"/>
                                </a:lnTo>
                                <a:lnTo>
                                  <a:pt x="640079" y="1484376"/>
                                </a:lnTo>
                                <a:lnTo>
                                  <a:pt x="646176" y="1481327"/>
                                </a:lnTo>
                                <a:lnTo>
                                  <a:pt x="649223" y="1478279"/>
                                </a:lnTo>
                                <a:lnTo>
                                  <a:pt x="652272" y="1475231"/>
                                </a:lnTo>
                                <a:lnTo>
                                  <a:pt x="655320" y="1469135"/>
                                </a:lnTo>
                                <a:lnTo>
                                  <a:pt x="658367" y="1469135"/>
                                </a:lnTo>
                                <a:lnTo>
                                  <a:pt x="661416" y="1466087"/>
                                </a:lnTo>
                                <a:lnTo>
                                  <a:pt x="667511" y="1459991"/>
                                </a:lnTo>
                                <a:lnTo>
                                  <a:pt x="670560" y="1456944"/>
                                </a:lnTo>
                                <a:lnTo>
                                  <a:pt x="673608" y="1453896"/>
                                </a:lnTo>
                                <a:lnTo>
                                  <a:pt x="676655" y="1453896"/>
                                </a:lnTo>
                                <a:lnTo>
                                  <a:pt x="679704" y="1450848"/>
                                </a:lnTo>
                                <a:lnTo>
                                  <a:pt x="682752" y="1444752"/>
                                </a:lnTo>
                                <a:lnTo>
                                  <a:pt x="685799" y="1441703"/>
                                </a:lnTo>
                                <a:lnTo>
                                  <a:pt x="688847" y="1438655"/>
                                </a:lnTo>
                                <a:lnTo>
                                  <a:pt x="694943" y="1435607"/>
                                </a:lnTo>
                                <a:lnTo>
                                  <a:pt x="697991" y="1432559"/>
                                </a:lnTo>
                                <a:lnTo>
                                  <a:pt x="701040" y="1426463"/>
                                </a:lnTo>
                                <a:lnTo>
                                  <a:pt x="704088" y="1423415"/>
                                </a:lnTo>
                                <a:lnTo>
                                  <a:pt x="707135" y="1423415"/>
                                </a:lnTo>
                                <a:lnTo>
                                  <a:pt x="713232" y="1417320"/>
                                </a:lnTo>
                                <a:lnTo>
                                  <a:pt x="716279" y="1414272"/>
                                </a:lnTo>
                                <a:lnTo>
                                  <a:pt x="719328" y="1411224"/>
                                </a:lnTo>
                                <a:lnTo>
                                  <a:pt x="722376" y="1408176"/>
                                </a:lnTo>
                                <a:lnTo>
                                  <a:pt x="725423" y="1405127"/>
                                </a:lnTo>
                                <a:lnTo>
                                  <a:pt x="728472" y="1399031"/>
                                </a:lnTo>
                                <a:lnTo>
                                  <a:pt x="731520" y="1395983"/>
                                </a:lnTo>
                                <a:lnTo>
                                  <a:pt x="737616" y="1392935"/>
                                </a:lnTo>
                                <a:lnTo>
                                  <a:pt x="740664" y="1389887"/>
                                </a:lnTo>
                                <a:lnTo>
                                  <a:pt x="740664" y="1386839"/>
                                </a:lnTo>
                                <a:lnTo>
                                  <a:pt x="743711" y="1383791"/>
                                </a:lnTo>
                                <a:lnTo>
                                  <a:pt x="746760" y="1380744"/>
                                </a:lnTo>
                                <a:lnTo>
                                  <a:pt x="749808" y="1380744"/>
                                </a:lnTo>
                                <a:lnTo>
                                  <a:pt x="749808" y="1377696"/>
                                </a:lnTo>
                                <a:lnTo>
                                  <a:pt x="752855" y="1374648"/>
                                </a:lnTo>
                                <a:lnTo>
                                  <a:pt x="755904" y="1371600"/>
                                </a:lnTo>
                                <a:lnTo>
                                  <a:pt x="758952" y="1368552"/>
                                </a:lnTo>
                                <a:lnTo>
                                  <a:pt x="761999" y="1365503"/>
                                </a:lnTo>
                                <a:lnTo>
                                  <a:pt x="765047" y="1362455"/>
                                </a:lnTo>
                                <a:lnTo>
                                  <a:pt x="768096" y="1356359"/>
                                </a:lnTo>
                                <a:lnTo>
                                  <a:pt x="771143" y="1353311"/>
                                </a:lnTo>
                                <a:lnTo>
                                  <a:pt x="774191" y="1350263"/>
                                </a:lnTo>
                                <a:lnTo>
                                  <a:pt x="777240" y="1347215"/>
                                </a:lnTo>
                                <a:lnTo>
                                  <a:pt x="780288" y="1344168"/>
                                </a:lnTo>
                                <a:lnTo>
                                  <a:pt x="783335" y="1341120"/>
                                </a:lnTo>
                                <a:lnTo>
                                  <a:pt x="783335" y="1338072"/>
                                </a:lnTo>
                                <a:lnTo>
                                  <a:pt x="786384" y="1338072"/>
                                </a:lnTo>
                                <a:lnTo>
                                  <a:pt x="789432" y="1335024"/>
                                </a:lnTo>
                                <a:lnTo>
                                  <a:pt x="789432" y="1331976"/>
                                </a:lnTo>
                                <a:lnTo>
                                  <a:pt x="792479" y="1328927"/>
                                </a:lnTo>
                                <a:lnTo>
                                  <a:pt x="795528" y="1325879"/>
                                </a:lnTo>
                                <a:lnTo>
                                  <a:pt x="795528" y="1322831"/>
                                </a:lnTo>
                                <a:lnTo>
                                  <a:pt x="798576" y="1322831"/>
                                </a:lnTo>
                                <a:lnTo>
                                  <a:pt x="801623" y="1319783"/>
                                </a:lnTo>
                                <a:lnTo>
                                  <a:pt x="801623" y="1316735"/>
                                </a:lnTo>
                                <a:lnTo>
                                  <a:pt x="804672" y="1313687"/>
                                </a:lnTo>
                                <a:lnTo>
                                  <a:pt x="807720" y="1310639"/>
                                </a:lnTo>
                                <a:lnTo>
                                  <a:pt x="807720" y="1307591"/>
                                </a:lnTo>
                                <a:lnTo>
                                  <a:pt x="810767" y="1307591"/>
                                </a:lnTo>
                                <a:lnTo>
                                  <a:pt x="810767" y="1304544"/>
                                </a:lnTo>
                                <a:lnTo>
                                  <a:pt x="813816" y="1301496"/>
                                </a:lnTo>
                                <a:lnTo>
                                  <a:pt x="816864" y="1298448"/>
                                </a:lnTo>
                                <a:lnTo>
                                  <a:pt x="816864" y="1295400"/>
                                </a:lnTo>
                                <a:lnTo>
                                  <a:pt x="819911" y="1292352"/>
                                </a:lnTo>
                                <a:lnTo>
                                  <a:pt x="822960" y="1292352"/>
                                </a:lnTo>
                                <a:lnTo>
                                  <a:pt x="822960" y="1289303"/>
                                </a:lnTo>
                                <a:lnTo>
                                  <a:pt x="826008" y="1286255"/>
                                </a:lnTo>
                                <a:lnTo>
                                  <a:pt x="826008" y="1283207"/>
                                </a:lnTo>
                                <a:lnTo>
                                  <a:pt x="829055" y="1280159"/>
                                </a:lnTo>
                                <a:lnTo>
                                  <a:pt x="829055" y="1277111"/>
                                </a:lnTo>
                                <a:lnTo>
                                  <a:pt x="832104" y="1277111"/>
                                </a:lnTo>
                                <a:lnTo>
                                  <a:pt x="835152" y="1274063"/>
                                </a:lnTo>
                                <a:lnTo>
                                  <a:pt x="835152" y="1271015"/>
                                </a:lnTo>
                                <a:lnTo>
                                  <a:pt x="838199" y="1267968"/>
                                </a:lnTo>
                                <a:lnTo>
                                  <a:pt x="838199" y="1264920"/>
                                </a:lnTo>
                                <a:lnTo>
                                  <a:pt x="841247" y="1261872"/>
                                </a:lnTo>
                                <a:lnTo>
                                  <a:pt x="844296" y="1258824"/>
                                </a:lnTo>
                                <a:lnTo>
                                  <a:pt x="847343" y="1255776"/>
                                </a:lnTo>
                                <a:lnTo>
                                  <a:pt x="847343" y="1252727"/>
                                </a:lnTo>
                                <a:lnTo>
                                  <a:pt x="850391" y="1249679"/>
                                </a:lnTo>
                                <a:lnTo>
                                  <a:pt x="853440" y="1246631"/>
                                </a:lnTo>
                                <a:lnTo>
                                  <a:pt x="853440" y="1243583"/>
                                </a:lnTo>
                                <a:lnTo>
                                  <a:pt x="856488" y="1240535"/>
                                </a:lnTo>
                                <a:lnTo>
                                  <a:pt x="856488" y="1237487"/>
                                </a:lnTo>
                                <a:lnTo>
                                  <a:pt x="859535" y="1234439"/>
                                </a:lnTo>
                                <a:lnTo>
                                  <a:pt x="862584" y="1231391"/>
                                </a:lnTo>
                                <a:lnTo>
                                  <a:pt x="862584" y="1228344"/>
                                </a:lnTo>
                                <a:lnTo>
                                  <a:pt x="865632" y="1225296"/>
                                </a:lnTo>
                                <a:lnTo>
                                  <a:pt x="865632" y="1222248"/>
                                </a:lnTo>
                                <a:lnTo>
                                  <a:pt x="868679" y="1219200"/>
                                </a:lnTo>
                                <a:lnTo>
                                  <a:pt x="871728" y="1216152"/>
                                </a:lnTo>
                                <a:lnTo>
                                  <a:pt x="871728" y="1213103"/>
                                </a:lnTo>
                                <a:lnTo>
                                  <a:pt x="874776" y="1210055"/>
                                </a:lnTo>
                                <a:lnTo>
                                  <a:pt x="874776" y="1207007"/>
                                </a:lnTo>
                                <a:lnTo>
                                  <a:pt x="877823" y="1203959"/>
                                </a:lnTo>
                                <a:lnTo>
                                  <a:pt x="877823" y="1200911"/>
                                </a:lnTo>
                                <a:lnTo>
                                  <a:pt x="880872" y="1194815"/>
                                </a:lnTo>
                                <a:lnTo>
                                  <a:pt x="883920" y="1191768"/>
                                </a:lnTo>
                                <a:lnTo>
                                  <a:pt x="883920" y="1188720"/>
                                </a:lnTo>
                                <a:lnTo>
                                  <a:pt x="886967" y="1188720"/>
                                </a:lnTo>
                                <a:lnTo>
                                  <a:pt x="886967" y="1185672"/>
                                </a:lnTo>
                                <a:lnTo>
                                  <a:pt x="886967" y="1182624"/>
                                </a:lnTo>
                                <a:lnTo>
                                  <a:pt x="890016" y="1179576"/>
                                </a:lnTo>
                                <a:lnTo>
                                  <a:pt x="890016" y="1176527"/>
                                </a:lnTo>
                                <a:lnTo>
                                  <a:pt x="893064" y="1173479"/>
                                </a:lnTo>
                                <a:lnTo>
                                  <a:pt x="893064" y="1170431"/>
                                </a:lnTo>
                                <a:lnTo>
                                  <a:pt x="896111" y="1167383"/>
                                </a:lnTo>
                                <a:lnTo>
                                  <a:pt x="896111" y="1164335"/>
                                </a:lnTo>
                                <a:lnTo>
                                  <a:pt x="899160" y="1161287"/>
                                </a:lnTo>
                                <a:lnTo>
                                  <a:pt x="899160" y="1158239"/>
                                </a:lnTo>
                                <a:lnTo>
                                  <a:pt x="902208" y="1152144"/>
                                </a:lnTo>
                                <a:lnTo>
                                  <a:pt x="902208" y="1149096"/>
                                </a:lnTo>
                                <a:lnTo>
                                  <a:pt x="905255" y="1146048"/>
                                </a:lnTo>
                                <a:lnTo>
                                  <a:pt x="908304" y="1143000"/>
                                </a:lnTo>
                                <a:lnTo>
                                  <a:pt x="908304" y="1139952"/>
                                </a:lnTo>
                                <a:lnTo>
                                  <a:pt x="911352" y="1133855"/>
                                </a:lnTo>
                                <a:lnTo>
                                  <a:pt x="911352" y="1130807"/>
                                </a:lnTo>
                                <a:lnTo>
                                  <a:pt x="911352" y="1127759"/>
                                </a:lnTo>
                                <a:lnTo>
                                  <a:pt x="914399" y="1124711"/>
                                </a:lnTo>
                                <a:lnTo>
                                  <a:pt x="914399" y="1121663"/>
                                </a:lnTo>
                                <a:lnTo>
                                  <a:pt x="917447" y="1115568"/>
                                </a:lnTo>
                                <a:lnTo>
                                  <a:pt x="920496" y="1106424"/>
                                </a:lnTo>
                                <a:lnTo>
                                  <a:pt x="920496" y="1103376"/>
                                </a:lnTo>
                                <a:lnTo>
                                  <a:pt x="923543" y="1100327"/>
                                </a:lnTo>
                                <a:lnTo>
                                  <a:pt x="923543" y="1097279"/>
                                </a:lnTo>
                                <a:lnTo>
                                  <a:pt x="923543" y="1094231"/>
                                </a:lnTo>
                                <a:lnTo>
                                  <a:pt x="923543" y="1091183"/>
                                </a:lnTo>
                                <a:lnTo>
                                  <a:pt x="926591" y="1088135"/>
                                </a:lnTo>
                                <a:lnTo>
                                  <a:pt x="926591" y="1085087"/>
                                </a:lnTo>
                                <a:lnTo>
                                  <a:pt x="926591" y="1082039"/>
                                </a:lnTo>
                                <a:lnTo>
                                  <a:pt x="929640" y="1078991"/>
                                </a:lnTo>
                                <a:lnTo>
                                  <a:pt x="929640" y="1072896"/>
                                </a:lnTo>
                                <a:lnTo>
                                  <a:pt x="932688" y="1069848"/>
                                </a:lnTo>
                                <a:lnTo>
                                  <a:pt x="932688" y="1063752"/>
                                </a:lnTo>
                                <a:lnTo>
                                  <a:pt x="932688" y="1060703"/>
                                </a:lnTo>
                                <a:lnTo>
                                  <a:pt x="935735" y="1057655"/>
                                </a:lnTo>
                                <a:lnTo>
                                  <a:pt x="935735" y="1054607"/>
                                </a:lnTo>
                                <a:lnTo>
                                  <a:pt x="935735" y="1051559"/>
                                </a:lnTo>
                                <a:lnTo>
                                  <a:pt x="935735" y="1045463"/>
                                </a:lnTo>
                                <a:lnTo>
                                  <a:pt x="938784" y="1042415"/>
                                </a:lnTo>
                                <a:lnTo>
                                  <a:pt x="938784" y="1039368"/>
                                </a:lnTo>
                                <a:lnTo>
                                  <a:pt x="938784" y="1036320"/>
                                </a:lnTo>
                                <a:lnTo>
                                  <a:pt x="938784" y="1033272"/>
                                </a:lnTo>
                                <a:lnTo>
                                  <a:pt x="938784" y="1027176"/>
                                </a:lnTo>
                                <a:lnTo>
                                  <a:pt x="941832" y="1027176"/>
                                </a:lnTo>
                                <a:lnTo>
                                  <a:pt x="941832" y="1018031"/>
                                </a:lnTo>
                                <a:lnTo>
                                  <a:pt x="941832" y="1014983"/>
                                </a:lnTo>
                                <a:lnTo>
                                  <a:pt x="941832" y="1011935"/>
                                </a:lnTo>
                                <a:lnTo>
                                  <a:pt x="941832" y="1008887"/>
                                </a:lnTo>
                                <a:lnTo>
                                  <a:pt x="944879" y="999744"/>
                                </a:lnTo>
                                <a:lnTo>
                                  <a:pt x="944879" y="993648"/>
                                </a:lnTo>
                                <a:lnTo>
                                  <a:pt x="944879" y="981455"/>
                                </a:lnTo>
                                <a:lnTo>
                                  <a:pt x="947928" y="975359"/>
                                </a:lnTo>
                                <a:lnTo>
                                  <a:pt x="947928" y="917448"/>
                                </a:lnTo>
                                <a:lnTo>
                                  <a:pt x="944879" y="911351"/>
                                </a:lnTo>
                                <a:lnTo>
                                  <a:pt x="944879" y="908303"/>
                                </a:lnTo>
                                <a:lnTo>
                                  <a:pt x="944879" y="893063"/>
                                </a:lnTo>
                                <a:lnTo>
                                  <a:pt x="941832" y="883920"/>
                                </a:lnTo>
                                <a:lnTo>
                                  <a:pt x="941832" y="880872"/>
                                </a:lnTo>
                                <a:lnTo>
                                  <a:pt x="941832" y="877824"/>
                                </a:lnTo>
                                <a:lnTo>
                                  <a:pt x="941832" y="874776"/>
                                </a:lnTo>
                                <a:lnTo>
                                  <a:pt x="941832" y="865631"/>
                                </a:lnTo>
                                <a:lnTo>
                                  <a:pt x="938784" y="865631"/>
                                </a:lnTo>
                                <a:lnTo>
                                  <a:pt x="938784" y="859535"/>
                                </a:lnTo>
                                <a:lnTo>
                                  <a:pt x="938784" y="856487"/>
                                </a:lnTo>
                                <a:lnTo>
                                  <a:pt x="938784" y="853439"/>
                                </a:lnTo>
                                <a:lnTo>
                                  <a:pt x="938784" y="850391"/>
                                </a:lnTo>
                                <a:lnTo>
                                  <a:pt x="935735" y="847344"/>
                                </a:lnTo>
                                <a:lnTo>
                                  <a:pt x="935735" y="841248"/>
                                </a:lnTo>
                                <a:lnTo>
                                  <a:pt x="935735" y="838200"/>
                                </a:lnTo>
                                <a:lnTo>
                                  <a:pt x="932688" y="832103"/>
                                </a:lnTo>
                                <a:lnTo>
                                  <a:pt x="932688" y="829055"/>
                                </a:lnTo>
                                <a:lnTo>
                                  <a:pt x="932688" y="822959"/>
                                </a:lnTo>
                                <a:lnTo>
                                  <a:pt x="929640" y="822959"/>
                                </a:lnTo>
                                <a:lnTo>
                                  <a:pt x="929640" y="813815"/>
                                </a:lnTo>
                                <a:lnTo>
                                  <a:pt x="926591" y="810768"/>
                                </a:lnTo>
                                <a:lnTo>
                                  <a:pt x="926591" y="807720"/>
                                </a:lnTo>
                                <a:lnTo>
                                  <a:pt x="926591" y="804672"/>
                                </a:lnTo>
                                <a:lnTo>
                                  <a:pt x="923543" y="801624"/>
                                </a:lnTo>
                                <a:lnTo>
                                  <a:pt x="923543" y="798576"/>
                                </a:lnTo>
                                <a:lnTo>
                                  <a:pt x="923543" y="795527"/>
                                </a:lnTo>
                                <a:lnTo>
                                  <a:pt x="923543" y="792479"/>
                                </a:lnTo>
                                <a:lnTo>
                                  <a:pt x="920496" y="789431"/>
                                </a:lnTo>
                                <a:lnTo>
                                  <a:pt x="920496" y="786383"/>
                                </a:lnTo>
                                <a:lnTo>
                                  <a:pt x="917447" y="777239"/>
                                </a:lnTo>
                                <a:lnTo>
                                  <a:pt x="914399" y="771144"/>
                                </a:lnTo>
                                <a:lnTo>
                                  <a:pt x="914399" y="768096"/>
                                </a:lnTo>
                                <a:lnTo>
                                  <a:pt x="911352" y="765048"/>
                                </a:lnTo>
                                <a:lnTo>
                                  <a:pt x="911352" y="762000"/>
                                </a:lnTo>
                                <a:lnTo>
                                  <a:pt x="911352" y="758951"/>
                                </a:lnTo>
                                <a:lnTo>
                                  <a:pt x="908304" y="752855"/>
                                </a:lnTo>
                                <a:lnTo>
                                  <a:pt x="908304" y="749807"/>
                                </a:lnTo>
                                <a:lnTo>
                                  <a:pt x="905255" y="749807"/>
                                </a:lnTo>
                                <a:lnTo>
                                  <a:pt x="902208" y="743711"/>
                                </a:lnTo>
                                <a:lnTo>
                                  <a:pt x="902208" y="740663"/>
                                </a:lnTo>
                                <a:lnTo>
                                  <a:pt x="899160" y="734568"/>
                                </a:lnTo>
                                <a:lnTo>
                                  <a:pt x="896111" y="728472"/>
                                </a:lnTo>
                                <a:lnTo>
                                  <a:pt x="896111" y="725424"/>
                                </a:lnTo>
                                <a:lnTo>
                                  <a:pt x="893064" y="722376"/>
                                </a:lnTo>
                                <a:lnTo>
                                  <a:pt x="893064" y="719327"/>
                                </a:lnTo>
                                <a:lnTo>
                                  <a:pt x="890016" y="716279"/>
                                </a:lnTo>
                                <a:lnTo>
                                  <a:pt x="890016" y="713231"/>
                                </a:lnTo>
                                <a:lnTo>
                                  <a:pt x="886967" y="710183"/>
                                </a:lnTo>
                                <a:lnTo>
                                  <a:pt x="886967" y="707135"/>
                                </a:lnTo>
                                <a:lnTo>
                                  <a:pt x="886967" y="704087"/>
                                </a:lnTo>
                                <a:lnTo>
                                  <a:pt x="883920" y="704087"/>
                                </a:lnTo>
                                <a:lnTo>
                                  <a:pt x="883920" y="701039"/>
                                </a:lnTo>
                                <a:lnTo>
                                  <a:pt x="880872" y="697991"/>
                                </a:lnTo>
                                <a:lnTo>
                                  <a:pt x="877823" y="691896"/>
                                </a:lnTo>
                                <a:lnTo>
                                  <a:pt x="877823" y="688848"/>
                                </a:lnTo>
                                <a:lnTo>
                                  <a:pt x="874776" y="685800"/>
                                </a:lnTo>
                                <a:lnTo>
                                  <a:pt x="874776" y="682751"/>
                                </a:lnTo>
                                <a:lnTo>
                                  <a:pt x="871728" y="679703"/>
                                </a:lnTo>
                                <a:lnTo>
                                  <a:pt x="871728" y="676655"/>
                                </a:lnTo>
                                <a:lnTo>
                                  <a:pt x="868679" y="673607"/>
                                </a:lnTo>
                                <a:lnTo>
                                  <a:pt x="865632" y="670559"/>
                                </a:lnTo>
                                <a:lnTo>
                                  <a:pt x="865632" y="667511"/>
                                </a:lnTo>
                                <a:lnTo>
                                  <a:pt x="862584" y="664463"/>
                                </a:lnTo>
                                <a:lnTo>
                                  <a:pt x="862584" y="661415"/>
                                </a:lnTo>
                                <a:lnTo>
                                  <a:pt x="859535" y="661415"/>
                                </a:lnTo>
                                <a:lnTo>
                                  <a:pt x="856488" y="655320"/>
                                </a:lnTo>
                                <a:lnTo>
                                  <a:pt x="856488" y="652272"/>
                                </a:lnTo>
                                <a:lnTo>
                                  <a:pt x="853440" y="649224"/>
                                </a:lnTo>
                                <a:lnTo>
                                  <a:pt x="853440" y="646176"/>
                                </a:lnTo>
                                <a:lnTo>
                                  <a:pt x="850391" y="646176"/>
                                </a:lnTo>
                                <a:lnTo>
                                  <a:pt x="850391" y="643127"/>
                                </a:lnTo>
                                <a:lnTo>
                                  <a:pt x="847343" y="640079"/>
                                </a:lnTo>
                                <a:lnTo>
                                  <a:pt x="847343" y="637031"/>
                                </a:lnTo>
                                <a:lnTo>
                                  <a:pt x="844296" y="633983"/>
                                </a:lnTo>
                                <a:lnTo>
                                  <a:pt x="841247" y="630935"/>
                                </a:lnTo>
                                <a:lnTo>
                                  <a:pt x="838199" y="627887"/>
                                </a:lnTo>
                                <a:lnTo>
                                  <a:pt x="838199" y="624839"/>
                                </a:lnTo>
                                <a:lnTo>
                                  <a:pt x="835152" y="621791"/>
                                </a:lnTo>
                                <a:lnTo>
                                  <a:pt x="835152" y="618744"/>
                                </a:lnTo>
                                <a:lnTo>
                                  <a:pt x="832104" y="615696"/>
                                </a:lnTo>
                                <a:lnTo>
                                  <a:pt x="829055" y="615696"/>
                                </a:lnTo>
                                <a:lnTo>
                                  <a:pt x="829055" y="612648"/>
                                </a:lnTo>
                                <a:lnTo>
                                  <a:pt x="826008" y="609600"/>
                                </a:lnTo>
                                <a:lnTo>
                                  <a:pt x="826008" y="606551"/>
                                </a:lnTo>
                                <a:lnTo>
                                  <a:pt x="822960" y="603503"/>
                                </a:lnTo>
                                <a:lnTo>
                                  <a:pt x="822960" y="600455"/>
                                </a:lnTo>
                                <a:lnTo>
                                  <a:pt x="819911" y="600455"/>
                                </a:lnTo>
                              </a:path>
                              <a:path w="948055" h="1892935">
                                <a:moveTo>
                                  <a:pt x="819911" y="600455"/>
                                </a:moveTo>
                                <a:lnTo>
                                  <a:pt x="816864" y="597407"/>
                                </a:lnTo>
                                <a:lnTo>
                                  <a:pt x="816864" y="594359"/>
                                </a:lnTo>
                                <a:lnTo>
                                  <a:pt x="813816" y="591311"/>
                                </a:lnTo>
                                <a:lnTo>
                                  <a:pt x="810767" y="588263"/>
                                </a:lnTo>
                                <a:lnTo>
                                  <a:pt x="807720" y="585215"/>
                                </a:lnTo>
                                <a:lnTo>
                                  <a:pt x="807720" y="582168"/>
                                </a:lnTo>
                                <a:lnTo>
                                  <a:pt x="804672" y="579120"/>
                                </a:lnTo>
                                <a:lnTo>
                                  <a:pt x="801623" y="576072"/>
                                </a:lnTo>
                                <a:lnTo>
                                  <a:pt x="801623" y="573024"/>
                                </a:lnTo>
                                <a:lnTo>
                                  <a:pt x="798576" y="573024"/>
                                </a:lnTo>
                                <a:lnTo>
                                  <a:pt x="795528" y="569976"/>
                                </a:lnTo>
                                <a:lnTo>
                                  <a:pt x="795528" y="566927"/>
                                </a:lnTo>
                                <a:lnTo>
                                  <a:pt x="792479" y="563879"/>
                                </a:lnTo>
                                <a:lnTo>
                                  <a:pt x="789432" y="560831"/>
                                </a:lnTo>
                                <a:lnTo>
                                  <a:pt x="789432" y="557783"/>
                                </a:lnTo>
                                <a:lnTo>
                                  <a:pt x="786384" y="557783"/>
                                </a:lnTo>
                                <a:lnTo>
                                  <a:pt x="783335" y="554735"/>
                                </a:lnTo>
                                <a:lnTo>
                                  <a:pt x="783335" y="551687"/>
                                </a:lnTo>
                                <a:lnTo>
                                  <a:pt x="780288" y="548639"/>
                                </a:lnTo>
                                <a:lnTo>
                                  <a:pt x="777240" y="545591"/>
                                </a:lnTo>
                                <a:lnTo>
                                  <a:pt x="774191" y="542544"/>
                                </a:lnTo>
                                <a:lnTo>
                                  <a:pt x="771143" y="539496"/>
                                </a:lnTo>
                                <a:lnTo>
                                  <a:pt x="768096" y="536448"/>
                                </a:lnTo>
                                <a:lnTo>
                                  <a:pt x="765047" y="530351"/>
                                </a:lnTo>
                                <a:lnTo>
                                  <a:pt x="761999" y="527303"/>
                                </a:lnTo>
                                <a:lnTo>
                                  <a:pt x="758952" y="524255"/>
                                </a:lnTo>
                                <a:lnTo>
                                  <a:pt x="755904" y="521207"/>
                                </a:lnTo>
                                <a:lnTo>
                                  <a:pt x="752855" y="518159"/>
                                </a:lnTo>
                                <a:lnTo>
                                  <a:pt x="749808" y="515111"/>
                                </a:lnTo>
                                <a:lnTo>
                                  <a:pt x="749808" y="512063"/>
                                </a:lnTo>
                                <a:lnTo>
                                  <a:pt x="746760" y="512063"/>
                                </a:lnTo>
                                <a:lnTo>
                                  <a:pt x="743711" y="509015"/>
                                </a:lnTo>
                                <a:lnTo>
                                  <a:pt x="740664" y="505968"/>
                                </a:lnTo>
                                <a:lnTo>
                                  <a:pt x="740664" y="502920"/>
                                </a:lnTo>
                                <a:lnTo>
                                  <a:pt x="737616" y="499872"/>
                                </a:lnTo>
                                <a:lnTo>
                                  <a:pt x="731520" y="496824"/>
                                </a:lnTo>
                                <a:lnTo>
                                  <a:pt x="728472" y="493775"/>
                                </a:lnTo>
                                <a:lnTo>
                                  <a:pt x="725423" y="487679"/>
                                </a:lnTo>
                                <a:lnTo>
                                  <a:pt x="722376" y="484631"/>
                                </a:lnTo>
                                <a:lnTo>
                                  <a:pt x="719328" y="484631"/>
                                </a:lnTo>
                                <a:lnTo>
                                  <a:pt x="716279" y="478535"/>
                                </a:lnTo>
                                <a:lnTo>
                                  <a:pt x="713232" y="475487"/>
                                </a:lnTo>
                                <a:lnTo>
                                  <a:pt x="707135" y="469391"/>
                                </a:lnTo>
                                <a:lnTo>
                                  <a:pt x="704088" y="469391"/>
                                </a:lnTo>
                                <a:lnTo>
                                  <a:pt x="701040" y="466344"/>
                                </a:lnTo>
                                <a:lnTo>
                                  <a:pt x="697991" y="460248"/>
                                </a:lnTo>
                                <a:lnTo>
                                  <a:pt x="694943" y="457200"/>
                                </a:lnTo>
                                <a:lnTo>
                                  <a:pt x="688847" y="454151"/>
                                </a:lnTo>
                                <a:lnTo>
                                  <a:pt x="685799" y="451103"/>
                                </a:lnTo>
                                <a:lnTo>
                                  <a:pt x="682752" y="448055"/>
                                </a:lnTo>
                                <a:lnTo>
                                  <a:pt x="679704" y="441959"/>
                                </a:lnTo>
                                <a:lnTo>
                                  <a:pt x="676655" y="438911"/>
                                </a:lnTo>
                                <a:lnTo>
                                  <a:pt x="673608" y="438911"/>
                                </a:lnTo>
                                <a:lnTo>
                                  <a:pt x="670560" y="435863"/>
                                </a:lnTo>
                                <a:lnTo>
                                  <a:pt x="667511" y="432815"/>
                                </a:lnTo>
                                <a:lnTo>
                                  <a:pt x="661416" y="426720"/>
                                </a:lnTo>
                                <a:lnTo>
                                  <a:pt x="658367" y="426720"/>
                                </a:lnTo>
                                <a:lnTo>
                                  <a:pt x="655320" y="423672"/>
                                </a:lnTo>
                                <a:lnTo>
                                  <a:pt x="652272" y="417575"/>
                                </a:lnTo>
                                <a:lnTo>
                                  <a:pt x="649223" y="414527"/>
                                </a:lnTo>
                                <a:lnTo>
                                  <a:pt x="646176" y="411479"/>
                                </a:lnTo>
                                <a:lnTo>
                                  <a:pt x="640079" y="408431"/>
                                </a:lnTo>
                                <a:lnTo>
                                  <a:pt x="637032" y="405383"/>
                                </a:lnTo>
                                <a:lnTo>
                                  <a:pt x="633984" y="402335"/>
                                </a:lnTo>
                                <a:lnTo>
                                  <a:pt x="630935" y="399287"/>
                                </a:lnTo>
                                <a:lnTo>
                                  <a:pt x="627888" y="396239"/>
                                </a:lnTo>
                                <a:lnTo>
                                  <a:pt x="618743" y="390144"/>
                                </a:lnTo>
                                <a:lnTo>
                                  <a:pt x="615696" y="387096"/>
                                </a:lnTo>
                                <a:lnTo>
                                  <a:pt x="612647" y="384048"/>
                                </a:lnTo>
                                <a:lnTo>
                                  <a:pt x="609599" y="381000"/>
                                </a:lnTo>
                                <a:lnTo>
                                  <a:pt x="606552" y="381000"/>
                                </a:lnTo>
                                <a:lnTo>
                                  <a:pt x="597408" y="371855"/>
                                </a:lnTo>
                                <a:lnTo>
                                  <a:pt x="594360" y="368807"/>
                                </a:lnTo>
                                <a:lnTo>
                                  <a:pt x="591311" y="365759"/>
                                </a:lnTo>
                                <a:lnTo>
                                  <a:pt x="588264" y="365759"/>
                                </a:lnTo>
                                <a:lnTo>
                                  <a:pt x="585216" y="362711"/>
                                </a:lnTo>
                                <a:lnTo>
                                  <a:pt x="576072" y="353568"/>
                                </a:lnTo>
                                <a:lnTo>
                                  <a:pt x="573023" y="350520"/>
                                </a:lnTo>
                                <a:lnTo>
                                  <a:pt x="566928" y="347472"/>
                                </a:lnTo>
                                <a:lnTo>
                                  <a:pt x="563879" y="344424"/>
                                </a:lnTo>
                                <a:lnTo>
                                  <a:pt x="560832" y="341375"/>
                                </a:lnTo>
                                <a:lnTo>
                                  <a:pt x="554735" y="338327"/>
                                </a:lnTo>
                                <a:lnTo>
                                  <a:pt x="548640" y="335279"/>
                                </a:lnTo>
                                <a:lnTo>
                                  <a:pt x="542543" y="329183"/>
                                </a:lnTo>
                                <a:lnTo>
                                  <a:pt x="539496" y="326135"/>
                                </a:lnTo>
                                <a:lnTo>
                                  <a:pt x="530352" y="320039"/>
                                </a:lnTo>
                                <a:lnTo>
                                  <a:pt x="527304" y="316991"/>
                                </a:lnTo>
                                <a:lnTo>
                                  <a:pt x="521208" y="310896"/>
                                </a:lnTo>
                                <a:lnTo>
                                  <a:pt x="515111" y="307848"/>
                                </a:lnTo>
                                <a:lnTo>
                                  <a:pt x="505967" y="301751"/>
                                </a:lnTo>
                                <a:lnTo>
                                  <a:pt x="502920" y="298703"/>
                                </a:lnTo>
                                <a:lnTo>
                                  <a:pt x="499872" y="295655"/>
                                </a:lnTo>
                                <a:lnTo>
                                  <a:pt x="496823" y="292607"/>
                                </a:lnTo>
                                <a:lnTo>
                                  <a:pt x="493776" y="292607"/>
                                </a:lnTo>
                                <a:lnTo>
                                  <a:pt x="481584" y="283463"/>
                                </a:lnTo>
                                <a:lnTo>
                                  <a:pt x="478535" y="280415"/>
                                </a:lnTo>
                                <a:lnTo>
                                  <a:pt x="472440" y="277368"/>
                                </a:lnTo>
                                <a:lnTo>
                                  <a:pt x="466343" y="274320"/>
                                </a:lnTo>
                                <a:lnTo>
                                  <a:pt x="457199" y="265175"/>
                                </a:lnTo>
                                <a:lnTo>
                                  <a:pt x="454152" y="262127"/>
                                </a:lnTo>
                                <a:lnTo>
                                  <a:pt x="445008" y="259079"/>
                                </a:lnTo>
                                <a:lnTo>
                                  <a:pt x="441959" y="256031"/>
                                </a:lnTo>
                                <a:lnTo>
                                  <a:pt x="429767" y="249935"/>
                                </a:lnTo>
                                <a:lnTo>
                                  <a:pt x="426720" y="246887"/>
                                </a:lnTo>
                                <a:lnTo>
                                  <a:pt x="420623" y="240791"/>
                                </a:lnTo>
                                <a:lnTo>
                                  <a:pt x="414528" y="237744"/>
                                </a:lnTo>
                                <a:lnTo>
                                  <a:pt x="405384" y="231648"/>
                                </a:lnTo>
                                <a:lnTo>
                                  <a:pt x="399288" y="228600"/>
                                </a:lnTo>
                                <a:lnTo>
                                  <a:pt x="396240" y="225551"/>
                                </a:lnTo>
                                <a:lnTo>
                                  <a:pt x="393191" y="222503"/>
                                </a:lnTo>
                                <a:lnTo>
                                  <a:pt x="390143" y="219455"/>
                                </a:lnTo>
                                <a:lnTo>
                                  <a:pt x="377952" y="213359"/>
                                </a:lnTo>
                                <a:lnTo>
                                  <a:pt x="371856" y="210311"/>
                                </a:lnTo>
                                <a:lnTo>
                                  <a:pt x="365759" y="204215"/>
                                </a:lnTo>
                                <a:lnTo>
                                  <a:pt x="362712" y="204215"/>
                                </a:lnTo>
                                <a:lnTo>
                                  <a:pt x="356616" y="201168"/>
                                </a:lnTo>
                                <a:lnTo>
                                  <a:pt x="350519" y="195072"/>
                                </a:lnTo>
                                <a:lnTo>
                                  <a:pt x="344424" y="192024"/>
                                </a:lnTo>
                                <a:lnTo>
                                  <a:pt x="338328" y="188975"/>
                                </a:lnTo>
                                <a:lnTo>
                                  <a:pt x="332231" y="185927"/>
                                </a:lnTo>
                                <a:lnTo>
                                  <a:pt x="329184" y="182879"/>
                                </a:lnTo>
                                <a:lnTo>
                                  <a:pt x="320040" y="176783"/>
                                </a:lnTo>
                                <a:lnTo>
                                  <a:pt x="316991" y="176783"/>
                                </a:lnTo>
                                <a:lnTo>
                                  <a:pt x="307847" y="170687"/>
                                </a:lnTo>
                                <a:lnTo>
                                  <a:pt x="304800" y="167639"/>
                                </a:lnTo>
                                <a:lnTo>
                                  <a:pt x="292607" y="161544"/>
                                </a:lnTo>
                                <a:lnTo>
                                  <a:pt x="286512" y="158496"/>
                                </a:lnTo>
                                <a:lnTo>
                                  <a:pt x="283463" y="155448"/>
                                </a:lnTo>
                                <a:lnTo>
                                  <a:pt x="280416" y="152400"/>
                                </a:lnTo>
                                <a:lnTo>
                                  <a:pt x="274319" y="149351"/>
                                </a:lnTo>
                                <a:lnTo>
                                  <a:pt x="265175" y="146303"/>
                                </a:lnTo>
                                <a:lnTo>
                                  <a:pt x="262128" y="143255"/>
                                </a:lnTo>
                                <a:lnTo>
                                  <a:pt x="259079" y="140207"/>
                                </a:lnTo>
                                <a:lnTo>
                                  <a:pt x="249935" y="134111"/>
                                </a:lnTo>
                                <a:lnTo>
                                  <a:pt x="243840" y="131063"/>
                                </a:lnTo>
                                <a:lnTo>
                                  <a:pt x="240791" y="131063"/>
                                </a:lnTo>
                                <a:lnTo>
                                  <a:pt x="231647" y="124968"/>
                                </a:lnTo>
                                <a:lnTo>
                                  <a:pt x="228600" y="121920"/>
                                </a:lnTo>
                                <a:lnTo>
                                  <a:pt x="222503" y="118872"/>
                                </a:lnTo>
                                <a:lnTo>
                                  <a:pt x="219456" y="115824"/>
                                </a:lnTo>
                                <a:lnTo>
                                  <a:pt x="213359" y="115824"/>
                                </a:lnTo>
                                <a:lnTo>
                                  <a:pt x="210312" y="112775"/>
                                </a:lnTo>
                                <a:lnTo>
                                  <a:pt x="204215" y="109727"/>
                                </a:lnTo>
                                <a:lnTo>
                                  <a:pt x="201168" y="106679"/>
                                </a:lnTo>
                                <a:lnTo>
                                  <a:pt x="195072" y="103631"/>
                                </a:lnTo>
                                <a:lnTo>
                                  <a:pt x="192024" y="100583"/>
                                </a:lnTo>
                                <a:lnTo>
                                  <a:pt x="185928" y="100583"/>
                                </a:lnTo>
                                <a:lnTo>
                                  <a:pt x="182879" y="97535"/>
                                </a:lnTo>
                                <a:lnTo>
                                  <a:pt x="176784" y="94487"/>
                                </a:lnTo>
                                <a:lnTo>
                                  <a:pt x="173735" y="91439"/>
                                </a:lnTo>
                                <a:lnTo>
                                  <a:pt x="167640" y="88391"/>
                                </a:lnTo>
                                <a:lnTo>
                                  <a:pt x="164591" y="88391"/>
                                </a:lnTo>
                                <a:lnTo>
                                  <a:pt x="158496" y="85344"/>
                                </a:lnTo>
                                <a:lnTo>
                                  <a:pt x="155447" y="82296"/>
                                </a:lnTo>
                                <a:lnTo>
                                  <a:pt x="149352" y="79248"/>
                                </a:lnTo>
                                <a:lnTo>
                                  <a:pt x="146303" y="76200"/>
                                </a:lnTo>
                                <a:lnTo>
                                  <a:pt x="140207" y="73151"/>
                                </a:lnTo>
                                <a:lnTo>
                                  <a:pt x="137159" y="73151"/>
                                </a:lnTo>
                                <a:lnTo>
                                  <a:pt x="131063" y="70103"/>
                                </a:lnTo>
                                <a:lnTo>
                                  <a:pt x="128015" y="67055"/>
                                </a:lnTo>
                                <a:lnTo>
                                  <a:pt x="121919" y="64007"/>
                                </a:lnTo>
                                <a:lnTo>
                                  <a:pt x="118872" y="60959"/>
                                </a:lnTo>
                                <a:lnTo>
                                  <a:pt x="112775" y="57911"/>
                                </a:lnTo>
                                <a:lnTo>
                                  <a:pt x="103631" y="54863"/>
                                </a:lnTo>
                                <a:lnTo>
                                  <a:pt x="97535" y="51815"/>
                                </a:lnTo>
                                <a:lnTo>
                                  <a:pt x="88391" y="45720"/>
                                </a:lnTo>
                                <a:lnTo>
                                  <a:pt x="85343" y="42672"/>
                                </a:lnTo>
                                <a:lnTo>
                                  <a:pt x="79247" y="42672"/>
                                </a:lnTo>
                                <a:lnTo>
                                  <a:pt x="73152" y="39624"/>
                                </a:lnTo>
                                <a:lnTo>
                                  <a:pt x="70103" y="36575"/>
                                </a:lnTo>
                                <a:lnTo>
                                  <a:pt x="64007" y="33527"/>
                                </a:lnTo>
                                <a:lnTo>
                                  <a:pt x="60959" y="30479"/>
                                </a:lnTo>
                                <a:lnTo>
                                  <a:pt x="54863" y="27431"/>
                                </a:lnTo>
                                <a:lnTo>
                                  <a:pt x="48768" y="27431"/>
                                </a:lnTo>
                                <a:lnTo>
                                  <a:pt x="45719" y="24383"/>
                                </a:lnTo>
                                <a:lnTo>
                                  <a:pt x="39624" y="21335"/>
                                </a:lnTo>
                                <a:lnTo>
                                  <a:pt x="33528" y="18287"/>
                                </a:lnTo>
                                <a:lnTo>
                                  <a:pt x="30479" y="15239"/>
                                </a:lnTo>
                                <a:lnTo>
                                  <a:pt x="24384" y="12191"/>
                                </a:lnTo>
                                <a:lnTo>
                                  <a:pt x="21335" y="12191"/>
                                </a:lnTo>
                                <a:lnTo>
                                  <a:pt x="15240" y="9144"/>
                                </a:lnTo>
                                <a:lnTo>
                                  <a:pt x="9143" y="6096"/>
                                </a:lnTo>
                                <a:lnTo>
                                  <a:pt x="6096" y="3048"/>
                                </a:lnTo>
                                <a:lnTo>
                                  <a:pt x="0" y="0"/>
                                </a:lnTo>
                              </a:path>
                            </a:pathLst>
                          </a:custGeom>
                          <a:ln w="9142">
                            <a:solidFill>
                              <a:srgbClr val="0000FF"/>
                            </a:solidFill>
                            <a:prstDash val="solid"/>
                          </a:ln>
                        </wps:spPr>
                        <wps:bodyPr wrap="square" lIns="0" tIns="0" rIns="0" bIns="0" rtlCol="0">
                          <a:prstTxWarp prst="textNoShape">
                            <a:avLst/>
                          </a:prstTxWarp>
                          <a:noAutofit/>
                        </wps:bodyPr>
                      </wps:wsp>
                      <wps:wsp>
                        <wps:cNvPr id="2541" name="Graphic 2541"/>
                        <wps:cNvSpPr/>
                        <wps:spPr>
                          <a:xfrm>
                            <a:off x="7620" y="10667"/>
                            <a:ext cx="30480" cy="1899285"/>
                          </a:xfrm>
                          <a:custGeom>
                            <a:avLst/>
                            <a:gdLst/>
                            <a:ahLst/>
                            <a:cxnLst/>
                            <a:rect l="l" t="t" r="r" b="b"/>
                            <a:pathLst>
                              <a:path w="30480" h="1899285">
                                <a:moveTo>
                                  <a:pt x="30480" y="1898904"/>
                                </a:moveTo>
                                <a:lnTo>
                                  <a:pt x="12192" y="1892808"/>
                                </a:lnTo>
                                <a:lnTo>
                                  <a:pt x="18288" y="1874520"/>
                                </a:lnTo>
                                <a:lnTo>
                                  <a:pt x="0" y="1898904"/>
                                </a:lnTo>
                                <a:lnTo>
                                  <a:pt x="30480" y="1898904"/>
                                </a:lnTo>
                                <a:close/>
                              </a:path>
                              <a:path w="30480" h="1899285">
                                <a:moveTo>
                                  <a:pt x="30480" y="0"/>
                                </a:moveTo>
                                <a:lnTo>
                                  <a:pt x="0" y="0"/>
                                </a:lnTo>
                                <a:lnTo>
                                  <a:pt x="18288" y="24384"/>
                                </a:lnTo>
                                <a:lnTo>
                                  <a:pt x="12192" y="6096"/>
                                </a:lnTo>
                                <a:lnTo>
                                  <a:pt x="30480" y="0"/>
                                </a:lnTo>
                                <a:close/>
                              </a:path>
                            </a:pathLst>
                          </a:custGeom>
                          <a:solidFill>
                            <a:srgbClr val="0000FF"/>
                          </a:solidFill>
                        </wps:spPr>
                        <wps:bodyPr wrap="square" lIns="0" tIns="0" rIns="0" bIns="0" rtlCol="0">
                          <a:prstTxWarp prst="textNoShape">
                            <a:avLst/>
                          </a:prstTxWarp>
                          <a:noAutofit/>
                        </wps:bodyPr>
                      </wps:wsp>
                      <wps:wsp>
                        <wps:cNvPr id="2542" name="Graphic 2542"/>
                        <wps:cNvSpPr/>
                        <wps:spPr>
                          <a:xfrm>
                            <a:off x="964691" y="13716"/>
                            <a:ext cx="948055" cy="1892935"/>
                          </a:xfrm>
                          <a:custGeom>
                            <a:avLst/>
                            <a:gdLst/>
                            <a:ahLst/>
                            <a:cxnLst/>
                            <a:rect l="l" t="t" r="r" b="b"/>
                            <a:pathLst>
                              <a:path w="948055" h="1892935">
                                <a:moveTo>
                                  <a:pt x="947927" y="1892807"/>
                                </a:moveTo>
                                <a:lnTo>
                                  <a:pt x="941832" y="1889759"/>
                                </a:lnTo>
                                <a:lnTo>
                                  <a:pt x="935736" y="1886711"/>
                                </a:lnTo>
                                <a:lnTo>
                                  <a:pt x="932688" y="1883663"/>
                                </a:lnTo>
                                <a:lnTo>
                                  <a:pt x="926592" y="1880615"/>
                                </a:lnTo>
                                <a:lnTo>
                                  <a:pt x="920495" y="1880615"/>
                                </a:lnTo>
                                <a:lnTo>
                                  <a:pt x="917448" y="1877568"/>
                                </a:lnTo>
                                <a:lnTo>
                                  <a:pt x="911351" y="1874520"/>
                                </a:lnTo>
                                <a:lnTo>
                                  <a:pt x="908304" y="1871472"/>
                                </a:lnTo>
                                <a:lnTo>
                                  <a:pt x="902207" y="1868424"/>
                                </a:lnTo>
                                <a:lnTo>
                                  <a:pt x="896112" y="1865376"/>
                                </a:lnTo>
                                <a:lnTo>
                                  <a:pt x="893063" y="1865376"/>
                                </a:lnTo>
                                <a:lnTo>
                                  <a:pt x="886968" y="1862327"/>
                                </a:lnTo>
                                <a:lnTo>
                                  <a:pt x="883919" y="1859279"/>
                                </a:lnTo>
                                <a:lnTo>
                                  <a:pt x="877824" y="1856231"/>
                                </a:lnTo>
                                <a:lnTo>
                                  <a:pt x="871727" y="1853183"/>
                                </a:lnTo>
                                <a:lnTo>
                                  <a:pt x="868680" y="1850135"/>
                                </a:lnTo>
                                <a:lnTo>
                                  <a:pt x="862583" y="1850135"/>
                                </a:lnTo>
                                <a:lnTo>
                                  <a:pt x="859536" y="1847087"/>
                                </a:lnTo>
                                <a:lnTo>
                                  <a:pt x="847344" y="1840991"/>
                                </a:lnTo>
                                <a:lnTo>
                                  <a:pt x="844295" y="1837944"/>
                                </a:lnTo>
                                <a:lnTo>
                                  <a:pt x="835151" y="1834896"/>
                                </a:lnTo>
                                <a:lnTo>
                                  <a:pt x="829056" y="1831848"/>
                                </a:lnTo>
                                <a:lnTo>
                                  <a:pt x="826007" y="1828800"/>
                                </a:lnTo>
                                <a:lnTo>
                                  <a:pt x="819912" y="1825752"/>
                                </a:lnTo>
                                <a:lnTo>
                                  <a:pt x="816863" y="1822703"/>
                                </a:lnTo>
                                <a:lnTo>
                                  <a:pt x="810768" y="1822703"/>
                                </a:lnTo>
                                <a:lnTo>
                                  <a:pt x="804671" y="1819655"/>
                                </a:lnTo>
                                <a:lnTo>
                                  <a:pt x="801624" y="1816607"/>
                                </a:lnTo>
                                <a:lnTo>
                                  <a:pt x="795527" y="1813559"/>
                                </a:lnTo>
                                <a:lnTo>
                                  <a:pt x="792480" y="1810511"/>
                                </a:lnTo>
                                <a:lnTo>
                                  <a:pt x="786383" y="1807463"/>
                                </a:lnTo>
                                <a:lnTo>
                                  <a:pt x="783336" y="1807463"/>
                                </a:lnTo>
                                <a:lnTo>
                                  <a:pt x="777239" y="1804415"/>
                                </a:lnTo>
                                <a:lnTo>
                                  <a:pt x="774192" y="1801368"/>
                                </a:lnTo>
                                <a:lnTo>
                                  <a:pt x="768095" y="1798320"/>
                                </a:lnTo>
                                <a:lnTo>
                                  <a:pt x="765048" y="1795272"/>
                                </a:lnTo>
                                <a:lnTo>
                                  <a:pt x="758951" y="1792224"/>
                                </a:lnTo>
                                <a:lnTo>
                                  <a:pt x="755904" y="1792224"/>
                                </a:lnTo>
                                <a:lnTo>
                                  <a:pt x="749807" y="1789176"/>
                                </a:lnTo>
                                <a:lnTo>
                                  <a:pt x="746760" y="1786127"/>
                                </a:lnTo>
                                <a:lnTo>
                                  <a:pt x="740663" y="1783079"/>
                                </a:lnTo>
                                <a:lnTo>
                                  <a:pt x="737615" y="1780031"/>
                                </a:lnTo>
                                <a:lnTo>
                                  <a:pt x="731519" y="1776983"/>
                                </a:lnTo>
                                <a:lnTo>
                                  <a:pt x="728471" y="1776983"/>
                                </a:lnTo>
                                <a:lnTo>
                                  <a:pt x="725424" y="1773935"/>
                                </a:lnTo>
                                <a:lnTo>
                                  <a:pt x="719327" y="1770887"/>
                                </a:lnTo>
                                <a:lnTo>
                                  <a:pt x="716280" y="1767839"/>
                                </a:lnTo>
                                <a:lnTo>
                                  <a:pt x="707136" y="1761744"/>
                                </a:lnTo>
                                <a:lnTo>
                                  <a:pt x="701039" y="1761744"/>
                                </a:lnTo>
                                <a:lnTo>
                                  <a:pt x="697992" y="1758696"/>
                                </a:lnTo>
                                <a:lnTo>
                                  <a:pt x="688848" y="1752600"/>
                                </a:lnTo>
                                <a:lnTo>
                                  <a:pt x="685800" y="1749552"/>
                                </a:lnTo>
                                <a:lnTo>
                                  <a:pt x="679704" y="1749552"/>
                                </a:lnTo>
                                <a:lnTo>
                                  <a:pt x="670560" y="1743455"/>
                                </a:lnTo>
                                <a:lnTo>
                                  <a:pt x="667512" y="1740407"/>
                                </a:lnTo>
                                <a:lnTo>
                                  <a:pt x="664463" y="1737359"/>
                                </a:lnTo>
                                <a:lnTo>
                                  <a:pt x="658368" y="1734311"/>
                                </a:lnTo>
                                <a:lnTo>
                                  <a:pt x="655319" y="1734311"/>
                                </a:lnTo>
                                <a:lnTo>
                                  <a:pt x="643127" y="1725168"/>
                                </a:lnTo>
                                <a:lnTo>
                                  <a:pt x="637032" y="1722120"/>
                                </a:lnTo>
                                <a:lnTo>
                                  <a:pt x="630936" y="1719072"/>
                                </a:lnTo>
                                <a:lnTo>
                                  <a:pt x="624839" y="1716024"/>
                                </a:lnTo>
                                <a:lnTo>
                                  <a:pt x="618744" y="1709927"/>
                                </a:lnTo>
                                <a:lnTo>
                                  <a:pt x="612648" y="1706879"/>
                                </a:lnTo>
                                <a:lnTo>
                                  <a:pt x="609600" y="1703831"/>
                                </a:lnTo>
                                <a:lnTo>
                                  <a:pt x="600456" y="1700783"/>
                                </a:lnTo>
                                <a:lnTo>
                                  <a:pt x="597407" y="1697735"/>
                                </a:lnTo>
                                <a:lnTo>
                                  <a:pt x="588263" y="1691639"/>
                                </a:lnTo>
                                <a:lnTo>
                                  <a:pt x="585215" y="1688591"/>
                                </a:lnTo>
                                <a:lnTo>
                                  <a:pt x="582168" y="1688591"/>
                                </a:lnTo>
                                <a:lnTo>
                                  <a:pt x="573024" y="1682496"/>
                                </a:lnTo>
                                <a:lnTo>
                                  <a:pt x="569976" y="1679448"/>
                                </a:lnTo>
                                <a:lnTo>
                                  <a:pt x="557783" y="1673352"/>
                                </a:lnTo>
                                <a:lnTo>
                                  <a:pt x="554736" y="1670303"/>
                                </a:lnTo>
                                <a:lnTo>
                                  <a:pt x="551688" y="1667255"/>
                                </a:lnTo>
                                <a:lnTo>
                                  <a:pt x="545592" y="1664207"/>
                                </a:lnTo>
                                <a:lnTo>
                                  <a:pt x="542544" y="1661159"/>
                                </a:lnTo>
                                <a:lnTo>
                                  <a:pt x="530351" y="1655063"/>
                                </a:lnTo>
                                <a:lnTo>
                                  <a:pt x="527304" y="1652015"/>
                                </a:lnTo>
                                <a:lnTo>
                                  <a:pt x="521207" y="1645920"/>
                                </a:lnTo>
                                <a:lnTo>
                                  <a:pt x="515112" y="1645920"/>
                                </a:lnTo>
                                <a:lnTo>
                                  <a:pt x="505968" y="1636776"/>
                                </a:lnTo>
                                <a:lnTo>
                                  <a:pt x="499871" y="1633727"/>
                                </a:lnTo>
                                <a:lnTo>
                                  <a:pt x="493775" y="1630679"/>
                                </a:lnTo>
                                <a:lnTo>
                                  <a:pt x="490727" y="1627631"/>
                                </a:lnTo>
                                <a:lnTo>
                                  <a:pt x="478536" y="1618487"/>
                                </a:lnTo>
                                <a:lnTo>
                                  <a:pt x="475488" y="1615439"/>
                                </a:lnTo>
                                <a:lnTo>
                                  <a:pt x="469392" y="1612391"/>
                                </a:lnTo>
                                <a:lnTo>
                                  <a:pt x="466344" y="1609344"/>
                                </a:lnTo>
                                <a:lnTo>
                                  <a:pt x="454151" y="1600200"/>
                                </a:lnTo>
                                <a:lnTo>
                                  <a:pt x="451104" y="1600200"/>
                                </a:lnTo>
                                <a:lnTo>
                                  <a:pt x="448056" y="1597152"/>
                                </a:lnTo>
                                <a:lnTo>
                                  <a:pt x="445007" y="1594103"/>
                                </a:lnTo>
                                <a:lnTo>
                                  <a:pt x="441960" y="1591055"/>
                                </a:lnTo>
                                <a:lnTo>
                                  <a:pt x="429768" y="1584959"/>
                                </a:lnTo>
                                <a:lnTo>
                                  <a:pt x="426719" y="1581911"/>
                                </a:lnTo>
                                <a:lnTo>
                                  <a:pt x="420624" y="1575815"/>
                                </a:lnTo>
                                <a:lnTo>
                                  <a:pt x="417575" y="1572768"/>
                                </a:lnTo>
                                <a:lnTo>
                                  <a:pt x="405383" y="1566672"/>
                                </a:lnTo>
                                <a:lnTo>
                                  <a:pt x="402336" y="1563624"/>
                                </a:lnTo>
                                <a:lnTo>
                                  <a:pt x="396239" y="1557527"/>
                                </a:lnTo>
                                <a:lnTo>
                                  <a:pt x="393192" y="1557527"/>
                                </a:lnTo>
                                <a:lnTo>
                                  <a:pt x="387095" y="1551431"/>
                                </a:lnTo>
                                <a:lnTo>
                                  <a:pt x="384048" y="1548383"/>
                                </a:lnTo>
                                <a:lnTo>
                                  <a:pt x="381000" y="1545335"/>
                                </a:lnTo>
                                <a:lnTo>
                                  <a:pt x="374904" y="1542287"/>
                                </a:lnTo>
                                <a:lnTo>
                                  <a:pt x="371856" y="1539239"/>
                                </a:lnTo>
                                <a:lnTo>
                                  <a:pt x="362712" y="1530096"/>
                                </a:lnTo>
                                <a:lnTo>
                                  <a:pt x="359663" y="1527048"/>
                                </a:lnTo>
                                <a:lnTo>
                                  <a:pt x="356615" y="1527048"/>
                                </a:lnTo>
                                <a:lnTo>
                                  <a:pt x="353568" y="1524000"/>
                                </a:lnTo>
                                <a:lnTo>
                                  <a:pt x="350519" y="1520952"/>
                                </a:lnTo>
                                <a:lnTo>
                                  <a:pt x="341375" y="1511807"/>
                                </a:lnTo>
                                <a:lnTo>
                                  <a:pt x="338327" y="1511807"/>
                                </a:lnTo>
                                <a:lnTo>
                                  <a:pt x="335280" y="1508759"/>
                                </a:lnTo>
                                <a:lnTo>
                                  <a:pt x="332231" y="1505711"/>
                                </a:lnTo>
                                <a:lnTo>
                                  <a:pt x="329183" y="1502663"/>
                                </a:lnTo>
                                <a:lnTo>
                                  <a:pt x="320039" y="1496568"/>
                                </a:lnTo>
                                <a:lnTo>
                                  <a:pt x="316992" y="1493520"/>
                                </a:lnTo>
                                <a:lnTo>
                                  <a:pt x="313944" y="1490472"/>
                                </a:lnTo>
                                <a:lnTo>
                                  <a:pt x="310895" y="1487424"/>
                                </a:lnTo>
                                <a:lnTo>
                                  <a:pt x="307848" y="1484376"/>
                                </a:lnTo>
                                <a:lnTo>
                                  <a:pt x="301751" y="1481327"/>
                                </a:lnTo>
                                <a:lnTo>
                                  <a:pt x="298704" y="1478279"/>
                                </a:lnTo>
                                <a:lnTo>
                                  <a:pt x="295656" y="1475231"/>
                                </a:lnTo>
                                <a:lnTo>
                                  <a:pt x="289560" y="1469135"/>
                                </a:lnTo>
                                <a:lnTo>
                                  <a:pt x="286512" y="1469135"/>
                                </a:lnTo>
                                <a:lnTo>
                                  <a:pt x="283463" y="1466087"/>
                                </a:lnTo>
                                <a:lnTo>
                                  <a:pt x="280415" y="1459991"/>
                                </a:lnTo>
                                <a:lnTo>
                                  <a:pt x="277368" y="1456944"/>
                                </a:lnTo>
                                <a:lnTo>
                                  <a:pt x="274319" y="1453896"/>
                                </a:lnTo>
                                <a:lnTo>
                                  <a:pt x="271271" y="1453896"/>
                                </a:lnTo>
                                <a:lnTo>
                                  <a:pt x="268224" y="1450848"/>
                                </a:lnTo>
                                <a:lnTo>
                                  <a:pt x="262127" y="1444752"/>
                                </a:lnTo>
                                <a:lnTo>
                                  <a:pt x="259080" y="1441703"/>
                                </a:lnTo>
                                <a:lnTo>
                                  <a:pt x="259080" y="1438655"/>
                                </a:lnTo>
                                <a:lnTo>
                                  <a:pt x="252983" y="1435607"/>
                                </a:lnTo>
                                <a:lnTo>
                                  <a:pt x="249936" y="1432559"/>
                                </a:lnTo>
                                <a:lnTo>
                                  <a:pt x="243839" y="1426463"/>
                                </a:lnTo>
                                <a:lnTo>
                                  <a:pt x="240792" y="1423415"/>
                                </a:lnTo>
                                <a:lnTo>
                                  <a:pt x="234695" y="1417320"/>
                                </a:lnTo>
                                <a:lnTo>
                                  <a:pt x="231648" y="1414272"/>
                                </a:lnTo>
                                <a:lnTo>
                                  <a:pt x="225551" y="1411224"/>
                                </a:lnTo>
                                <a:lnTo>
                                  <a:pt x="225551" y="1408176"/>
                                </a:lnTo>
                                <a:lnTo>
                                  <a:pt x="222504" y="1405127"/>
                                </a:lnTo>
                                <a:lnTo>
                                  <a:pt x="216407" y="1399031"/>
                                </a:lnTo>
                                <a:lnTo>
                                  <a:pt x="213360" y="1395983"/>
                                </a:lnTo>
                                <a:lnTo>
                                  <a:pt x="210312" y="1392935"/>
                                </a:lnTo>
                                <a:lnTo>
                                  <a:pt x="207263" y="1389887"/>
                                </a:lnTo>
                                <a:lnTo>
                                  <a:pt x="204215" y="1386839"/>
                                </a:lnTo>
                                <a:lnTo>
                                  <a:pt x="204215" y="1383791"/>
                                </a:lnTo>
                                <a:lnTo>
                                  <a:pt x="201168" y="1380744"/>
                                </a:lnTo>
                                <a:lnTo>
                                  <a:pt x="198119" y="1380744"/>
                                </a:lnTo>
                                <a:lnTo>
                                  <a:pt x="195071" y="1377696"/>
                                </a:lnTo>
                                <a:lnTo>
                                  <a:pt x="195071" y="1374648"/>
                                </a:lnTo>
                                <a:lnTo>
                                  <a:pt x="192024" y="1371600"/>
                                </a:lnTo>
                                <a:lnTo>
                                  <a:pt x="188975" y="1368552"/>
                                </a:lnTo>
                                <a:lnTo>
                                  <a:pt x="185927" y="1365503"/>
                                </a:lnTo>
                                <a:lnTo>
                                  <a:pt x="182880" y="1362455"/>
                                </a:lnTo>
                                <a:lnTo>
                                  <a:pt x="176783" y="1356359"/>
                                </a:lnTo>
                                <a:lnTo>
                                  <a:pt x="176783" y="1353311"/>
                                </a:lnTo>
                                <a:lnTo>
                                  <a:pt x="173736" y="1350263"/>
                                </a:lnTo>
                                <a:lnTo>
                                  <a:pt x="170687" y="1350263"/>
                                </a:lnTo>
                                <a:lnTo>
                                  <a:pt x="170687" y="1347215"/>
                                </a:lnTo>
                                <a:lnTo>
                                  <a:pt x="167639" y="1344168"/>
                                </a:lnTo>
                                <a:lnTo>
                                  <a:pt x="164592" y="1341120"/>
                                </a:lnTo>
                                <a:lnTo>
                                  <a:pt x="161544" y="1338072"/>
                                </a:lnTo>
                                <a:lnTo>
                                  <a:pt x="158495" y="1335024"/>
                                </a:lnTo>
                                <a:lnTo>
                                  <a:pt x="155448" y="1331976"/>
                                </a:lnTo>
                                <a:lnTo>
                                  <a:pt x="155448" y="1328927"/>
                                </a:lnTo>
                                <a:lnTo>
                                  <a:pt x="152400" y="1325879"/>
                                </a:lnTo>
                                <a:lnTo>
                                  <a:pt x="149351" y="1322831"/>
                                </a:lnTo>
                                <a:lnTo>
                                  <a:pt x="146304" y="1319783"/>
                                </a:lnTo>
                                <a:lnTo>
                                  <a:pt x="143256" y="1316735"/>
                                </a:lnTo>
                                <a:lnTo>
                                  <a:pt x="143256" y="1313687"/>
                                </a:lnTo>
                                <a:lnTo>
                                  <a:pt x="140207" y="1310639"/>
                                </a:lnTo>
                                <a:lnTo>
                                  <a:pt x="137160" y="1307591"/>
                                </a:lnTo>
                                <a:lnTo>
                                  <a:pt x="134112" y="1304544"/>
                                </a:lnTo>
                                <a:lnTo>
                                  <a:pt x="134112" y="1301496"/>
                                </a:lnTo>
                                <a:lnTo>
                                  <a:pt x="131063" y="1298448"/>
                                </a:lnTo>
                                <a:lnTo>
                                  <a:pt x="128015" y="1295400"/>
                                </a:lnTo>
                                <a:lnTo>
                                  <a:pt x="128015" y="1292352"/>
                                </a:lnTo>
                                <a:lnTo>
                                  <a:pt x="124968" y="1292352"/>
                                </a:lnTo>
                                <a:lnTo>
                                  <a:pt x="124968" y="1289303"/>
                                </a:lnTo>
                                <a:lnTo>
                                  <a:pt x="121919" y="1286255"/>
                                </a:lnTo>
                                <a:lnTo>
                                  <a:pt x="118871" y="1283207"/>
                                </a:lnTo>
                                <a:lnTo>
                                  <a:pt x="118871" y="1280159"/>
                                </a:lnTo>
                                <a:lnTo>
                                  <a:pt x="115824" y="1277111"/>
                                </a:lnTo>
                                <a:lnTo>
                                  <a:pt x="112775" y="1274063"/>
                                </a:lnTo>
                                <a:lnTo>
                                  <a:pt x="109727" y="1271015"/>
                                </a:lnTo>
                                <a:lnTo>
                                  <a:pt x="109727" y="1267968"/>
                                </a:lnTo>
                                <a:lnTo>
                                  <a:pt x="106680" y="1264920"/>
                                </a:lnTo>
                                <a:lnTo>
                                  <a:pt x="106680" y="1261872"/>
                                </a:lnTo>
                                <a:lnTo>
                                  <a:pt x="103631" y="1261872"/>
                                </a:lnTo>
                                <a:lnTo>
                                  <a:pt x="103631" y="1258824"/>
                                </a:lnTo>
                                <a:lnTo>
                                  <a:pt x="100583" y="1255776"/>
                                </a:lnTo>
                                <a:lnTo>
                                  <a:pt x="100583" y="1252727"/>
                                </a:lnTo>
                                <a:lnTo>
                                  <a:pt x="97536" y="1249679"/>
                                </a:lnTo>
                                <a:lnTo>
                                  <a:pt x="94487" y="1249679"/>
                                </a:lnTo>
                                <a:lnTo>
                                  <a:pt x="94487" y="1246631"/>
                                </a:lnTo>
                                <a:lnTo>
                                  <a:pt x="91439" y="1243583"/>
                                </a:lnTo>
                                <a:lnTo>
                                  <a:pt x="91439" y="1240535"/>
                                </a:lnTo>
                                <a:lnTo>
                                  <a:pt x="88392" y="1237487"/>
                                </a:lnTo>
                                <a:lnTo>
                                  <a:pt x="85343" y="1234439"/>
                                </a:lnTo>
                                <a:lnTo>
                                  <a:pt x="85343" y="1231391"/>
                                </a:lnTo>
                                <a:lnTo>
                                  <a:pt x="82295" y="1228344"/>
                                </a:lnTo>
                                <a:lnTo>
                                  <a:pt x="82295" y="1225296"/>
                                </a:lnTo>
                                <a:lnTo>
                                  <a:pt x="79248" y="1222248"/>
                                </a:lnTo>
                                <a:lnTo>
                                  <a:pt x="79248" y="1219200"/>
                                </a:lnTo>
                                <a:lnTo>
                                  <a:pt x="76200" y="1216152"/>
                                </a:lnTo>
                                <a:lnTo>
                                  <a:pt x="73151" y="1213103"/>
                                </a:lnTo>
                                <a:lnTo>
                                  <a:pt x="73151" y="1210055"/>
                                </a:lnTo>
                                <a:lnTo>
                                  <a:pt x="73151" y="1207007"/>
                                </a:lnTo>
                                <a:lnTo>
                                  <a:pt x="70104" y="1203959"/>
                                </a:lnTo>
                                <a:lnTo>
                                  <a:pt x="67056" y="1200911"/>
                                </a:lnTo>
                                <a:lnTo>
                                  <a:pt x="64007" y="1194815"/>
                                </a:lnTo>
                                <a:lnTo>
                                  <a:pt x="64007" y="1191768"/>
                                </a:lnTo>
                                <a:lnTo>
                                  <a:pt x="60960" y="1188720"/>
                                </a:lnTo>
                                <a:lnTo>
                                  <a:pt x="60960" y="1185672"/>
                                </a:lnTo>
                                <a:lnTo>
                                  <a:pt x="57912" y="1182624"/>
                                </a:lnTo>
                                <a:lnTo>
                                  <a:pt x="57912" y="1179576"/>
                                </a:lnTo>
                                <a:lnTo>
                                  <a:pt x="54863" y="1176527"/>
                                </a:lnTo>
                                <a:lnTo>
                                  <a:pt x="54863" y="1173479"/>
                                </a:lnTo>
                                <a:lnTo>
                                  <a:pt x="51815" y="1170431"/>
                                </a:lnTo>
                                <a:lnTo>
                                  <a:pt x="51815" y="1167383"/>
                                </a:lnTo>
                                <a:lnTo>
                                  <a:pt x="48768" y="1164335"/>
                                </a:lnTo>
                                <a:lnTo>
                                  <a:pt x="48768" y="1161287"/>
                                </a:lnTo>
                                <a:lnTo>
                                  <a:pt x="45719" y="1158239"/>
                                </a:lnTo>
                                <a:lnTo>
                                  <a:pt x="45719" y="1152144"/>
                                </a:lnTo>
                                <a:lnTo>
                                  <a:pt x="42671" y="1149096"/>
                                </a:lnTo>
                                <a:lnTo>
                                  <a:pt x="39624" y="1146048"/>
                                </a:lnTo>
                                <a:lnTo>
                                  <a:pt x="39624" y="1143000"/>
                                </a:lnTo>
                                <a:lnTo>
                                  <a:pt x="39624" y="1139952"/>
                                </a:lnTo>
                                <a:lnTo>
                                  <a:pt x="36575" y="1133855"/>
                                </a:lnTo>
                                <a:lnTo>
                                  <a:pt x="36575" y="1130807"/>
                                </a:lnTo>
                                <a:lnTo>
                                  <a:pt x="33527" y="1127759"/>
                                </a:lnTo>
                                <a:lnTo>
                                  <a:pt x="33527" y="1124711"/>
                                </a:lnTo>
                                <a:lnTo>
                                  <a:pt x="33527" y="1121663"/>
                                </a:lnTo>
                                <a:lnTo>
                                  <a:pt x="30480" y="1115568"/>
                                </a:lnTo>
                                <a:lnTo>
                                  <a:pt x="27431" y="1106424"/>
                                </a:lnTo>
                                <a:lnTo>
                                  <a:pt x="24383" y="1103376"/>
                                </a:lnTo>
                                <a:lnTo>
                                  <a:pt x="24383" y="1100327"/>
                                </a:lnTo>
                                <a:lnTo>
                                  <a:pt x="24383" y="1097279"/>
                                </a:lnTo>
                                <a:lnTo>
                                  <a:pt x="21336" y="1094231"/>
                                </a:lnTo>
                                <a:lnTo>
                                  <a:pt x="21336" y="1091183"/>
                                </a:lnTo>
                                <a:lnTo>
                                  <a:pt x="21336" y="1088135"/>
                                </a:lnTo>
                                <a:lnTo>
                                  <a:pt x="18287" y="1085087"/>
                                </a:lnTo>
                                <a:lnTo>
                                  <a:pt x="18287" y="1082039"/>
                                </a:lnTo>
                                <a:lnTo>
                                  <a:pt x="18287" y="1078991"/>
                                </a:lnTo>
                                <a:lnTo>
                                  <a:pt x="15239" y="1072896"/>
                                </a:lnTo>
                                <a:lnTo>
                                  <a:pt x="15239" y="1069848"/>
                                </a:lnTo>
                                <a:lnTo>
                                  <a:pt x="15239" y="1063752"/>
                                </a:lnTo>
                                <a:lnTo>
                                  <a:pt x="12192" y="1060703"/>
                                </a:lnTo>
                                <a:lnTo>
                                  <a:pt x="12192" y="1057655"/>
                                </a:lnTo>
                                <a:lnTo>
                                  <a:pt x="12192" y="1054607"/>
                                </a:lnTo>
                                <a:lnTo>
                                  <a:pt x="12192" y="1051559"/>
                                </a:lnTo>
                                <a:lnTo>
                                  <a:pt x="9143" y="1045463"/>
                                </a:lnTo>
                                <a:lnTo>
                                  <a:pt x="9143" y="1042415"/>
                                </a:lnTo>
                                <a:lnTo>
                                  <a:pt x="9143" y="1039368"/>
                                </a:lnTo>
                                <a:lnTo>
                                  <a:pt x="9143" y="1036320"/>
                                </a:lnTo>
                                <a:lnTo>
                                  <a:pt x="6095" y="1033272"/>
                                </a:lnTo>
                                <a:lnTo>
                                  <a:pt x="6095" y="1027176"/>
                                </a:lnTo>
                                <a:lnTo>
                                  <a:pt x="6095" y="1018031"/>
                                </a:lnTo>
                                <a:lnTo>
                                  <a:pt x="6095" y="1014983"/>
                                </a:lnTo>
                                <a:lnTo>
                                  <a:pt x="3048" y="1011935"/>
                                </a:lnTo>
                                <a:lnTo>
                                  <a:pt x="3048" y="990600"/>
                                </a:lnTo>
                                <a:lnTo>
                                  <a:pt x="0" y="987551"/>
                                </a:lnTo>
                                <a:lnTo>
                                  <a:pt x="0" y="905255"/>
                                </a:lnTo>
                                <a:lnTo>
                                  <a:pt x="3048" y="902207"/>
                                </a:lnTo>
                                <a:lnTo>
                                  <a:pt x="3048" y="880872"/>
                                </a:lnTo>
                                <a:lnTo>
                                  <a:pt x="6095" y="877824"/>
                                </a:lnTo>
                                <a:lnTo>
                                  <a:pt x="6095" y="874776"/>
                                </a:lnTo>
                                <a:lnTo>
                                  <a:pt x="6095" y="865631"/>
                                </a:lnTo>
                                <a:lnTo>
                                  <a:pt x="6095" y="859535"/>
                                </a:lnTo>
                                <a:lnTo>
                                  <a:pt x="9143" y="856487"/>
                                </a:lnTo>
                                <a:lnTo>
                                  <a:pt x="9143" y="853439"/>
                                </a:lnTo>
                                <a:lnTo>
                                  <a:pt x="9143" y="850391"/>
                                </a:lnTo>
                                <a:lnTo>
                                  <a:pt x="9143" y="847344"/>
                                </a:lnTo>
                                <a:lnTo>
                                  <a:pt x="12192" y="841248"/>
                                </a:lnTo>
                                <a:lnTo>
                                  <a:pt x="12192" y="838200"/>
                                </a:lnTo>
                                <a:lnTo>
                                  <a:pt x="12192" y="832103"/>
                                </a:lnTo>
                                <a:lnTo>
                                  <a:pt x="15239" y="829055"/>
                                </a:lnTo>
                                <a:lnTo>
                                  <a:pt x="15239" y="822959"/>
                                </a:lnTo>
                                <a:lnTo>
                                  <a:pt x="18287" y="813815"/>
                                </a:lnTo>
                                <a:lnTo>
                                  <a:pt x="18287" y="810768"/>
                                </a:lnTo>
                                <a:lnTo>
                                  <a:pt x="18287" y="807720"/>
                                </a:lnTo>
                                <a:lnTo>
                                  <a:pt x="21336" y="807720"/>
                                </a:lnTo>
                                <a:lnTo>
                                  <a:pt x="21336" y="804672"/>
                                </a:lnTo>
                                <a:lnTo>
                                  <a:pt x="21336" y="801624"/>
                                </a:lnTo>
                                <a:lnTo>
                                  <a:pt x="21336" y="798576"/>
                                </a:lnTo>
                                <a:lnTo>
                                  <a:pt x="24383" y="795527"/>
                                </a:lnTo>
                                <a:lnTo>
                                  <a:pt x="24383" y="792479"/>
                                </a:lnTo>
                                <a:lnTo>
                                  <a:pt x="24383" y="789431"/>
                                </a:lnTo>
                                <a:lnTo>
                                  <a:pt x="27431" y="786383"/>
                                </a:lnTo>
                                <a:lnTo>
                                  <a:pt x="30480" y="777239"/>
                                </a:lnTo>
                                <a:lnTo>
                                  <a:pt x="33527" y="771144"/>
                                </a:lnTo>
                                <a:lnTo>
                                  <a:pt x="33527" y="768096"/>
                                </a:lnTo>
                                <a:lnTo>
                                  <a:pt x="33527" y="765048"/>
                                </a:lnTo>
                                <a:lnTo>
                                  <a:pt x="36575" y="762000"/>
                                </a:lnTo>
                                <a:lnTo>
                                  <a:pt x="36575" y="758951"/>
                                </a:lnTo>
                                <a:lnTo>
                                  <a:pt x="39624" y="752855"/>
                                </a:lnTo>
                                <a:lnTo>
                                  <a:pt x="39624" y="749807"/>
                                </a:lnTo>
                                <a:lnTo>
                                  <a:pt x="42671" y="743711"/>
                                </a:lnTo>
                                <a:lnTo>
                                  <a:pt x="45719" y="740663"/>
                                </a:lnTo>
                                <a:lnTo>
                                  <a:pt x="45719" y="734568"/>
                                </a:lnTo>
                                <a:lnTo>
                                  <a:pt x="48768" y="734568"/>
                                </a:lnTo>
                                <a:lnTo>
                                  <a:pt x="48768" y="728472"/>
                                </a:lnTo>
                                <a:lnTo>
                                  <a:pt x="51815" y="725424"/>
                                </a:lnTo>
                                <a:lnTo>
                                  <a:pt x="51815" y="722376"/>
                                </a:lnTo>
                                <a:lnTo>
                                  <a:pt x="54863" y="719327"/>
                                </a:lnTo>
                                <a:lnTo>
                                  <a:pt x="54863" y="716279"/>
                                </a:lnTo>
                                <a:lnTo>
                                  <a:pt x="57912" y="713231"/>
                                </a:lnTo>
                                <a:lnTo>
                                  <a:pt x="57912" y="710183"/>
                                </a:lnTo>
                                <a:lnTo>
                                  <a:pt x="60960" y="707135"/>
                                </a:lnTo>
                                <a:lnTo>
                                  <a:pt x="60960" y="704087"/>
                                </a:lnTo>
                                <a:lnTo>
                                  <a:pt x="64007" y="701039"/>
                                </a:lnTo>
                                <a:lnTo>
                                  <a:pt x="64007" y="697991"/>
                                </a:lnTo>
                                <a:lnTo>
                                  <a:pt x="67056" y="691896"/>
                                </a:lnTo>
                                <a:lnTo>
                                  <a:pt x="70104" y="688848"/>
                                </a:lnTo>
                                <a:lnTo>
                                  <a:pt x="73151" y="685800"/>
                                </a:lnTo>
                                <a:lnTo>
                                  <a:pt x="73151" y="682751"/>
                                </a:lnTo>
                                <a:lnTo>
                                  <a:pt x="73151" y="679703"/>
                                </a:lnTo>
                                <a:lnTo>
                                  <a:pt x="76200" y="676655"/>
                                </a:lnTo>
                                <a:lnTo>
                                  <a:pt x="79248" y="673607"/>
                                </a:lnTo>
                                <a:lnTo>
                                  <a:pt x="79248" y="670559"/>
                                </a:lnTo>
                                <a:lnTo>
                                  <a:pt x="82295" y="667511"/>
                                </a:lnTo>
                                <a:lnTo>
                                  <a:pt x="82295" y="664463"/>
                                </a:lnTo>
                                <a:lnTo>
                                  <a:pt x="85343" y="661415"/>
                                </a:lnTo>
                                <a:lnTo>
                                  <a:pt x="88392" y="655320"/>
                                </a:lnTo>
                                <a:lnTo>
                                  <a:pt x="91439" y="652272"/>
                                </a:lnTo>
                                <a:lnTo>
                                  <a:pt x="91439" y="649224"/>
                                </a:lnTo>
                                <a:lnTo>
                                  <a:pt x="94487" y="646176"/>
                                </a:lnTo>
                                <a:lnTo>
                                  <a:pt x="97536" y="643127"/>
                                </a:lnTo>
                                <a:lnTo>
                                  <a:pt x="100583" y="640079"/>
                                </a:lnTo>
                                <a:lnTo>
                                  <a:pt x="100583" y="637031"/>
                                </a:lnTo>
                                <a:lnTo>
                                  <a:pt x="103631" y="633983"/>
                                </a:lnTo>
                                <a:lnTo>
                                  <a:pt x="103631" y="630935"/>
                                </a:lnTo>
                                <a:lnTo>
                                  <a:pt x="106680" y="630935"/>
                                </a:lnTo>
                                <a:lnTo>
                                  <a:pt x="106680" y="627887"/>
                                </a:lnTo>
                                <a:lnTo>
                                  <a:pt x="109727" y="624839"/>
                                </a:lnTo>
                                <a:lnTo>
                                  <a:pt x="109727" y="621791"/>
                                </a:lnTo>
                                <a:lnTo>
                                  <a:pt x="112775" y="618744"/>
                                </a:lnTo>
                                <a:lnTo>
                                  <a:pt x="115824" y="615696"/>
                                </a:lnTo>
                                <a:lnTo>
                                  <a:pt x="118871" y="612648"/>
                                </a:lnTo>
                                <a:lnTo>
                                  <a:pt x="118871" y="609600"/>
                                </a:lnTo>
                                <a:lnTo>
                                  <a:pt x="121919" y="606551"/>
                                </a:lnTo>
                                <a:lnTo>
                                  <a:pt x="124968" y="603503"/>
                                </a:lnTo>
                                <a:lnTo>
                                  <a:pt x="124968" y="600455"/>
                                </a:lnTo>
                                <a:lnTo>
                                  <a:pt x="128015" y="600455"/>
                                </a:lnTo>
                              </a:path>
                              <a:path w="948055" h="1892935">
                                <a:moveTo>
                                  <a:pt x="128015" y="600455"/>
                                </a:moveTo>
                                <a:lnTo>
                                  <a:pt x="128015" y="597407"/>
                                </a:lnTo>
                                <a:lnTo>
                                  <a:pt x="131063" y="594359"/>
                                </a:lnTo>
                                <a:lnTo>
                                  <a:pt x="134112" y="591311"/>
                                </a:lnTo>
                                <a:lnTo>
                                  <a:pt x="134112" y="588263"/>
                                </a:lnTo>
                                <a:lnTo>
                                  <a:pt x="137160" y="588263"/>
                                </a:lnTo>
                                <a:lnTo>
                                  <a:pt x="137160" y="585215"/>
                                </a:lnTo>
                                <a:lnTo>
                                  <a:pt x="140207" y="582168"/>
                                </a:lnTo>
                                <a:lnTo>
                                  <a:pt x="143256" y="579120"/>
                                </a:lnTo>
                                <a:lnTo>
                                  <a:pt x="143256" y="576072"/>
                                </a:lnTo>
                                <a:lnTo>
                                  <a:pt x="146304" y="573024"/>
                                </a:lnTo>
                                <a:lnTo>
                                  <a:pt x="149351" y="573024"/>
                                </a:lnTo>
                                <a:lnTo>
                                  <a:pt x="149351" y="569976"/>
                                </a:lnTo>
                                <a:lnTo>
                                  <a:pt x="152400" y="566927"/>
                                </a:lnTo>
                                <a:lnTo>
                                  <a:pt x="155448" y="563879"/>
                                </a:lnTo>
                                <a:lnTo>
                                  <a:pt x="155448" y="560831"/>
                                </a:lnTo>
                                <a:lnTo>
                                  <a:pt x="158495" y="557783"/>
                                </a:lnTo>
                                <a:lnTo>
                                  <a:pt x="161544" y="557783"/>
                                </a:lnTo>
                                <a:lnTo>
                                  <a:pt x="161544" y="554735"/>
                                </a:lnTo>
                                <a:lnTo>
                                  <a:pt x="164592" y="551687"/>
                                </a:lnTo>
                                <a:lnTo>
                                  <a:pt x="167639" y="548639"/>
                                </a:lnTo>
                                <a:lnTo>
                                  <a:pt x="170687" y="545591"/>
                                </a:lnTo>
                                <a:lnTo>
                                  <a:pt x="170687" y="542544"/>
                                </a:lnTo>
                                <a:lnTo>
                                  <a:pt x="173736" y="542544"/>
                                </a:lnTo>
                                <a:lnTo>
                                  <a:pt x="176783" y="539496"/>
                                </a:lnTo>
                                <a:lnTo>
                                  <a:pt x="176783" y="536448"/>
                                </a:lnTo>
                                <a:lnTo>
                                  <a:pt x="182880" y="530351"/>
                                </a:lnTo>
                                <a:lnTo>
                                  <a:pt x="185927" y="527303"/>
                                </a:lnTo>
                                <a:lnTo>
                                  <a:pt x="188975" y="524255"/>
                                </a:lnTo>
                                <a:lnTo>
                                  <a:pt x="192024" y="521207"/>
                                </a:lnTo>
                                <a:lnTo>
                                  <a:pt x="195071" y="518159"/>
                                </a:lnTo>
                                <a:lnTo>
                                  <a:pt x="195071" y="515111"/>
                                </a:lnTo>
                                <a:lnTo>
                                  <a:pt x="198119" y="512063"/>
                                </a:lnTo>
                                <a:lnTo>
                                  <a:pt x="201168" y="512063"/>
                                </a:lnTo>
                                <a:lnTo>
                                  <a:pt x="204215" y="509015"/>
                                </a:lnTo>
                                <a:lnTo>
                                  <a:pt x="204215" y="505968"/>
                                </a:lnTo>
                                <a:lnTo>
                                  <a:pt x="207263" y="502920"/>
                                </a:lnTo>
                                <a:lnTo>
                                  <a:pt x="210312" y="499872"/>
                                </a:lnTo>
                                <a:lnTo>
                                  <a:pt x="213360" y="496824"/>
                                </a:lnTo>
                                <a:lnTo>
                                  <a:pt x="216407" y="493775"/>
                                </a:lnTo>
                                <a:lnTo>
                                  <a:pt x="222504" y="487679"/>
                                </a:lnTo>
                                <a:lnTo>
                                  <a:pt x="225551" y="484631"/>
                                </a:lnTo>
                                <a:lnTo>
                                  <a:pt x="231648" y="478535"/>
                                </a:lnTo>
                                <a:lnTo>
                                  <a:pt x="234695" y="475487"/>
                                </a:lnTo>
                                <a:lnTo>
                                  <a:pt x="240792" y="469391"/>
                                </a:lnTo>
                                <a:lnTo>
                                  <a:pt x="243839" y="466344"/>
                                </a:lnTo>
                                <a:lnTo>
                                  <a:pt x="249936" y="460248"/>
                                </a:lnTo>
                                <a:lnTo>
                                  <a:pt x="252983" y="457200"/>
                                </a:lnTo>
                                <a:lnTo>
                                  <a:pt x="259080" y="454151"/>
                                </a:lnTo>
                                <a:lnTo>
                                  <a:pt x="259080" y="451103"/>
                                </a:lnTo>
                                <a:lnTo>
                                  <a:pt x="262127" y="448055"/>
                                </a:lnTo>
                                <a:lnTo>
                                  <a:pt x="268224" y="441959"/>
                                </a:lnTo>
                                <a:lnTo>
                                  <a:pt x="271271" y="438911"/>
                                </a:lnTo>
                                <a:lnTo>
                                  <a:pt x="274319" y="438911"/>
                                </a:lnTo>
                                <a:lnTo>
                                  <a:pt x="277368" y="435863"/>
                                </a:lnTo>
                                <a:lnTo>
                                  <a:pt x="280415" y="432815"/>
                                </a:lnTo>
                                <a:lnTo>
                                  <a:pt x="283463" y="426720"/>
                                </a:lnTo>
                                <a:lnTo>
                                  <a:pt x="286512" y="426720"/>
                                </a:lnTo>
                                <a:lnTo>
                                  <a:pt x="289560" y="423672"/>
                                </a:lnTo>
                                <a:lnTo>
                                  <a:pt x="295656" y="417575"/>
                                </a:lnTo>
                                <a:lnTo>
                                  <a:pt x="298704" y="414527"/>
                                </a:lnTo>
                                <a:lnTo>
                                  <a:pt x="301751" y="411479"/>
                                </a:lnTo>
                                <a:lnTo>
                                  <a:pt x="307848" y="408431"/>
                                </a:lnTo>
                                <a:lnTo>
                                  <a:pt x="310895" y="405383"/>
                                </a:lnTo>
                                <a:lnTo>
                                  <a:pt x="313944" y="402335"/>
                                </a:lnTo>
                                <a:lnTo>
                                  <a:pt x="316992" y="399287"/>
                                </a:lnTo>
                                <a:lnTo>
                                  <a:pt x="320039" y="396239"/>
                                </a:lnTo>
                                <a:lnTo>
                                  <a:pt x="329183" y="390144"/>
                                </a:lnTo>
                                <a:lnTo>
                                  <a:pt x="332231" y="387096"/>
                                </a:lnTo>
                                <a:lnTo>
                                  <a:pt x="335280" y="384048"/>
                                </a:lnTo>
                                <a:lnTo>
                                  <a:pt x="338327" y="381000"/>
                                </a:lnTo>
                                <a:lnTo>
                                  <a:pt x="341375" y="381000"/>
                                </a:lnTo>
                                <a:lnTo>
                                  <a:pt x="350519" y="371855"/>
                                </a:lnTo>
                                <a:lnTo>
                                  <a:pt x="353568" y="368807"/>
                                </a:lnTo>
                                <a:lnTo>
                                  <a:pt x="356615" y="365759"/>
                                </a:lnTo>
                                <a:lnTo>
                                  <a:pt x="359663" y="365759"/>
                                </a:lnTo>
                                <a:lnTo>
                                  <a:pt x="362712" y="362711"/>
                                </a:lnTo>
                                <a:lnTo>
                                  <a:pt x="371856" y="353568"/>
                                </a:lnTo>
                                <a:lnTo>
                                  <a:pt x="374904" y="350520"/>
                                </a:lnTo>
                                <a:lnTo>
                                  <a:pt x="381000" y="347472"/>
                                </a:lnTo>
                                <a:lnTo>
                                  <a:pt x="384048" y="344424"/>
                                </a:lnTo>
                                <a:lnTo>
                                  <a:pt x="387095" y="341375"/>
                                </a:lnTo>
                                <a:lnTo>
                                  <a:pt x="393192" y="338327"/>
                                </a:lnTo>
                                <a:lnTo>
                                  <a:pt x="396239" y="335279"/>
                                </a:lnTo>
                                <a:lnTo>
                                  <a:pt x="402336" y="329183"/>
                                </a:lnTo>
                                <a:lnTo>
                                  <a:pt x="405383" y="326135"/>
                                </a:lnTo>
                                <a:lnTo>
                                  <a:pt x="417575" y="320039"/>
                                </a:lnTo>
                                <a:lnTo>
                                  <a:pt x="420624" y="316991"/>
                                </a:lnTo>
                                <a:lnTo>
                                  <a:pt x="426719" y="310896"/>
                                </a:lnTo>
                                <a:lnTo>
                                  <a:pt x="429768" y="307848"/>
                                </a:lnTo>
                                <a:lnTo>
                                  <a:pt x="441960" y="301751"/>
                                </a:lnTo>
                                <a:lnTo>
                                  <a:pt x="445007" y="298703"/>
                                </a:lnTo>
                                <a:lnTo>
                                  <a:pt x="448056" y="295655"/>
                                </a:lnTo>
                                <a:lnTo>
                                  <a:pt x="451104" y="292607"/>
                                </a:lnTo>
                                <a:lnTo>
                                  <a:pt x="454151" y="292607"/>
                                </a:lnTo>
                                <a:lnTo>
                                  <a:pt x="466344" y="283463"/>
                                </a:lnTo>
                                <a:lnTo>
                                  <a:pt x="469392" y="280415"/>
                                </a:lnTo>
                                <a:lnTo>
                                  <a:pt x="475488" y="277368"/>
                                </a:lnTo>
                                <a:lnTo>
                                  <a:pt x="478536" y="274320"/>
                                </a:lnTo>
                                <a:lnTo>
                                  <a:pt x="490727" y="265175"/>
                                </a:lnTo>
                                <a:lnTo>
                                  <a:pt x="493775" y="262127"/>
                                </a:lnTo>
                                <a:lnTo>
                                  <a:pt x="499871" y="259079"/>
                                </a:lnTo>
                                <a:lnTo>
                                  <a:pt x="505968" y="256031"/>
                                </a:lnTo>
                                <a:lnTo>
                                  <a:pt x="515112" y="249935"/>
                                </a:lnTo>
                                <a:lnTo>
                                  <a:pt x="521207" y="246887"/>
                                </a:lnTo>
                                <a:lnTo>
                                  <a:pt x="527304" y="240791"/>
                                </a:lnTo>
                                <a:lnTo>
                                  <a:pt x="530351" y="237744"/>
                                </a:lnTo>
                                <a:lnTo>
                                  <a:pt x="542544" y="231648"/>
                                </a:lnTo>
                                <a:lnTo>
                                  <a:pt x="545592" y="228600"/>
                                </a:lnTo>
                                <a:lnTo>
                                  <a:pt x="551688" y="225551"/>
                                </a:lnTo>
                                <a:lnTo>
                                  <a:pt x="554736" y="222503"/>
                                </a:lnTo>
                                <a:lnTo>
                                  <a:pt x="557783" y="219455"/>
                                </a:lnTo>
                                <a:lnTo>
                                  <a:pt x="569976" y="213359"/>
                                </a:lnTo>
                                <a:lnTo>
                                  <a:pt x="573024" y="210311"/>
                                </a:lnTo>
                                <a:lnTo>
                                  <a:pt x="582168" y="204215"/>
                                </a:lnTo>
                                <a:lnTo>
                                  <a:pt x="585215" y="204215"/>
                                </a:lnTo>
                                <a:lnTo>
                                  <a:pt x="588263" y="201168"/>
                                </a:lnTo>
                                <a:lnTo>
                                  <a:pt x="597407" y="195072"/>
                                </a:lnTo>
                                <a:lnTo>
                                  <a:pt x="600456" y="192024"/>
                                </a:lnTo>
                                <a:lnTo>
                                  <a:pt x="609600" y="188975"/>
                                </a:lnTo>
                                <a:lnTo>
                                  <a:pt x="612648" y="185927"/>
                                </a:lnTo>
                                <a:lnTo>
                                  <a:pt x="618744" y="182879"/>
                                </a:lnTo>
                                <a:lnTo>
                                  <a:pt x="624839" y="176783"/>
                                </a:lnTo>
                                <a:lnTo>
                                  <a:pt x="630936" y="176783"/>
                                </a:lnTo>
                                <a:lnTo>
                                  <a:pt x="637032" y="170687"/>
                                </a:lnTo>
                                <a:lnTo>
                                  <a:pt x="643127" y="167639"/>
                                </a:lnTo>
                                <a:lnTo>
                                  <a:pt x="655319" y="161544"/>
                                </a:lnTo>
                                <a:lnTo>
                                  <a:pt x="658368" y="158496"/>
                                </a:lnTo>
                                <a:lnTo>
                                  <a:pt x="664463" y="155448"/>
                                </a:lnTo>
                                <a:lnTo>
                                  <a:pt x="667512" y="152400"/>
                                </a:lnTo>
                                <a:lnTo>
                                  <a:pt x="670560" y="149351"/>
                                </a:lnTo>
                                <a:lnTo>
                                  <a:pt x="679704" y="146303"/>
                                </a:lnTo>
                                <a:lnTo>
                                  <a:pt x="685800" y="143255"/>
                                </a:lnTo>
                                <a:lnTo>
                                  <a:pt x="688848" y="140207"/>
                                </a:lnTo>
                                <a:lnTo>
                                  <a:pt x="697992" y="134111"/>
                                </a:lnTo>
                                <a:lnTo>
                                  <a:pt x="701039" y="131063"/>
                                </a:lnTo>
                                <a:lnTo>
                                  <a:pt x="707136" y="131063"/>
                                </a:lnTo>
                                <a:lnTo>
                                  <a:pt x="716280" y="124968"/>
                                </a:lnTo>
                                <a:lnTo>
                                  <a:pt x="719327" y="121920"/>
                                </a:lnTo>
                                <a:lnTo>
                                  <a:pt x="725424" y="118872"/>
                                </a:lnTo>
                                <a:lnTo>
                                  <a:pt x="728471" y="115824"/>
                                </a:lnTo>
                                <a:lnTo>
                                  <a:pt x="731519" y="115824"/>
                                </a:lnTo>
                                <a:lnTo>
                                  <a:pt x="737615" y="112775"/>
                                </a:lnTo>
                                <a:lnTo>
                                  <a:pt x="740663" y="109727"/>
                                </a:lnTo>
                                <a:lnTo>
                                  <a:pt x="746760" y="106679"/>
                                </a:lnTo>
                                <a:lnTo>
                                  <a:pt x="749807" y="103631"/>
                                </a:lnTo>
                                <a:lnTo>
                                  <a:pt x="755904" y="100583"/>
                                </a:lnTo>
                                <a:lnTo>
                                  <a:pt x="758951" y="100583"/>
                                </a:lnTo>
                                <a:lnTo>
                                  <a:pt x="765048" y="97535"/>
                                </a:lnTo>
                                <a:lnTo>
                                  <a:pt x="768095" y="94487"/>
                                </a:lnTo>
                                <a:lnTo>
                                  <a:pt x="774192" y="91439"/>
                                </a:lnTo>
                                <a:lnTo>
                                  <a:pt x="777239" y="88391"/>
                                </a:lnTo>
                                <a:lnTo>
                                  <a:pt x="783336" y="88391"/>
                                </a:lnTo>
                                <a:lnTo>
                                  <a:pt x="786383" y="85344"/>
                                </a:lnTo>
                                <a:lnTo>
                                  <a:pt x="792480" y="82296"/>
                                </a:lnTo>
                                <a:lnTo>
                                  <a:pt x="795527" y="79248"/>
                                </a:lnTo>
                                <a:lnTo>
                                  <a:pt x="801624" y="76200"/>
                                </a:lnTo>
                                <a:lnTo>
                                  <a:pt x="804671" y="73151"/>
                                </a:lnTo>
                                <a:lnTo>
                                  <a:pt x="810768" y="73151"/>
                                </a:lnTo>
                                <a:lnTo>
                                  <a:pt x="816863" y="70103"/>
                                </a:lnTo>
                                <a:lnTo>
                                  <a:pt x="819912" y="67055"/>
                                </a:lnTo>
                                <a:lnTo>
                                  <a:pt x="826007" y="64007"/>
                                </a:lnTo>
                                <a:lnTo>
                                  <a:pt x="829056" y="60959"/>
                                </a:lnTo>
                                <a:lnTo>
                                  <a:pt x="835151" y="57911"/>
                                </a:lnTo>
                                <a:lnTo>
                                  <a:pt x="844295" y="54863"/>
                                </a:lnTo>
                                <a:lnTo>
                                  <a:pt x="847344" y="51815"/>
                                </a:lnTo>
                                <a:lnTo>
                                  <a:pt x="859536" y="45720"/>
                                </a:lnTo>
                                <a:lnTo>
                                  <a:pt x="862583" y="42672"/>
                                </a:lnTo>
                                <a:lnTo>
                                  <a:pt x="868680" y="42672"/>
                                </a:lnTo>
                                <a:lnTo>
                                  <a:pt x="871727" y="39624"/>
                                </a:lnTo>
                                <a:lnTo>
                                  <a:pt x="877824" y="36575"/>
                                </a:lnTo>
                                <a:lnTo>
                                  <a:pt x="883919" y="33527"/>
                                </a:lnTo>
                                <a:lnTo>
                                  <a:pt x="886968" y="30479"/>
                                </a:lnTo>
                                <a:lnTo>
                                  <a:pt x="893063" y="27431"/>
                                </a:lnTo>
                                <a:lnTo>
                                  <a:pt x="896112" y="27431"/>
                                </a:lnTo>
                                <a:lnTo>
                                  <a:pt x="902207" y="24383"/>
                                </a:lnTo>
                                <a:lnTo>
                                  <a:pt x="908304" y="21335"/>
                                </a:lnTo>
                                <a:lnTo>
                                  <a:pt x="911351" y="18287"/>
                                </a:lnTo>
                                <a:lnTo>
                                  <a:pt x="917448" y="15239"/>
                                </a:lnTo>
                                <a:lnTo>
                                  <a:pt x="920495" y="12191"/>
                                </a:lnTo>
                                <a:lnTo>
                                  <a:pt x="926592" y="12191"/>
                                </a:lnTo>
                                <a:lnTo>
                                  <a:pt x="932688" y="9144"/>
                                </a:lnTo>
                                <a:lnTo>
                                  <a:pt x="935736" y="6096"/>
                                </a:lnTo>
                                <a:lnTo>
                                  <a:pt x="941832" y="3048"/>
                                </a:lnTo>
                                <a:lnTo>
                                  <a:pt x="947927" y="0"/>
                                </a:lnTo>
                              </a:path>
                            </a:pathLst>
                          </a:custGeom>
                          <a:ln w="9142">
                            <a:solidFill>
                              <a:srgbClr val="0000FF"/>
                            </a:solidFill>
                            <a:prstDash val="solid"/>
                          </a:ln>
                        </wps:spPr>
                        <wps:bodyPr wrap="square" lIns="0" tIns="0" rIns="0" bIns="0" rtlCol="0">
                          <a:prstTxWarp prst="textNoShape">
                            <a:avLst/>
                          </a:prstTxWarp>
                          <a:noAutofit/>
                        </wps:bodyPr>
                      </wps:wsp>
                      <wps:wsp>
                        <wps:cNvPr id="2543" name="Graphic 2543"/>
                        <wps:cNvSpPr/>
                        <wps:spPr>
                          <a:xfrm>
                            <a:off x="1888236" y="10667"/>
                            <a:ext cx="33655" cy="1899285"/>
                          </a:xfrm>
                          <a:custGeom>
                            <a:avLst/>
                            <a:gdLst/>
                            <a:ahLst/>
                            <a:cxnLst/>
                            <a:rect l="l" t="t" r="r" b="b"/>
                            <a:pathLst>
                              <a:path w="33655" h="1899285">
                                <a:moveTo>
                                  <a:pt x="33528" y="1898904"/>
                                </a:moveTo>
                                <a:lnTo>
                                  <a:pt x="15240" y="1874520"/>
                                </a:lnTo>
                                <a:lnTo>
                                  <a:pt x="21336" y="1892808"/>
                                </a:lnTo>
                                <a:lnTo>
                                  <a:pt x="0" y="1898904"/>
                                </a:lnTo>
                                <a:lnTo>
                                  <a:pt x="33528" y="1898904"/>
                                </a:lnTo>
                                <a:close/>
                              </a:path>
                              <a:path w="33655" h="1899285">
                                <a:moveTo>
                                  <a:pt x="33528" y="0"/>
                                </a:moveTo>
                                <a:lnTo>
                                  <a:pt x="0" y="0"/>
                                </a:lnTo>
                                <a:lnTo>
                                  <a:pt x="21336" y="6096"/>
                                </a:lnTo>
                                <a:lnTo>
                                  <a:pt x="15240" y="24384"/>
                                </a:lnTo>
                                <a:lnTo>
                                  <a:pt x="33528" y="0"/>
                                </a:lnTo>
                                <a:close/>
                              </a:path>
                            </a:pathLst>
                          </a:custGeom>
                          <a:solidFill>
                            <a:srgbClr val="0000FF"/>
                          </a:solidFill>
                        </wps:spPr>
                        <wps:bodyPr wrap="square" lIns="0" tIns="0" rIns="0" bIns="0" rtlCol="0">
                          <a:prstTxWarp prst="textNoShape">
                            <a:avLst/>
                          </a:prstTxWarp>
                          <a:noAutofit/>
                        </wps:bodyPr>
                      </wps:wsp>
                      <wps:wsp>
                        <wps:cNvPr id="2544" name="Graphic 2544"/>
                        <wps:cNvSpPr/>
                        <wps:spPr>
                          <a:xfrm>
                            <a:off x="16764" y="1906523"/>
                            <a:ext cx="1896110" cy="1270"/>
                          </a:xfrm>
                          <a:custGeom>
                            <a:avLst/>
                            <a:gdLst/>
                            <a:ahLst/>
                            <a:cxnLst/>
                            <a:rect l="l" t="t" r="r" b="b"/>
                            <a:pathLst>
                              <a:path w="1896110">
                                <a:moveTo>
                                  <a:pt x="0" y="0"/>
                                </a:moveTo>
                                <a:lnTo>
                                  <a:pt x="1895855" y="0"/>
                                </a:lnTo>
                              </a:path>
                            </a:pathLst>
                          </a:custGeom>
                          <a:ln w="9142">
                            <a:solidFill>
                              <a:srgbClr val="0000FF"/>
                            </a:solidFill>
                            <a:prstDash val="solid"/>
                          </a:ln>
                        </wps:spPr>
                        <wps:bodyPr wrap="square" lIns="0" tIns="0" rIns="0" bIns="0" rtlCol="0">
                          <a:prstTxWarp prst="textNoShape">
                            <a:avLst/>
                          </a:prstTxWarp>
                          <a:noAutofit/>
                        </wps:bodyPr>
                      </wps:wsp>
                      <wps:wsp>
                        <wps:cNvPr id="2545" name="Graphic 2545"/>
                        <wps:cNvSpPr/>
                        <wps:spPr>
                          <a:xfrm>
                            <a:off x="1912620" y="13716"/>
                            <a:ext cx="1270" cy="1892935"/>
                          </a:xfrm>
                          <a:custGeom>
                            <a:avLst/>
                            <a:gdLst/>
                            <a:ahLst/>
                            <a:cxnLst/>
                            <a:rect l="l" t="t" r="r" b="b"/>
                            <a:pathLst>
                              <a:path h="1892935">
                                <a:moveTo>
                                  <a:pt x="0" y="1892807"/>
                                </a:moveTo>
                                <a:lnTo>
                                  <a:pt x="0" y="0"/>
                                </a:lnTo>
                              </a:path>
                            </a:pathLst>
                          </a:custGeom>
                          <a:ln w="9142">
                            <a:solidFill>
                              <a:srgbClr val="0000FF"/>
                            </a:solidFill>
                            <a:prstDash val="solid"/>
                          </a:ln>
                        </wps:spPr>
                        <wps:bodyPr wrap="square" lIns="0" tIns="0" rIns="0" bIns="0" rtlCol="0">
                          <a:prstTxWarp prst="textNoShape">
                            <a:avLst/>
                          </a:prstTxWarp>
                          <a:noAutofit/>
                        </wps:bodyPr>
                      </wps:wsp>
                      <wps:wsp>
                        <wps:cNvPr id="2546" name="Graphic 2546"/>
                        <wps:cNvSpPr/>
                        <wps:spPr>
                          <a:xfrm>
                            <a:off x="16764" y="13716"/>
                            <a:ext cx="1896110" cy="1270"/>
                          </a:xfrm>
                          <a:custGeom>
                            <a:avLst/>
                            <a:gdLst/>
                            <a:ahLst/>
                            <a:cxnLst/>
                            <a:rect l="l" t="t" r="r" b="b"/>
                            <a:pathLst>
                              <a:path w="1896110">
                                <a:moveTo>
                                  <a:pt x="1895855" y="0"/>
                                </a:moveTo>
                                <a:lnTo>
                                  <a:pt x="0" y="0"/>
                                </a:lnTo>
                              </a:path>
                            </a:pathLst>
                          </a:custGeom>
                          <a:ln w="9142">
                            <a:solidFill>
                              <a:srgbClr val="0000FF"/>
                            </a:solidFill>
                            <a:prstDash val="solid"/>
                          </a:ln>
                        </wps:spPr>
                        <wps:bodyPr wrap="square" lIns="0" tIns="0" rIns="0" bIns="0" rtlCol="0">
                          <a:prstTxWarp prst="textNoShape">
                            <a:avLst/>
                          </a:prstTxWarp>
                          <a:noAutofit/>
                        </wps:bodyPr>
                      </wps:wsp>
                      <wps:wsp>
                        <wps:cNvPr id="2547" name="Graphic 2547"/>
                        <wps:cNvSpPr/>
                        <wps:spPr>
                          <a:xfrm>
                            <a:off x="16764" y="13716"/>
                            <a:ext cx="1270" cy="1892935"/>
                          </a:xfrm>
                          <a:custGeom>
                            <a:avLst/>
                            <a:gdLst/>
                            <a:ahLst/>
                            <a:cxnLst/>
                            <a:rect l="l" t="t" r="r" b="b"/>
                            <a:pathLst>
                              <a:path h="1892935">
                                <a:moveTo>
                                  <a:pt x="0" y="0"/>
                                </a:moveTo>
                                <a:lnTo>
                                  <a:pt x="0" y="1892807"/>
                                </a:lnTo>
                              </a:path>
                            </a:pathLst>
                          </a:custGeom>
                          <a:ln w="9142">
                            <a:solidFill>
                              <a:srgbClr val="0000FF"/>
                            </a:solidFill>
                            <a:prstDash val="solid"/>
                          </a:ln>
                        </wps:spPr>
                        <wps:bodyPr wrap="square" lIns="0" tIns="0" rIns="0" bIns="0" rtlCol="0">
                          <a:prstTxWarp prst="textNoShape">
                            <a:avLst/>
                          </a:prstTxWarp>
                          <a:noAutofit/>
                        </wps:bodyPr>
                      </wps:wsp>
                      <wps:wsp>
                        <wps:cNvPr id="2548" name="Graphic 2548"/>
                        <wps:cNvSpPr/>
                        <wps:spPr>
                          <a:xfrm>
                            <a:off x="16764" y="960119"/>
                            <a:ext cx="1868805" cy="1270"/>
                          </a:xfrm>
                          <a:custGeom>
                            <a:avLst/>
                            <a:gdLst/>
                            <a:ahLst/>
                            <a:cxnLst/>
                            <a:rect l="l" t="t" r="r" b="b"/>
                            <a:pathLst>
                              <a:path w="1868805">
                                <a:moveTo>
                                  <a:pt x="0" y="0"/>
                                </a:moveTo>
                                <a:lnTo>
                                  <a:pt x="1868424" y="0"/>
                                </a:lnTo>
                              </a:path>
                            </a:pathLst>
                          </a:custGeom>
                          <a:ln w="9144">
                            <a:solidFill>
                              <a:srgbClr val="0000FF"/>
                            </a:solidFill>
                            <a:prstDash val="sysDash"/>
                          </a:ln>
                        </wps:spPr>
                        <wps:bodyPr wrap="square" lIns="0" tIns="0" rIns="0" bIns="0" rtlCol="0">
                          <a:prstTxWarp prst="textNoShape">
                            <a:avLst/>
                          </a:prstTxWarp>
                          <a:noAutofit/>
                        </wps:bodyPr>
                      </wps:wsp>
                      <wps:wsp>
                        <wps:cNvPr id="2549" name="Graphic 2549"/>
                        <wps:cNvSpPr/>
                        <wps:spPr>
                          <a:xfrm>
                            <a:off x="964691" y="13716"/>
                            <a:ext cx="1270" cy="1865630"/>
                          </a:xfrm>
                          <a:custGeom>
                            <a:avLst/>
                            <a:gdLst/>
                            <a:ahLst/>
                            <a:cxnLst/>
                            <a:rect l="l" t="t" r="r" b="b"/>
                            <a:pathLst>
                              <a:path h="1865630">
                                <a:moveTo>
                                  <a:pt x="0" y="0"/>
                                </a:moveTo>
                                <a:lnTo>
                                  <a:pt x="0" y="1865376"/>
                                </a:lnTo>
                              </a:path>
                            </a:pathLst>
                          </a:custGeom>
                          <a:ln w="12191">
                            <a:solidFill>
                              <a:srgbClr val="0000FF"/>
                            </a:solidFill>
                            <a:prstDash val="sysDash"/>
                          </a:ln>
                        </wps:spPr>
                        <wps:bodyPr wrap="square" lIns="0" tIns="0" rIns="0" bIns="0" rtlCol="0">
                          <a:prstTxWarp prst="textNoShape">
                            <a:avLst/>
                          </a:prstTxWarp>
                          <a:noAutofit/>
                        </wps:bodyPr>
                      </wps:wsp>
                      <wps:wsp>
                        <wps:cNvPr id="2550" name="Graphic 2550"/>
                        <wps:cNvSpPr/>
                        <wps:spPr>
                          <a:xfrm>
                            <a:off x="949452" y="1891283"/>
                            <a:ext cx="27940" cy="27940"/>
                          </a:xfrm>
                          <a:custGeom>
                            <a:avLst/>
                            <a:gdLst/>
                            <a:ahLst/>
                            <a:cxnLst/>
                            <a:rect l="l" t="t" r="r" b="b"/>
                            <a:pathLst>
                              <a:path w="27940" h="27940">
                                <a:moveTo>
                                  <a:pt x="21335" y="0"/>
                                </a:moveTo>
                                <a:lnTo>
                                  <a:pt x="6095" y="0"/>
                                </a:lnTo>
                                <a:lnTo>
                                  <a:pt x="0" y="6095"/>
                                </a:lnTo>
                                <a:lnTo>
                                  <a:pt x="0" y="21335"/>
                                </a:lnTo>
                                <a:lnTo>
                                  <a:pt x="6095" y="27431"/>
                                </a:lnTo>
                                <a:lnTo>
                                  <a:pt x="21335" y="27431"/>
                                </a:lnTo>
                                <a:lnTo>
                                  <a:pt x="27431" y="21335"/>
                                </a:lnTo>
                                <a:lnTo>
                                  <a:pt x="27431" y="15239"/>
                                </a:lnTo>
                                <a:lnTo>
                                  <a:pt x="27431" y="6095"/>
                                </a:lnTo>
                                <a:lnTo>
                                  <a:pt x="21335" y="0"/>
                                </a:lnTo>
                                <a:close/>
                              </a:path>
                            </a:pathLst>
                          </a:custGeom>
                          <a:solidFill>
                            <a:srgbClr val="FF0000"/>
                          </a:solidFill>
                        </wps:spPr>
                        <wps:bodyPr wrap="square" lIns="0" tIns="0" rIns="0" bIns="0" rtlCol="0">
                          <a:prstTxWarp prst="textNoShape">
                            <a:avLst/>
                          </a:prstTxWarp>
                          <a:noAutofit/>
                        </wps:bodyPr>
                      </wps:wsp>
                      <wps:wsp>
                        <wps:cNvPr id="2551" name="Graphic 2551"/>
                        <wps:cNvSpPr/>
                        <wps:spPr>
                          <a:xfrm>
                            <a:off x="949452" y="1891283"/>
                            <a:ext cx="27940" cy="27940"/>
                          </a:xfrm>
                          <a:custGeom>
                            <a:avLst/>
                            <a:gdLst/>
                            <a:ahLst/>
                            <a:cxnLst/>
                            <a:rect l="l" t="t" r="r" b="b"/>
                            <a:pathLst>
                              <a:path w="27940" h="27940">
                                <a:moveTo>
                                  <a:pt x="27431" y="15239"/>
                                </a:moveTo>
                                <a:lnTo>
                                  <a:pt x="27431" y="21335"/>
                                </a:lnTo>
                                <a:lnTo>
                                  <a:pt x="21335" y="27431"/>
                                </a:lnTo>
                                <a:lnTo>
                                  <a:pt x="15239" y="27431"/>
                                </a:lnTo>
                                <a:lnTo>
                                  <a:pt x="6095" y="27431"/>
                                </a:lnTo>
                                <a:lnTo>
                                  <a:pt x="0" y="21335"/>
                                </a:lnTo>
                                <a:lnTo>
                                  <a:pt x="0" y="15239"/>
                                </a:lnTo>
                                <a:lnTo>
                                  <a:pt x="0" y="6095"/>
                                </a:lnTo>
                                <a:lnTo>
                                  <a:pt x="6095" y="0"/>
                                </a:lnTo>
                                <a:lnTo>
                                  <a:pt x="15239" y="0"/>
                                </a:lnTo>
                                <a:lnTo>
                                  <a:pt x="21335" y="0"/>
                                </a:lnTo>
                                <a:lnTo>
                                  <a:pt x="27431" y="6095"/>
                                </a:lnTo>
                                <a:lnTo>
                                  <a:pt x="27431" y="15239"/>
                                </a:lnTo>
                              </a:path>
                            </a:pathLst>
                          </a:custGeom>
                          <a:ln w="3048">
                            <a:solidFill>
                              <a:srgbClr val="000000"/>
                            </a:solidFill>
                            <a:prstDash val="solid"/>
                          </a:ln>
                        </wps:spPr>
                        <wps:bodyPr wrap="square" lIns="0" tIns="0" rIns="0" bIns="0" rtlCol="0">
                          <a:prstTxWarp prst="textNoShape">
                            <a:avLst/>
                          </a:prstTxWarp>
                          <a:noAutofit/>
                        </wps:bodyPr>
                      </wps:wsp>
                      <wps:wsp>
                        <wps:cNvPr id="2552" name="Graphic 2552"/>
                        <wps:cNvSpPr/>
                        <wps:spPr>
                          <a:xfrm>
                            <a:off x="949452" y="1523"/>
                            <a:ext cx="27940" cy="27940"/>
                          </a:xfrm>
                          <a:custGeom>
                            <a:avLst/>
                            <a:gdLst/>
                            <a:ahLst/>
                            <a:cxnLst/>
                            <a:rect l="l" t="t" r="r" b="b"/>
                            <a:pathLst>
                              <a:path w="27940" h="27940">
                                <a:moveTo>
                                  <a:pt x="21335" y="0"/>
                                </a:moveTo>
                                <a:lnTo>
                                  <a:pt x="6095" y="0"/>
                                </a:lnTo>
                                <a:lnTo>
                                  <a:pt x="0" y="6096"/>
                                </a:lnTo>
                                <a:lnTo>
                                  <a:pt x="0" y="21336"/>
                                </a:lnTo>
                                <a:lnTo>
                                  <a:pt x="6095" y="27431"/>
                                </a:lnTo>
                                <a:lnTo>
                                  <a:pt x="21335" y="27431"/>
                                </a:lnTo>
                                <a:lnTo>
                                  <a:pt x="27431" y="21336"/>
                                </a:lnTo>
                                <a:lnTo>
                                  <a:pt x="27431" y="12192"/>
                                </a:lnTo>
                                <a:lnTo>
                                  <a:pt x="27431" y="6096"/>
                                </a:lnTo>
                                <a:lnTo>
                                  <a:pt x="21335" y="0"/>
                                </a:lnTo>
                                <a:close/>
                              </a:path>
                            </a:pathLst>
                          </a:custGeom>
                          <a:solidFill>
                            <a:srgbClr val="FF0000"/>
                          </a:solidFill>
                        </wps:spPr>
                        <wps:bodyPr wrap="square" lIns="0" tIns="0" rIns="0" bIns="0" rtlCol="0">
                          <a:prstTxWarp prst="textNoShape">
                            <a:avLst/>
                          </a:prstTxWarp>
                          <a:noAutofit/>
                        </wps:bodyPr>
                      </wps:wsp>
                      <wps:wsp>
                        <wps:cNvPr id="2553" name="Graphic 2553"/>
                        <wps:cNvSpPr/>
                        <wps:spPr>
                          <a:xfrm>
                            <a:off x="949452" y="1523"/>
                            <a:ext cx="27940" cy="27940"/>
                          </a:xfrm>
                          <a:custGeom>
                            <a:avLst/>
                            <a:gdLst/>
                            <a:ahLst/>
                            <a:cxnLst/>
                            <a:rect l="l" t="t" r="r" b="b"/>
                            <a:pathLst>
                              <a:path w="27940" h="27940">
                                <a:moveTo>
                                  <a:pt x="27431" y="12192"/>
                                </a:moveTo>
                                <a:lnTo>
                                  <a:pt x="27431" y="21336"/>
                                </a:lnTo>
                                <a:lnTo>
                                  <a:pt x="21335" y="27431"/>
                                </a:lnTo>
                                <a:lnTo>
                                  <a:pt x="15239" y="27431"/>
                                </a:lnTo>
                                <a:lnTo>
                                  <a:pt x="6095" y="27431"/>
                                </a:lnTo>
                                <a:lnTo>
                                  <a:pt x="0" y="21336"/>
                                </a:lnTo>
                                <a:lnTo>
                                  <a:pt x="0" y="12192"/>
                                </a:lnTo>
                                <a:lnTo>
                                  <a:pt x="0" y="6096"/>
                                </a:lnTo>
                                <a:lnTo>
                                  <a:pt x="6095" y="0"/>
                                </a:lnTo>
                                <a:lnTo>
                                  <a:pt x="15239" y="0"/>
                                </a:lnTo>
                                <a:lnTo>
                                  <a:pt x="21335" y="0"/>
                                </a:lnTo>
                                <a:lnTo>
                                  <a:pt x="27431" y="6096"/>
                                </a:lnTo>
                                <a:lnTo>
                                  <a:pt x="27431" y="12192"/>
                                </a:lnTo>
                              </a:path>
                            </a:pathLst>
                          </a:custGeom>
                          <a:ln w="3048">
                            <a:solidFill>
                              <a:srgbClr val="000000"/>
                            </a:solidFill>
                            <a:prstDash val="solid"/>
                          </a:ln>
                        </wps:spPr>
                        <wps:bodyPr wrap="square" lIns="0" tIns="0" rIns="0" bIns="0" rtlCol="0">
                          <a:prstTxWarp prst="textNoShape">
                            <a:avLst/>
                          </a:prstTxWarp>
                          <a:noAutofit/>
                        </wps:bodyPr>
                      </wps:wsp>
                      <wps:wsp>
                        <wps:cNvPr id="2554" name="Graphic 2554"/>
                        <wps:cNvSpPr/>
                        <wps:spPr>
                          <a:xfrm>
                            <a:off x="1897379" y="946403"/>
                            <a:ext cx="27940" cy="27940"/>
                          </a:xfrm>
                          <a:custGeom>
                            <a:avLst/>
                            <a:gdLst/>
                            <a:ahLst/>
                            <a:cxnLst/>
                            <a:rect l="l" t="t" r="r" b="b"/>
                            <a:pathLst>
                              <a:path w="27940" h="27940">
                                <a:moveTo>
                                  <a:pt x="21336" y="0"/>
                                </a:moveTo>
                                <a:lnTo>
                                  <a:pt x="6095" y="0"/>
                                </a:lnTo>
                                <a:lnTo>
                                  <a:pt x="0" y="6096"/>
                                </a:lnTo>
                                <a:lnTo>
                                  <a:pt x="0" y="21336"/>
                                </a:lnTo>
                                <a:lnTo>
                                  <a:pt x="6095" y="27432"/>
                                </a:lnTo>
                                <a:lnTo>
                                  <a:pt x="21336" y="27432"/>
                                </a:lnTo>
                                <a:lnTo>
                                  <a:pt x="27431" y="21336"/>
                                </a:lnTo>
                                <a:lnTo>
                                  <a:pt x="27431" y="15240"/>
                                </a:lnTo>
                                <a:lnTo>
                                  <a:pt x="27431" y="6096"/>
                                </a:lnTo>
                                <a:lnTo>
                                  <a:pt x="21336" y="0"/>
                                </a:lnTo>
                                <a:close/>
                              </a:path>
                            </a:pathLst>
                          </a:custGeom>
                          <a:solidFill>
                            <a:srgbClr val="FF0000"/>
                          </a:solidFill>
                        </wps:spPr>
                        <wps:bodyPr wrap="square" lIns="0" tIns="0" rIns="0" bIns="0" rtlCol="0">
                          <a:prstTxWarp prst="textNoShape">
                            <a:avLst/>
                          </a:prstTxWarp>
                          <a:noAutofit/>
                        </wps:bodyPr>
                      </wps:wsp>
                      <wps:wsp>
                        <wps:cNvPr id="2555" name="Graphic 2555"/>
                        <wps:cNvSpPr/>
                        <wps:spPr>
                          <a:xfrm>
                            <a:off x="1897379" y="946403"/>
                            <a:ext cx="27940" cy="27940"/>
                          </a:xfrm>
                          <a:custGeom>
                            <a:avLst/>
                            <a:gdLst/>
                            <a:ahLst/>
                            <a:cxnLst/>
                            <a:rect l="l" t="t" r="r" b="b"/>
                            <a:pathLst>
                              <a:path w="27940" h="27940">
                                <a:moveTo>
                                  <a:pt x="27431" y="15240"/>
                                </a:moveTo>
                                <a:lnTo>
                                  <a:pt x="27431" y="21336"/>
                                </a:lnTo>
                                <a:lnTo>
                                  <a:pt x="21336" y="27432"/>
                                </a:lnTo>
                                <a:lnTo>
                                  <a:pt x="15239" y="27432"/>
                                </a:lnTo>
                                <a:lnTo>
                                  <a:pt x="6095" y="27432"/>
                                </a:lnTo>
                                <a:lnTo>
                                  <a:pt x="0" y="21336"/>
                                </a:lnTo>
                                <a:lnTo>
                                  <a:pt x="0" y="15240"/>
                                </a:lnTo>
                                <a:lnTo>
                                  <a:pt x="0" y="6096"/>
                                </a:lnTo>
                                <a:lnTo>
                                  <a:pt x="6095" y="0"/>
                                </a:lnTo>
                                <a:lnTo>
                                  <a:pt x="15239" y="0"/>
                                </a:lnTo>
                                <a:lnTo>
                                  <a:pt x="21336" y="0"/>
                                </a:lnTo>
                                <a:lnTo>
                                  <a:pt x="27431" y="6096"/>
                                </a:lnTo>
                                <a:lnTo>
                                  <a:pt x="27431" y="15240"/>
                                </a:lnTo>
                              </a:path>
                            </a:pathLst>
                          </a:custGeom>
                          <a:ln w="3047">
                            <a:solidFill>
                              <a:srgbClr val="000000"/>
                            </a:solidFill>
                            <a:prstDash val="solid"/>
                          </a:ln>
                        </wps:spPr>
                        <wps:bodyPr wrap="square" lIns="0" tIns="0" rIns="0" bIns="0" rtlCol="0">
                          <a:prstTxWarp prst="textNoShape">
                            <a:avLst/>
                          </a:prstTxWarp>
                          <a:noAutofit/>
                        </wps:bodyPr>
                      </wps:wsp>
                      <wps:wsp>
                        <wps:cNvPr id="2556" name="Graphic 2556"/>
                        <wps:cNvSpPr/>
                        <wps:spPr>
                          <a:xfrm>
                            <a:off x="1523" y="946403"/>
                            <a:ext cx="30480" cy="27940"/>
                          </a:xfrm>
                          <a:custGeom>
                            <a:avLst/>
                            <a:gdLst/>
                            <a:ahLst/>
                            <a:cxnLst/>
                            <a:rect l="l" t="t" r="r" b="b"/>
                            <a:pathLst>
                              <a:path w="30480" h="27940">
                                <a:moveTo>
                                  <a:pt x="21336" y="0"/>
                                </a:moveTo>
                                <a:lnTo>
                                  <a:pt x="6096" y="0"/>
                                </a:lnTo>
                                <a:lnTo>
                                  <a:pt x="0" y="6096"/>
                                </a:lnTo>
                                <a:lnTo>
                                  <a:pt x="0" y="21336"/>
                                </a:lnTo>
                                <a:lnTo>
                                  <a:pt x="6096" y="27432"/>
                                </a:lnTo>
                                <a:lnTo>
                                  <a:pt x="21336" y="27432"/>
                                </a:lnTo>
                                <a:lnTo>
                                  <a:pt x="30480" y="21336"/>
                                </a:lnTo>
                                <a:lnTo>
                                  <a:pt x="30480" y="15240"/>
                                </a:lnTo>
                                <a:lnTo>
                                  <a:pt x="30480" y="6096"/>
                                </a:lnTo>
                                <a:lnTo>
                                  <a:pt x="21336" y="0"/>
                                </a:lnTo>
                                <a:close/>
                              </a:path>
                            </a:pathLst>
                          </a:custGeom>
                          <a:solidFill>
                            <a:srgbClr val="FF0000"/>
                          </a:solidFill>
                        </wps:spPr>
                        <wps:bodyPr wrap="square" lIns="0" tIns="0" rIns="0" bIns="0" rtlCol="0">
                          <a:prstTxWarp prst="textNoShape">
                            <a:avLst/>
                          </a:prstTxWarp>
                          <a:noAutofit/>
                        </wps:bodyPr>
                      </wps:wsp>
                      <wps:wsp>
                        <wps:cNvPr id="2557" name="Graphic 2557"/>
                        <wps:cNvSpPr/>
                        <wps:spPr>
                          <a:xfrm>
                            <a:off x="1523" y="946403"/>
                            <a:ext cx="30480" cy="27940"/>
                          </a:xfrm>
                          <a:custGeom>
                            <a:avLst/>
                            <a:gdLst/>
                            <a:ahLst/>
                            <a:cxnLst/>
                            <a:rect l="l" t="t" r="r" b="b"/>
                            <a:pathLst>
                              <a:path w="30480" h="27940">
                                <a:moveTo>
                                  <a:pt x="30480" y="15240"/>
                                </a:moveTo>
                                <a:lnTo>
                                  <a:pt x="30480" y="21336"/>
                                </a:lnTo>
                                <a:lnTo>
                                  <a:pt x="21336" y="27432"/>
                                </a:lnTo>
                                <a:lnTo>
                                  <a:pt x="15240" y="27432"/>
                                </a:lnTo>
                                <a:lnTo>
                                  <a:pt x="6096" y="27432"/>
                                </a:lnTo>
                                <a:lnTo>
                                  <a:pt x="0" y="21336"/>
                                </a:lnTo>
                                <a:lnTo>
                                  <a:pt x="0" y="15240"/>
                                </a:lnTo>
                                <a:lnTo>
                                  <a:pt x="0" y="6096"/>
                                </a:lnTo>
                                <a:lnTo>
                                  <a:pt x="6096" y="0"/>
                                </a:lnTo>
                                <a:lnTo>
                                  <a:pt x="15240" y="0"/>
                                </a:lnTo>
                                <a:lnTo>
                                  <a:pt x="21336" y="0"/>
                                </a:lnTo>
                                <a:lnTo>
                                  <a:pt x="30480" y="6096"/>
                                </a:lnTo>
                                <a:lnTo>
                                  <a:pt x="30480" y="15240"/>
                                </a:lnTo>
                              </a:path>
                            </a:pathLst>
                          </a:custGeom>
                          <a:ln w="3048">
                            <a:solidFill>
                              <a:srgbClr val="000000"/>
                            </a:solidFill>
                            <a:prstDash val="solid"/>
                          </a:ln>
                        </wps:spPr>
                        <wps:bodyPr wrap="square" lIns="0" tIns="0" rIns="0" bIns="0" rtlCol="0">
                          <a:prstTxWarp prst="textNoShape">
                            <a:avLst/>
                          </a:prstTxWarp>
                          <a:noAutofit/>
                        </wps:bodyPr>
                      </wps:wsp>
                      <wps:wsp>
                        <wps:cNvPr id="2558" name="Graphic 2558"/>
                        <wps:cNvSpPr/>
                        <wps:spPr>
                          <a:xfrm>
                            <a:off x="1897379" y="1891283"/>
                            <a:ext cx="27940" cy="27940"/>
                          </a:xfrm>
                          <a:custGeom>
                            <a:avLst/>
                            <a:gdLst/>
                            <a:ahLst/>
                            <a:cxnLst/>
                            <a:rect l="l" t="t" r="r" b="b"/>
                            <a:pathLst>
                              <a:path w="27940" h="27940">
                                <a:moveTo>
                                  <a:pt x="21336" y="0"/>
                                </a:moveTo>
                                <a:lnTo>
                                  <a:pt x="6095" y="0"/>
                                </a:lnTo>
                                <a:lnTo>
                                  <a:pt x="0" y="6095"/>
                                </a:lnTo>
                                <a:lnTo>
                                  <a:pt x="0" y="21335"/>
                                </a:lnTo>
                                <a:lnTo>
                                  <a:pt x="6095" y="27431"/>
                                </a:lnTo>
                                <a:lnTo>
                                  <a:pt x="21336" y="27431"/>
                                </a:lnTo>
                                <a:lnTo>
                                  <a:pt x="27431" y="21335"/>
                                </a:lnTo>
                                <a:lnTo>
                                  <a:pt x="27431" y="15239"/>
                                </a:lnTo>
                                <a:lnTo>
                                  <a:pt x="27431" y="6095"/>
                                </a:lnTo>
                                <a:lnTo>
                                  <a:pt x="21336" y="0"/>
                                </a:lnTo>
                                <a:close/>
                              </a:path>
                            </a:pathLst>
                          </a:custGeom>
                          <a:solidFill>
                            <a:srgbClr val="FF0000"/>
                          </a:solidFill>
                        </wps:spPr>
                        <wps:bodyPr wrap="square" lIns="0" tIns="0" rIns="0" bIns="0" rtlCol="0">
                          <a:prstTxWarp prst="textNoShape">
                            <a:avLst/>
                          </a:prstTxWarp>
                          <a:noAutofit/>
                        </wps:bodyPr>
                      </wps:wsp>
                      <wps:wsp>
                        <wps:cNvPr id="2559" name="Graphic 2559"/>
                        <wps:cNvSpPr/>
                        <wps:spPr>
                          <a:xfrm>
                            <a:off x="1897379" y="1891283"/>
                            <a:ext cx="27940" cy="27940"/>
                          </a:xfrm>
                          <a:custGeom>
                            <a:avLst/>
                            <a:gdLst/>
                            <a:ahLst/>
                            <a:cxnLst/>
                            <a:rect l="l" t="t" r="r" b="b"/>
                            <a:pathLst>
                              <a:path w="27940" h="27940">
                                <a:moveTo>
                                  <a:pt x="27431" y="15239"/>
                                </a:moveTo>
                                <a:lnTo>
                                  <a:pt x="27431" y="21335"/>
                                </a:lnTo>
                                <a:lnTo>
                                  <a:pt x="21336" y="27431"/>
                                </a:lnTo>
                                <a:lnTo>
                                  <a:pt x="15239" y="27431"/>
                                </a:lnTo>
                                <a:lnTo>
                                  <a:pt x="6095" y="27431"/>
                                </a:lnTo>
                                <a:lnTo>
                                  <a:pt x="0" y="21335"/>
                                </a:lnTo>
                                <a:lnTo>
                                  <a:pt x="0" y="15239"/>
                                </a:lnTo>
                                <a:lnTo>
                                  <a:pt x="0" y="6095"/>
                                </a:lnTo>
                                <a:lnTo>
                                  <a:pt x="6095" y="0"/>
                                </a:lnTo>
                                <a:lnTo>
                                  <a:pt x="15239" y="0"/>
                                </a:lnTo>
                                <a:lnTo>
                                  <a:pt x="21336" y="0"/>
                                </a:lnTo>
                                <a:lnTo>
                                  <a:pt x="27431" y="6095"/>
                                </a:lnTo>
                                <a:lnTo>
                                  <a:pt x="27431" y="15239"/>
                                </a:lnTo>
                              </a:path>
                            </a:pathLst>
                          </a:custGeom>
                          <a:ln w="3048">
                            <a:solidFill>
                              <a:srgbClr val="000000"/>
                            </a:solidFill>
                            <a:prstDash val="solid"/>
                          </a:ln>
                        </wps:spPr>
                        <wps:bodyPr wrap="square" lIns="0" tIns="0" rIns="0" bIns="0" rtlCol="0">
                          <a:prstTxWarp prst="textNoShape">
                            <a:avLst/>
                          </a:prstTxWarp>
                          <a:noAutofit/>
                        </wps:bodyPr>
                      </wps:wsp>
                      <wps:wsp>
                        <wps:cNvPr id="2560" name="Graphic 2560"/>
                        <wps:cNvSpPr/>
                        <wps:spPr>
                          <a:xfrm>
                            <a:off x="1523" y="1891283"/>
                            <a:ext cx="30480" cy="27940"/>
                          </a:xfrm>
                          <a:custGeom>
                            <a:avLst/>
                            <a:gdLst/>
                            <a:ahLst/>
                            <a:cxnLst/>
                            <a:rect l="l" t="t" r="r" b="b"/>
                            <a:pathLst>
                              <a:path w="30480" h="27940">
                                <a:moveTo>
                                  <a:pt x="21336" y="0"/>
                                </a:moveTo>
                                <a:lnTo>
                                  <a:pt x="6096" y="0"/>
                                </a:lnTo>
                                <a:lnTo>
                                  <a:pt x="0" y="6095"/>
                                </a:lnTo>
                                <a:lnTo>
                                  <a:pt x="0" y="21335"/>
                                </a:lnTo>
                                <a:lnTo>
                                  <a:pt x="6096" y="27431"/>
                                </a:lnTo>
                                <a:lnTo>
                                  <a:pt x="21336" y="27431"/>
                                </a:lnTo>
                                <a:lnTo>
                                  <a:pt x="30480" y="21335"/>
                                </a:lnTo>
                                <a:lnTo>
                                  <a:pt x="30480" y="15239"/>
                                </a:lnTo>
                                <a:lnTo>
                                  <a:pt x="30480" y="6095"/>
                                </a:lnTo>
                                <a:lnTo>
                                  <a:pt x="21336" y="0"/>
                                </a:lnTo>
                                <a:close/>
                              </a:path>
                            </a:pathLst>
                          </a:custGeom>
                          <a:solidFill>
                            <a:srgbClr val="FF0000"/>
                          </a:solidFill>
                        </wps:spPr>
                        <wps:bodyPr wrap="square" lIns="0" tIns="0" rIns="0" bIns="0" rtlCol="0">
                          <a:prstTxWarp prst="textNoShape">
                            <a:avLst/>
                          </a:prstTxWarp>
                          <a:noAutofit/>
                        </wps:bodyPr>
                      </wps:wsp>
                      <wps:wsp>
                        <wps:cNvPr id="2561" name="Graphic 2561"/>
                        <wps:cNvSpPr/>
                        <wps:spPr>
                          <a:xfrm>
                            <a:off x="1523" y="1891283"/>
                            <a:ext cx="30480" cy="27940"/>
                          </a:xfrm>
                          <a:custGeom>
                            <a:avLst/>
                            <a:gdLst/>
                            <a:ahLst/>
                            <a:cxnLst/>
                            <a:rect l="l" t="t" r="r" b="b"/>
                            <a:pathLst>
                              <a:path w="30480" h="27940">
                                <a:moveTo>
                                  <a:pt x="30480" y="15239"/>
                                </a:moveTo>
                                <a:lnTo>
                                  <a:pt x="30480" y="21335"/>
                                </a:lnTo>
                                <a:lnTo>
                                  <a:pt x="21336" y="27431"/>
                                </a:lnTo>
                                <a:lnTo>
                                  <a:pt x="15240" y="27431"/>
                                </a:lnTo>
                                <a:lnTo>
                                  <a:pt x="6096" y="27431"/>
                                </a:lnTo>
                                <a:lnTo>
                                  <a:pt x="0" y="21335"/>
                                </a:lnTo>
                                <a:lnTo>
                                  <a:pt x="0" y="15239"/>
                                </a:lnTo>
                                <a:lnTo>
                                  <a:pt x="0" y="6095"/>
                                </a:lnTo>
                                <a:lnTo>
                                  <a:pt x="6096" y="0"/>
                                </a:lnTo>
                                <a:lnTo>
                                  <a:pt x="15240" y="0"/>
                                </a:lnTo>
                                <a:lnTo>
                                  <a:pt x="21336" y="0"/>
                                </a:lnTo>
                                <a:lnTo>
                                  <a:pt x="30480" y="6095"/>
                                </a:lnTo>
                                <a:lnTo>
                                  <a:pt x="30480" y="15239"/>
                                </a:lnTo>
                              </a:path>
                            </a:pathLst>
                          </a:custGeom>
                          <a:ln w="3048">
                            <a:solidFill>
                              <a:srgbClr val="000000"/>
                            </a:solidFill>
                            <a:prstDash val="solid"/>
                          </a:ln>
                        </wps:spPr>
                        <wps:bodyPr wrap="square" lIns="0" tIns="0" rIns="0" bIns="0" rtlCol="0">
                          <a:prstTxWarp prst="textNoShape">
                            <a:avLst/>
                          </a:prstTxWarp>
                          <a:noAutofit/>
                        </wps:bodyPr>
                      </wps:wsp>
                      <wps:wsp>
                        <wps:cNvPr id="2562" name="Graphic 2562"/>
                        <wps:cNvSpPr/>
                        <wps:spPr>
                          <a:xfrm>
                            <a:off x="1897379" y="1523"/>
                            <a:ext cx="27940" cy="27940"/>
                          </a:xfrm>
                          <a:custGeom>
                            <a:avLst/>
                            <a:gdLst/>
                            <a:ahLst/>
                            <a:cxnLst/>
                            <a:rect l="l" t="t" r="r" b="b"/>
                            <a:pathLst>
                              <a:path w="27940" h="27940">
                                <a:moveTo>
                                  <a:pt x="21336" y="0"/>
                                </a:moveTo>
                                <a:lnTo>
                                  <a:pt x="6095" y="0"/>
                                </a:lnTo>
                                <a:lnTo>
                                  <a:pt x="0" y="6096"/>
                                </a:lnTo>
                                <a:lnTo>
                                  <a:pt x="0" y="21336"/>
                                </a:lnTo>
                                <a:lnTo>
                                  <a:pt x="6095" y="27431"/>
                                </a:lnTo>
                                <a:lnTo>
                                  <a:pt x="21336" y="27431"/>
                                </a:lnTo>
                                <a:lnTo>
                                  <a:pt x="27431" y="21336"/>
                                </a:lnTo>
                                <a:lnTo>
                                  <a:pt x="27431" y="12192"/>
                                </a:lnTo>
                                <a:lnTo>
                                  <a:pt x="27431" y="6096"/>
                                </a:lnTo>
                                <a:lnTo>
                                  <a:pt x="21336" y="0"/>
                                </a:lnTo>
                                <a:close/>
                              </a:path>
                            </a:pathLst>
                          </a:custGeom>
                          <a:solidFill>
                            <a:srgbClr val="FF0000"/>
                          </a:solidFill>
                        </wps:spPr>
                        <wps:bodyPr wrap="square" lIns="0" tIns="0" rIns="0" bIns="0" rtlCol="0">
                          <a:prstTxWarp prst="textNoShape">
                            <a:avLst/>
                          </a:prstTxWarp>
                          <a:noAutofit/>
                        </wps:bodyPr>
                      </wps:wsp>
                      <wps:wsp>
                        <wps:cNvPr id="2563" name="Graphic 2563"/>
                        <wps:cNvSpPr/>
                        <wps:spPr>
                          <a:xfrm>
                            <a:off x="1897379" y="1523"/>
                            <a:ext cx="27940" cy="27940"/>
                          </a:xfrm>
                          <a:custGeom>
                            <a:avLst/>
                            <a:gdLst/>
                            <a:ahLst/>
                            <a:cxnLst/>
                            <a:rect l="l" t="t" r="r" b="b"/>
                            <a:pathLst>
                              <a:path w="27940" h="27940">
                                <a:moveTo>
                                  <a:pt x="27431" y="12192"/>
                                </a:moveTo>
                                <a:lnTo>
                                  <a:pt x="27431" y="21336"/>
                                </a:lnTo>
                                <a:lnTo>
                                  <a:pt x="21336" y="27431"/>
                                </a:lnTo>
                                <a:lnTo>
                                  <a:pt x="15239" y="27431"/>
                                </a:lnTo>
                                <a:lnTo>
                                  <a:pt x="6095" y="27431"/>
                                </a:lnTo>
                                <a:lnTo>
                                  <a:pt x="0" y="21336"/>
                                </a:lnTo>
                                <a:lnTo>
                                  <a:pt x="0" y="12192"/>
                                </a:lnTo>
                                <a:lnTo>
                                  <a:pt x="0" y="6096"/>
                                </a:lnTo>
                                <a:lnTo>
                                  <a:pt x="6095" y="0"/>
                                </a:lnTo>
                                <a:lnTo>
                                  <a:pt x="15239" y="0"/>
                                </a:lnTo>
                                <a:lnTo>
                                  <a:pt x="21336" y="0"/>
                                </a:lnTo>
                                <a:lnTo>
                                  <a:pt x="27431" y="6096"/>
                                </a:lnTo>
                                <a:lnTo>
                                  <a:pt x="27431" y="12192"/>
                                </a:lnTo>
                              </a:path>
                            </a:pathLst>
                          </a:custGeom>
                          <a:ln w="3048">
                            <a:solidFill>
                              <a:srgbClr val="000000"/>
                            </a:solidFill>
                            <a:prstDash val="solid"/>
                          </a:ln>
                        </wps:spPr>
                        <wps:bodyPr wrap="square" lIns="0" tIns="0" rIns="0" bIns="0" rtlCol="0">
                          <a:prstTxWarp prst="textNoShape">
                            <a:avLst/>
                          </a:prstTxWarp>
                          <a:noAutofit/>
                        </wps:bodyPr>
                      </wps:wsp>
                      <wps:wsp>
                        <wps:cNvPr id="2564" name="Graphic 2564"/>
                        <wps:cNvSpPr/>
                        <wps:spPr>
                          <a:xfrm>
                            <a:off x="1523" y="1523"/>
                            <a:ext cx="30480" cy="27940"/>
                          </a:xfrm>
                          <a:custGeom>
                            <a:avLst/>
                            <a:gdLst/>
                            <a:ahLst/>
                            <a:cxnLst/>
                            <a:rect l="l" t="t" r="r" b="b"/>
                            <a:pathLst>
                              <a:path w="30480" h="27940">
                                <a:moveTo>
                                  <a:pt x="21336" y="0"/>
                                </a:moveTo>
                                <a:lnTo>
                                  <a:pt x="6096" y="0"/>
                                </a:lnTo>
                                <a:lnTo>
                                  <a:pt x="0" y="6096"/>
                                </a:lnTo>
                                <a:lnTo>
                                  <a:pt x="0" y="21336"/>
                                </a:lnTo>
                                <a:lnTo>
                                  <a:pt x="6096" y="27431"/>
                                </a:lnTo>
                                <a:lnTo>
                                  <a:pt x="21336" y="27431"/>
                                </a:lnTo>
                                <a:lnTo>
                                  <a:pt x="30480" y="21336"/>
                                </a:lnTo>
                                <a:lnTo>
                                  <a:pt x="30480" y="12192"/>
                                </a:lnTo>
                                <a:lnTo>
                                  <a:pt x="30480" y="6096"/>
                                </a:lnTo>
                                <a:lnTo>
                                  <a:pt x="21336" y="0"/>
                                </a:lnTo>
                                <a:close/>
                              </a:path>
                            </a:pathLst>
                          </a:custGeom>
                          <a:solidFill>
                            <a:srgbClr val="FF0000"/>
                          </a:solidFill>
                        </wps:spPr>
                        <wps:bodyPr wrap="square" lIns="0" tIns="0" rIns="0" bIns="0" rtlCol="0">
                          <a:prstTxWarp prst="textNoShape">
                            <a:avLst/>
                          </a:prstTxWarp>
                          <a:noAutofit/>
                        </wps:bodyPr>
                      </wps:wsp>
                      <wps:wsp>
                        <wps:cNvPr id="2565" name="Graphic 2565"/>
                        <wps:cNvSpPr/>
                        <wps:spPr>
                          <a:xfrm>
                            <a:off x="1523" y="1523"/>
                            <a:ext cx="30480" cy="27940"/>
                          </a:xfrm>
                          <a:custGeom>
                            <a:avLst/>
                            <a:gdLst/>
                            <a:ahLst/>
                            <a:cxnLst/>
                            <a:rect l="l" t="t" r="r" b="b"/>
                            <a:pathLst>
                              <a:path w="30480" h="27940">
                                <a:moveTo>
                                  <a:pt x="30480" y="12192"/>
                                </a:moveTo>
                                <a:lnTo>
                                  <a:pt x="30480" y="21336"/>
                                </a:lnTo>
                                <a:lnTo>
                                  <a:pt x="21336" y="27431"/>
                                </a:lnTo>
                                <a:lnTo>
                                  <a:pt x="15240" y="27431"/>
                                </a:lnTo>
                                <a:lnTo>
                                  <a:pt x="6096" y="27431"/>
                                </a:lnTo>
                                <a:lnTo>
                                  <a:pt x="0" y="21336"/>
                                </a:lnTo>
                                <a:lnTo>
                                  <a:pt x="0" y="12192"/>
                                </a:lnTo>
                                <a:lnTo>
                                  <a:pt x="0" y="6096"/>
                                </a:lnTo>
                                <a:lnTo>
                                  <a:pt x="6096" y="0"/>
                                </a:lnTo>
                                <a:lnTo>
                                  <a:pt x="15240" y="0"/>
                                </a:lnTo>
                                <a:lnTo>
                                  <a:pt x="21336" y="0"/>
                                </a:lnTo>
                                <a:lnTo>
                                  <a:pt x="30480" y="6096"/>
                                </a:lnTo>
                                <a:lnTo>
                                  <a:pt x="30480" y="12192"/>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C3B936" id="Group 2534" o:spid="_x0000_s1026" style="width:151.7pt;height:151.2pt;mso-position-horizontal-relative:char;mso-position-vertical-relative:line" coordsize="19265,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">
                <v:shape id="Image 2535" o:spid="_x0000_s1027" type="#_x0000_t75" style="position:absolute;left:167;top:137;width:18959;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">
                  <v:imagedata r:id="rId608" o:title=""/>
                </v:shape>
                <v:shape id="Graphic 2536" o:spid="_x0000_s1028" style="position:absolute;left:167;top:9616;width:18961;height:9449;visibility:visible;mso-wrap-style:square;v-text-anchor:top" coordsize="18961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" path="m,944879r3047,-9144l6096,920496r3047,-6096l15240,899159r3047,-9143l21335,877824r3049,-9145l27431,862583r6097,-15239l36575,841248r6096,-24385l45719,810768r6096,-15241l51815,789431r9144,-21335l64007,762000r3049,-15241l70103,740663r9144,-21336l79247,713231r6096,-15239l88391,691896r6096,-21337l97535,664463r6096,-12191l106679,643127r6096,-18287l115824,618744r3048,-6096l121919,603503r3049,-6096l131063,579120r3049,-6096l137159,566927r3048,-6096l140207,554735r6096,-15239l149352,533400r3048,-6097l155447,515111r3049,-6095l167640,490727r3047,-6096l173735,472440r3049,-6096l182879,454151r3049,-6096l185928,441959r3047,-3048l192024,432816r3048,-6096l198119,420624r3049,-6097l201168,408431r3047,-6096l207263,396240r3049,-6096l213359,387096r3048,-12193l219456,368807r3047,-6096l225552,356616r3048,-3048l228600,347472r3047,-6097l234696,335279r3048,-3048l240791,326135r3049,-6095l243840,313944r3047,-3048l249935,304800r3049,-6097l256031,295655r3048,-6096l259079,283463r3049,-6095l265175,274320r3049,-6096l274319,259079r,-6096l280416,243840r3047,-3048l286512,234696r3047,-6096l289559,225551r3048,-6096l295656,216407r3047,-6096l301752,207263r3048,-6095l304800,198120r3047,-6096l310896,188975r3048,-6096l316991,179831r3049,-3048l323088,167640r3047,-6096l329184,158496r6095,-9145l335279,146303r3049,-3048l341375,137159r3049,-3048l347472,131063r3047,-9143l353568,118872r9144,-12193l362712,103631r6095,-6096l371856,91440r6096,-9144l381000,79248r6096,-6097l390143,70103r6097,-9144l399288,57911r6096,-6095l408432,48768r3047,-6096l414528,39624r3048,-3049l420623,33527r3049,l423672,30479r6095,-6096l432816,21335r3048,l438911,18287r,-3047l441959,15240r3049,-3048l448055,12192r3048,-3048l454152,6096r3047,-3048l460247,3048,466343,r3048,l472440,em1420367,r3049,l1426464,r3047,l1435608,3048r6096,3048l1444752,9144r3047,3048l1450848,12192r,3048l1453896,15240r3047,3047l1459992,21335r3048,l1466088,24383r3048,6096l1472184,33527r3048,l1478280,36575r3048,3049l1481328,42672r6095,6096l1490472,51816r6095,6095l1496567,60959r9144,9144l1508760,73151r3048,6097l1514855,82296r9144,9144l1527048,97535r3048,6096l1533143,106679r6097,12193l1542288,121920r6096,9143l1551432,134111r3048,3048l1554480,143255r3048,3048l1560576,149351r6096,9145l1569720,161544r,6096l1575816,176783r3048,3048l1581911,182879r3049,6096l1584960,192024r3048,6096l1591055,201168r3049,6095l1597152,210311r3047,6096l1600199,219455r3049,6096l1606296,228600r3047,6096l1612392,240792r3048,3048l1618488,252983r3048,6096l1627632,268224r3047,6096l1630679,277368r3048,6095l1636776,289559r3048,6096l1642872,298703r3048,6097l1645920,310896r3047,3048l1652015,320040r3049,6095l1658112,332231r3048,3048l1661160,341375r3048,6097l1667255,353568r3048,3048l1673352,362711r,6096l1676400,374903r6096,12193l1685543,390144r3048,6096l1688591,402335r3048,6096l1694688,414527r3048,6097l1700784,426720r3048,6096l1703832,438911r3047,3048l1709927,448055r3049,6096l1719072,466344r,6096l1725167,484631r3048,6096l1734312,509016r3048,6095l1743455,527303r3048,6097l1749552,539496r3048,15239l1755648,560831r3048,6096l1761743,573024r3048,6096l1770888,597407r3048,6096l1776984,612648r3048,6096l1780032,624840r9144,18287l1792224,652272r3048,12191l1798320,670559r9144,21337l1807464,697992r6096,15239l1816608,719327r6095,21336l1825752,746759r6096,15241l1834896,768096r6095,21335l1844039,795527r6097,15241l1853184,816863r6095,24385l1862327,847344r6097,15239l1868424,868679r3048,9145l1877567,890016r3048,9143l1883664,914400r3048,6096l1892808,935735r3047,9144e" filled="f" strokecolor="blue" strokeweight=".25394mm">
                  <v:path arrowok="t"/>
                </v:shape>
                <v:shape id="Graphic 2537" o:spid="_x0000_s1029" style="position:absolute;left:76;top:18851;width:19113;height:305;visibility:visible;mso-wrap-style:square;v-text-anchor:top" coordsize="19113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" path="m27432,9144l9144,18288,,,6096,30480,27432,9144xem1911096,r-9144,18288l1883664,9144r24384,21336l1911096,xe" fillcolor="blue" stroked="f">
                  <v:path arrowok="t"/>
                </v:shape>
                <v:shape id="Graphic 2538" o:spid="_x0000_s1030" style="position:absolute;left:167;top:137;width:18961;height:9480;visibility:visible;mso-wrap-style:square;v-text-anchor:top" coordsize="1896110,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" path="m,l3047,9144,6096,24383r3047,6096l15240,45720r3047,9143l21335,67055r3049,9145l27431,82296r6097,15239l36575,103631r6096,24384l45719,134111r6096,15240l51815,155448r9144,21335l64007,182879r3049,15241l70103,204215r9144,21336l79247,231648r6096,15239l88391,252983r6096,21337l97535,280415r6096,12192l106679,301751r6096,18288l115824,326135r3048,6096l121919,341375r3049,6097l131063,365759r3049,6096l137159,377951r3048,6097l140207,393191r6096,12192l149352,411479r3048,6096l155447,429768r3049,6095l167640,454151r3047,6097l173735,472439r3049,6096l182879,490727r3049,6097l185928,502920r3047,6095l192024,512063r3048,6096l198119,524255r3049,6096l201168,536448r3047,6096l207263,548639r3049,6096l213359,560831r3048,9145l219456,576072r3047,6096l225552,588263r3048,3048l228600,597407r3047,6096l234696,609600r3048,6096l240791,618744r3049,6095l243840,630935r3047,3048l249935,640079r3049,6097l256031,652272r3048,3048l259079,661415r3049,6096l265175,670559r3049,6096l274319,685800r,6096l280416,701039r3047,6096l286512,710183r3047,6096l289559,719327r3048,6097l295656,728472r3047,6096l301752,737615r3048,6096l304800,746759r3047,6096l310896,755903r3048,6097l316991,765048r3049,6096l323088,777239r3047,6096l329184,786383r6095,9144l335279,798576r3049,6096l341375,807720r3049,3048l347472,813815r3047,9144l353568,826007r9144,12193l362712,841248r6095,6096l371856,853439r6096,9144l381000,865631r6096,6096l390143,874776r6097,9144l399288,886968r6096,6095l408432,896111r3047,6096l414528,905255r3048,3048l420623,911351r3049,3049l429767,920496r3049,3048l435864,923544r3047,3047l438911,929639r3048,l445008,932687r3047,3048l451103,935735r3049,3048l457199,941831r3048,l466343,944879r3048,l472440,947927em1420367,947927r3049,-3048l1426464,944879r3047,l1435608,941831r6096,-3048l1444752,935735r3047,l1450848,932687r,-3048l1453896,929639r3047,-3048l1459992,923544r3048,l1466088,920496r3048,-6096l1472184,914400r3048,-3049l1478280,908303r3048,-3048l1481328,902207r6095,-6096l1490472,893063r6095,-6095l1496567,883920r9144,-9144l1508760,871727r3048,-6096l1514855,862583r9144,-9144l1527048,847344r3048,-6096l1533143,838200r6097,-12193l1542288,822959r6096,-9144l1551432,810768r3048,-3048l1554480,804672r3048,-6096l1560576,795527r6096,-9144l1569720,783335r,-6096l1575816,771144r3048,-6096l1581911,762000r3049,-6097l1584960,752855r3048,-6096l1591055,743711r3049,-6096l1597152,734568r3047,-6096l1600199,725424r3049,-6097l1606296,716279r3047,-6096l1612392,707135r3048,-6096l1618488,691896r3048,-6096l1627632,676655r3047,-6096l1630679,667511r3048,-6096l1636776,655320r3048,-3048l1642872,646176r3048,-6097l1645920,633983r3047,-3048l1652015,624839r3049,-6095l1658112,615696r3048,-6096l1661160,603503r3048,-6096l1667255,591311r3048,-3048l1673352,582168r,-6096l1676400,569976r6096,-9145l1685543,554735r3048,-6096l1688591,542544r3048,-6096l1694688,530351r3048,-6096l1700784,518159r3048,-6096l1703832,509015r3047,-6095l1709927,496824r3049,-6097l1719072,478535r,-6096l1725167,460248r3048,-6097l1734312,435863r3048,-6095l1743455,417575r3048,-6096l1749552,405383r3048,-12192l1755648,384048r3048,-6097l1761743,371855r3048,-6096l1770888,347472r3048,-6097l1776984,332231r3048,-6096l1780032,320039r9144,-18288l1792224,292607r3048,-12192l1798320,274320r9144,-21337l1807464,246887r6096,-15239l1816608,225551r6095,-21336l1825752,198120r6096,-15241l1834896,176783r6095,-21335l1844039,149351r6097,-15240l1853184,128015r6095,-24384l1862327,97535r6097,-15239l1868424,76200r3048,-9145l1877567,54863r3048,-9143l1883664,30479r3048,-6096l1892808,9144,1895855,e" filled="f" strokecolor="blue" strokeweight=".25394mm">
                  <v:path arrowok="t"/>
                </v:shape>
                <v:shape id="Graphic 2539" o:spid="_x0000_s1031" style="position:absolute;left:76;top:45;width:19113;height:305;visibility:visible;mso-wrap-style:square;v-text-anchor:top" coordsize="19113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" path="m27432,21336l6096,,,30480,9144,12192r18288,9144xem1911096,30480l1908048,r-24384,21336l1901952,12192r9144,18288xe" fillcolor="blue" stroked="f">
                  <v:path arrowok="t"/>
                </v:shape>
                <v:shape id="Graphic 2540" o:spid="_x0000_s1032" style="position:absolute;left:167;top:137;width:9481;height:18929;visibility:visible;mso-wrap-style:square;v-text-anchor:top" coordsize="948055,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" path="m,1892807r6096,-3048l9143,1886711r6097,-3048l21335,1880615r3049,l30479,1877568r3049,-3048l39624,1871472r6095,-3048l48768,1865376r6095,l60959,1862327r3048,-3048l70103,1856231r3049,-3048l79247,1850135r6096,l88391,1847087r9144,-6096l103631,1837944r9144,-3048l118872,1831848r3047,-3048l128015,1825752r3048,-3049l137159,1822703r3048,-3048l146303,1816607r3049,-3048l155447,1810511r3049,-3048l164591,1807463r3049,-3048l173735,1801368r3049,-3048l182879,1795272r3049,-3048l192024,1792224r3048,-3048l201168,1786127r3047,-3048l210312,1780031r3047,-3048l219456,1776983r3047,-3048l228600,1770887r3047,-3048l240791,1761744r3049,l249935,1758696r9144,-6096l262128,1749552r3047,l274319,1743455r6097,-3048l283463,1737359r3049,-3048l292607,1734311r12193,-9143l307847,1722120r9144,-3048l320040,1716024r9144,-6097l332231,1706879r6097,-3048l344424,1700783r6095,-3048l356616,1691639r6096,-3048l365759,1688591r6097,-6095l377952,1679448r12191,-6096l393191,1670303r3049,-3048l399288,1664207r6096,-3048l414528,1655063r6095,-3048l426720,1645920r3047,l441959,1636776r3049,-3049l454152,1630679r3047,-3048l466343,1618487r6097,-3048l478535,1612391r3049,-3047l493776,1600200r3047,l499872,1597152r3048,-3049l505967,1591055r9144,-6096l521208,1581911r6096,-6096l530352,1572768r9144,-6096l542543,1563624r6097,-6097l554735,1557527r6097,-6096l563879,1548383r3049,-3048l573023,1542287r3049,-3048l585216,1530096r3048,-3048l591311,1527048r3049,-3048l597408,1520952r9144,-9145l609599,1511807r3048,-3048l615696,1505711r3047,-3048l627888,1496568r3047,-3048l633984,1490472r3048,-3048l640079,1484376r6097,-3049l649223,1478279r3049,-3048l655320,1469135r3047,l661416,1466087r6095,-6096l670560,1456944r3048,-3048l676655,1453896r3049,-3048l682752,1444752r3047,-3049l688847,1438655r6096,-3048l697991,1432559r3049,-6096l704088,1423415r3047,l713232,1417320r3047,-3048l719328,1411224r3048,-3048l725423,1405127r3049,-6096l731520,1395983r6096,-3048l740664,1389887r,-3048l743711,1383791r3049,-3047l749808,1380744r,-3048l752855,1374648r3049,-3048l758952,1368552r3047,-3049l765047,1362455r3049,-6096l771143,1353311r3048,-3048l777240,1347215r3048,-3047l783335,1341120r,-3048l786384,1338072r3048,-3048l789432,1331976r3047,-3049l795528,1325879r,-3048l798576,1322831r3047,-3048l801623,1316735r3049,-3048l807720,1310639r,-3048l810767,1307591r,-3047l813816,1301496r3048,-3048l816864,1295400r3047,-3048l822960,1292352r,-3049l826008,1286255r,-3048l829055,1280159r,-3048l832104,1277111r3048,-3048l835152,1271015r3047,-3047l838199,1264920r3048,-3048l844296,1258824r3047,-3048l847343,1252727r3048,-3048l853440,1246631r,-3048l856488,1240535r,-3048l859535,1234439r3049,-3048l862584,1228344r3048,-3048l865632,1222248r3047,-3048l871728,1216152r,-3049l874776,1210055r,-3048l877823,1203959r,-3048l880872,1194815r3048,-3047l883920,1188720r3047,l886967,1185672r,-3048l890016,1179576r,-3049l893064,1173479r,-3048l896111,1167383r,-3048l899160,1161287r,-3048l902208,1152144r,-3048l905255,1146048r3049,-3048l908304,1139952r3048,-6097l911352,1130807r,-3048l914399,1124711r,-3048l917447,1115568r3049,-9144l920496,1103376r3047,-3049l923543,1097279r,-3048l923543,1091183r3048,-3048l926591,1085087r,-3048l929640,1078991r,-6095l932688,1069848r,-6096l932688,1060703r3047,-3048l935735,1054607r,-3048l935735,1045463r3049,-3048l938784,1039368r,-3048l938784,1033272r,-6096l941832,1027176r,-9145l941832,1014983r,-3048l941832,1008887r3047,-9143l944879,993648r,-12193l947928,975359r,-57911l944879,911351r,-3048l944879,893063r-3047,-9143l941832,880872r,-3048l941832,874776r,-9145l938784,865631r,-6096l938784,856487r,-3048l938784,850391r-3049,-3047l935735,841248r,-3048l932688,832103r,-3048l932688,822959r-3048,l929640,813815r-3049,-3047l926591,807720r,-3048l923543,801624r,-3048l923543,795527r,-3048l920496,789431r,-3048l917447,777239r-3048,-6095l914399,768096r-3047,-3048l911352,762000r,-3049l908304,752855r,-3048l905255,749807r-3047,-6096l902208,740663r-3048,-6095l896111,728472r,-3048l893064,722376r,-3049l890016,716279r,-3048l886967,710183r,-3048l886967,704087r-3047,l883920,701039r-3048,-3048l877823,691896r,-3048l874776,685800r,-3049l871728,679703r,-3048l868679,673607r-3047,-3048l865632,667511r-3048,-3048l862584,661415r-3049,l856488,655320r,-3048l853440,649224r,-3048l850391,646176r,-3049l847343,640079r,-3048l844296,633983r-3049,-3048l838199,627887r,-3048l835152,621791r,-3047l832104,615696r-3049,l829055,612648r-3047,-3048l826008,606551r-3048,-3048l822960,600455r-3049,em819911,600455r-3047,-3048l816864,594359r-3048,-3048l810767,588263r-3047,-3048l807720,582168r-3048,-3048l801623,576072r,-3048l798576,573024r-3048,-3048l795528,566927r-3049,-3048l789432,560831r,-3048l786384,557783r-3049,-3048l783335,551687r-3047,-3048l777240,545591r-3049,-3047l771143,539496r-3047,-3048l765047,530351r-3048,-3048l758952,524255r-3048,-3048l752855,518159r-3047,-3048l749808,512063r-3048,l743711,509015r-3047,-3047l740664,502920r-3048,-3048l731520,496824r-3048,-3049l725423,487679r-3047,-3048l719328,484631r-3049,-6096l713232,475487r-6097,-6096l704088,469391r-3048,-3047l697991,460248r-3048,-3048l688847,454151r-3048,-3048l682752,448055r-3048,-6096l676655,438911r-3047,l670560,435863r-3049,-3048l661416,426720r-3049,l655320,423672r-3048,-6097l649223,414527r-3047,-3048l640079,408431r-3047,-3048l633984,402335r-3049,-3048l627888,396239r-9145,-6095l615696,387096r-3049,-3048l609599,381000r-3047,l597408,371855r-3048,-3048l591311,365759r-3047,l585216,362711r-9144,-9143l573023,350520r-6095,-3048l563879,344424r-3047,-3049l554735,338327r-6095,-3048l542543,329183r-3047,-3048l530352,320039r-3048,-3048l521208,310896r-6097,-3048l505967,301751r-3047,-3048l499872,295655r-3049,-3048l493776,292607r-12192,-9144l478535,280415r-6095,-3047l466343,274320r-9144,-9145l454152,262127r-9144,-3048l441959,256031r-12192,-6096l426720,246887r-6097,-6096l414528,237744r-9144,-6096l399288,228600r-3048,-3049l393191,222503r-3048,-3048l377952,213359r-6096,-3048l365759,204215r-3047,l356616,201168r-6097,-6096l344424,192024r-6096,-3049l332231,185927r-3047,-3048l320040,176783r-3049,l307847,170687r-3047,-3048l292607,161544r-6095,-3048l283463,155448r-3047,-3048l274319,149351r-9144,-3048l262128,143255r-3049,-3048l249935,134111r-6095,-3048l240791,131063r-9144,-6095l228600,121920r-6097,-3048l219456,115824r-6097,l210312,112775r-6097,-3048l201168,106679r-6096,-3048l192024,100583r-6096,l182879,97535r-6095,-3048l173735,91439r-6095,-3048l164591,88391r-6095,-3047l155447,82296r-6095,-3048l146303,76200r-6096,-3049l137159,73151r-6096,-3048l128015,67055r-6096,-3048l118872,60959r-6097,-3048l103631,54863,97535,51815,88391,45720,85343,42672r-6096,l73152,39624,70103,36575,64007,33527,60959,30479,54863,27431r-6095,l45719,24383,39624,21335,33528,18287,30479,15239,24384,12191r-3049,l15240,9144,9143,6096,6096,3048,,e" filled="f" strokecolor="blue" strokeweight=".25394mm">
                  <v:path arrowok="t"/>
                </v:shape>
                <v:shape id="Graphic 2541" o:spid="_x0000_s1033" style="position:absolute;left:76;top:106;width:305;height:18993;visibility:visible;mso-wrap-style:square;v-text-anchor:top" coordsize="30480,189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" path="m30480,1898904r-18288,-6096l18288,1874520,,1898904r30480,xem30480,l,,18288,24384,12192,6096,30480,xe" fillcolor="blue" stroked="f">
                  <v:path arrowok="t"/>
                </v:shape>
                <v:shape id="Graphic 2542" o:spid="_x0000_s1034" style="position:absolute;left:9646;top:137;width:9481;height:18929;visibility:visible;mso-wrap-style:square;v-text-anchor:top" coordsize="948055,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" path="m947927,1892807r-6095,-3048l935736,1886711r-3048,-3048l926592,1880615r-6097,l917448,1877568r-6097,-3048l908304,1871472r-6097,-3048l896112,1865376r-3049,l886968,1862327r-3049,-3048l877824,1856231r-6097,-3048l868680,1850135r-6097,l859536,1847087r-12192,-6096l844295,1837944r-9144,-3048l829056,1831848r-3049,-3048l819912,1825752r-3049,-3049l810768,1822703r-6097,-3048l801624,1816607r-6097,-3048l792480,1810511r-6097,-3048l783336,1807463r-6097,-3048l774192,1801368r-6097,-3048l765048,1795272r-6097,-3048l755904,1792224r-6097,-3048l746760,1786127r-6097,-3048l737615,1780031r-6096,-3048l728471,1776983r-3047,-3048l719327,1770887r-3047,-3048l707136,1761744r-6097,l697992,1758696r-9144,-6096l685800,1749552r-6096,l670560,1743455r-3048,-3048l664463,1737359r-6095,-3048l655319,1734311r-12192,-9143l637032,1722120r-6096,-3048l624839,1716024r-6095,-6097l612648,1706879r-3048,-3048l600456,1700783r-3049,-3048l588263,1691639r-3048,-3048l582168,1688591r-9144,-6095l569976,1679448r-12193,-6096l554736,1670303r-3048,-3048l545592,1664207r-3048,-3048l530351,1655063r-3047,-3048l521207,1645920r-6095,l505968,1636776r-6097,-3049l493775,1630679r-3048,-3048l478536,1618487r-3048,-3048l469392,1612391r-3048,-3047l454151,1600200r-3047,l448056,1597152r-3049,-3049l441960,1591055r-12192,-6096l426719,1581911r-6095,-6096l417575,1572768r-12192,-6096l402336,1563624r-6097,-6097l393192,1557527r-6097,-6096l384048,1548383r-3048,-3048l374904,1542287r-3048,-3048l362712,1530096r-3049,-3048l356615,1527048r-3047,-3048l350519,1520952r-9144,-9145l338327,1511807r-3047,-3048l332231,1505711r-3048,-3048l320039,1496568r-3047,-3048l313944,1490472r-3049,-3048l307848,1484376r-6097,-3049l298704,1478279r-3048,-3048l289560,1469135r-3048,l283463,1466087r-3048,-6096l277368,1456944r-3049,-3048l271271,1453896r-3047,-3048l262127,1444752r-3047,-3049l259080,1438655r-6097,-3048l249936,1432559r-6097,-6096l240792,1423415r-6097,-6095l231648,1414272r-6097,-3048l225551,1408176r-3047,-3049l216407,1399031r-3047,-3048l210312,1392935r-3049,-3048l204215,1386839r,-3048l201168,1380744r-3049,l195071,1377696r,-3048l192024,1371600r-3049,-3048l185927,1365503r-3047,-3048l176783,1356359r,-3048l173736,1350263r-3049,l170687,1347215r-3048,-3047l164592,1341120r-3048,-3048l158495,1335024r-3047,-3048l155448,1328927r-3048,-3048l149351,1322831r-3047,-3048l143256,1316735r,-3048l140207,1310639r-3047,-3048l134112,1304544r,-3048l131063,1298448r-3048,-3048l128015,1292352r-3047,l124968,1289303r-3049,-3048l118871,1283207r,-3048l115824,1277111r-3049,-3048l109727,1271015r,-3047l106680,1264920r,-3048l103631,1261872r,-3048l100583,1255776r,-3049l97536,1249679r-3049,l94487,1246631r-3048,-3048l91439,1240535r-3047,-3048l85343,1234439r,-3048l82295,1228344r,-3048l79248,1222248r,-3048l76200,1216152r-3049,-3049l73151,1210055r,-3048l70104,1203959r-3048,-3048l64007,1194815r,-3047l60960,1188720r,-3048l57912,1182624r,-3048l54863,1176527r,-3048l51815,1170431r,-3048l48768,1164335r,-3048l45719,1158239r,-6095l42671,1149096r-3047,-3048l39624,1143000r,-3048l36575,1133855r,-3048l33527,1127759r,-3048l33527,1121663r-3047,-6095l27431,1106424r-3048,-3048l24383,1100327r,-3048l21336,1094231r,-3048l21336,1088135r-3049,-3048l18287,1082039r,-3048l15239,1072896r,-3048l15239,1063752r-3047,-3049l12192,1057655r,-3048l12192,1051559r-3049,-6096l9143,1042415r,-3047l9143,1036320r-3048,-3048l6095,1027176r,-9145l6095,1014983r-3047,-3048l3048,990600,,987551,,905255r3048,-3048l3048,880872r3047,-3048l6095,874776r,-9145l6095,859535r3048,-3048l9143,853439r,-3048l9143,847344r3049,-6096l12192,838200r,-6097l15239,829055r,-6096l18287,813815r,-3047l18287,807720r3049,l21336,804672r,-3048l21336,798576r3047,-3049l24383,792479r,-3048l27431,786383r3049,-9144l33527,771144r,-3048l33527,765048r3048,-3048l36575,758951r3049,-6096l39624,749807r3047,-6096l45719,740663r,-6095l48768,734568r,-6096l51815,725424r,-3048l54863,719327r,-3048l57912,713231r,-3048l60960,707135r,-3048l64007,701039r,-3048l67056,691896r3048,-3048l73151,685800r,-3049l73151,679703r3049,-3048l79248,673607r,-3048l82295,667511r,-3048l85343,661415r3049,-6095l91439,652272r,-3048l94487,646176r3049,-3049l100583,640079r,-3048l103631,633983r,-3048l106680,630935r,-3048l109727,624839r,-3048l112775,618744r3049,-3048l118871,612648r,-3048l121919,606551r3049,-3048l124968,600455r3047,em128015,600455r,-3048l131063,594359r3049,-3048l134112,588263r3048,l137160,585215r3047,-3047l143256,579120r,-3048l146304,573024r3047,l149351,569976r3049,-3049l155448,563879r,-3048l158495,557783r3049,l161544,554735r3048,-3048l167639,548639r3048,-3048l170687,542544r3049,l176783,539496r,-3048l182880,530351r3047,-3048l188975,524255r3049,-3048l195071,518159r,-3048l198119,512063r3049,l204215,509015r,-3047l207263,502920r3049,-3048l213360,496824r3047,-3049l222504,487679r3047,-3048l231648,478535r3047,-3048l240792,469391r3047,-3047l249936,460248r3047,-3048l259080,454151r,-3048l262127,448055r6097,-6096l271271,438911r3048,l277368,435863r3047,-3048l283463,426720r3049,l289560,423672r6096,-6097l298704,414527r3047,-3048l307848,408431r3047,-3048l313944,402335r3048,-3048l320039,396239r9144,-6095l332231,387096r3049,-3048l338327,381000r3048,l350519,371855r3049,-3048l356615,365759r3048,l362712,362711r9144,-9143l374904,350520r6096,-3048l384048,344424r3047,-3049l393192,338327r3047,-3048l402336,329183r3047,-3048l417575,320039r3049,-3048l426719,310896r3049,-3048l441960,301751r3047,-3048l448056,295655r3048,-3048l454151,292607r12193,-9144l469392,280415r6096,-3047l478536,274320r12191,-9145l493775,262127r6096,-3048l505968,256031r9144,-6096l521207,246887r6097,-6096l530351,237744r12193,-6096l545592,228600r6096,-3049l554736,222503r3047,-3048l569976,213359r3048,-3048l582168,204215r3047,l588263,201168r9144,-6096l600456,192024r9144,-3049l612648,185927r6096,-3048l624839,176783r6097,l637032,170687r6095,-3048l655319,161544r3049,-3048l664463,155448r3049,-3048l670560,149351r9144,-3048l685800,143255r3048,-3048l697992,134111r3047,-3048l707136,131063r9144,-6095l719327,121920r6097,-3048l728471,115824r3048,l737615,112775r3048,-3048l746760,106679r3047,-3048l755904,100583r3047,l765048,97535r3047,-3048l774192,91439r3047,-3048l783336,88391r3047,-3047l792480,82296r3047,-3048l801624,76200r3047,-3049l810768,73151r6095,-3048l819912,67055r6095,-3048l829056,60959r6095,-3048l844295,54863r3049,-3048l859536,45720r3047,-3048l868680,42672r3047,-3048l877824,36575r6095,-3048l886968,30479r6095,-3048l896112,27431r6095,-3048l908304,21335r3047,-3048l917448,15239r3047,-3048l926592,12191r6096,-3047l935736,6096r6096,-3048l947927,e" filled="f" strokecolor="blue" strokeweight=".25394mm">
                  <v:path arrowok="t"/>
                </v:shape>
                <v:shape id="Graphic 2543" o:spid="_x0000_s1035" style="position:absolute;left:18882;top:106;width:336;height:18993;visibility:visible;mso-wrap-style:square;v-text-anchor:top" coordsize="33655,189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" path="m33528,1898904l15240,1874520r6096,18288l,1898904r33528,xem33528,l,,21336,6096,15240,24384,33528,xe" fillcolor="blue" stroked="f">
                  <v:path arrowok="t"/>
                </v:shape>
                <v:shape id="Graphic 2544" o:spid="_x0000_s1036" style="position:absolute;left:167;top:19065;width:18961;height:12;visibility:visible;mso-wrap-style:square;v-text-anchor:top" coordsize="1896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" path="m,l1895855,e" filled="f" strokecolor="blue" strokeweight=".25394mm">
                  <v:path arrowok="t"/>
                </v:shape>
                <v:shape id="Graphic 2545" o:spid="_x0000_s1037" style="position:absolute;left:19126;top:137;width:12;height:18929;visibility:visible;mso-wrap-style:square;v-text-anchor:top" coordsize="127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" path="m,1892807l,e" filled="f" strokecolor="blue" strokeweight=".25394mm">
                  <v:path arrowok="t"/>
                </v:shape>
                <v:shape id="Graphic 2546" o:spid="_x0000_s1038" style="position:absolute;left:167;top:137;width:18961;height:12;visibility:visible;mso-wrap-style:square;v-text-anchor:top" coordsize="1896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" path="m1895855,l,e" filled="f" strokecolor="blue" strokeweight=".25394mm">
                  <v:path arrowok="t"/>
                </v:shape>
                <v:shape id="Graphic 2547" o:spid="_x0000_s1039" style="position:absolute;left:167;top:137;width:13;height:18929;visibility:visible;mso-wrap-style:square;v-text-anchor:top" coordsize="127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" path="m,l,1892807e" filled="f" strokecolor="blue" strokeweight=".25394mm">
                  <v:path arrowok="t"/>
                </v:shape>
                <v:shape id="Graphic 2548" o:spid="_x0000_s1040" style="position:absolute;left:167;top:9601;width:18688;height:12;visibility:visible;mso-wrap-style:square;v-text-anchor:top" coordsize="186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" path="m,l1868424,e" filled="f" strokecolor="blue" strokeweight=".72pt">
                  <v:stroke dashstyle="3 1"/>
                  <v:path arrowok="t"/>
                </v:shape>
                <v:shape id="Graphic 2549" o:spid="_x0000_s1041" style="position:absolute;left:9646;top:137;width:13;height:18656;visibility:visible;mso-wrap-style:square;v-text-anchor:top" coordsize="127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" path="m,l,1865376e" filled="f" strokecolor="blue" strokeweight=".33864mm">
                  <v:stroke dashstyle="3 1"/>
                  <v:path arrowok="t"/>
                </v:shape>
                <v:shape id="Graphic 2550" o:spid="_x0000_s1042" style="position:absolute;left:9494;top:18912;width:279;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" path="m21335,l6095,,,6095,,21335r6095,6096l21335,27431r6096,-6096l27431,15239r,-9144l21335,xe" fillcolor="red" stroked="f">
                  <v:path arrowok="t"/>
                </v:shape>
                <v:shape id="Graphic 2551" o:spid="_x0000_s1043" style="position:absolute;left:9494;top:18912;width:279;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" path="m27431,15239r,6096l21335,27431r-6096,l6095,27431,,21335,,15239,,6095,6095,r9144,l21335,r6096,6095l27431,15239e" filled="f" strokeweight=".24pt">
                  <v:path arrowok="t"/>
                </v:shape>
                <v:shape id="Graphic 2552" o:spid="_x0000_s1044" style="position:absolute;left:9494;top:1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" path="m21335,l6095,,,6096,,21336r6095,6095l21335,27431r6096,-6095l27431,12192r,-6096l21335,xe" fillcolor="red" stroked="f">
                  <v:path arrowok="t"/>
                </v:shape>
                <v:shape id="Graphic 2553" o:spid="_x0000_s1045" style="position:absolute;left:9494;top:1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" path="m27431,12192r,9144l21335,27431r-6096,l6095,27431,,21336,,12192,,6096,6095,r9144,l21335,r6096,6096l27431,12192e" filled="f" strokeweight=".24pt">
                  <v:path arrowok="t"/>
                </v:shape>
                <v:shape id="Graphic 2554" o:spid="_x0000_s1046" style="position:absolute;left:18973;top:9464;width:280;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" path="m21336,l6095,,,6096,,21336r6095,6096l21336,27432r6095,-6096l27431,15240r,-9144l21336,xe" fillcolor="red" stroked="f">
                  <v:path arrowok="t"/>
                </v:shape>
                <v:shape id="Graphic 2555" o:spid="_x0000_s1047" style="position:absolute;left:18973;top:9464;width:280;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" path="m27431,15240r,6096l21336,27432r-6097,l6095,27432,,21336,,15240,,6096,6095,r9144,l21336,r6095,6096l27431,15240e" filled="f" strokeweight=".08464mm">
                  <v:path arrowok="t"/>
                </v:shape>
                <v:shape id="Graphic 2556" o:spid="_x0000_s1048" style="position:absolute;left:15;top:9464;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" path="m21336,l6096,,,6096,,21336r6096,6096l21336,27432r9144,-6096l30480,15240r,-9144l21336,xe" fillcolor="red" stroked="f">
                  <v:path arrowok="t"/>
                </v:shape>
                <v:shape id="Graphic 2557" o:spid="_x0000_s1049" style="position:absolute;left:15;top:9464;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" path="m30480,15240r,6096l21336,27432r-6096,l6096,27432,,21336,,15240,,6096,6096,r9144,l21336,r9144,6096l30480,15240e" filled="f" strokeweight=".24pt">
                  <v:path arrowok="t"/>
                </v:shape>
                <v:shape id="Graphic 2558" o:spid="_x0000_s1050" style="position:absolute;left:18973;top:18912;width:280;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" path="m21336,l6095,,,6095,,21335r6095,6096l21336,27431r6095,-6096l27431,15239r,-9144l21336,xe" fillcolor="red" stroked="f">
                  <v:path arrowok="t"/>
                </v:shape>
                <v:shape id="Graphic 2559" o:spid="_x0000_s1051" style="position:absolute;left:18973;top:18912;width:280;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" path="m27431,15239r,6096l21336,27431r-6097,l6095,27431,,21335,,15239,,6095,6095,r9144,l21336,r6095,6095l27431,15239e" filled="f" strokeweight=".24pt">
                  <v:path arrowok="t"/>
                </v:shape>
                <v:shape id="Graphic 2560" o:spid="_x0000_s1052" style="position:absolute;left:15;top:18912;width:305;height:280;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" path="m21336,l6096,,,6095,,21335r6096,6096l21336,27431r9144,-6096l30480,15239r,-9144l21336,xe" fillcolor="red" stroked="f">
                  <v:path arrowok="t"/>
                </v:shape>
                <v:shape id="Graphic 2561" o:spid="_x0000_s1053" style="position:absolute;left:15;top:18912;width:305;height:280;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" path="m30480,15239r,6096l21336,27431r-6096,l6096,27431,,21335,,15239,,6095,6096,r9144,l21336,r9144,6095l30480,15239e" filled="f" strokeweight=".24pt">
                  <v:path arrowok="t"/>
                </v:shape>
                <v:shape id="Graphic 2562" o:spid="_x0000_s1054" style="position:absolute;left:18973;top:15;width:280;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" path="m21336,l6095,,,6096,,21336r6095,6095l21336,27431r6095,-6095l27431,12192r,-6096l21336,xe" fillcolor="red" stroked="f">
                  <v:path arrowok="t"/>
                </v:shape>
                <v:shape id="Graphic 2563" o:spid="_x0000_s1055" style="position:absolute;left:18973;top:15;width:280;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" path="m27431,12192r,9144l21336,27431r-6097,l6095,27431,,21336,,12192,,6096,6095,r9144,l21336,r6095,6096l27431,12192e" filled="f" strokeweight=".24pt">
                  <v:path arrowok="t"/>
                </v:shape>
                <v:shape id="Graphic 2564" o:spid="_x0000_s1056" style="position:absolute;left:15;top:15;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" path="m21336,l6096,,,6096,,21336r6096,6095l21336,27431r9144,-6095l30480,12192r,-6096l21336,xe" fillcolor="red" stroked="f">
                  <v:path arrowok="t"/>
                </v:shape>
                <v:shape id="Graphic 2565" o:spid="_x0000_s1057" style="position:absolute;left:15;top:15;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" path="m30480,12192r,9144l21336,27431r-6096,l6096,27431,,21336,,12192,,6096,6096,r9144,l21336,r9144,6096l30480,12192e" filled="f" strokeweight=".24pt">
                  <v:path arrowok="t"/>
                </v:shape>
                <w10:anchorlock/>
              </v:group>
            </w:pict>
          </mc:Fallback>
        </mc:AlternateContent>
      </w:r>
      <w:bookmarkStart w:id="1" w:name="_GoBack"/>
      <w:bookmarkEnd w:id="1"/>
    </w:p>
    <w:p w:rsidR="00D05C3D" w:rsidRPr="00DB6955" w:rsidRDefault="00D05C3D" w:rsidP="00D05C3D">
      <w:pPr>
        <w:tabs>
          <w:tab w:val="left" w:pos="283"/>
          <w:tab w:val="left" w:pos="2835"/>
          <w:tab w:val="left" w:pos="5386"/>
          <w:tab w:val="left" w:pos="7937"/>
        </w:tabs>
        <w:spacing w:before="0" w:after="0"/>
        <w:ind w:firstLine="283"/>
        <w:rPr>
          <w:color w:val="000000"/>
          <w:szCs w:val="23"/>
        </w:rPr>
      </w:pPr>
      <w:r w:rsidRPr="00DB6955">
        <w:rPr>
          <w:color w:val="000000"/>
          <w:szCs w:val="23"/>
        </w:rPr>
        <w:t xml:space="preserve">Biết rằng người thiết kế đã sử dụng các đường cong có phương trình </w:t>
      </w:r>
      <w:r w:rsidRPr="00DB6955">
        <w:rPr>
          <w:color w:val="000000"/>
          <w:position w:val="-10"/>
          <w:szCs w:val="23"/>
        </w:rPr>
        <w:object w:dxaOrig="880" w:dyaOrig="360">
          <v:shape id="_x0000_i1319" type="#_x0000_t75" style="width:43.85pt;height:18.45pt" o:ole="">
            <v:imagedata r:id="rId609" o:title=""/>
          </v:shape>
          <o:OLEObject Type="Embed" ProgID="Equation.DSMT4" ShapeID="_x0000_i1319" DrawAspect="Content" ObjectID="_1808513685" r:id="rId610"/>
        </w:object>
      </w:r>
      <w:r w:rsidRPr="00DB6955">
        <w:rPr>
          <w:color w:val="000000"/>
          <w:szCs w:val="23"/>
        </w:rPr>
        <w:t xml:space="preserve"> và </w:t>
      </w:r>
      <w:r w:rsidRPr="00DB6955">
        <w:rPr>
          <w:color w:val="000000"/>
          <w:position w:val="-16"/>
          <w:szCs w:val="23"/>
        </w:rPr>
        <w:object w:dxaOrig="1440" w:dyaOrig="480">
          <v:shape id="_x0000_i1320" type="#_x0000_t75" style="width:1in;height:24pt" o:ole="">
            <v:imagedata r:id="rId611" o:title=""/>
          </v:shape>
          <o:OLEObject Type="Embed" ProgID="Equation.DSMT4" ShapeID="_x0000_i1320" DrawAspect="Content" ObjectID="_1808513686" r:id="rId612"/>
        </w:object>
      </w:r>
      <w:r w:rsidRPr="00DB6955">
        <w:rPr>
          <w:color w:val="000000"/>
          <w:szCs w:val="23"/>
        </w:rPr>
        <w:t xml:space="preserve"> để tạo hoa văn cho viên gạch. Tính diện tích phần được tô màu (</w:t>
      </w:r>
      <w:r w:rsidRPr="00DB6955">
        <w:rPr>
          <w:i/>
          <w:color w:val="000000"/>
          <w:szCs w:val="23"/>
        </w:rPr>
        <w:t xml:space="preserve">kết quả quy tròn đến hàng đơn vị, đơn vị </w:t>
      </w:r>
      <w:r w:rsidRPr="00DB6955">
        <w:rPr>
          <w:i/>
          <w:position w:val="-6"/>
          <w:szCs w:val="23"/>
        </w:rPr>
        <w:object w:dxaOrig="440" w:dyaOrig="320">
          <v:shape id="_x0000_i1321" type="#_x0000_t75" style="width:22.15pt;height:16.15pt" o:ole="">
            <v:imagedata r:id="rId613" o:title=""/>
          </v:shape>
          <o:OLEObject Type="Embed" ProgID="Equation.DSMT4" ShapeID="_x0000_i1321" DrawAspect="Content" ObjectID="_1808513687" r:id="rId614"/>
        </w:object>
      </w:r>
      <w:r w:rsidRPr="00DB6955">
        <w:rPr>
          <w:szCs w:val="23"/>
        </w:rPr>
        <w:t>)</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Đáp số: </w:t>
      </w:r>
      <w:r>
        <w:t>747</w:t>
      </w:r>
    </w:p>
    <w:p w:rsidR="00D05C3D" w:rsidRPr="00DB6955" w:rsidRDefault="00D05C3D" w:rsidP="00D05C3D">
      <w:pPr>
        <w:tabs>
          <w:tab w:val="left" w:pos="283"/>
          <w:tab w:val="left" w:pos="2835"/>
          <w:tab w:val="left" w:pos="5386"/>
          <w:tab w:val="left" w:pos="7937"/>
        </w:tabs>
        <w:spacing w:before="0" w:after="0"/>
        <w:ind w:firstLine="283"/>
        <w:rPr>
          <w:b/>
          <w:i/>
          <w:color w:val="C00000"/>
          <w:szCs w:val="23"/>
        </w:rPr>
      </w:pPr>
      <w:r w:rsidRPr="00DB6955">
        <w:rPr>
          <w:color w:val="000000"/>
          <w:szCs w:val="23"/>
        </w:rPr>
        <w:t xml:space="preserve">Ta có hệ trục </w:t>
      </w:r>
      <w:r w:rsidRPr="00DB6955">
        <w:rPr>
          <w:color w:val="000000"/>
          <w:position w:val="-10"/>
          <w:szCs w:val="23"/>
        </w:rPr>
        <w:object w:dxaOrig="460" w:dyaOrig="320">
          <v:shape id="_x0000_i1322" type="#_x0000_t75" style="width:23.55pt;height:15.7pt" o:ole="">
            <v:imagedata r:id="rId615" o:title=""/>
          </v:shape>
          <o:OLEObject Type="Embed" ProgID="Equation.DSMT4" ShapeID="_x0000_i1322" DrawAspect="Content" ObjectID="_1808513688" r:id="rId616"/>
        </w:object>
      </w:r>
      <w:r w:rsidRPr="00DB6955">
        <w:rPr>
          <w:color w:val="000000"/>
          <w:szCs w:val="23"/>
        </w:rPr>
        <w:t>như hình và đơn vị dm.</w:t>
      </w:r>
    </w:p>
    <w:p w:rsidR="00D05C3D" w:rsidRPr="00DB6955" w:rsidRDefault="00D05C3D" w:rsidP="00D05C3D">
      <w:pPr>
        <w:tabs>
          <w:tab w:val="left" w:pos="283"/>
          <w:tab w:val="left" w:pos="2835"/>
          <w:tab w:val="left" w:pos="5386"/>
          <w:tab w:val="left" w:pos="7937"/>
        </w:tabs>
        <w:spacing w:before="0" w:after="0"/>
        <w:ind w:firstLine="283"/>
        <w:rPr>
          <w:color w:val="000000"/>
          <w:szCs w:val="23"/>
        </w:rPr>
      </w:pPr>
      <w:r w:rsidRPr="00DB6955">
        <w:rPr>
          <w:noProof/>
          <w:color w:val="000000"/>
          <w:szCs w:val="23"/>
        </w:rPr>
        <w:drawing>
          <wp:inline distT="0" distB="0" distL="0" distR="0" wp14:anchorId="23D556D6" wp14:editId="4A710325">
            <wp:extent cx="2712720" cy="277368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9"/>
                    <pic:cNvPicPr>
                      <a:picLocks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712720" cy="2773680"/>
                    </a:xfrm>
                    <a:prstGeom prst="rect">
                      <a:avLst/>
                    </a:prstGeom>
                    <a:noFill/>
                    <a:ln>
                      <a:noFill/>
                    </a:ln>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color w:val="000000"/>
          <w:szCs w:val="23"/>
        </w:rPr>
      </w:pPr>
      <w:r w:rsidRPr="00DB6955">
        <w:rPr>
          <w:color w:val="000000"/>
          <w:szCs w:val="23"/>
        </w:rPr>
        <w:t xml:space="preserve">Xét khi </w:t>
      </w:r>
      <w:r w:rsidRPr="00DB6955">
        <w:rPr>
          <w:color w:val="000000"/>
          <w:position w:val="-10"/>
          <w:szCs w:val="23"/>
        </w:rPr>
        <w:object w:dxaOrig="1120" w:dyaOrig="320">
          <v:shape id="_x0000_i1323" type="#_x0000_t75" style="width:56.3pt;height:15.7pt" o:ole="">
            <v:imagedata r:id="rId618" o:title=""/>
          </v:shape>
          <o:OLEObject Type="Embed" ProgID="Equation.DSMT4" ShapeID="_x0000_i1323" DrawAspect="Content" ObjectID="_1808513689" r:id="rId619"/>
        </w:object>
      </w:r>
      <w:r w:rsidRPr="00DB6955">
        <w:rPr>
          <w:color w:val="000000"/>
          <w:szCs w:val="23"/>
        </w:rPr>
        <w:t xml:space="preserve"> ta có </w:t>
      </w:r>
      <w:r w:rsidRPr="00DB6955">
        <w:rPr>
          <w:color w:val="000000"/>
          <w:position w:val="-10"/>
          <w:szCs w:val="23"/>
        </w:rPr>
        <w:object w:dxaOrig="2040" w:dyaOrig="380">
          <v:shape id="_x0000_i1324" type="#_x0000_t75" style="width:102pt;height:19.4pt" o:ole="">
            <v:imagedata r:id="rId620" o:title=""/>
          </v:shape>
          <o:OLEObject Type="Embed" ProgID="Equation.DSMT4" ShapeID="_x0000_i1324" DrawAspect="Content" ObjectID="_1808513690" r:id="rId621"/>
        </w:object>
      </w:r>
      <w:r w:rsidRPr="00DB6955">
        <w:rPr>
          <w:color w:val="000000"/>
          <w:szCs w:val="23"/>
        </w:rPr>
        <w:t xml:space="preserve"> và </w:t>
      </w:r>
      <w:r w:rsidRPr="00DB6955">
        <w:rPr>
          <w:color w:val="000000"/>
          <w:position w:val="-16"/>
          <w:szCs w:val="23"/>
        </w:rPr>
        <w:object w:dxaOrig="3180" w:dyaOrig="520">
          <v:shape id="_x0000_i1325" type="#_x0000_t75" style="width:159.7pt;height:26.3pt" o:ole="">
            <v:imagedata r:id="rId622" o:title=""/>
          </v:shape>
          <o:OLEObject Type="Embed" ProgID="Equation.DSMT4" ShapeID="_x0000_i1325" DrawAspect="Content" ObjectID="_1808513691" r:id="rId623"/>
        </w:object>
      </w:r>
    </w:p>
    <w:p w:rsidR="00D05C3D" w:rsidRPr="00DB6955" w:rsidRDefault="00D05C3D" w:rsidP="00D05C3D">
      <w:pPr>
        <w:tabs>
          <w:tab w:val="left" w:pos="283"/>
          <w:tab w:val="left" w:pos="2835"/>
          <w:tab w:val="left" w:pos="5386"/>
          <w:tab w:val="left" w:pos="7937"/>
        </w:tabs>
        <w:spacing w:before="0" w:after="0"/>
        <w:ind w:firstLine="283"/>
        <w:rPr>
          <w:color w:val="000000"/>
          <w:szCs w:val="23"/>
        </w:rPr>
      </w:pPr>
      <w:r w:rsidRPr="00DB6955">
        <w:rPr>
          <w:color w:val="000000"/>
          <w:szCs w:val="23"/>
        </w:rPr>
        <w:t xml:space="preserve">Diện tích phần tô đậm là </w:t>
      </w:r>
      <w:r w:rsidRPr="00DB6955">
        <w:rPr>
          <w:color w:val="000000"/>
          <w:position w:val="-32"/>
          <w:szCs w:val="23"/>
        </w:rPr>
        <w:object w:dxaOrig="4220" w:dyaOrig="760">
          <v:shape id="_x0000_i1326" type="#_x0000_t75" style="width:211.4pt;height:37.85pt" o:ole="">
            <v:imagedata r:id="rId624" o:title=""/>
          </v:shape>
          <o:OLEObject Type="Embed" ProgID="Equation.DSMT4" ShapeID="_x0000_i1326" DrawAspect="Content" ObjectID="_1808513692" r:id="rId625"/>
        </w:object>
      </w:r>
    </w:p>
    <w:p w:rsidR="00D05C3D" w:rsidRPr="00DB6955" w:rsidRDefault="00D05C3D" w:rsidP="00D05C3D">
      <w:pPr>
        <w:tabs>
          <w:tab w:val="left" w:pos="283"/>
          <w:tab w:val="left" w:pos="2835"/>
          <w:tab w:val="left" w:pos="5386"/>
          <w:tab w:val="left" w:pos="7937"/>
        </w:tabs>
        <w:spacing w:before="0" w:after="0"/>
        <w:ind w:firstLine="283"/>
        <w:rPr>
          <w:color w:val="000000"/>
          <w:szCs w:val="23"/>
        </w:rPr>
      </w:pPr>
      <w:r w:rsidRPr="00DB6955">
        <w:rPr>
          <w:color w:val="000000"/>
          <w:szCs w:val="23"/>
        </w:rPr>
        <w:t xml:space="preserve">Vậy </w:t>
      </w:r>
      <w:r w:rsidRPr="00DB6955">
        <w:rPr>
          <w:color w:val="000000"/>
          <w:position w:val="-16"/>
          <w:szCs w:val="23"/>
        </w:rPr>
        <w:object w:dxaOrig="1420" w:dyaOrig="440">
          <v:shape id="_x0000_i1327" type="#_x0000_t75" style="width:71.55pt;height:22.15pt" o:ole="">
            <v:imagedata r:id="rId626" o:title=""/>
          </v:shape>
          <o:OLEObject Type="Embed" ProgID="Equation.DSMT4" ShapeID="_x0000_i1327" DrawAspect="Content" ObjectID="_1808513693" r:id="rId627"/>
        </w:object>
      </w:r>
      <w:r w:rsidRPr="00DB6955">
        <w:rPr>
          <w:color w:val="000000"/>
          <w:szCs w:val="23"/>
        </w:rPr>
        <w:t>.</w:t>
      </w:r>
    </w:p>
    <w:p w:rsidR="00D05C3D" w:rsidRPr="00103EB1" w:rsidRDefault="00D05C3D" w:rsidP="00D05C3D">
      <w:pPr>
        <w:spacing w:before="0" w:after="0"/>
        <w:rPr>
          <w:rFonts w:eastAsia="Georgia"/>
          <w:color w:val="000000" w:themeColor="text1"/>
        </w:rPr>
      </w:pPr>
      <w:r w:rsidRPr="00DB6955">
        <w:rPr>
          <w:rFonts w:eastAsia="Georgia"/>
          <w:b/>
          <w:color w:val="0000FF"/>
          <w:szCs w:val="24"/>
        </w:rPr>
        <w:t xml:space="preserve">Câu 5. </w:t>
      </w:r>
      <w:r w:rsidRPr="00103EB1">
        <w:rPr>
          <w:rFonts w:eastAsia="Georgia"/>
          <w:color w:val="000000" w:themeColor="text1"/>
        </w:rPr>
        <w:t xml:space="preserve">Một chiếc đèn tròn được treo song song với mặt phẳng nằm ngang bởi ba sợi dây không dãn xuất phát từ điểm </w:t>
      </w:r>
      <w:bookmarkStart w:id="2" w:name="MTBlankEqn"/>
      <w:r w:rsidRPr="00DB6955">
        <w:rPr>
          <w:position w:val="-6"/>
        </w:rPr>
        <w:object w:dxaOrig="240" w:dyaOrig="279">
          <v:shape id="_x0000_i1328" type="#_x0000_t75" style="width:12pt;height:13.85pt" o:ole="">
            <v:imagedata r:id="rId628" o:title=""/>
          </v:shape>
          <o:OLEObject Type="Embed" ProgID="Equation.DSMT4" ShapeID="_x0000_i1328" DrawAspect="Content" ObjectID="_1808513694" r:id="rId629"/>
        </w:object>
      </w:r>
      <w:bookmarkEnd w:id="2"/>
      <w:r w:rsidRPr="00103EB1">
        <w:rPr>
          <w:rFonts w:eastAsia="Georgia"/>
          <w:color w:val="000000" w:themeColor="text1"/>
        </w:rPr>
        <w:t xml:space="preserve"> trên trần nhà lần lượt buộc vào ba điểm </w:t>
      </w:r>
      <w:r w:rsidRPr="00DB6955">
        <w:rPr>
          <w:position w:val="-10"/>
        </w:rPr>
        <w:object w:dxaOrig="740" w:dyaOrig="320">
          <v:shape id="_x0000_i1329" type="#_x0000_t75" style="width:36.9pt;height:16.15pt" o:ole="">
            <v:imagedata r:id="rId630" o:title=""/>
          </v:shape>
          <o:OLEObject Type="Embed" ProgID="Equation.DSMT4" ShapeID="_x0000_i1329" DrawAspect="Content" ObjectID="_1808513695" r:id="rId631"/>
        </w:object>
      </w:r>
      <w:r w:rsidRPr="00103EB1">
        <w:rPr>
          <w:rFonts w:eastAsia="Georgia"/>
          <w:color w:val="000000" w:themeColor="text1"/>
        </w:rPr>
        <w:t xml:space="preserve"> trên đèn tròn sao cho tam giác </w:t>
      </w:r>
      <w:r w:rsidRPr="00DB6955">
        <w:rPr>
          <w:position w:val="-6"/>
        </w:rPr>
        <w:object w:dxaOrig="560" w:dyaOrig="279">
          <v:shape id="_x0000_i1330" type="#_x0000_t75" style="width:28.15pt;height:13.85pt" o:ole="">
            <v:imagedata r:id="rId632" o:title=""/>
          </v:shape>
          <o:OLEObject Type="Embed" ProgID="Equation.DSMT4" ShapeID="_x0000_i1330" DrawAspect="Content" ObjectID="_1808513696" r:id="rId633"/>
        </w:object>
      </w:r>
      <w:r w:rsidRPr="00103EB1">
        <w:rPr>
          <w:rFonts w:eastAsia="Georgia"/>
          <w:color w:val="000000" w:themeColor="text1"/>
        </w:rPr>
        <w:t xml:space="preserve"> đều như hình bên dưới.</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Calibri"/>
          <w:noProof/>
          <w:color w:val="000000" w:themeColor="text1"/>
          <w:szCs w:val="24"/>
        </w:rPr>
        <w:lastRenderedPageBreak/>
        <w:drawing>
          <wp:inline distT="0" distB="0" distL="0" distR="0" wp14:anchorId="6C926D24" wp14:editId="487201F4">
            <wp:extent cx="2179598"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179598" cy="2520000"/>
                    </a:xfrm>
                    <a:prstGeom prst="rect">
                      <a:avLst/>
                    </a:prstGeom>
                    <a:noFill/>
                    <a:ln>
                      <a:noFill/>
                    </a:ln>
                  </pic:spPr>
                </pic:pic>
              </a:graphicData>
            </a:graphic>
          </wp:inline>
        </w:drawing>
      </w:r>
    </w:p>
    <w:p w:rsidR="00D05C3D" w:rsidRPr="00DB6955" w:rsidRDefault="00D05C3D" w:rsidP="00D05C3D">
      <w:pPr>
        <w:tabs>
          <w:tab w:val="left" w:pos="283"/>
          <w:tab w:val="left" w:pos="2835"/>
          <w:tab w:val="left" w:pos="5386"/>
          <w:tab w:val="left" w:pos="7937"/>
        </w:tabs>
        <w:snapToGrid w:val="0"/>
        <w:spacing w:before="0" w:after="0"/>
        <w:ind w:firstLine="283"/>
        <w:rPr>
          <w:rFonts w:eastAsia="Georgia"/>
          <w:color w:val="000000" w:themeColor="text1"/>
          <w:szCs w:val="24"/>
        </w:rPr>
      </w:pPr>
      <w:r w:rsidRPr="00DB6955">
        <w:rPr>
          <w:rFonts w:eastAsia="Georgia"/>
          <w:color w:val="000000" w:themeColor="text1"/>
          <w:szCs w:val="24"/>
        </w:rPr>
        <w:t xml:space="preserve">Độ dài của ba đoạn dây </w:t>
      </w:r>
      <w:r w:rsidRPr="00DB6955">
        <w:rPr>
          <w:position w:val="-10"/>
        </w:rPr>
        <w:object w:dxaOrig="1219" w:dyaOrig="320">
          <v:shape id="_x0000_i1331" type="#_x0000_t75" style="width:60.9pt;height:16.15pt" o:ole="">
            <v:imagedata r:id="rId635" o:title=""/>
          </v:shape>
          <o:OLEObject Type="Embed" ProgID="Equation.DSMT4" ShapeID="_x0000_i1331" DrawAspect="Content" ObjectID="_1808513697" r:id="rId636"/>
        </w:object>
      </w:r>
      <w:r w:rsidRPr="00DB6955">
        <w:rPr>
          <w:rFonts w:eastAsia="Georgia"/>
          <w:color w:val="000000" w:themeColor="text1"/>
          <w:szCs w:val="24"/>
        </w:rPr>
        <w:t xml:space="preserve"> đều bằng </w:t>
      </w:r>
      <w:r w:rsidRPr="00DB6955">
        <w:rPr>
          <w:position w:val="-4"/>
        </w:rPr>
        <w:object w:dxaOrig="220" w:dyaOrig="260">
          <v:shape id="_x0000_i1332" type="#_x0000_t75" style="width:11.1pt;height:12.9pt" o:ole="">
            <v:imagedata r:id="rId637" o:title=""/>
          </v:shape>
          <o:OLEObject Type="Embed" ProgID="Equation.DSMT4" ShapeID="_x0000_i1332" DrawAspect="Content" ObjectID="_1808513698" r:id="rId638"/>
        </w:object>
      </w:r>
      <w:r w:rsidRPr="00DB6955">
        <w:rPr>
          <w:rFonts w:eastAsia="Georgia"/>
          <w:color w:val="000000" w:themeColor="text1"/>
          <w:szCs w:val="24"/>
        </w:rPr>
        <w:t xml:space="preserve">. Trọng lượng của chiếc đèn là 24 N và bán kính của chiếc đèn là 18 inch (1 inch </w:t>
      </w:r>
      <w:r w:rsidRPr="00DB6955">
        <w:rPr>
          <w:position w:val="-10"/>
        </w:rPr>
        <w:object w:dxaOrig="1060" w:dyaOrig="320">
          <v:shape id="_x0000_i1333" type="#_x0000_t75" style="width:53.1pt;height:16.15pt" o:ole="">
            <v:imagedata r:id="rId639" o:title=""/>
          </v:shape>
          <o:OLEObject Type="Embed" ProgID="Equation.DSMT4" ShapeID="_x0000_i1333" DrawAspect="Content" ObjectID="_1808513699" r:id="rId640"/>
        </w:object>
      </w:r>
      <w:r w:rsidRPr="00DB6955">
        <w:rPr>
          <w:rFonts w:eastAsia="Georgia"/>
          <w:color w:val="000000" w:themeColor="text1"/>
          <w:szCs w:val="24"/>
        </w:rPr>
        <w:t xml:space="preserve">). Gọi </w:t>
      </w:r>
      <w:r w:rsidRPr="00DB6955">
        <w:rPr>
          <w:position w:val="-4"/>
        </w:rPr>
        <w:object w:dxaOrig="260" w:dyaOrig="260">
          <v:shape id="_x0000_i1334" type="#_x0000_t75" style="width:12.9pt;height:12.9pt" o:ole="">
            <v:imagedata r:id="rId641" o:title=""/>
          </v:shape>
          <o:OLEObject Type="Embed" ProgID="Equation.DSMT4" ShapeID="_x0000_i1334" DrawAspect="Content" ObjectID="_1808513700" r:id="rId642"/>
        </w:object>
      </w:r>
      <w:r w:rsidRPr="00DB6955">
        <w:rPr>
          <w:rFonts w:eastAsia="Georgia"/>
          <w:color w:val="000000" w:themeColor="text1"/>
          <w:szCs w:val="24"/>
        </w:rPr>
        <w:t xml:space="preserve"> là độ lớn của các lực căng </w:t>
      </w:r>
      <w:r w:rsidRPr="00DB6955">
        <w:rPr>
          <w:position w:val="-12"/>
        </w:rPr>
        <w:object w:dxaOrig="900" w:dyaOrig="400">
          <v:shape id="_x0000_i1335" type="#_x0000_t75" style="width:45.25pt;height:19.85pt" o:ole="">
            <v:imagedata r:id="rId643" o:title=""/>
          </v:shape>
          <o:OLEObject Type="Embed" ProgID="Equation.DSMT4" ShapeID="_x0000_i1335" DrawAspect="Content" ObjectID="_1808513701" r:id="rId644"/>
        </w:object>
      </w:r>
      <w:r w:rsidRPr="00DB6955">
        <w:rPr>
          <w:rFonts w:eastAsia="Georgia"/>
          <w:color w:val="000000" w:themeColor="text1"/>
          <w:szCs w:val="24"/>
        </w:rPr>
        <w:t xml:space="preserve"> trên mỗi sợi dây. Biết rằng mỗi sợi dây đó được thiết kế để chịu được lực căng tối đa là 10 N, hỏi chiều dài tối thiểu của mỗi sợi dây là bao nhiêu inch?</w:t>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Đáp số: </w:t>
      </w:r>
      <w:r>
        <w:t>30</w:t>
      </w:r>
    </w:p>
    <w:p w:rsidR="00D05C3D" w:rsidRPr="00DB6955" w:rsidRDefault="00D05C3D" w:rsidP="00D05C3D">
      <w:pPr>
        <w:tabs>
          <w:tab w:val="left" w:pos="283"/>
          <w:tab w:val="left" w:pos="2835"/>
          <w:tab w:val="left" w:pos="5386"/>
          <w:tab w:val="left" w:pos="7937"/>
        </w:tabs>
        <w:snapToGrid w:val="0"/>
        <w:spacing w:before="0" w:after="0"/>
        <w:ind w:firstLine="283"/>
      </w:pPr>
      <w:r w:rsidRPr="00DB6955">
        <w:rPr>
          <w:rFonts w:eastAsia="Georgia"/>
          <w:color w:val="000000" w:themeColor="text1"/>
          <w:szCs w:val="24"/>
        </w:rPr>
        <w:t xml:space="preserve">Lắp hệ trục </w:t>
      </w:r>
      <w:r w:rsidRPr="00DB6955">
        <w:rPr>
          <w:position w:val="-10"/>
        </w:rPr>
        <w:object w:dxaOrig="560" w:dyaOrig="320">
          <v:shape id="_x0000_i1336" type="#_x0000_t75" style="width:28.15pt;height:16.15pt" o:ole="">
            <v:imagedata r:id="rId645" o:title=""/>
          </v:shape>
          <o:OLEObject Type="Embed" ProgID="Equation.DSMT4" ShapeID="_x0000_i1336" DrawAspect="Content" ObjectID="_1808513702" r:id="rId646"/>
        </w:object>
      </w:r>
      <w:r w:rsidRPr="00DB6955">
        <w:t xml:space="preserve"> như hình</w:t>
      </w:r>
      <w:r>
        <w:t xml:space="preserve"> vẽ.</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Calibri"/>
          <w:noProof/>
          <w:color w:val="000000" w:themeColor="text1"/>
          <w:szCs w:val="24"/>
        </w:rPr>
        <w:drawing>
          <wp:inline distT="0" distB="0" distL="0" distR="0" wp14:anchorId="58C1BB7D" wp14:editId="1B42A00D">
            <wp:extent cx="2348346" cy="2306782"/>
            <wp:effectExtent l="0" t="0" r="0" b="0"/>
            <wp:docPr id="179" name="image-5dc598fd498fd1ceaca26086176d347dbfae0ef0.jpg"/>
            <wp:cNvGraphicFramePr/>
            <a:graphic xmlns:a="http://schemas.openxmlformats.org/drawingml/2006/main">
              <a:graphicData uri="http://schemas.openxmlformats.org/drawingml/2006/picture">
                <pic:pic xmlns:pic="http://schemas.openxmlformats.org/drawingml/2006/picture">
                  <pic:nvPicPr>
                    <pic:cNvPr id="89" name="image-5dc598fd498fd1ceaca26086176d347dbfae0ef0.jpg"/>
                    <pic:cNvPicPr/>
                  </pic:nvPicPr>
                  <pic:blipFill>
                    <a:blip r:embed="rId647" cstate="print"/>
                    <a:srcRect/>
                    <a:stretch>
                      <a:fillRect/>
                    </a:stretch>
                  </pic:blipFill>
                  <pic:spPr>
                    <a:xfrm>
                      <a:off x="0" y="0"/>
                      <a:ext cx="2358671" cy="2316924"/>
                    </a:xfrm>
                    <a:prstGeom prst="rect">
                      <a:avLst/>
                    </a:prstGeom>
                  </pic:spPr>
                </pic:pic>
              </a:graphicData>
            </a:graphic>
          </wp:inline>
        </w:drawing>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Bán kính của chiếc đèn là 18 nên </w:t>
      </w:r>
      <w:r w:rsidRPr="00DB6955">
        <w:rPr>
          <w:position w:val="-6"/>
        </w:rPr>
        <w:object w:dxaOrig="880" w:dyaOrig="279">
          <v:shape id="_x0000_i1337" type="#_x0000_t75" style="width:43.85pt;height:13.85pt" o:ole="">
            <v:imagedata r:id="rId648" o:title=""/>
          </v:shape>
          <o:OLEObject Type="Embed" ProgID="Equation.DSMT4" ShapeID="_x0000_i1337" DrawAspect="Content" ObjectID="_1808513703" r:id="rId649"/>
        </w:object>
      </w:r>
      <w:r w:rsidRPr="00DB6955">
        <w:rPr>
          <w:rFonts w:eastAsia="Calibri"/>
          <w:color w:val="000000" w:themeColor="text1"/>
          <w:szCs w:val="24"/>
        </w:rPr>
        <w:t xml:space="preserve"> suy ra </w:t>
      </w:r>
      <w:r w:rsidRPr="00DB6955">
        <w:rPr>
          <w:position w:val="-8"/>
        </w:rPr>
        <w:object w:dxaOrig="1140" w:dyaOrig="360">
          <v:shape id="_x0000_i1338" type="#_x0000_t75" style="width:57.25pt;height:18pt" o:ole="">
            <v:imagedata r:id="rId650" o:title=""/>
          </v:shape>
          <o:OLEObject Type="Embed" ProgID="Equation.DSMT4" ShapeID="_x0000_i1338" DrawAspect="Content" ObjectID="_1808513704" r:id="rId651"/>
        </w:object>
      </w:r>
      <w:r w:rsidRPr="00DB6955">
        <w:rPr>
          <w:rFonts w:eastAsia="Georgia"/>
          <w:color w:val="000000" w:themeColor="text1"/>
          <w:szCs w:val="24"/>
        </w:rPr>
        <w:t xml:space="preserve"> và </w:t>
      </w:r>
      <w:r w:rsidRPr="00DB6955">
        <w:rPr>
          <w:position w:val="-8"/>
        </w:rPr>
        <w:object w:dxaOrig="1680" w:dyaOrig="360">
          <v:shape id="_x0000_i1339" type="#_x0000_t75" style="width:84pt;height:18pt" o:ole="">
            <v:imagedata r:id="rId652" o:title=""/>
          </v:shape>
          <o:OLEObject Type="Embed" ProgID="Equation.DSMT4" ShapeID="_x0000_i1339" DrawAspect="Content" ObjectID="_1808513705" r:id="rId653"/>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Ta có </w:t>
      </w:r>
      <w:r w:rsidRPr="00DB6955">
        <w:rPr>
          <w:position w:val="-18"/>
        </w:rPr>
        <w:object w:dxaOrig="5100" w:dyaOrig="480">
          <v:shape id="_x0000_i1340" type="#_x0000_t75" style="width:255.25pt;height:24pt" o:ole="">
            <v:imagedata r:id="rId654" o:title=""/>
          </v:shape>
          <o:OLEObject Type="Embed" ProgID="Equation.DSMT4" ShapeID="_x0000_i1340" DrawAspect="Content" ObjectID="_1808513706" r:id="rId655"/>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Xét tam giác vuông </w:t>
      </w:r>
      <w:r w:rsidRPr="00DB6955">
        <w:rPr>
          <w:position w:val="-6"/>
        </w:rPr>
        <w:object w:dxaOrig="600" w:dyaOrig="279">
          <v:shape id="_x0000_i1341" type="#_x0000_t75" style="width:30pt;height:13.85pt" o:ole="">
            <v:imagedata r:id="rId656" o:title=""/>
          </v:shape>
          <o:OLEObject Type="Embed" ProgID="Equation.DSMT4" ShapeID="_x0000_i1341" DrawAspect="Content" ObjectID="_1808513707" r:id="rId657"/>
        </w:object>
      </w:r>
      <w:r w:rsidRPr="00DB6955">
        <w:rPr>
          <w:rFonts w:eastAsia="Calibri"/>
          <w:color w:val="000000" w:themeColor="text1"/>
          <w:szCs w:val="24"/>
        </w:rPr>
        <w:t xml:space="preserve">, suy ra </w:t>
      </w:r>
      <w:r w:rsidRPr="00DB6955">
        <w:rPr>
          <w:position w:val="-8"/>
        </w:rPr>
        <w:object w:dxaOrig="3080" w:dyaOrig="400">
          <v:shape id="_x0000_i1342" type="#_x0000_t75" style="width:154.15pt;height:19.85pt" o:ole="">
            <v:imagedata r:id="rId658" o:title=""/>
          </v:shape>
          <o:OLEObject Type="Embed" ProgID="Equation.DSMT4" ShapeID="_x0000_i1342" DrawAspect="Content" ObjectID="_1808513708" r:id="rId659"/>
        </w:object>
      </w:r>
      <w:r w:rsidRPr="00DB6955">
        <w:rPr>
          <w:rFonts w:eastAsia="Georgia"/>
          <w:color w:val="000000" w:themeColor="text1"/>
          <w:szCs w:val="24"/>
        </w:rPr>
        <w:t xml:space="preserve"> nên </w:t>
      </w:r>
      <w:r w:rsidRPr="00DB6955">
        <w:rPr>
          <w:position w:val="-22"/>
        </w:rPr>
        <w:object w:dxaOrig="1780" w:dyaOrig="560">
          <v:shape id="_x0000_i1343" type="#_x0000_t75" style="width:89.1pt;height:28.15pt" o:ole="">
            <v:imagedata r:id="rId660" o:title=""/>
          </v:shape>
          <o:OLEObject Type="Embed" ProgID="Equation.DSMT4" ShapeID="_x0000_i1343" DrawAspect="Content" ObjectID="_1808513709" r:id="rId661"/>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Ta có </w:t>
      </w:r>
      <w:r w:rsidRPr="00DB6955">
        <w:rPr>
          <w:position w:val="-22"/>
        </w:rPr>
        <w:object w:dxaOrig="5100" w:dyaOrig="560">
          <v:shape id="_x0000_i1344" type="#_x0000_t75" style="width:255.25pt;height:28.15pt" o:ole="">
            <v:imagedata r:id="rId662" o:title=""/>
          </v:shape>
          <o:OLEObject Type="Embed" ProgID="Equation.DSMT4" ShapeID="_x0000_i1344" DrawAspect="Content" ObjectID="_1808513710" r:id="rId663"/>
        </w:object>
      </w:r>
      <w:r w:rsidRPr="00DB6955">
        <w:rPr>
          <w:rFonts w:eastAsia="Georgia"/>
          <w:color w:val="000000" w:themeColor="text1"/>
          <w:szCs w:val="24"/>
        </w:rPr>
        <w:t xml:space="preserve"> và </w:t>
      </w:r>
      <w:r w:rsidRPr="00DB6955">
        <w:rPr>
          <w:position w:val="-22"/>
        </w:rPr>
        <w:object w:dxaOrig="2860" w:dyaOrig="560">
          <v:shape id="_x0000_i1345" type="#_x0000_t75" style="width:143.1pt;height:28.15pt" o:ole="">
            <v:imagedata r:id="rId664" o:title=""/>
          </v:shape>
          <o:OLEObject Type="Embed" ProgID="Equation.DSMT4" ShapeID="_x0000_i1345" DrawAspect="Content" ObjectID="_1808513711" r:id="rId665"/>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Calibri"/>
          <w:color w:val="000000" w:themeColor="text1"/>
          <w:szCs w:val="24"/>
        </w:rPr>
        <w:t xml:space="preserve">Suy ra </w:t>
      </w:r>
      <w:r w:rsidRPr="00DB6955">
        <w:rPr>
          <w:position w:val="-18"/>
        </w:rPr>
        <w:object w:dxaOrig="2060" w:dyaOrig="480">
          <v:shape id="_x0000_i1346" type="#_x0000_t75" style="width:102.9pt;height:24pt" o:ole="">
            <v:imagedata r:id="rId666" o:title=""/>
          </v:shape>
          <o:OLEObject Type="Embed" ProgID="Equation.DSMT4" ShapeID="_x0000_i1346" DrawAspect="Content" ObjectID="_1808513712" r:id="rId667"/>
        </w:object>
      </w:r>
      <w:r w:rsidRPr="00DB6955">
        <w:rPr>
          <w:rFonts w:eastAsia="Georgia"/>
          <w:color w:val="000000" w:themeColor="text1"/>
          <w:szCs w:val="24"/>
        </w:rPr>
        <w:t xml:space="preserve"> và </w:t>
      </w:r>
      <w:r w:rsidRPr="00DB6955">
        <w:rPr>
          <w:position w:val="-18"/>
        </w:rPr>
        <w:object w:dxaOrig="1440" w:dyaOrig="480">
          <v:shape id="_x0000_i1347" type="#_x0000_t75" style="width:1in;height:24pt" o:ole="">
            <v:imagedata r:id="rId668" o:title=""/>
          </v:shape>
          <o:OLEObject Type="Embed" ProgID="Equation.DSMT4" ShapeID="_x0000_i1347" DrawAspect="Content" ObjectID="_1808513713" r:id="rId669"/>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Tồn tại hằng số </w:t>
      </w:r>
      <w:r w:rsidRPr="00DB6955">
        <w:rPr>
          <w:position w:val="-6"/>
        </w:rPr>
        <w:object w:dxaOrig="540" w:dyaOrig="279">
          <v:shape id="_x0000_i1348" type="#_x0000_t75" style="width:27.25pt;height:13.85pt" o:ole="">
            <v:imagedata r:id="rId670" o:title=""/>
          </v:shape>
          <o:OLEObject Type="Embed" ProgID="Equation.DSMT4" ShapeID="_x0000_i1348" DrawAspect="Content" ObjectID="_1808513714" r:id="rId671"/>
        </w:object>
      </w:r>
      <w:r w:rsidRPr="00DB6955">
        <w:rPr>
          <w:rFonts w:eastAsia="Calibri"/>
          <w:color w:val="000000" w:themeColor="text1"/>
          <w:szCs w:val="24"/>
        </w:rPr>
        <w:t xml:space="preserve"> sao cho</w:t>
      </w:r>
    </w:p>
    <w:p w:rsidR="00D05C3D" w:rsidRPr="00DB6955" w:rsidRDefault="00D05C3D" w:rsidP="00F33CAA">
      <w:pPr>
        <w:pStyle w:val="MTDisplayEquation"/>
        <w:numPr>
          <w:ilvl w:val="0"/>
          <w:numId w:val="0"/>
        </w:numPr>
        <w:tabs>
          <w:tab w:val="left" w:pos="283"/>
          <w:tab w:val="left" w:pos="2835"/>
          <w:tab w:val="left" w:pos="5386"/>
          <w:tab w:val="left" w:pos="7937"/>
        </w:tabs>
        <w:snapToGrid w:val="0"/>
        <w:spacing w:after="0" w:line="240" w:lineRule="auto"/>
        <w:ind w:left="992" w:hanging="992"/>
        <w:jc w:val="both"/>
        <w:rPr>
          <w:color w:val="000000" w:themeColor="text1"/>
        </w:rPr>
      </w:pPr>
      <w:r w:rsidRPr="00DB6955">
        <w:rPr>
          <w:position w:val="-78"/>
        </w:rPr>
        <w:object w:dxaOrig="3879" w:dyaOrig="1680">
          <v:shape id="_x0000_i1349" type="#_x0000_t75" style="width:193.85pt;height:84pt" o:ole="">
            <v:imagedata r:id="rId672" o:title=""/>
          </v:shape>
          <o:OLEObject Type="Embed" ProgID="Equation.DSMT4" ShapeID="_x0000_i1349" DrawAspect="Content" ObjectID="_1808513715" r:id="rId673"/>
        </w:objec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Calibri"/>
          <w:color w:val="000000" w:themeColor="text1"/>
          <w:szCs w:val="24"/>
        </w:rPr>
        <w:t xml:space="preserve">Suy ra </w:t>
      </w:r>
      <w:r w:rsidRPr="00DB6955">
        <w:rPr>
          <w:position w:val="-22"/>
        </w:rPr>
        <w:object w:dxaOrig="3680" w:dyaOrig="560">
          <v:shape id="_x0000_i1350" type="#_x0000_t75" style="width:184.15pt;height:28.15pt" o:ole="">
            <v:imagedata r:id="rId674" o:title=""/>
          </v:shape>
          <o:OLEObject Type="Embed" ProgID="Equation.DSMT4" ShapeID="_x0000_i1350" DrawAspect="Content" ObjectID="_1808513716" r:id="rId675"/>
        </w:object>
      </w:r>
      <w:r w:rsidRPr="00DB6955">
        <w:rPr>
          <w:rFonts w:eastAsia="Georgia"/>
          <w:color w:val="000000" w:themeColor="text1"/>
          <w:szCs w:val="24"/>
        </w:rPr>
        <w:t xml:space="preserve">, trong đó </w:t>
      </w:r>
      <w:r w:rsidRPr="00DB6955">
        <w:rPr>
          <w:position w:val="-4"/>
        </w:rPr>
        <w:object w:dxaOrig="240" w:dyaOrig="320">
          <v:shape id="_x0000_i1351" type="#_x0000_t75" style="width:12pt;height:16.15pt" o:ole="">
            <v:imagedata r:id="rId676" o:title=""/>
          </v:shape>
          <o:OLEObject Type="Embed" ProgID="Equation.DSMT4" ShapeID="_x0000_i1351" DrawAspect="Content" ObjectID="_1808513717" r:id="rId677"/>
        </w:object>
      </w:r>
      <w:r w:rsidRPr="00DB6955">
        <w:rPr>
          <w:rFonts w:eastAsia="Georgia"/>
          <w:color w:val="000000" w:themeColor="text1"/>
          <w:szCs w:val="24"/>
        </w:rPr>
        <w:t xml:space="preserve"> là trọng lực tác dụng lên bóng đèn.</w:t>
      </w:r>
    </w:p>
    <w:p w:rsidR="00D05C3D" w:rsidRPr="00DB6955" w:rsidRDefault="00D05C3D" w:rsidP="00D05C3D">
      <w:pPr>
        <w:tabs>
          <w:tab w:val="left" w:pos="283"/>
          <w:tab w:val="left" w:pos="2835"/>
          <w:tab w:val="left" w:pos="5386"/>
          <w:tab w:val="left" w:pos="7937"/>
        </w:tabs>
        <w:snapToGrid w:val="0"/>
        <w:spacing w:before="0" w:after="0"/>
        <w:ind w:firstLine="283"/>
        <w:rPr>
          <w:rFonts w:eastAsia="Georgia"/>
          <w:color w:val="000000" w:themeColor="text1"/>
          <w:szCs w:val="24"/>
        </w:rPr>
      </w:pPr>
      <w:r w:rsidRPr="00DB6955">
        <w:rPr>
          <w:rFonts w:eastAsia="Georgia"/>
          <w:color w:val="000000" w:themeColor="text1"/>
          <w:szCs w:val="24"/>
        </w:rPr>
        <w:t>Mà trọng lượng của bóng đèn là 24 N nên</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position w:val="-30"/>
        </w:rPr>
        <w:object w:dxaOrig="6200" w:dyaOrig="680">
          <v:shape id="_x0000_i1352" type="#_x0000_t75" style="width:310.15pt;height:34.15pt" o:ole="">
            <v:imagedata r:id="rId678" o:title=""/>
          </v:shape>
          <o:OLEObject Type="Embed" ProgID="Equation.DSMT4" ShapeID="_x0000_i1352" DrawAspect="Content" ObjectID="_1808513718" r:id="rId679"/>
        </w:objec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Vậy </w:t>
      </w:r>
      <w:r w:rsidRPr="00DB6955">
        <w:rPr>
          <w:position w:val="-30"/>
        </w:rPr>
        <w:object w:dxaOrig="3060" w:dyaOrig="680">
          <v:shape id="_x0000_i1353" type="#_x0000_t75" style="width:153.25pt;height:34.15pt" o:ole="">
            <v:imagedata r:id="rId680" o:title=""/>
          </v:shape>
          <o:OLEObject Type="Embed" ProgID="Equation.DSMT4" ShapeID="_x0000_i1353" DrawAspect="Content" ObjectID="_1808513719" r:id="rId681"/>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Xét hàm số </w:t>
      </w:r>
      <w:r w:rsidRPr="00DB6955">
        <w:rPr>
          <w:position w:val="-30"/>
        </w:rPr>
        <w:object w:dxaOrig="1460" w:dyaOrig="680">
          <v:shape id="_x0000_i1354" type="#_x0000_t75" style="width:72.9pt;height:34.15pt" o:ole="">
            <v:imagedata r:id="rId682" o:title=""/>
          </v:shape>
          <o:OLEObject Type="Embed" ProgID="Equation.DSMT4" ShapeID="_x0000_i1354" DrawAspect="Content" ObjectID="_1808513720" r:id="rId683"/>
        </w:object>
      </w:r>
      <w:r w:rsidRPr="00DB6955">
        <w:rPr>
          <w:rFonts w:eastAsia="Georgia"/>
          <w:color w:val="000000" w:themeColor="text1"/>
          <w:szCs w:val="24"/>
        </w:rPr>
        <w:t xml:space="preserve"> trên </w:t>
      </w:r>
      <w:r w:rsidRPr="00DB6955">
        <w:rPr>
          <w:position w:val="-14"/>
        </w:rPr>
        <w:object w:dxaOrig="880" w:dyaOrig="400">
          <v:shape id="_x0000_i1355" type="#_x0000_t75" style="width:43.85pt;height:19.85pt" o:ole="">
            <v:imagedata r:id="rId684" o:title=""/>
          </v:shape>
          <o:OLEObject Type="Embed" ProgID="Equation.DSMT4" ShapeID="_x0000_i1355" DrawAspect="Content" ObjectID="_1808513721" r:id="rId685"/>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Georgia"/>
          <w:color w:val="000000" w:themeColor="text1"/>
          <w:szCs w:val="24"/>
        </w:rPr>
        <w:t xml:space="preserve">Ta có </w:t>
      </w:r>
      <w:r w:rsidRPr="00DB6955">
        <w:rPr>
          <w:position w:val="-40"/>
        </w:rPr>
        <w:object w:dxaOrig="4220" w:dyaOrig="780">
          <v:shape id="_x0000_i1356" type="#_x0000_t75" style="width:210.9pt;height:39.25pt" o:ole="">
            <v:imagedata r:id="rId686" o:title=""/>
          </v:shape>
          <o:OLEObject Type="Embed" ProgID="Equation.DSMT4" ShapeID="_x0000_i1356" DrawAspect="Content" ObjectID="_1808513722" r:id="rId687"/>
        </w:object>
      </w:r>
      <w:r w:rsidRPr="00DB6955">
        <w:rPr>
          <w:rFonts w:eastAsia="Calibri"/>
          <w:color w:val="000000" w:themeColor="text1"/>
          <w:szCs w:val="24"/>
        </w:rPr>
        <w:t>.</w:t>
      </w:r>
    </w:p>
    <w:p w:rsidR="00D05C3D" w:rsidRPr="00DB6955" w:rsidRDefault="00D05C3D" w:rsidP="00D05C3D">
      <w:pPr>
        <w:tabs>
          <w:tab w:val="left" w:pos="283"/>
          <w:tab w:val="left" w:pos="2835"/>
          <w:tab w:val="left" w:pos="5386"/>
          <w:tab w:val="left" w:pos="7937"/>
        </w:tabs>
        <w:snapToGrid w:val="0"/>
        <w:spacing w:before="0" w:after="0"/>
        <w:ind w:firstLine="283"/>
        <w:rPr>
          <w:rFonts w:eastAsia="Georgia"/>
          <w:color w:val="000000" w:themeColor="text1"/>
          <w:szCs w:val="24"/>
        </w:rPr>
      </w:pPr>
      <w:r w:rsidRPr="00DB6955">
        <w:rPr>
          <w:rFonts w:eastAsia="Georgia"/>
          <w:color w:val="000000" w:themeColor="text1"/>
          <w:szCs w:val="24"/>
        </w:rPr>
        <w:t>Mỗi sợi dây được thiết kế để chịu được lực căng tối đa là 10 N.</w:t>
      </w:r>
    </w:p>
    <w:p w:rsidR="00D05C3D" w:rsidRPr="00DB6955" w:rsidRDefault="00D05C3D" w:rsidP="00D05C3D">
      <w:pPr>
        <w:tabs>
          <w:tab w:val="left" w:pos="283"/>
          <w:tab w:val="left" w:pos="2835"/>
          <w:tab w:val="left" w:pos="5386"/>
          <w:tab w:val="left" w:pos="7937"/>
        </w:tabs>
        <w:snapToGrid w:val="0"/>
        <w:spacing w:before="0" w:after="0"/>
        <w:ind w:firstLine="283"/>
        <w:rPr>
          <w:rFonts w:eastAsia="Calibri"/>
          <w:color w:val="000000" w:themeColor="text1"/>
          <w:szCs w:val="24"/>
        </w:rPr>
      </w:pPr>
      <w:r w:rsidRPr="00DB6955">
        <w:rPr>
          <w:rFonts w:eastAsia="Calibri"/>
          <w:color w:val="000000" w:themeColor="text1"/>
          <w:szCs w:val="24"/>
        </w:rPr>
        <w:t xml:space="preserve">Suy ra </w:t>
      </w:r>
      <w:r w:rsidRPr="00DB6955">
        <w:rPr>
          <w:position w:val="-14"/>
        </w:rPr>
        <w:object w:dxaOrig="3800" w:dyaOrig="400">
          <v:shape id="_x0000_i1357" type="#_x0000_t75" style="width:190.15pt;height:19.85pt" o:ole="">
            <v:imagedata r:id="rId688" o:title=""/>
          </v:shape>
          <o:OLEObject Type="Embed" ProgID="Equation.DSMT4" ShapeID="_x0000_i1357" DrawAspect="Content" ObjectID="_1808513723" r:id="rId689"/>
        </w:object>
      </w:r>
      <w:r w:rsidRPr="00DB6955">
        <w:rPr>
          <w:rFonts w:eastAsia="Calibri"/>
          <w:color w:val="000000" w:themeColor="text1"/>
          <w:szCs w:val="24"/>
        </w:rPr>
        <w:t>.</w:t>
      </w:r>
    </w:p>
    <w:p w:rsidR="00D05C3D" w:rsidRDefault="00D05C3D" w:rsidP="00D05C3D">
      <w:pPr>
        <w:tabs>
          <w:tab w:val="left" w:pos="283"/>
          <w:tab w:val="left" w:pos="2835"/>
          <w:tab w:val="left" w:pos="5386"/>
          <w:tab w:val="left" w:pos="7937"/>
        </w:tabs>
        <w:snapToGrid w:val="0"/>
        <w:spacing w:before="0" w:after="0"/>
        <w:ind w:firstLine="283"/>
        <w:rPr>
          <w:rFonts w:eastAsia="Georgia"/>
          <w:color w:val="000000" w:themeColor="text1"/>
          <w:szCs w:val="24"/>
        </w:rPr>
      </w:pPr>
      <w:r w:rsidRPr="00DB6955">
        <w:rPr>
          <w:rFonts w:eastAsia="Georgia"/>
          <w:color w:val="000000" w:themeColor="text1"/>
          <w:szCs w:val="24"/>
        </w:rPr>
        <w:t>Vậy chiều dài tối thiểu của mỗi sợi dây bằng 30 inch thỏa mãn yêu cầu bài toán.</w:t>
      </w:r>
    </w:p>
    <w:p w:rsidR="00D05C3D" w:rsidRPr="00103EB1" w:rsidRDefault="00D05C3D" w:rsidP="00D05C3D">
      <w:pPr>
        <w:spacing w:before="0" w:after="0"/>
        <w:rPr>
          <w:rFonts w:eastAsia="Georgia"/>
          <w:color w:val="000000" w:themeColor="text1"/>
        </w:rPr>
      </w:pPr>
      <w:r w:rsidRPr="00DB6955">
        <w:rPr>
          <w:rFonts w:eastAsia="Georgia"/>
          <w:b/>
          <w:color w:val="0000FF"/>
          <w:szCs w:val="24"/>
        </w:rPr>
        <w:t xml:space="preserve">Câu 6. </w:t>
      </w:r>
      <w:r w:rsidRPr="00103EB1">
        <w:rPr>
          <w:rFonts w:eastAsia="Aptos"/>
          <w:bCs/>
          <w:lang w:val="pt-BR"/>
        </w:rPr>
        <w:t xml:space="preserve">Một quả bóng hình cầu có bán kính </w:t>
      </w:r>
      <w:r w:rsidRPr="00DB6955">
        <w:rPr>
          <w:position w:val="-4"/>
        </w:rPr>
        <w:object w:dxaOrig="180" w:dyaOrig="200">
          <v:shape id="_x0000_i1358" type="#_x0000_t75" style="width:9.25pt;height:10.6pt" o:ole="">
            <v:imagedata r:id="rId690" o:title=""/>
          </v:shape>
          <o:OLEObject Type="Embed" ProgID="Equation.DSMT4" ShapeID="_x0000_i1358" DrawAspect="Content" ObjectID="_1808513724" r:id="rId691"/>
        </w:object>
      </w:r>
      <w:r w:rsidRPr="00103EB1">
        <w:rPr>
          <w:rFonts w:eastAsia="Aptos"/>
          <w:bCs/>
          <w:lang w:val="pt-BR"/>
        </w:rPr>
        <w:t xml:space="preserve"> đang được treo trong một góc của tường nhà (hai bờ tường vuông góc với nhau). Một điểm </w:t>
      </w:r>
      <w:r w:rsidRPr="00DB6955">
        <w:rPr>
          <w:position w:val="-4"/>
        </w:rPr>
        <w:object w:dxaOrig="240" w:dyaOrig="260">
          <v:shape id="_x0000_i1359" type="#_x0000_t75" style="width:12pt;height:12.9pt" o:ole="">
            <v:imagedata r:id="rId692" o:title=""/>
          </v:shape>
          <o:OLEObject Type="Embed" ProgID="Equation.DSMT4" ShapeID="_x0000_i1359" DrawAspect="Content" ObjectID="_1808513725" r:id="rId693"/>
        </w:object>
      </w:r>
      <w:r w:rsidRPr="00103EB1">
        <w:rPr>
          <w:rFonts w:eastAsia="Aptos"/>
          <w:bCs/>
          <w:lang w:val="pt-BR"/>
        </w:rPr>
        <w:t xml:space="preserve"> cố định nằm trên mép hai bờ tường và cách mặt đất </w:t>
      </w:r>
      <w:r w:rsidRPr="00DB6955">
        <w:rPr>
          <w:position w:val="-6"/>
        </w:rPr>
        <w:object w:dxaOrig="300" w:dyaOrig="279">
          <v:shape id="_x0000_i1360" type="#_x0000_t75" style="width:15.25pt;height:13.85pt" o:ole="">
            <v:imagedata r:id="rId694" o:title=""/>
          </v:shape>
          <o:OLEObject Type="Embed" ProgID="Equation.DSMT4" ShapeID="_x0000_i1360" DrawAspect="Content" ObjectID="_1808513726" r:id="rId695"/>
        </w:object>
      </w:r>
      <w:r w:rsidRPr="00103EB1">
        <w:rPr>
          <w:rFonts w:eastAsia="Aptos"/>
          <w:bCs/>
        </w:rPr>
        <w:t xml:space="preserve">cm, sợi dây treo quả bóng có độ dài </w:t>
      </w:r>
      <w:r w:rsidRPr="00DB6955">
        <w:rPr>
          <w:position w:val="-6"/>
        </w:rPr>
        <w:object w:dxaOrig="880" w:dyaOrig="279">
          <v:shape id="_x0000_i1361" type="#_x0000_t75" style="width:43.4pt;height:13.85pt" o:ole="">
            <v:imagedata r:id="rId696" o:title=""/>
          </v:shape>
          <o:OLEObject Type="Embed" ProgID="Equation.DSMT4" ShapeID="_x0000_i1361" DrawAspect="Content" ObjectID="_1808513727" r:id="rId697"/>
        </w:object>
      </w:r>
      <w:r w:rsidRPr="00103EB1">
        <w:rPr>
          <w:rFonts w:eastAsia="Aptos"/>
          <w:bCs/>
        </w:rPr>
        <w:t xml:space="preserve">cm và đây cũng là độ dài ngắn nhất nối điểm </w:t>
      </w:r>
      <w:r w:rsidRPr="00DB6955">
        <w:rPr>
          <w:position w:val="-4"/>
        </w:rPr>
        <w:object w:dxaOrig="240" w:dyaOrig="260">
          <v:shape id="_x0000_i1362" type="#_x0000_t75" style="width:12pt;height:12.9pt" o:ole="">
            <v:imagedata r:id="rId692" o:title=""/>
          </v:shape>
          <o:OLEObject Type="Embed" ProgID="Equation.DSMT4" ShapeID="_x0000_i1362" DrawAspect="Content" ObjectID="_1808513728" r:id="rId698"/>
        </w:object>
      </w:r>
      <w:r w:rsidRPr="00103EB1">
        <w:rPr>
          <w:rFonts w:eastAsia="Aptos"/>
          <w:bCs/>
        </w:rPr>
        <w:t xml:space="preserve"> với mặt xung quanh của quả bóng. Biết rằng quả bóng tiếp xúc với hai bên bờ tường và điểm thấp nhất của quả bóng cách mặt đất </w:t>
      </w:r>
      <w:r w:rsidRPr="00DB6955">
        <w:rPr>
          <w:position w:val="-6"/>
        </w:rPr>
        <w:object w:dxaOrig="320" w:dyaOrig="279">
          <v:shape id="_x0000_i1363" type="#_x0000_t75" style="width:16.6pt;height:13.85pt" o:ole="">
            <v:imagedata r:id="rId699" o:title=""/>
          </v:shape>
          <o:OLEObject Type="Embed" ProgID="Equation.DSMT4" ShapeID="_x0000_i1363" DrawAspect="Content" ObjectID="_1808513729" r:id="rId700"/>
        </w:object>
      </w:r>
      <w:r w:rsidRPr="00103EB1">
        <w:rPr>
          <w:rFonts w:eastAsia="Aptos"/>
          <w:bCs/>
        </w:rPr>
        <w:t>cm. Hỏi quả bóng có đường kính là bao nhiêu cm? (Kết quả làm tròn đến hàng đơn vị)</w:t>
      </w:r>
    </w:p>
    <w:p w:rsidR="00D05C3D" w:rsidRPr="00DB6955" w:rsidRDefault="00D05C3D" w:rsidP="00D05C3D">
      <w:pPr>
        <w:pStyle w:val="ListParagraph"/>
        <w:spacing w:before="0"/>
        <w:ind w:left="992"/>
        <w:jc w:val="center"/>
        <w:rPr>
          <w:rFonts w:eastAsia="Aptos"/>
          <w:b/>
          <w:bCs/>
          <w:lang w:val="pt-BR"/>
        </w:rPr>
      </w:pPr>
      <w:r w:rsidRPr="00DB6955">
        <w:rPr>
          <w:noProof/>
        </w:rPr>
        <w:drawing>
          <wp:inline distT="0" distB="0" distL="0" distR="0" wp14:anchorId="6602CCF1" wp14:editId="147D1890">
            <wp:extent cx="2004060" cy="2537460"/>
            <wp:effectExtent l="0" t="0" r="0" b="0"/>
            <wp:docPr id="7" name="Picture 7" descr="A black and white image of 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image of a black and white diagram&#10;&#10;Description automatically generated"/>
                    <pic:cNvPicPr>
                      <a:picLocks noChangeAspect="1" noChangeArrowheads="1"/>
                    </pic:cNvPicPr>
                  </pic:nvPicPr>
                  <pic:blipFill>
                    <a:blip r:embed="rId701" cstate="print">
                      <a:extLst>
                        <a:ext uri="{28A0092B-C50C-407E-A947-70E740481C1C}">
                          <a14:useLocalDpi xmlns:a14="http://schemas.microsoft.com/office/drawing/2010/main" val="0"/>
                        </a:ext>
                      </a:extLst>
                    </a:blip>
                    <a:srcRect l="6151" r="9288" b="2513"/>
                    <a:stretch>
                      <a:fillRect/>
                    </a:stretch>
                  </pic:blipFill>
                  <pic:spPr bwMode="auto">
                    <a:xfrm>
                      <a:off x="0" y="0"/>
                      <a:ext cx="2004060" cy="2537460"/>
                    </a:xfrm>
                    <a:prstGeom prst="rect">
                      <a:avLst/>
                    </a:prstGeom>
                    <a:noFill/>
                    <a:ln>
                      <a:noFill/>
                    </a:ln>
                  </pic:spPr>
                </pic:pic>
              </a:graphicData>
            </a:graphic>
          </wp:inline>
        </w:drawing>
      </w:r>
    </w:p>
    <w:p w:rsidR="00D05C3D" w:rsidRPr="00DB6955" w:rsidRDefault="00D05C3D" w:rsidP="00D05C3D">
      <w:pPr>
        <w:tabs>
          <w:tab w:val="left" w:pos="283"/>
          <w:tab w:val="left" w:pos="2835"/>
          <w:tab w:val="left" w:pos="5386"/>
          <w:tab w:val="left" w:pos="7937"/>
        </w:tabs>
        <w:spacing w:before="0" w:after="0"/>
        <w:ind w:firstLine="283"/>
        <w:rPr>
          <w:color w:val="0000FF"/>
        </w:rPr>
      </w:pPr>
      <w:r w:rsidRPr="00DB6955">
        <w:rPr>
          <w:b/>
          <w:color w:val="0000FF"/>
        </w:rPr>
        <w:t>Lời giải</w:t>
      </w:r>
    </w:p>
    <w:p w:rsidR="00D05C3D" w:rsidRPr="00DB6955" w:rsidRDefault="00D05C3D" w:rsidP="00D05C3D">
      <w:pPr>
        <w:tabs>
          <w:tab w:val="left" w:pos="283"/>
          <w:tab w:val="left" w:pos="2835"/>
          <w:tab w:val="left" w:pos="5386"/>
          <w:tab w:val="left" w:pos="7937"/>
        </w:tabs>
        <w:spacing w:before="0" w:after="0"/>
        <w:ind w:firstLine="283"/>
      </w:pPr>
      <w:r w:rsidRPr="00DB6955">
        <w:t xml:space="preserve">Đáp số: </w:t>
      </w:r>
      <w:r>
        <w:t>38</w:t>
      </w:r>
    </w:p>
    <w:p w:rsidR="00D05C3D" w:rsidRPr="00DB6955" w:rsidRDefault="00D05C3D" w:rsidP="00D05C3D">
      <w:pPr>
        <w:tabs>
          <w:tab w:val="left" w:pos="3402"/>
          <w:tab w:val="left" w:pos="5669"/>
          <w:tab w:val="left" w:pos="7937"/>
        </w:tabs>
        <w:spacing w:before="0" w:after="0"/>
        <w:ind w:firstLine="284"/>
        <w:rPr>
          <w:rFonts w:eastAsia="Aptos"/>
          <w:szCs w:val="24"/>
        </w:rPr>
      </w:pPr>
      <w:r w:rsidRPr="00DB6955">
        <w:rPr>
          <w:rFonts w:eastAsia="Aptos"/>
          <w:szCs w:val="24"/>
        </w:rPr>
        <w:t xml:space="preserve">Minh họa hình vẽ như sau. Đề bài yêu cầu tìm đường kính của quả cầu hay tính </w:t>
      </w:r>
      <w:r w:rsidRPr="00DB6955">
        <w:rPr>
          <w:rFonts w:eastAsia="Aptos"/>
          <w:position w:val="-4"/>
          <w:szCs w:val="24"/>
        </w:rPr>
        <w:object w:dxaOrig="300" w:dyaOrig="260">
          <v:shape id="_x0000_i1364" type="#_x0000_t75" style="width:15.25pt;height:12.9pt" o:ole="">
            <v:imagedata r:id="rId702" o:title=""/>
          </v:shape>
          <o:OLEObject Type="Embed" ProgID="Equation.DSMT4" ShapeID="_x0000_i1364" DrawAspect="Content" ObjectID="_1808513730" r:id="rId703"/>
        </w:object>
      </w:r>
    </w:p>
    <w:p w:rsidR="00D05C3D" w:rsidRPr="00DB6955" w:rsidRDefault="00D05C3D" w:rsidP="00D05C3D">
      <w:pPr>
        <w:tabs>
          <w:tab w:val="left" w:pos="3402"/>
          <w:tab w:val="left" w:pos="5669"/>
          <w:tab w:val="left" w:pos="7937"/>
        </w:tabs>
        <w:spacing w:before="0" w:after="0"/>
        <w:ind w:firstLine="284"/>
        <w:jc w:val="center"/>
        <w:rPr>
          <w:rFonts w:eastAsia="Aptos"/>
          <w:b/>
          <w:bCs/>
          <w:szCs w:val="24"/>
        </w:rPr>
      </w:pPr>
      <w:r w:rsidRPr="00DB6955">
        <w:rPr>
          <w:rFonts w:eastAsia="Aptos"/>
          <w:b/>
          <w:noProof/>
          <w:szCs w:val="24"/>
        </w:rPr>
        <w:drawing>
          <wp:inline distT="0" distB="0" distL="0" distR="0" wp14:anchorId="1E240C14" wp14:editId="67F024D8">
            <wp:extent cx="1539240" cy="2506980"/>
            <wp:effectExtent l="0" t="0" r="0" b="7620"/>
            <wp:docPr id="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10;&#10;Description automatically generated with medium confidence"/>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539240" cy="2506980"/>
                    </a:xfrm>
                    <a:prstGeom prst="rect">
                      <a:avLst/>
                    </a:prstGeom>
                    <a:noFill/>
                    <a:ln>
                      <a:noFill/>
                    </a:ln>
                  </pic:spPr>
                </pic:pic>
              </a:graphicData>
            </a:graphic>
          </wp:inline>
        </w:drawing>
      </w:r>
    </w:p>
    <w:p w:rsidR="00D05C3D" w:rsidRPr="00DB6955" w:rsidRDefault="00D05C3D" w:rsidP="00D05C3D">
      <w:pPr>
        <w:tabs>
          <w:tab w:val="left" w:pos="3402"/>
          <w:tab w:val="left" w:pos="5669"/>
          <w:tab w:val="left" w:pos="7937"/>
        </w:tabs>
        <w:spacing w:before="0" w:after="0"/>
        <w:ind w:firstLine="284"/>
        <w:rPr>
          <w:rFonts w:eastAsia="Aptos"/>
          <w:szCs w:val="24"/>
        </w:rPr>
      </w:pPr>
      <w:r w:rsidRPr="00DB6955">
        <w:rPr>
          <w:rFonts w:eastAsia="Aptos"/>
          <w:szCs w:val="24"/>
        </w:rPr>
        <w:t xml:space="preserve">Ta có thể tính được: </w:t>
      </w:r>
      <w:r w:rsidRPr="00DB6955">
        <w:rPr>
          <w:rFonts w:eastAsia="Aptos"/>
          <w:position w:val="-6"/>
          <w:szCs w:val="24"/>
        </w:rPr>
        <w:object w:dxaOrig="999" w:dyaOrig="340">
          <v:shape id="_x0000_i1365" type="#_x0000_t75" style="width:49.85pt;height:17.1pt" o:ole="">
            <v:imagedata r:id="rId705" o:title=""/>
          </v:shape>
          <o:OLEObject Type="Embed" ProgID="Equation.DSMT4" ShapeID="_x0000_i1365" DrawAspect="Content" ObjectID="_1808513731" r:id="rId706"/>
        </w:object>
      </w:r>
      <w:r w:rsidRPr="00DB6955">
        <w:rPr>
          <w:rFonts w:eastAsia="Aptos"/>
          <w:szCs w:val="24"/>
        </w:rPr>
        <w:t xml:space="preserve">; </w:t>
      </w:r>
      <w:r w:rsidRPr="00DB6955">
        <w:rPr>
          <w:rFonts w:eastAsia="Aptos"/>
          <w:position w:val="-6"/>
          <w:szCs w:val="24"/>
        </w:rPr>
        <w:object w:dxaOrig="1500" w:dyaOrig="279">
          <v:shape id="_x0000_i1366" type="#_x0000_t75" style="width:75.25pt;height:13.85pt" o:ole="">
            <v:imagedata r:id="rId707" o:title=""/>
          </v:shape>
          <o:OLEObject Type="Embed" ProgID="Equation.DSMT4" ShapeID="_x0000_i1366" DrawAspect="Content" ObjectID="_1808513732" r:id="rId708"/>
        </w:object>
      </w:r>
      <w:r w:rsidRPr="00DB6955">
        <w:rPr>
          <w:rFonts w:eastAsia="Aptos"/>
          <w:szCs w:val="24"/>
        </w:rPr>
        <w:t xml:space="preserve">; </w:t>
      </w:r>
      <w:r w:rsidRPr="00DB6955">
        <w:rPr>
          <w:rFonts w:eastAsia="Aptos"/>
          <w:position w:val="-6"/>
          <w:szCs w:val="24"/>
        </w:rPr>
        <w:object w:dxaOrig="2500" w:dyaOrig="279">
          <v:shape id="_x0000_i1367" type="#_x0000_t75" style="width:124.6pt;height:13.85pt" o:ole="">
            <v:imagedata r:id="rId709" o:title=""/>
          </v:shape>
          <o:OLEObject Type="Embed" ProgID="Equation.DSMT4" ShapeID="_x0000_i1367" DrawAspect="Content" ObjectID="_1808513733" r:id="rId710"/>
        </w:object>
      </w:r>
      <w:r w:rsidRPr="00DB6955">
        <w:rPr>
          <w:rFonts w:eastAsia="Aptos"/>
          <w:szCs w:val="24"/>
        </w:rPr>
        <w:t xml:space="preserve">; </w:t>
      </w:r>
      <w:r w:rsidRPr="00DB6955">
        <w:rPr>
          <w:rFonts w:eastAsia="Aptos"/>
          <w:position w:val="-6"/>
          <w:szCs w:val="24"/>
        </w:rPr>
        <w:object w:dxaOrig="1120" w:dyaOrig="279">
          <v:shape id="_x0000_i1368" type="#_x0000_t75" style="width:55.85pt;height:13.85pt" o:ole="">
            <v:imagedata r:id="rId711" o:title=""/>
          </v:shape>
          <o:OLEObject Type="Embed" ProgID="Equation.DSMT4" ShapeID="_x0000_i1368" DrawAspect="Content" ObjectID="_1808513734" r:id="rId712"/>
        </w:object>
      </w:r>
    </w:p>
    <w:p w:rsidR="00D05C3D" w:rsidRPr="00DB6955" w:rsidRDefault="00D05C3D" w:rsidP="00D05C3D">
      <w:pPr>
        <w:tabs>
          <w:tab w:val="left" w:pos="3402"/>
          <w:tab w:val="left" w:pos="5669"/>
          <w:tab w:val="left" w:pos="7937"/>
        </w:tabs>
        <w:spacing w:before="0" w:after="0"/>
        <w:ind w:firstLine="284"/>
        <w:rPr>
          <w:rFonts w:eastAsia="Aptos"/>
          <w:szCs w:val="24"/>
        </w:rPr>
      </w:pPr>
      <w:r w:rsidRPr="00DB6955">
        <w:rPr>
          <w:rFonts w:eastAsia="Aptos"/>
          <w:szCs w:val="24"/>
        </w:rPr>
        <w:t xml:space="preserve">Áp dụng định lý Pytogo trong </w:t>
      </w:r>
      <w:r w:rsidRPr="00DB6955">
        <w:rPr>
          <w:rFonts w:eastAsia="Aptos"/>
          <w:position w:val="-4"/>
          <w:szCs w:val="24"/>
        </w:rPr>
        <w:object w:dxaOrig="639" w:dyaOrig="260">
          <v:shape id="_x0000_i1369" type="#_x0000_t75" style="width:31.85pt;height:12.9pt" o:ole="">
            <v:imagedata r:id="rId713" o:title=""/>
          </v:shape>
          <o:OLEObject Type="Embed" ProgID="Equation.DSMT4" ShapeID="_x0000_i1369" DrawAspect="Content" ObjectID="_1808513735" r:id="rId714"/>
        </w:object>
      </w:r>
      <w:r w:rsidRPr="00DB6955">
        <w:rPr>
          <w:rFonts w:eastAsia="Aptos"/>
          <w:szCs w:val="24"/>
        </w:rPr>
        <w:t xml:space="preserve"> ta có: </w:t>
      </w:r>
      <w:r w:rsidRPr="00DB6955">
        <w:rPr>
          <w:rFonts w:eastAsia="Aptos"/>
          <w:position w:val="-18"/>
          <w:szCs w:val="24"/>
        </w:rPr>
        <w:object w:dxaOrig="4920" w:dyaOrig="540">
          <v:shape id="_x0000_i1370" type="#_x0000_t75" style="width:246pt;height:27.25pt" o:ole="">
            <v:imagedata r:id="rId715" o:title=""/>
          </v:shape>
          <o:OLEObject Type="Embed" ProgID="Equation.DSMT4" ShapeID="_x0000_i1370" DrawAspect="Content" ObjectID="_1808513736" r:id="rId716"/>
        </w:object>
      </w:r>
    </w:p>
    <w:p w:rsidR="00D05C3D" w:rsidRPr="00DB6955" w:rsidRDefault="00D05C3D" w:rsidP="00D05C3D">
      <w:pPr>
        <w:tabs>
          <w:tab w:val="left" w:pos="3402"/>
          <w:tab w:val="left" w:pos="5669"/>
          <w:tab w:val="left" w:pos="7937"/>
        </w:tabs>
        <w:spacing w:before="0" w:after="0"/>
        <w:ind w:firstLine="284"/>
        <w:rPr>
          <w:rFonts w:eastAsia="Aptos"/>
          <w:b/>
          <w:bCs/>
          <w:szCs w:val="24"/>
        </w:rPr>
      </w:pPr>
      <w:r w:rsidRPr="00DB6955">
        <w:rPr>
          <w:rFonts w:eastAsia="Aptos"/>
          <w:position w:val="-36"/>
          <w:szCs w:val="24"/>
        </w:rPr>
        <w:object w:dxaOrig="8380" w:dyaOrig="840">
          <v:shape id="_x0000_i1371" type="#_x0000_t75" style="width:419.1pt;height:42pt" o:ole="">
            <v:imagedata r:id="rId717" o:title=""/>
          </v:shape>
          <o:OLEObject Type="Embed" ProgID="Equation.DSMT4" ShapeID="_x0000_i1371" DrawAspect="Content" ObjectID="_1808513737" r:id="rId718"/>
        </w:object>
      </w:r>
    </w:p>
    <w:p w:rsidR="00D05C3D" w:rsidRPr="00DB6955" w:rsidRDefault="00D05C3D" w:rsidP="00D05C3D">
      <w:pPr>
        <w:tabs>
          <w:tab w:val="left" w:pos="3402"/>
          <w:tab w:val="left" w:pos="5669"/>
          <w:tab w:val="left" w:pos="7937"/>
        </w:tabs>
        <w:spacing w:before="0" w:after="0"/>
        <w:ind w:firstLine="284"/>
        <w:rPr>
          <w:rFonts w:eastAsia="Aptos"/>
          <w:szCs w:val="24"/>
        </w:rPr>
      </w:pPr>
      <w:r w:rsidRPr="00DB6955">
        <w:rPr>
          <w:rFonts w:eastAsia="Aptos"/>
          <w:szCs w:val="24"/>
        </w:rPr>
        <w:t xml:space="preserve">Ta loại trường hợp </w:t>
      </w:r>
      <w:r w:rsidRPr="00DB6955">
        <w:rPr>
          <w:rFonts w:eastAsia="Aptos"/>
          <w:position w:val="-8"/>
          <w:szCs w:val="24"/>
        </w:rPr>
        <w:object w:dxaOrig="1400" w:dyaOrig="360">
          <v:shape id="_x0000_i1372" type="#_x0000_t75" style="width:70.6pt;height:18pt" o:ole="">
            <v:imagedata r:id="rId719" o:title=""/>
          </v:shape>
          <o:OLEObject Type="Embed" ProgID="Equation.DSMT4" ShapeID="_x0000_i1372" DrawAspect="Content" ObjectID="_1808513738" r:id="rId720"/>
        </w:object>
      </w:r>
      <w:r w:rsidRPr="00DB6955">
        <w:rPr>
          <w:rFonts w:eastAsia="Aptos"/>
          <w:szCs w:val="24"/>
        </w:rPr>
        <w:t xml:space="preserve"> do khoảng cách từ </w:t>
      </w:r>
      <w:r w:rsidRPr="00DB6955">
        <w:rPr>
          <w:rFonts w:eastAsia="Aptos"/>
          <w:position w:val="-6"/>
          <w:szCs w:val="24"/>
        </w:rPr>
        <w:object w:dxaOrig="240" w:dyaOrig="279">
          <v:shape id="_x0000_i1373" type="#_x0000_t75" style="width:12pt;height:13.85pt" o:ole="">
            <v:imagedata r:id="rId721" o:title=""/>
          </v:shape>
          <o:OLEObject Type="Embed" ProgID="Equation.DSMT4" ShapeID="_x0000_i1373" DrawAspect="Content" ObjectID="_1808513739" r:id="rId722"/>
        </w:object>
      </w:r>
      <w:r w:rsidRPr="00DB6955">
        <w:rPr>
          <w:rFonts w:eastAsia="Aptos"/>
          <w:szCs w:val="24"/>
        </w:rPr>
        <w:t xml:space="preserve"> đến </w:t>
      </w:r>
      <w:r w:rsidRPr="00DB6955">
        <w:rPr>
          <w:rFonts w:eastAsia="Aptos"/>
          <w:position w:val="-4"/>
          <w:szCs w:val="24"/>
        </w:rPr>
        <w:object w:dxaOrig="240" w:dyaOrig="260">
          <v:shape id="_x0000_i1374" type="#_x0000_t75" style="width:12pt;height:12.9pt" o:ole="">
            <v:imagedata r:id="rId692" o:title=""/>
          </v:shape>
          <o:OLEObject Type="Embed" ProgID="Equation.DSMT4" ShapeID="_x0000_i1374" DrawAspect="Content" ObjectID="_1808513740" r:id="rId723"/>
        </w:object>
      </w:r>
      <w:r w:rsidRPr="00DB6955">
        <w:rPr>
          <w:rFonts w:eastAsia="Aptos"/>
          <w:szCs w:val="24"/>
        </w:rPr>
        <w:t xml:space="preserve"> theo đề bài chỉ bằng </w:t>
      </w:r>
      <w:r w:rsidRPr="00DB6955">
        <w:rPr>
          <w:rFonts w:eastAsia="Aptos"/>
          <w:position w:val="-6"/>
          <w:szCs w:val="24"/>
        </w:rPr>
        <w:object w:dxaOrig="300" w:dyaOrig="279">
          <v:shape id="_x0000_i1375" type="#_x0000_t75" style="width:15.25pt;height:13.85pt" o:ole="">
            <v:imagedata r:id="rId724" o:title=""/>
          </v:shape>
          <o:OLEObject Type="Embed" ProgID="Equation.DSMT4" ShapeID="_x0000_i1375" DrawAspect="Content" ObjectID="_1808513741" r:id="rId725"/>
        </w:object>
      </w:r>
      <w:r w:rsidRPr="00DB6955">
        <w:rPr>
          <w:rFonts w:eastAsia="Aptos"/>
          <w:szCs w:val="24"/>
        </w:rPr>
        <w:t>cm.</w:t>
      </w:r>
    </w:p>
    <w:p w:rsidR="00D05C3D" w:rsidRPr="00DB6955" w:rsidRDefault="00D05C3D" w:rsidP="00D05C3D">
      <w:pPr>
        <w:tabs>
          <w:tab w:val="left" w:pos="3402"/>
          <w:tab w:val="left" w:pos="5669"/>
          <w:tab w:val="left" w:pos="7937"/>
        </w:tabs>
        <w:spacing w:before="0" w:after="0"/>
        <w:ind w:firstLine="284"/>
        <w:rPr>
          <w:rFonts w:eastAsia="Aptos"/>
          <w:szCs w:val="24"/>
        </w:rPr>
      </w:pPr>
      <w:r w:rsidRPr="00DB6955">
        <w:rPr>
          <w:rFonts w:eastAsia="Aptos"/>
          <w:szCs w:val="24"/>
        </w:rPr>
        <w:t xml:space="preserve">Vậy đường kính của quả cầu bằng </w:t>
      </w:r>
      <w:r w:rsidRPr="00DB6955">
        <w:rPr>
          <w:rFonts w:eastAsia="Aptos"/>
          <w:position w:val="-18"/>
          <w:szCs w:val="24"/>
        </w:rPr>
        <w:object w:dxaOrig="2700" w:dyaOrig="480">
          <v:shape id="_x0000_i1376" type="#_x0000_t75" style="width:135.25pt;height:24pt" o:ole="">
            <v:imagedata r:id="rId726" o:title=""/>
          </v:shape>
          <o:OLEObject Type="Embed" ProgID="Equation.DSMT4" ShapeID="_x0000_i1376" DrawAspect="Content" ObjectID="_1808513742" r:id="rId727"/>
        </w:object>
      </w:r>
      <w:r w:rsidRPr="00DB6955">
        <w:rPr>
          <w:rFonts w:eastAsia="Aptos"/>
          <w:szCs w:val="24"/>
        </w:rPr>
        <w:t>cm.</w:t>
      </w:r>
    </w:p>
    <w:p w:rsidR="00D05C3D" w:rsidRPr="00DB6955" w:rsidRDefault="00D05C3D" w:rsidP="00D05C3D">
      <w:pPr>
        <w:tabs>
          <w:tab w:val="left" w:pos="283"/>
          <w:tab w:val="left" w:pos="2835"/>
          <w:tab w:val="left" w:pos="5386"/>
          <w:tab w:val="left" w:pos="7937"/>
        </w:tabs>
        <w:snapToGrid w:val="0"/>
        <w:spacing w:before="0" w:after="0"/>
        <w:ind w:firstLine="284"/>
        <w:rPr>
          <w:rFonts w:eastAsia="Georgia"/>
          <w:color w:val="000000" w:themeColor="text1"/>
          <w:szCs w:val="24"/>
        </w:rPr>
      </w:pPr>
    </w:p>
    <w:bookmarkEnd w:id="0"/>
    <w:p w:rsidR="009113A8" w:rsidRPr="00D05C3D" w:rsidRDefault="009113A8" w:rsidP="00D05C3D">
      <w:pPr>
        <w:spacing w:before="0" w:after="0"/>
      </w:pPr>
    </w:p>
    <w:sectPr w:rsidR="009113A8" w:rsidRPr="00D05C3D" w:rsidSect="00C5569C">
      <w:pgSz w:w="11906" w:h="16838" w:code="9"/>
      <w:pgMar w:top="680" w:right="567" w:bottom="680" w:left="851" w:header="22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19A" w:rsidRDefault="00BF119A" w:rsidP="009D23AE">
      <w:pPr>
        <w:spacing w:before="0" w:after="0"/>
      </w:pPr>
      <w:r>
        <w:separator/>
      </w:r>
    </w:p>
  </w:endnote>
  <w:endnote w:type="continuationSeparator" w:id="0">
    <w:p w:rsidR="00BF119A" w:rsidRDefault="00BF119A"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Italic">
    <w:altName w:val="Times New Roman"/>
    <w:panose1 w:val="00000000000000000000"/>
    <w:charset w:val="00"/>
    <w:family w:val="roman"/>
    <w:notTrueType/>
    <w:pitch w:val="default"/>
  </w:font>
  <w:font w:name="UTM Avo">
    <w:panose1 w:val="02040603050506020204"/>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19A" w:rsidRDefault="00BF119A" w:rsidP="009D23AE">
      <w:pPr>
        <w:spacing w:before="0" w:after="0"/>
      </w:pPr>
      <w:r>
        <w:separator/>
      </w:r>
    </w:p>
  </w:footnote>
  <w:footnote w:type="continuationSeparator" w:id="0">
    <w:p w:rsidR="00BF119A" w:rsidRDefault="00BF119A"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7" w15:restartNumberingAfterBreak="0">
    <w:nsid w:val="16377E24"/>
    <w:multiLevelType w:val="multilevel"/>
    <w:tmpl w:val="1DC69EC2"/>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413543"/>
    <w:multiLevelType w:val="hybridMultilevel"/>
    <w:tmpl w:val="1D244B60"/>
    <w:lvl w:ilvl="0" w:tplc="167E562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2"/>
  </w:num>
  <w:num w:numId="5">
    <w:abstractNumId w:val="4"/>
  </w:num>
  <w:num w:numId="6">
    <w:abstractNumId w:val="1"/>
  </w:num>
  <w:num w:numId="7">
    <w:abstractNumId w:val="0"/>
  </w:num>
  <w:num w:numId="8">
    <w:abstractNumId w:val="6"/>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738D8"/>
    <w:rsid w:val="00083EDF"/>
    <w:rsid w:val="00086ECE"/>
    <w:rsid w:val="00090CAE"/>
    <w:rsid w:val="000B4BCD"/>
    <w:rsid w:val="000C3E36"/>
    <w:rsid w:val="000F0761"/>
    <w:rsid w:val="001271DB"/>
    <w:rsid w:val="001B3D32"/>
    <w:rsid w:val="001D1053"/>
    <w:rsid w:val="001F0B64"/>
    <w:rsid w:val="001F6849"/>
    <w:rsid w:val="002029B3"/>
    <w:rsid w:val="00204A9F"/>
    <w:rsid w:val="00227C0C"/>
    <w:rsid w:val="00232E5E"/>
    <w:rsid w:val="00242C05"/>
    <w:rsid w:val="00255B4D"/>
    <w:rsid w:val="00272FA1"/>
    <w:rsid w:val="00283677"/>
    <w:rsid w:val="002C2951"/>
    <w:rsid w:val="00363BD7"/>
    <w:rsid w:val="00373D90"/>
    <w:rsid w:val="00385EF5"/>
    <w:rsid w:val="003B7FD1"/>
    <w:rsid w:val="00453277"/>
    <w:rsid w:val="00455153"/>
    <w:rsid w:val="00481BEF"/>
    <w:rsid w:val="004D1888"/>
    <w:rsid w:val="00527E9E"/>
    <w:rsid w:val="0056376F"/>
    <w:rsid w:val="00592E10"/>
    <w:rsid w:val="005970C9"/>
    <w:rsid w:val="005C2776"/>
    <w:rsid w:val="005E6A3F"/>
    <w:rsid w:val="0062497D"/>
    <w:rsid w:val="006D6B67"/>
    <w:rsid w:val="007307D8"/>
    <w:rsid w:val="00733EBF"/>
    <w:rsid w:val="00765943"/>
    <w:rsid w:val="007856D5"/>
    <w:rsid w:val="007B58FB"/>
    <w:rsid w:val="007D730D"/>
    <w:rsid w:val="007E2450"/>
    <w:rsid w:val="00805EC9"/>
    <w:rsid w:val="00815A05"/>
    <w:rsid w:val="00820DBD"/>
    <w:rsid w:val="00827F44"/>
    <w:rsid w:val="00896591"/>
    <w:rsid w:val="008C01BF"/>
    <w:rsid w:val="008E39D7"/>
    <w:rsid w:val="008F47A2"/>
    <w:rsid w:val="009113A8"/>
    <w:rsid w:val="00921C44"/>
    <w:rsid w:val="00924ED8"/>
    <w:rsid w:val="00931E9F"/>
    <w:rsid w:val="009434D3"/>
    <w:rsid w:val="00973264"/>
    <w:rsid w:val="009D17FC"/>
    <w:rsid w:val="009D23AE"/>
    <w:rsid w:val="00A3218F"/>
    <w:rsid w:val="00A50A1A"/>
    <w:rsid w:val="00A90852"/>
    <w:rsid w:val="00AA7EB2"/>
    <w:rsid w:val="00AD3B56"/>
    <w:rsid w:val="00AF23CC"/>
    <w:rsid w:val="00B0088E"/>
    <w:rsid w:val="00B40B78"/>
    <w:rsid w:val="00B54A2B"/>
    <w:rsid w:val="00B57849"/>
    <w:rsid w:val="00BD63FF"/>
    <w:rsid w:val="00BF119A"/>
    <w:rsid w:val="00C25F5A"/>
    <w:rsid w:val="00C41A5B"/>
    <w:rsid w:val="00C4225E"/>
    <w:rsid w:val="00C5569C"/>
    <w:rsid w:val="00C617AE"/>
    <w:rsid w:val="00C73C38"/>
    <w:rsid w:val="00CC0004"/>
    <w:rsid w:val="00CC231D"/>
    <w:rsid w:val="00CF0E23"/>
    <w:rsid w:val="00CF1A09"/>
    <w:rsid w:val="00D05C3D"/>
    <w:rsid w:val="00D0762C"/>
    <w:rsid w:val="00D44922"/>
    <w:rsid w:val="00D852AF"/>
    <w:rsid w:val="00DA06A7"/>
    <w:rsid w:val="00DF02C5"/>
    <w:rsid w:val="00E11387"/>
    <w:rsid w:val="00E444F1"/>
    <w:rsid w:val="00E55D02"/>
    <w:rsid w:val="00E62059"/>
    <w:rsid w:val="00E915DD"/>
    <w:rsid w:val="00E97759"/>
    <w:rsid w:val="00EA4FA6"/>
    <w:rsid w:val="00EB3B56"/>
    <w:rsid w:val="00EB7D44"/>
    <w:rsid w:val="00ED58DE"/>
    <w:rsid w:val="00EE03C8"/>
    <w:rsid w:val="00F33CAA"/>
    <w:rsid w:val="00F52A27"/>
    <w:rsid w:val="00F626ED"/>
    <w:rsid w:val="00F62D1B"/>
    <w:rsid w:val="00F87698"/>
    <w:rsid w:val="00FA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A18BD"/>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PHẦN"/>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1271DB"/>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1271DB"/>
    <w:pPr>
      <w:keepNext/>
      <w:keepLines/>
      <w:spacing w:before="80" w:line="259" w:lineRule="auto"/>
      <w:jc w:val="left"/>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unhideWhenUsed/>
    <w:qFormat/>
    <w:rsid w:val="001271DB"/>
    <w:pPr>
      <w:keepNext/>
      <w:keepLines/>
      <w:spacing w:before="80" w:line="259" w:lineRule="auto"/>
      <w:jc w:val="left"/>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unhideWhenUsed/>
    <w:qFormat/>
    <w:rsid w:val="001271DB"/>
    <w:pPr>
      <w:keepNext/>
      <w:keepLines/>
      <w:spacing w:after="0" w:line="259"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1271DB"/>
    <w:pPr>
      <w:keepNext/>
      <w:keepLines/>
      <w:spacing w:after="0" w:line="259"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1271DB"/>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1271DB"/>
    <w:pPr>
      <w:keepNext/>
      <w:keepLines/>
      <w:spacing w:before="0" w:after="0" w:line="259"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aliases w:val="PHẦN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rsid w:val="009D23AE"/>
    <w:rPr>
      <w:rFonts w:ascii="Times New Roman" w:eastAsia="Times New Roman" w:hAnsi="Times New Roman" w:cs="Times New Roman"/>
      <w:sz w:val="24"/>
      <w:szCs w:val="24"/>
      <w:lang w:val="vi"/>
    </w:rPr>
  </w:style>
  <w:style w:type="paragraph" w:styleId="ListParagraph">
    <w:name w:val="List Paragraph"/>
    <w:aliases w:val="List Paragraph_FS,Câu dẫn,Dau -,List Paragraph3,HPL01,chuẩn không cần chỉnh,List Paragraph1,Đoạn của Danh sách1,List Paragraph11,List Paragraph111,Numbered List,bullet,Cita extensa,Medium Grid 1 - Accent 22,Colorful List - Accent 13"/>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aliases w:val="Char2,Char2 Char, Char2, Char2 Cha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aliases w:val="Char2 Char1,Char2 Char Char, Char2 Char1, Char2 Cha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trongbang"/>
    <w:basedOn w:val="TableNormal"/>
    <w:uiPriority w:val="39"/>
    <w:qFormat/>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semiHidden/>
    <w:unhideWhenUsed/>
    <w:rsid w:val="00815A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A05"/>
    <w:rPr>
      <w:rFonts w:ascii="Segoe UI" w:hAnsi="Segoe UI" w:cs="Segoe UI"/>
      <w:sz w:val="18"/>
      <w:szCs w:val="18"/>
    </w:rPr>
  </w:style>
  <w:style w:type="character" w:customStyle="1" w:styleId="Heading3Char">
    <w:name w:val="Heading 3 Char"/>
    <w:basedOn w:val="DefaultParagraphFont"/>
    <w:link w:val="Heading3"/>
    <w:uiPriority w:val="9"/>
    <w:rsid w:val="001271DB"/>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rsid w:val="001271DB"/>
    <w:rPr>
      <w:rFonts w:eastAsiaTheme="majorEastAsia" w:cstheme="majorBidi"/>
      <w:i/>
      <w:iCs/>
      <w:color w:val="2F5496" w:themeColor="accent1" w:themeShade="BF"/>
      <w:kern w:val="2"/>
      <w:sz w:val="24"/>
    </w:rPr>
  </w:style>
  <w:style w:type="character" w:customStyle="1" w:styleId="Heading5Char">
    <w:name w:val="Heading 5 Char"/>
    <w:basedOn w:val="DefaultParagraphFont"/>
    <w:link w:val="Heading5"/>
    <w:uiPriority w:val="9"/>
    <w:rsid w:val="001271DB"/>
    <w:rPr>
      <w:rFonts w:eastAsiaTheme="majorEastAsia" w:cstheme="majorBidi"/>
      <w:color w:val="2F5496" w:themeColor="accent1" w:themeShade="BF"/>
      <w:kern w:val="2"/>
      <w:sz w:val="24"/>
    </w:rPr>
  </w:style>
  <w:style w:type="character" w:customStyle="1" w:styleId="Heading6Char">
    <w:name w:val="Heading 6 Char"/>
    <w:basedOn w:val="DefaultParagraphFont"/>
    <w:link w:val="Heading6"/>
    <w:uiPriority w:val="9"/>
    <w:rsid w:val="001271DB"/>
    <w:rPr>
      <w:rFonts w:eastAsiaTheme="majorEastAsia" w:cstheme="majorBidi"/>
      <w:i/>
      <w:iCs/>
      <w:color w:val="595959" w:themeColor="text1" w:themeTint="A6"/>
      <w:kern w:val="2"/>
      <w:sz w:val="24"/>
    </w:rPr>
  </w:style>
  <w:style w:type="character" w:customStyle="1" w:styleId="Heading7Char">
    <w:name w:val="Heading 7 Char"/>
    <w:basedOn w:val="DefaultParagraphFont"/>
    <w:link w:val="Heading7"/>
    <w:uiPriority w:val="9"/>
    <w:semiHidden/>
    <w:rsid w:val="001271DB"/>
    <w:rPr>
      <w:rFonts w:eastAsiaTheme="majorEastAsia" w:cstheme="majorBidi"/>
      <w:color w:val="595959" w:themeColor="text1" w:themeTint="A6"/>
      <w:kern w:val="2"/>
      <w:sz w:val="24"/>
    </w:rPr>
  </w:style>
  <w:style w:type="character" w:customStyle="1" w:styleId="Heading8Char">
    <w:name w:val="Heading 8 Char"/>
    <w:basedOn w:val="DefaultParagraphFont"/>
    <w:link w:val="Heading8"/>
    <w:uiPriority w:val="9"/>
    <w:semiHidden/>
    <w:rsid w:val="001271DB"/>
    <w:rPr>
      <w:rFonts w:eastAsiaTheme="majorEastAsia" w:cstheme="majorBidi"/>
      <w:i/>
      <w:iCs/>
      <w:color w:val="272727" w:themeColor="text1" w:themeTint="D8"/>
      <w:kern w:val="2"/>
      <w:sz w:val="24"/>
    </w:rPr>
  </w:style>
  <w:style w:type="character" w:customStyle="1" w:styleId="Heading9Char">
    <w:name w:val="Heading 9 Char"/>
    <w:basedOn w:val="DefaultParagraphFont"/>
    <w:link w:val="Heading9"/>
    <w:uiPriority w:val="9"/>
    <w:semiHidden/>
    <w:rsid w:val="001271DB"/>
    <w:rPr>
      <w:rFonts w:eastAsiaTheme="majorEastAsia" w:cstheme="majorBidi"/>
      <w:color w:val="272727" w:themeColor="text1" w:themeTint="D8"/>
      <w:kern w:val="2"/>
      <w:sz w:val="24"/>
    </w:rPr>
  </w:style>
  <w:style w:type="paragraph" w:customStyle="1" w:styleId="Normal0">
    <w:name w:val="Normal_0"/>
    <w:link w:val="Normal0Char"/>
    <w:qFormat/>
    <w:rsid w:val="001271DB"/>
    <w:pPr>
      <w:widowControl w:val="0"/>
      <w:spacing w:after="0" w:line="240" w:lineRule="auto"/>
    </w:pPr>
    <w:rPr>
      <w:rFonts w:ascii="Calibri" w:eastAsia="Calibri" w:hAnsi="Calibri" w:cs="Times New Roman"/>
      <w:sz w:val="20"/>
      <w:szCs w:val="20"/>
    </w:rPr>
  </w:style>
  <w:style w:type="paragraph" w:styleId="Title">
    <w:name w:val="Title"/>
    <w:basedOn w:val="Normal"/>
    <w:next w:val="Normal"/>
    <w:link w:val="TitleChar"/>
    <w:uiPriority w:val="10"/>
    <w:qFormat/>
    <w:rsid w:val="001271DB"/>
    <w:pPr>
      <w:spacing w:before="0"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DB"/>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271D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1271D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1271DB"/>
    <w:rPr>
      <w:rFonts w:ascii="Times New Roman" w:hAnsi="Times New Roman"/>
      <w:i/>
      <w:iCs/>
      <w:color w:val="404040" w:themeColor="text1" w:themeTint="BF"/>
      <w:kern w:val="2"/>
      <w:sz w:val="24"/>
    </w:rPr>
  </w:style>
  <w:style w:type="character" w:styleId="IntenseEmphasis">
    <w:name w:val="Intense Emphasis"/>
    <w:basedOn w:val="DefaultParagraphFont"/>
    <w:uiPriority w:val="21"/>
    <w:qFormat/>
    <w:rsid w:val="001271DB"/>
    <w:rPr>
      <w:i/>
      <w:iCs/>
      <w:color w:val="2F5496" w:themeColor="accent1" w:themeShade="BF"/>
    </w:rPr>
  </w:style>
  <w:style w:type="paragraph" w:styleId="IntenseQuote">
    <w:name w:val="Intense Quote"/>
    <w:basedOn w:val="Normal"/>
    <w:next w:val="Normal"/>
    <w:link w:val="IntenseQuoteChar"/>
    <w:uiPriority w:val="30"/>
    <w:qFormat/>
    <w:rsid w:val="001271D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1271DB"/>
    <w:rPr>
      <w:rFonts w:ascii="Times New Roman" w:hAnsi="Times New Roman"/>
      <w:i/>
      <w:iCs/>
      <w:color w:val="2F5496" w:themeColor="accent1" w:themeShade="BF"/>
      <w:kern w:val="2"/>
      <w:sz w:val="24"/>
    </w:rPr>
  </w:style>
  <w:style w:type="character" w:styleId="IntenseReference">
    <w:name w:val="Intense Reference"/>
    <w:basedOn w:val="DefaultParagraphFont"/>
    <w:uiPriority w:val="32"/>
    <w:qFormat/>
    <w:rsid w:val="001271DB"/>
    <w:rPr>
      <w:b/>
      <w:bCs/>
      <w:smallCaps/>
      <w:color w:val="2F5496" w:themeColor="accent1" w:themeShade="BF"/>
      <w:spacing w:val="5"/>
    </w:rPr>
  </w:style>
  <w:style w:type="paragraph" w:customStyle="1" w:styleId="MTDisplayEquation">
    <w:name w:val="MTDisplayEquation"/>
    <w:basedOn w:val="Normal"/>
    <w:link w:val="MTDisplayEquationChar"/>
    <w:qFormat/>
    <w:rsid w:val="001271DB"/>
    <w:pPr>
      <w:numPr>
        <w:numId w:val="1"/>
      </w:numPr>
      <w:spacing w:before="0" w:after="200" w:line="276" w:lineRule="auto"/>
      <w:jc w:val="left"/>
    </w:pPr>
    <w:rPr>
      <w:rFonts w:eastAsia="Calibri" w:cs="Times New Roman"/>
      <w:szCs w:val="24"/>
    </w:rPr>
  </w:style>
  <w:style w:type="character" w:customStyle="1" w:styleId="MTDisplayEquationChar">
    <w:name w:val="MTDisplayEquation Char"/>
    <w:link w:val="MTDisplayEquation"/>
    <w:qFormat/>
    <w:rsid w:val="001271DB"/>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Đoạn của Danh sách1 Char,List Paragraph11 Char,List Paragraph111 Char,Numbered List Char,bullet Char"/>
    <w:link w:val="ListParagraph"/>
    <w:qFormat/>
    <w:rsid w:val="001271DB"/>
    <w:rPr>
      <w:rFonts w:ascii="Times New Roman" w:eastAsia="Times New Roman" w:hAnsi="Times New Roman" w:cs="Times New Roman"/>
      <w:lang w:val="vi"/>
    </w:rPr>
  </w:style>
  <w:style w:type="character" w:styleId="PageNumber">
    <w:name w:val="page number"/>
    <w:basedOn w:val="DefaultParagraphFont"/>
    <w:rsid w:val="00DF02C5"/>
    <w:rPr>
      <w:rFonts w:cs="Times New Roman"/>
    </w:rPr>
  </w:style>
  <w:style w:type="paragraph" w:styleId="NormalWeb">
    <w:name w:val="Normal (Web)"/>
    <w:basedOn w:val="Normal"/>
    <w:link w:val="NormalWebChar"/>
    <w:uiPriority w:val="99"/>
    <w:unhideWhenUsed/>
    <w:rsid w:val="00A3218F"/>
    <w:pPr>
      <w:spacing w:before="100" w:beforeAutospacing="1" w:after="100" w:afterAutospacing="1"/>
      <w:jc w:val="left"/>
    </w:pPr>
    <w:rPr>
      <w:rFonts w:eastAsia="Times New Roman" w:cs="Times New Roman"/>
      <w:szCs w:val="24"/>
    </w:rPr>
  </w:style>
  <w:style w:type="paragraph" w:styleId="NoSpacing">
    <w:name w:val="No Spacing"/>
    <w:link w:val="NoSpacingChar"/>
    <w:uiPriority w:val="1"/>
    <w:qFormat/>
    <w:rsid w:val="00A3218F"/>
    <w:pPr>
      <w:spacing w:after="0" w:line="240" w:lineRule="auto"/>
    </w:pPr>
    <w:rPr>
      <w:rFonts w:ascii="Times New Roman" w:eastAsia="Calibri" w:hAnsi="Times New Roman" w:cs="Times New Roman"/>
      <w:sz w:val="28"/>
      <w:lang w:val="vi-VN"/>
    </w:rPr>
  </w:style>
  <w:style w:type="paragraph" w:styleId="List2">
    <w:name w:val="List 2"/>
    <w:basedOn w:val="Normal"/>
    <w:uiPriority w:val="99"/>
    <w:unhideWhenUsed/>
    <w:rsid w:val="00A3218F"/>
    <w:pPr>
      <w:spacing w:before="0" w:after="160" w:line="256" w:lineRule="auto"/>
      <w:ind w:left="720" w:hanging="360"/>
      <w:contextualSpacing/>
      <w:jc w:val="left"/>
    </w:pPr>
    <w:rPr>
      <w:rFonts w:cs="Times New Roman"/>
      <w:szCs w:val="24"/>
    </w:rPr>
  </w:style>
  <w:style w:type="paragraph" w:styleId="BodyTextIndent">
    <w:name w:val="Body Text Indent"/>
    <w:basedOn w:val="Normal"/>
    <w:link w:val="BodyTextIndentChar"/>
    <w:uiPriority w:val="99"/>
    <w:semiHidden/>
    <w:unhideWhenUsed/>
    <w:rsid w:val="00A3218F"/>
    <w:pPr>
      <w:spacing w:before="0" w:after="120" w:line="259" w:lineRule="auto"/>
      <w:ind w:left="283"/>
      <w:jc w:val="left"/>
    </w:pPr>
    <w:rPr>
      <w:rFonts w:cs="Times New Roman"/>
      <w:szCs w:val="24"/>
    </w:rPr>
  </w:style>
  <w:style w:type="character" w:customStyle="1" w:styleId="BodyTextIndentChar">
    <w:name w:val="Body Text Indent Char"/>
    <w:basedOn w:val="DefaultParagraphFont"/>
    <w:link w:val="BodyTextIndent"/>
    <w:uiPriority w:val="99"/>
    <w:semiHidden/>
    <w:rsid w:val="00A3218F"/>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A3218F"/>
    <w:pPr>
      <w:spacing w:after="160" w:line="256" w:lineRule="auto"/>
      <w:ind w:left="360" w:firstLine="360"/>
    </w:pPr>
  </w:style>
  <w:style w:type="character" w:customStyle="1" w:styleId="BodyTextFirstIndent2Char">
    <w:name w:val="Body Text First Indent 2 Char"/>
    <w:basedOn w:val="BodyTextIndentChar"/>
    <w:link w:val="BodyTextFirstIndent2"/>
    <w:uiPriority w:val="99"/>
    <w:rsid w:val="00A3218F"/>
    <w:rPr>
      <w:rFonts w:ascii="Times New Roman" w:hAnsi="Times New Roman" w:cs="Times New Roman"/>
      <w:sz w:val="24"/>
      <w:szCs w:val="24"/>
    </w:rPr>
  </w:style>
  <w:style w:type="paragraph" w:customStyle="1" w:styleId="Default">
    <w:name w:val="Default"/>
    <w:rsid w:val="00E11387"/>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oancuaDanhsach">
    <w:name w:val="Đoạn của Danh sách"/>
    <w:basedOn w:val="Normal"/>
    <w:link w:val="oancuaDanhsachChar"/>
    <w:qFormat/>
    <w:rsid w:val="00E11387"/>
    <w:pPr>
      <w:spacing w:before="0" w:after="200" w:line="276" w:lineRule="auto"/>
      <w:ind w:left="720"/>
      <w:jc w:val="left"/>
    </w:pPr>
    <w:rPr>
      <w:rFonts w:eastAsia="Arial" w:cs="Calibri"/>
      <w:szCs w:val="24"/>
    </w:rPr>
  </w:style>
  <w:style w:type="character" w:customStyle="1" w:styleId="oancuaDanhsachChar">
    <w:name w:val="Đoạn của Danh sách Char"/>
    <w:link w:val="oancuaDanhsach"/>
    <w:locked/>
    <w:rsid w:val="00E11387"/>
    <w:rPr>
      <w:rFonts w:ascii="Times New Roman" w:eastAsia="Arial" w:hAnsi="Times New Roman" w:cs="Calibri"/>
      <w:sz w:val="24"/>
      <w:szCs w:val="24"/>
    </w:rPr>
  </w:style>
  <w:style w:type="character" w:styleId="Strong">
    <w:name w:val="Strong"/>
    <w:uiPriority w:val="22"/>
    <w:qFormat/>
    <w:rsid w:val="00E11387"/>
    <w:rPr>
      <w:rFonts w:ascii="Times New Roman" w:hAnsi="Times New Roman" w:cs="Times New Roman" w:hint="default"/>
      <w:b/>
      <w:bCs/>
    </w:rPr>
  </w:style>
  <w:style w:type="paragraph" w:customStyle="1" w:styleId="msonormal0">
    <w:name w:val="msonormal"/>
    <w:basedOn w:val="Normal"/>
    <w:rsid w:val="00E11387"/>
    <w:pPr>
      <w:spacing w:before="100" w:beforeAutospacing="1" w:after="100" w:afterAutospacing="1"/>
      <w:jc w:val="left"/>
    </w:pPr>
    <w:rPr>
      <w:rFonts w:eastAsia="Calibri" w:cs="Times New Roman"/>
      <w:szCs w:val="24"/>
    </w:rPr>
  </w:style>
  <w:style w:type="paragraph" w:customStyle="1" w:styleId="Normal1">
    <w:name w:val="Normal1"/>
    <w:basedOn w:val="Normal"/>
    <w:rsid w:val="00E11387"/>
    <w:pPr>
      <w:spacing w:before="100" w:beforeAutospacing="1" w:after="100" w:afterAutospacing="1"/>
      <w:jc w:val="left"/>
    </w:pPr>
    <w:rPr>
      <w:rFonts w:eastAsia="Times New Roman" w:cs="Times New Roman"/>
      <w:szCs w:val="24"/>
    </w:rPr>
  </w:style>
  <w:style w:type="table" w:customStyle="1" w:styleId="TableGrid3">
    <w:name w:val="Table Grid3"/>
    <w:basedOn w:val="TableNormal"/>
    <w:next w:val="TableGrid"/>
    <w:uiPriority w:val="59"/>
    <w:rsid w:val="00E11387"/>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qFormat/>
    <w:rsid w:val="001D1053"/>
    <w:rPr>
      <w:rFonts w:ascii="Times New Roman" w:hAnsi="Times New Roman"/>
      <w:sz w:val="24"/>
    </w:rPr>
  </w:style>
  <w:style w:type="paragraph" w:customStyle="1" w:styleId="footnotedescription">
    <w:name w:val="footnote description"/>
    <w:next w:val="Normal"/>
    <w:link w:val="footnotedescriptionChar"/>
    <w:hidden/>
    <w:rsid w:val="001D1053"/>
    <w:pPr>
      <w:spacing w:after="0"/>
      <w:jc w:val="both"/>
    </w:pPr>
    <w:rPr>
      <w:rFonts w:ascii="Euclid Symbol" w:eastAsia="Euclid Symbol" w:hAnsi="Euclid Symbol" w:cs="Euclid Symbol"/>
      <w:color w:val="000000"/>
      <w:kern w:val="2"/>
      <w:sz w:val="24"/>
    </w:rPr>
  </w:style>
  <w:style w:type="character" w:customStyle="1" w:styleId="footnotedescriptionChar">
    <w:name w:val="footnote description Char"/>
    <w:link w:val="footnotedescription"/>
    <w:rsid w:val="001D1053"/>
    <w:rPr>
      <w:rFonts w:ascii="Euclid Symbol" w:eastAsia="Euclid Symbol" w:hAnsi="Euclid Symbol" w:cs="Euclid Symbol"/>
      <w:color w:val="000000"/>
      <w:kern w:val="2"/>
      <w:sz w:val="24"/>
    </w:rPr>
  </w:style>
  <w:style w:type="character" w:customStyle="1" w:styleId="footnotemark">
    <w:name w:val="footnote mark"/>
    <w:hidden/>
    <w:rsid w:val="001D1053"/>
    <w:rPr>
      <w:rFonts w:ascii="Times New Roman" w:eastAsia="Times New Roman" w:hAnsi="Times New Roman" w:cs="Times New Roman"/>
      <w:color w:val="000000"/>
      <w:sz w:val="21"/>
      <w:vertAlign w:val="superscript"/>
    </w:rPr>
  </w:style>
  <w:style w:type="table" w:customStyle="1" w:styleId="TableGrid0">
    <w:name w:val="TableGrid"/>
    <w:rsid w:val="001D1053"/>
    <w:pPr>
      <w:spacing w:after="0" w:line="240" w:lineRule="auto"/>
    </w:pPr>
    <w:rPr>
      <w:rFonts w:eastAsiaTheme="minorEastAsia"/>
      <w:kern w:val="2"/>
    </w:rPr>
    <w:tblPr>
      <w:tblCellMar>
        <w:top w:w="0" w:type="dxa"/>
        <w:left w:w="0" w:type="dxa"/>
        <w:bottom w:w="0" w:type="dxa"/>
        <w:right w:w="0" w:type="dxa"/>
      </w:tblCellMar>
    </w:tblPr>
  </w:style>
  <w:style w:type="numbering" w:customStyle="1" w:styleId="NoList1">
    <w:name w:val="No List1"/>
    <w:next w:val="NoList"/>
    <w:uiPriority w:val="99"/>
    <w:semiHidden/>
    <w:unhideWhenUsed/>
    <w:rsid w:val="001D1053"/>
  </w:style>
  <w:style w:type="paragraph" w:customStyle="1" w:styleId="Normal044">
    <w:name w:val="Normal_0_44"/>
    <w:qFormat/>
    <w:rsid w:val="001D1053"/>
    <w:pPr>
      <w:spacing w:after="0" w:line="240" w:lineRule="auto"/>
    </w:pPr>
    <w:rPr>
      <w:rFonts w:ascii="Times New Roman" w:eastAsia="Calibri" w:hAnsi="Times New Roman" w:cs="Times New Roman"/>
      <w:sz w:val="20"/>
      <w:szCs w:val="20"/>
    </w:rPr>
  </w:style>
  <w:style w:type="paragraph" w:styleId="BodyText2">
    <w:name w:val="Body Text 2"/>
    <w:basedOn w:val="Normal"/>
    <w:link w:val="BodyText2Char"/>
    <w:uiPriority w:val="99"/>
    <w:unhideWhenUsed/>
    <w:rsid w:val="001D1053"/>
    <w:pPr>
      <w:spacing w:before="0" w:after="120" w:line="480" w:lineRule="auto"/>
      <w:jc w:val="left"/>
    </w:pPr>
    <w:rPr>
      <w:rFonts w:asciiTheme="minorHAnsi" w:eastAsiaTheme="minorEastAsia" w:hAnsiTheme="minorHAnsi"/>
      <w:sz w:val="22"/>
    </w:rPr>
  </w:style>
  <w:style w:type="character" w:customStyle="1" w:styleId="BodyText2Char">
    <w:name w:val="Body Text 2 Char"/>
    <w:basedOn w:val="DefaultParagraphFont"/>
    <w:link w:val="BodyText2"/>
    <w:uiPriority w:val="99"/>
    <w:rsid w:val="001D1053"/>
    <w:rPr>
      <w:rFonts w:eastAsiaTheme="minorEastAsia"/>
    </w:rPr>
  </w:style>
  <w:style w:type="paragraph" w:styleId="BodyText3">
    <w:name w:val="Body Text 3"/>
    <w:basedOn w:val="Normal"/>
    <w:link w:val="BodyText3Char"/>
    <w:uiPriority w:val="99"/>
    <w:unhideWhenUsed/>
    <w:rsid w:val="001D1053"/>
    <w:pPr>
      <w:spacing w:before="0" w:after="120" w:line="276" w:lineRule="auto"/>
      <w:jc w:val="left"/>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rsid w:val="001D1053"/>
    <w:rPr>
      <w:rFonts w:eastAsiaTheme="minorEastAsia"/>
      <w:sz w:val="16"/>
      <w:szCs w:val="16"/>
    </w:rPr>
  </w:style>
  <w:style w:type="paragraph" w:styleId="List">
    <w:name w:val="List"/>
    <w:basedOn w:val="Normal"/>
    <w:uiPriority w:val="99"/>
    <w:unhideWhenUsed/>
    <w:rsid w:val="001D1053"/>
    <w:pPr>
      <w:spacing w:before="0" w:after="200" w:line="276" w:lineRule="auto"/>
      <w:ind w:left="360" w:hanging="360"/>
      <w:contextualSpacing/>
      <w:jc w:val="left"/>
    </w:pPr>
    <w:rPr>
      <w:rFonts w:asciiTheme="minorHAnsi" w:eastAsiaTheme="minorEastAsia" w:hAnsiTheme="minorHAnsi"/>
      <w:sz w:val="22"/>
    </w:rPr>
  </w:style>
  <w:style w:type="paragraph" w:styleId="List3">
    <w:name w:val="List 3"/>
    <w:basedOn w:val="Normal"/>
    <w:uiPriority w:val="99"/>
    <w:unhideWhenUsed/>
    <w:rsid w:val="001D1053"/>
    <w:pPr>
      <w:spacing w:before="0" w:after="200" w:line="276" w:lineRule="auto"/>
      <w:ind w:left="1080" w:hanging="360"/>
      <w:contextualSpacing/>
      <w:jc w:val="left"/>
    </w:pPr>
    <w:rPr>
      <w:rFonts w:asciiTheme="minorHAnsi" w:eastAsiaTheme="minorEastAsia" w:hAnsiTheme="minorHAnsi"/>
      <w:sz w:val="22"/>
    </w:rPr>
  </w:style>
  <w:style w:type="paragraph" w:styleId="ListBullet">
    <w:name w:val="List Bullet"/>
    <w:basedOn w:val="Normal"/>
    <w:uiPriority w:val="99"/>
    <w:unhideWhenUsed/>
    <w:rsid w:val="001D1053"/>
    <w:pPr>
      <w:numPr>
        <w:numId w:val="2"/>
      </w:numPr>
      <w:spacing w:before="0" w:after="200" w:line="276" w:lineRule="auto"/>
      <w:contextualSpacing/>
      <w:jc w:val="left"/>
    </w:pPr>
    <w:rPr>
      <w:rFonts w:asciiTheme="minorHAnsi" w:eastAsiaTheme="minorEastAsia" w:hAnsiTheme="minorHAnsi"/>
      <w:sz w:val="22"/>
    </w:rPr>
  </w:style>
  <w:style w:type="paragraph" w:styleId="ListBullet2">
    <w:name w:val="List Bullet 2"/>
    <w:basedOn w:val="Normal"/>
    <w:uiPriority w:val="99"/>
    <w:unhideWhenUsed/>
    <w:rsid w:val="001D1053"/>
    <w:pPr>
      <w:numPr>
        <w:numId w:val="3"/>
      </w:numPr>
      <w:spacing w:before="0" w:after="200" w:line="276" w:lineRule="auto"/>
      <w:contextualSpacing/>
      <w:jc w:val="left"/>
    </w:pPr>
    <w:rPr>
      <w:rFonts w:asciiTheme="minorHAnsi" w:eastAsiaTheme="minorEastAsia" w:hAnsiTheme="minorHAnsi"/>
      <w:sz w:val="22"/>
    </w:rPr>
  </w:style>
  <w:style w:type="paragraph" w:styleId="ListBullet3">
    <w:name w:val="List Bullet 3"/>
    <w:basedOn w:val="Normal"/>
    <w:uiPriority w:val="99"/>
    <w:unhideWhenUsed/>
    <w:rsid w:val="001D1053"/>
    <w:pPr>
      <w:numPr>
        <w:numId w:val="4"/>
      </w:numPr>
      <w:spacing w:before="0" w:after="200" w:line="276" w:lineRule="auto"/>
      <w:contextualSpacing/>
      <w:jc w:val="left"/>
    </w:pPr>
    <w:rPr>
      <w:rFonts w:asciiTheme="minorHAnsi" w:eastAsiaTheme="minorEastAsia" w:hAnsiTheme="minorHAnsi"/>
      <w:sz w:val="22"/>
    </w:rPr>
  </w:style>
  <w:style w:type="paragraph" w:styleId="ListNumber">
    <w:name w:val="List Number"/>
    <w:basedOn w:val="Normal"/>
    <w:uiPriority w:val="99"/>
    <w:unhideWhenUsed/>
    <w:rsid w:val="001D1053"/>
    <w:pPr>
      <w:numPr>
        <w:numId w:val="5"/>
      </w:numPr>
      <w:spacing w:before="0" w:after="200" w:line="276" w:lineRule="auto"/>
      <w:contextualSpacing/>
      <w:jc w:val="left"/>
    </w:pPr>
    <w:rPr>
      <w:rFonts w:asciiTheme="minorHAnsi" w:eastAsiaTheme="minorEastAsia" w:hAnsiTheme="minorHAnsi"/>
      <w:sz w:val="22"/>
    </w:rPr>
  </w:style>
  <w:style w:type="paragraph" w:styleId="ListNumber2">
    <w:name w:val="List Number 2"/>
    <w:basedOn w:val="Normal"/>
    <w:uiPriority w:val="99"/>
    <w:unhideWhenUsed/>
    <w:rsid w:val="001D1053"/>
    <w:pPr>
      <w:numPr>
        <w:numId w:val="6"/>
      </w:numPr>
      <w:spacing w:before="0" w:after="200" w:line="276" w:lineRule="auto"/>
      <w:contextualSpacing/>
      <w:jc w:val="left"/>
    </w:pPr>
    <w:rPr>
      <w:rFonts w:asciiTheme="minorHAnsi" w:eastAsiaTheme="minorEastAsia" w:hAnsiTheme="minorHAnsi"/>
      <w:sz w:val="22"/>
    </w:rPr>
  </w:style>
  <w:style w:type="paragraph" w:styleId="ListNumber3">
    <w:name w:val="List Number 3"/>
    <w:basedOn w:val="Normal"/>
    <w:uiPriority w:val="99"/>
    <w:unhideWhenUsed/>
    <w:rsid w:val="001D1053"/>
    <w:pPr>
      <w:numPr>
        <w:numId w:val="7"/>
      </w:numPr>
      <w:spacing w:before="0" w:after="200" w:line="276" w:lineRule="auto"/>
      <w:contextualSpacing/>
      <w:jc w:val="left"/>
    </w:pPr>
    <w:rPr>
      <w:rFonts w:asciiTheme="minorHAnsi" w:eastAsiaTheme="minorEastAsia" w:hAnsiTheme="minorHAnsi"/>
      <w:sz w:val="22"/>
    </w:rPr>
  </w:style>
  <w:style w:type="paragraph" w:styleId="ListContinue">
    <w:name w:val="List Continue"/>
    <w:basedOn w:val="Normal"/>
    <w:uiPriority w:val="99"/>
    <w:unhideWhenUsed/>
    <w:rsid w:val="001D1053"/>
    <w:pPr>
      <w:spacing w:before="0" w:after="120" w:line="276" w:lineRule="auto"/>
      <w:ind w:left="360"/>
      <w:contextualSpacing/>
      <w:jc w:val="left"/>
    </w:pPr>
    <w:rPr>
      <w:rFonts w:asciiTheme="minorHAnsi" w:eastAsiaTheme="minorEastAsia" w:hAnsiTheme="minorHAnsi"/>
      <w:sz w:val="22"/>
    </w:rPr>
  </w:style>
  <w:style w:type="paragraph" w:styleId="ListContinue2">
    <w:name w:val="List Continue 2"/>
    <w:basedOn w:val="Normal"/>
    <w:uiPriority w:val="99"/>
    <w:unhideWhenUsed/>
    <w:rsid w:val="001D1053"/>
    <w:pPr>
      <w:spacing w:before="0" w:after="120" w:line="276" w:lineRule="auto"/>
      <w:ind w:left="720"/>
      <w:contextualSpacing/>
      <w:jc w:val="left"/>
    </w:pPr>
    <w:rPr>
      <w:rFonts w:asciiTheme="minorHAnsi" w:eastAsiaTheme="minorEastAsia" w:hAnsiTheme="minorHAnsi"/>
      <w:sz w:val="22"/>
    </w:rPr>
  </w:style>
  <w:style w:type="paragraph" w:styleId="ListContinue3">
    <w:name w:val="List Continue 3"/>
    <w:basedOn w:val="Normal"/>
    <w:uiPriority w:val="99"/>
    <w:unhideWhenUsed/>
    <w:rsid w:val="001D1053"/>
    <w:pPr>
      <w:spacing w:before="0" w:after="120" w:line="276" w:lineRule="auto"/>
      <w:ind w:left="1080"/>
      <w:contextualSpacing/>
      <w:jc w:val="left"/>
    </w:pPr>
    <w:rPr>
      <w:rFonts w:asciiTheme="minorHAnsi" w:eastAsiaTheme="minorEastAsia" w:hAnsiTheme="minorHAnsi"/>
      <w:sz w:val="22"/>
    </w:rPr>
  </w:style>
  <w:style w:type="paragraph" w:styleId="MacroText">
    <w:name w:val="macro"/>
    <w:link w:val="MacroTextChar"/>
    <w:uiPriority w:val="99"/>
    <w:unhideWhenUsed/>
    <w:rsid w:val="001D1053"/>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1D1053"/>
    <w:rPr>
      <w:rFonts w:ascii="Courier" w:eastAsiaTheme="minorEastAsia" w:hAnsi="Courier"/>
      <w:sz w:val="20"/>
      <w:szCs w:val="20"/>
    </w:rPr>
  </w:style>
  <w:style w:type="paragraph" w:styleId="Caption">
    <w:name w:val="caption"/>
    <w:basedOn w:val="Normal"/>
    <w:next w:val="Normal"/>
    <w:uiPriority w:val="35"/>
    <w:unhideWhenUsed/>
    <w:qFormat/>
    <w:rsid w:val="001D1053"/>
    <w:pPr>
      <w:spacing w:before="0" w:after="200"/>
      <w:jc w:val="left"/>
    </w:pPr>
    <w:rPr>
      <w:rFonts w:asciiTheme="minorHAnsi" w:eastAsiaTheme="minorEastAsia" w:hAnsiTheme="minorHAnsi"/>
      <w:b/>
      <w:bCs/>
      <w:color w:val="4472C4" w:themeColor="accent1"/>
      <w:sz w:val="18"/>
      <w:szCs w:val="18"/>
    </w:rPr>
  </w:style>
  <w:style w:type="character" w:styleId="Emphasis">
    <w:name w:val="Emphasis"/>
    <w:basedOn w:val="DefaultParagraphFont"/>
    <w:uiPriority w:val="20"/>
    <w:qFormat/>
    <w:rsid w:val="001D1053"/>
    <w:rPr>
      <w:i/>
      <w:iCs/>
    </w:rPr>
  </w:style>
  <w:style w:type="character" w:styleId="SubtleEmphasis">
    <w:name w:val="Subtle Emphasis"/>
    <w:basedOn w:val="DefaultParagraphFont"/>
    <w:uiPriority w:val="19"/>
    <w:qFormat/>
    <w:rsid w:val="001D1053"/>
    <w:rPr>
      <w:i/>
      <w:iCs/>
      <w:color w:val="808080" w:themeColor="text1" w:themeTint="7F"/>
    </w:rPr>
  </w:style>
  <w:style w:type="character" w:styleId="SubtleReference">
    <w:name w:val="Subtle Reference"/>
    <w:basedOn w:val="DefaultParagraphFont"/>
    <w:uiPriority w:val="31"/>
    <w:qFormat/>
    <w:rsid w:val="001D1053"/>
    <w:rPr>
      <w:smallCaps/>
      <w:color w:val="ED7D31" w:themeColor="accent2"/>
      <w:u w:val="single"/>
    </w:rPr>
  </w:style>
  <w:style w:type="character" w:styleId="BookTitle">
    <w:name w:val="Book Title"/>
    <w:basedOn w:val="DefaultParagraphFont"/>
    <w:uiPriority w:val="33"/>
    <w:qFormat/>
    <w:rsid w:val="001D1053"/>
    <w:rPr>
      <w:b/>
      <w:bCs/>
      <w:smallCaps/>
      <w:spacing w:val="5"/>
    </w:rPr>
  </w:style>
  <w:style w:type="paragraph" w:styleId="TOCHeading">
    <w:name w:val="TOC Heading"/>
    <w:basedOn w:val="Heading1"/>
    <w:next w:val="Normal"/>
    <w:uiPriority w:val="39"/>
    <w:semiHidden/>
    <w:unhideWhenUsed/>
    <w:qFormat/>
    <w:rsid w:val="001D105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n-US"/>
    </w:rPr>
  </w:style>
  <w:style w:type="table" w:customStyle="1" w:styleId="TableGrid1">
    <w:name w:val="Table Grid1"/>
    <w:basedOn w:val="TableNormal"/>
    <w:next w:val="TableGrid"/>
    <w:uiPriority w:val="39"/>
    <w:rsid w:val="001D105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105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053"/>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D1053"/>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D1053"/>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D1053"/>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D1053"/>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D1053"/>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
    <w:name w:val="No List2"/>
    <w:next w:val="NoList"/>
    <w:uiPriority w:val="99"/>
    <w:semiHidden/>
    <w:unhideWhenUsed/>
    <w:rsid w:val="001D1053"/>
  </w:style>
  <w:style w:type="paragraph" w:customStyle="1" w:styleId="oncaDanhsch1">
    <w:name w:val="Đoạn của Danh sách1"/>
    <w:basedOn w:val="Normal"/>
    <w:rsid w:val="001D1053"/>
    <w:pPr>
      <w:widowControl w:val="0"/>
      <w:spacing w:before="0" w:after="0"/>
      <w:jc w:val="left"/>
    </w:pPr>
    <w:rPr>
      <w:rFonts w:ascii="Calibri" w:eastAsia="Times New Roman" w:hAnsi="Calibri" w:cs="Times New Roman"/>
      <w:sz w:val="22"/>
    </w:rPr>
  </w:style>
  <w:style w:type="table" w:customStyle="1" w:styleId="thamkhao1">
    <w:name w:val="tham khao1"/>
    <w:basedOn w:val="TableNormal"/>
    <w:next w:val="TableGrid"/>
    <w:uiPriority w:val="39"/>
    <w:qFormat/>
    <w:rsid w:val="001D1053"/>
    <w:pPr>
      <w:spacing w:after="0" w:line="240" w:lineRule="auto"/>
    </w:pPr>
    <w:rPr>
      <w:rFonts w:ascii="Calibri" w:eastAsia="Calibri" w:hAnsi="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1D1053"/>
    <w:pPr>
      <w:spacing w:before="0" w:after="160" w:line="240" w:lineRule="exact"/>
      <w:ind w:firstLine="567"/>
      <w:jc w:val="left"/>
    </w:pPr>
    <w:rPr>
      <w:rFonts w:ascii="Arial" w:eastAsia="Times New Roman" w:hAnsi="Arial" w:cs="Verdana"/>
      <w:color w:val="800000"/>
      <w:sz w:val="20"/>
      <w:szCs w:val="20"/>
    </w:rPr>
  </w:style>
  <w:style w:type="character" w:customStyle="1" w:styleId="fontstyle01">
    <w:name w:val="fontstyle01"/>
    <w:rsid w:val="001D1053"/>
    <w:rPr>
      <w:rFonts w:ascii="Times New Roman" w:hAnsi="Times New Roman" w:cs="Times New Roman" w:hint="default"/>
      <w:b w:val="0"/>
      <w:bCs w:val="0"/>
      <w:i w:val="0"/>
      <w:iCs w:val="0"/>
      <w:color w:val="000000"/>
      <w:sz w:val="24"/>
      <w:szCs w:val="24"/>
    </w:rPr>
  </w:style>
  <w:style w:type="character" w:customStyle="1" w:styleId="Heading2Char1">
    <w:name w:val="Heading 2 Char1"/>
    <w:rsid w:val="001D1053"/>
    <w:rPr>
      <w:rFonts w:eastAsia="Times New Roman"/>
      <w:b/>
      <w:bCs/>
      <w:sz w:val="26"/>
      <w:szCs w:val="26"/>
      <w:lang w:val="pt-BR" w:eastAsia="en-US"/>
    </w:rPr>
  </w:style>
  <w:style w:type="character" w:styleId="CommentReference">
    <w:name w:val="annotation reference"/>
    <w:basedOn w:val="DefaultParagraphFont"/>
    <w:uiPriority w:val="99"/>
    <w:semiHidden/>
    <w:unhideWhenUsed/>
    <w:rsid w:val="001D1053"/>
    <w:rPr>
      <w:sz w:val="16"/>
      <w:szCs w:val="16"/>
    </w:rPr>
  </w:style>
  <w:style w:type="paragraph" w:styleId="CommentText">
    <w:name w:val="annotation text"/>
    <w:basedOn w:val="Normal"/>
    <w:link w:val="CommentTextChar"/>
    <w:uiPriority w:val="99"/>
    <w:semiHidden/>
    <w:unhideWhenUsed/>
    <w:rsid w:val="001D1053"/>
    <w:pPr>
      <w:spacing w:before="0" w:after="160"/>
      <w:jc w:val="left"/>
    </w:pPr>
    <w:rPr>
      <w:rFonts w:ascii="Palatino Linotype" w:hAnsi="Palatino Linotype"/>
      <w:sz w:val="20"/>
      <w:szCs w:val="20"/>
    </w:rPr>
  </w:style>
  <w:style w:type="character" w:customStyle="1" w:styleId="CommentTextChar">
    <w:name w:val="Comment Text Char"/>
    <w:basedOn w:val="DefaultParagraphFont"/>
    <w:link w:val="CommentText"/>
    <w:uiPriority w:val="99"/>
    <w:semiHidden/>
    <w:rsid w:val="001D1053"/>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1D1053"/>
    <w:rPr>
      <w:b/>
      <w:bCs/>
    </w:rPr>
  </w:style>
  <w:style w:type="character" w:customStyle="1" w:styleId="CommentSubjectChar">
    <w:name w:val="Comment Subject Char"/>
    <w:basedOn w:val="CommentTextChar"/>
    <w:link w:val="CommentSubject"/>
    <w:uiPriority w:val="99"/>
    <w:semiHidden/>
    <w:rsid w:val="001D1053"/>
    <w:rPr>
      <w:rFonts w:ascii="Palatino Linotype" w:hAnsi="Palatino Linotype"/>
      <w:b/>
      <w:bCs/>
      <w:sz w:val="20"/>
      <w:szCs w:val="20"/>
    </w:rPr>
  </w:style>
  <w:style w:type="numbering" w:customStyle="1" w:styleId="NoList11">
    <w:name w:val="No List11"/>
    <w:next w:val="NoList"/>
    <w:uiPriority w:val="99"/>
    <w:semiHidden/>
    <w:unhideWhenUsed/>
    <w:rsid w:val="001D1053"/>
  </w:style>
  <w:style w:type="table" w:customStyle="1" w:styleId="TableGrid11">
    <w:name w:val="Table Grid11"/>
    <w:basedOn w:val="TableNormal"/>
    <w:next w:val="TableGrid"/>
    <w:uiPriority w:val="59"/>
    <w:rsid w:val="001D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link w:val="Normal0"/>
    <w:locked/>
    <w:rsid w:val="001D1053"/>
    <w:rPr>
      <w:rFonts w:ascii="Calibri" w:eastAsia="Calibri" w:hAnsi="Calibri" w:cs="Times New Roman"/>
      <w:sz w:val="20"/>
      <w:szCs w:val="20"/>
    </w:rPr>
  </w:style>
  <w:style w:type="character" w:customStyle="1" w:styleId="fontstyle21">
    <w:name w:val="fontstyle21"/>
    <w:rsid w:val="001D1053"/>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1D1053"/>
    <w:pPr>
      <w:spacing w:before="0" w:after="200" w:line="276" w:lineRule="auto"/>
      <w:ind w:left="720"/>
      <w:jc w:val="left"/>
    </w:pPr>
    <w:rPr>
      <w:rFonts w:ascii="Calibri" w:eastAsia="Times New Roman" w:hAnsi="Calibri" w:cs="Times New Roman"/>
      <w:sz w:val="22"/>
    </w:rPr>
  </w:style>
  <w:style w:type="character" w:customStyle="1" w:styleId="oncaDanhschChar">
    <w:name w:val="Đoạn của Danh sách Char"/>
    <w:link w:val="oncaDanhsch"/>
    <w:qFormat/>
    <w:locked/>
    <w:rsid w:val="001D1053"/>
    <w:rPr>
      <w:rFonts w:ascii="Calibri" w:eastAsia="Times New Roman" w:hAnsi="Calibri" w:cs="Times New Roman"/>
    </w:rPr>
  </w:style>
  <w:style w:type="character" w:customStyle="1" w:styleId="NormalWebChar">
    <w:name w:val="Normal (Web) Char"/>
    <w:link w:val="NormalWeb"/>
    <w:uiPriority w:val="99"/>
    <w:rsid w:val="001D1053"/>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1D1053"/>
    <w:rPr>
      <w:rFonts w:ascii="Times New Roman" w:eastAsia="Calibri" w:hAnsi="Times New Roman" w:cs="Times New Roman"/>
      <w:sz w:val="28"/>
      <w:lang w:val="vi-VN"/>
    </w:rPr>
  </w:style>
  <w:style w:type="character" w:customStyle="1" w:styleId="MTEquationSection">
    <w:name w:val="MTEquationSection"/>
    <w:basedOn w:val="DefaultParagraphFont"/>
    <w:rsid w:val="001D1053"/>
    <w:rPr>
      <w:rFonts w:ascii="Times New Roman" w:eastAsia="Times New Roman" w:hAnsi="Times New Roman" w:cs="Times New Roman"/>
      <w:b/>
      <w:vanish/>
      <w:color w:val="FF0000"/>
      <w:sz w:val="24"/>
      <w:lang w:val="en-US" w:eastAsia="vi-VN"/>
    </w:rPr>
  </w:style>
  <w:style w:type="character" w:customStyle="1" w:styleId="Bodytext20">
    <w:name w:val="Body text (2)"/>
    <w:rsid w:val="001D1053"/>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
    <w:link w:val="Mu2Char"/>
    <w:qFormat/>
    <w:rsid w:val="001D1053"/>
    <w:pPr>
      <w:widowControl w:val="0"/>
      <w:numPr>
        <w:numId w:val="8"/>
      </w:numPr>
      <w:tabs>
        <w:tab w:val="left" w:pos="2694"/>
      </w:tabs>
      <w:spacing w:before="0" w:after="0"/>
      <w:ind w:left="57"/>
      <w:jc w:val="left"/>
    </w:pPr>
    <w:rPr>
      <w:rFonts w:eastAsia="Calibri" w:cs="Times New Roman"/>
      <w:bCs/>
      <w:szCs w:val="24"/>
      <w:lang w:eastAsia="ja-JP"/>
    </w:rPr>
  </w:style>
  <w:style w:type="character" w:customStyle="1" w:styleId="Mu2Char">
    <w:name w:val="Mẫu 2 Char"/>
    <w:link w:val="Mu2"/>
    <w:rsid w:val="001D1053"/>
    <w:rPr>
      <w:rFonts w:ascii="Times New Roman" w:eastAsia="Calibri" w:hAnsi="Times New Roman" w:cs="Times New Roman"/>
      <w:bCs/>
      <w:sz w:val="24"/>
      <w:szCs w:val="24"/>
      <w:lang w:eastAsia="ja-JP"/>
    </w:rPr>
  </w:style>
  <w:style w:type="character" w:customStyle="1" w:styleId="Vnbnnidung510pt">
    <w:name w:val="Văn bản nội dung (5) + 10 pt"/>
    <w:rsid w:val="001D1053"/>
    <w:rPr>
      <w:b/>
      <w:bCs/>
      <w:i/>
      <w:iCs/>
      <w:sz w:val="20"/>
      <w:szCs w:val="20"/>
      <w:lang w:bidi="ar-SA"/>
    </w:rPr>
  </w:style>
  <w:style w:type="table" w:customStyle="1" w:styleId="TableGrid2">
    <w:name w:val="Table Grid2"/>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1053"/>
  </w:style>
  <w:style w:type="table" w:customStyle="1" w:styleId="TableGrid4">
    <w:name w:val="Table Grid4"/>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1053"/>
  </w:style>
  <w:style w:type="table" w:customStyle="1" w:styleId="thamkhao11">
    <w:name w:val="tham khao11"/>
    <w:basedOn w:val="TableNormal"/>
    <w:next w:val="TableGrid"/>
    <w:uiPriority w:val="59"/>
    <w:rsid w:val="001D1053"/>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D1053"/>
    <w:pPr>
      <w:spacing w:after="0" w:line="240" w:lineRule="auto"/>
    </w:pPr>
    <w:rPr>
      <w:rFonts w:ascii="Arial" w:hAnsi="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1053"/>
  </w:style>
  <w:style w:type="table" w:customStyle="1" w:styleId="TableGrid6">
    <w:name w:val="Table Grid6"/>
    <w:basedOn w:val="TableNormal"/>
    <w:next w:val="TableGrid"/>
    <w:uiPriority w:val="3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D10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D1053"/>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1053"/>
    <w:pPr>
      <w:spacing w:after="0" w:line="240" w:lineRule="auto"/>
    </w:pPr>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53277"/>
  </w:style>
  <w:style w:type="table" w:customStyle="1" w:styleId="trongbang1">
    <w:name w:val="trongbang1"/>
    <w:basedOn w:val="TableNormal"/>
    <w:next w:val="TableGrid"/>
    <w:uiPriority w:val="39"/>
    <w:qFormat/>
    <w:rsid w:val="0045327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11836">
      <w:bodyDiv w:val="1"/>
      <w:marLeft w:val="0"/>
      <w:marRight w:val="0"/>
      <w:marTop w:val="0"/>
      <w:marBottom w:val="0"/>
      <w:divBdr>
        <w:top w:val="none" w:sz="0" w:space="0" w:color="auto"/>
        <w:left w:val="none" w:sz="0" w:space="0" w:color="auto"/>
        <w:bottom w:val="none" w:sz="0" w:space="0" w:color="auto"/>
        <w:right w:val="none" w:sz="0" w:space="0" w:color="auto"/>
      </w:divBdr>
    </w:div>
    <w:div w:id="1070538926">
      <w:bodyDiv w:val="1"/>
      <w:marLeft w:val="0"/>
      <w:marRight w:val="0"/>
      <w:marTop w:val="0"/>
      <w:marBottom w:val="0"/>
      <w:divBdr>
        <w:top w:val="none" w:sz="0" w:space="0" w:color="auto"/>
        <w:left w:val="none" w:sz="0" w:space="0" w:color="auto"/>
        <w:bottom w:val="none" w:sz="0" w:space="0" w:color="auto"/>
        <w:right w:val="none" w:sz="0" w:space="0" w:color="auto"/>
      </w:divBdr>
    </w:div>
    <w:div w:id="1105657930">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26.bin"/><Relationship Id="rId21" Type="http://schemas.openxmlformats.org/officeDocument/2006/relationships/oleObject" Target="embeddings/oleObject7.bin"/><Relationship Id="rId324" Type="http://schemas.openxmlformats.org/officeDocument/2006/relationships/oleObject" Target="embeddings/oleObject156.bin"/><Relationship Id="rId531" Type="http://schemas.openxmlformats.org/officeDocument/2006/relationships/image" Target="media/image265.wmf"/><Relationship Id="rId629" Type="http://schemas.openxmlformats.org/officeDocument/2006/relationships/oleObject" Target="embeddings/oleObject306.bin"/><Relationship Id="rId170" Type="http://schemas.openxmlformats.org/officeDocument/2006/relationships/image" Target="media/image83.wmf"/><Relationship Id="rId268" Type="http://schemas.openxmlformats.org/officeDocument/2006/relationships/oleObject" Target="embeddings/oleObject128.bin"/><Relationship Id="rId475" Type="http://schemas.openxmlformats.org/officeDocument/2006/relationships/oleObject" Target="embeddings/oleObject231.bin"/><Relationship Id="rId682" Type="http://schemas.openxmlformats.org/officeDocument/2006/relationships/image" Target="media/image343.wmf"/><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5.bin"/><Relationship Id="rId181" Type="http://schemas.openxmlformats.org/officeDocument/2006/relationships/oleObject" Target="embeddings/oleObject86.bin"/><Relationship Id="rId402" Type="http://schemas.openxmlformats.org/officeDocument/2006/relationships/image" Target="media/image201.wmf"/><Relationship Id="rId279" Type="http://schemas.openxmlformats.org/officeDocument/2006/relationships/image" Target="media/image139.wmf"/><Relationship Id="rId486" Type="http://schemas.openxmlformats.org/officeDocument/2006/relationships/oleObject" Target="embeddings/oleObject237.bin"/><Relationship Id="rId693" Type="http://schemas.openxmlformats.org/officeDocument/2006/relationships/oleObject" Target="embeddings/oleObject337.bin"/><Relationship Id="rId707" Type="http://schemas.openxmlformats.org/officeDocument/2006/relationships/image" Target="media/image356.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oleObject" Target="embeddings/oleObject270.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0.bin"/><Relationship Id="rId497" Type="http://schemas.openxmlformats.org/officeDocument/2006/relationships/image" Target="media/image248.wmf"/><Relationship Id="rId620" Type="http://schemas.openxmlformats.org/officeDocument/2006/relationships/image" Target="media/image311.wmf"/><Relationship Id="rId718" Type="http://schemas.openxmlformats.org/officeDocument/2006/relationships/oleObject" Target="embeddings/oleObject349.bin"/><Relationship Id="rId357" Type="http://schemas.openxmlformats.org/officeDocument/2006/relationships/oleObject" Target="embeddings/oleObject172.bin"/><Relationship Id="rId54" Type="http://schemas.openxmlformats.org/officeDocument/2006/relationships/oleObject" Target="embeddings/oleObject23.bin"/><Relationship Id="rId217" Type="http://schemas.openxmlformats.org/officeDocument/2006/relationships/oleObject" Target="embeddings/oleObject104.bin"/><Relationship Id="rId564" Type="http://schemas.openxmlformats.org/officeDocument/2006/relationships/oleObject" Target="embeddings/oleObject275.bin"/><Relationship Id="rId424" Type="http://schemas.openxmlformats.org/officeDocument/2006/relationships/image" Target="media/image212.wmf"/><Relationship Id="rId631" Type="http://schemas.openxmlformats.org/officeDocument/2006/relationships/oleObject" Target="embeddings/oleObject307.bin"/><Relationship Id="rId729" Type="http://schemas.openxmlformats.org/officeDocument/2006/relationships/theme" Target="theme/theme1.xml"/><Relationship Id="rId270" Type="http://schemas.openxmlformats.org/officeDocument/2006/relationships/oleObject" Target="embeddings/oleObject129.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4.wmf"/><Relationship Id="rId575" Type="http://schemas.openxmlformats.org/officeDocument/2006/relationships/image" Target="media/image288.wmf"/><Relationship Id="rId228" Type="http://schemas.openxmlformats.org/officeDocument/2006/relationships/image" Target="media/image112.wmf"/><Relationship Id="rId435" Type="http://schemas.openxmlformats.org/officeDocument/2006/relationships/oleObject" Target="embeddings/oleObject211.bin"/><Relationship Id="rId642" Type="http://schemas.openxmlformats.org/officeDocument/2006/relationships/oleObject" Target="embeddings/oleObject312.bin"/><Relationship Id="rId281" Type="http://schemas.openxmlformats.org/officeDocument/2006/relationships/image" Target="media/image140.wmf"/><Relationship Id="rId502" Type="http://schemas.openxmlformats.org/officeDocument/2006/relationships/oleObject" Target="embeddings/oleObject245.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3.bin"/><Relationship Id="rId586" Type="http://schemas.openxmlformats.org/officeDocument/2006/relationships/oleObject" Target="embeddings/oleObject286.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6.bin"/><Relationship Id="rId653" Type="http://schemas.openxmlformats.org/officeDocument/2006/relationships/oleObject" Target="embeddings/oleObject317.bin"/><Relationship Id="rId292" Type="http://schemas.openxmlformats.org/officeDocument/2006/relationships/oleObject" Target="embeddings/oleObject140.bin"/><Relationship Id="rId306" Type="http://schemas.openxmlformats.org/officeDocument/2006/relationships/oleObject" Target="embeddings/oleObject147.bin"/><Relationship Id="rId87" Type="http://schemas.openxmlformats.org/officeDocument/2006/relationships/oleObject" Target="embeddings/oleObject39.bin"/><Relationship Id="rId513" Type="http://schemas.openxmlformats.org/officeDocument/2006/relationships/image" Target="media/image256.wmf"/><Relationship Id="rId597" Type="http://schemas.openxmlformats.org/officeDocument/2006/relationships/image" Target="media/image299.wmf"/><Relationship Id="rId720" Type="http://schemas.openxmlformats.org/officeDocument/2006/relationships/oleObject" Target="embeddings/oleObject350.bin"/><Relationship Id="rId152" Type="http://schemas.openxmlformats.org/officeDocument/2006/relationships/image" Target="media/image74.wmf"/><Relationship Id="rId457" Type="http://schemas.openxmlformats.org/officeDocument/2006/relationships/image" Target="media/image229.wmf"/><Relationship Id="rId664" Type="http://schemas.openxmlformats.org/officeDocument/2006/relationships/image" Target="media/image334.wmf"/><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oleObject" Target="embeddings/oleObject256.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5.wmf"/><Relationship Id="rId230" Type="http://schemas.openxmlformats.org/officeDocument/2006/relationships/image" Target="media/image113.wmf"/><Relationship Id="rId468" Type="http://schemas.openxmlformats.org/officeDocument/2006/relationships/image" Target="media/image234.wmf"/><Relationship Id="rId675" Type="http://schemas.openxmlformats.org/officeDocument/2006/relationships/oleObject" Target="embeddings/oleObject328.bin"/><Relationship Id="rId25" Type="http://schemas.openxmlformats.org/officeDocument/2006/relationships/oleObject" Target="embeddings/oleObject9.bin"/><Relationship Id="rId328" Type="http://schemas.openxmlformats.org/officeDocument/2006/relationships/oleObject" Target="embeddings/oleObject158.bin"/><Relationship Id="rId535" Type="http://schemas.openxmlformats.org/officeDocument/2006/relationships/image" Target="media/image267.wmf"/><Relationship Id="rId174" Type="http://schemas.openxmlformats.org/officeDocument/2006/relationships/image" Target="media/image85.wmf"/><Relationship Id="rId381" Type="http://schemas.openxmlformats.org/officeDocument/2006/relationships/oleObject" Target="embeddings/oleObject184.bin"/><Relationship Id="rId602" Type="http://schemas.openxmlformats.org/officeDocument/2006/relationships/oleObject" Target="embeddings/oleObject294.bin"/><Relationship Id="rId241" Type="http://schemas.openxmlformats.org/officeDocument/2006/relationships/image" Target="media/image119.png"/><Relationship Id="rId479" Type="http://schemas.openxmlformats.org/officeDocument/2006/relationships/oleObject" Target="embeddings/oleObject233.bin"/><Relationship Id="rId686" Type="http://schemas.openxmlformats.org/officeDocument/2006/relationships/image" Target="media/image345.wmf"/><Relationship Id="rId36" Type="http://schemas.openxmlformats.org/officeDocument/2006/relationships/oleObject" Target="embeddings/oleObject14.bin"/><Relationship Id="rId339" Type="http://schemas.openxmlformats.org/officeDocument/2006/relationships/image" Target="media/image169.wmf"/><Relationship Id="rId546" Type="http://schemas.openxmlformats.org/officeDocument/2006/relationships/oleObject" Target="embeddings/oleObject267.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3.wmf"/><Relationship Id="rId392" Type="http://schemas.openxmlformats.org/officeDocument/2006/relationships/image" Target="media/image196.wmf"/><Relationship Id="rId613" Type="http://schemas.openxmlformats.org/officeDocument/2006/relationships/image" Target="media/image307.wmf"/><Relationship Id="rId697" Type="http://schemas.openxmlformats.org/officeDocument/2006/relationships/oleObject" Target="embeddings/oleObject339.bin"/><Relationship Id="rId252" Type="http://schemas.openxmlformats.org/officeDocument/2006/relationships/oleObject" Target="embeddings/oleObject120.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272.bin"/><Relationship Id="rId196" Type="http://schemas.openxmlformats.org/officeDocument/2006/relationships/image" Target="media/image96.wmf"/><Relationship Id="rId417" Type="http://schemas.openxmlformats.org/officeDocument/2006/relationships/oleObject" Target="embeddings/oleObject202.bin"/><Relationship Id="rId624" Type="http://schemas.openxmlformats.org/officeDocument/2006/relationships/image" Target="media/image313.wmf"/><Relationship Id="rId263" Type="http://schemas.openxmlformats.org/officeDocument/2006/relationships/image" Target="media/image131.wmf"/><Relationship Id="rId470" Type="http://schemas.openxmlformats.org/officeDocument/2006/relationships/image" Target="media/image235.wmf"/><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59.bin"/><Relationship Id="rId568" Type="http://schemas.openxmlformats.org/officeDocument/2006/relationships/oleObject" Target="embeddings/oleObject277.bin"/><Relationship Id="rId428" Type="http://schemas.openxmlformats.org/officeDocument/2006/relationships/image" Target="media/image214.wmf"/><Relationship Id="rId635" Type="http://schemas.openxmlformats.org/officeDocument/2006/relationships/image" Target="media/image319.wmf"/><Relationship Id="rId274" Type="http://schemas.openxmlformats.org/officeDocument/2006/relationships/oleObject" Target="embeddings/oleObject131.bin"/><Relationship Id="rId481" Type="http://schemas.openxmlformats.org/officeDocument/2006/relationships/oleObject" Target="embeddings/oleObject234.bin"/><Relationship Id="rId702" Type="http://schemas.openxmlformats.org/officeDocument/2006/relationships/image" Target="media/image353.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image" Target="media/image290.wmf"/><Relationship Id="rId341" Type="http://schemas.openxmlformats.org/officeDocument/2006/relationships/image" Target="media/image170.wmf"/><Relationship Id="rId439" Type="http://schemas.openxmlformats.org/officeDocument/2006/relationships/image" Target="media/image220.wmf"/><Relationship Id="rId646" Type="http://schemas.openxmlformats.org/officeDocument/2006/relationships/oleObject" Target="embeddings/oleObject314.bin"/><Relationship Id="rId201" Type="http://schemas.openxmlformats.org/officeDocument/2006/relationships/oleObject" Target="embeddings/oleObject96.bin"/><Relationship Id="rId285" Type="http://schemas.openxmlformats.org/officeDocument/2006/relationships/image" Target="media/image142.wmf"/><Relationship Id="rId506" Type="http://schemas.openxmlformats.org/officeDocument/2006/relationships/oleObject" Target="embeddings/oleObject247.bin"/><Relationship Id="rId492" Type="http://schemas.openxmlformats.org/officeDocument/2006/relationships/oleObject" Target="embeddings/oleObject240.bin"/><Relationship Id="rId713" Type="http://schemas.openxmlformats.org/officeDocument/2006/relationships/image" Target="media/image359.wmf"/><Relationship Id="rId145" Type="http://schemas.openxmlformats.org/officeDocument/2006/relationships/oleObject" Target="embeddings/oleObject68.bin"/><Relationship Id="rId352" Type="http://schemas.openxmlformats.org/officeDocument/2006/relationships/image" Target="media/image176.wmf"/><Relationship Id="rId212" Type="http://schemas.openxmlformats.org/officeDocument/2006/relationships/image" Target="media/image104.wmf"/><Relationship Id="rId657" Type="http://schemas.openxmlformats.org/officeDocument/2006/relationships/oleObject" Target="embeddings/oleObject319.bin"/><Relationship Id="rId296" Type="http://schemas.openxmlformats.org/officeDocument/2006/relationships/oleObject" Target="embeddings/oleObject142.bin"/><Relationship Id="rId517" Type="http://schemas.openxmlformats.org/officeDocument/2006/relationships/image" Target="media/image258.wmf"/><Relationship Id="rId724" Type="http://schemas.openxmlformats.org/officeDocument/2006/relationships/image" Target="media/image364.wmf"/><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75.bin"/><Relationship Id="rId570" Type="http://schemas.openxmlformats.org/officeDocument/2006/relationships/oleObject" Target="embeddings/oleObject278.bin"/><Relationship Id="rId223" Type="http://schemas.openxmlformats.org/officeDocument/2006/relationships/oleObject" Target="embeddings/oleObject107.bin"/><Relationship Id="rId430" Type="http://schemas.openxmlformats.org/officeDocument/2006/relationships/image" Target="media/image215.wmf"/><Relationship Id="rId668" Type="http://schemas.openxmlformats.org/officeDocument/2006/relationships/image" Target="media/image336.wmf"/><Relationship Id="rId18" Type="http://schemas.openxmlformats.org/officeDocument/2006/relationships/image" Target="media/image6.wmf"/><Relationship Id="rId528" Type="http://schemas.openxmlformats.org/officeDocument/2006/relationships/oleObject" Target="embeddings/oleObject258.bin"/><Relationship Id="rId167" Type="http://schemas.openxmlformats.org/officeDocument/2006/relationships/oleObject" Target="embeddings/oleObject79.bin"/><Relationship Id="rId374" Type="http://schemas.openxmlformats.org/officeDocument/2006/relationships/image" Target="media/image187.wmf"/><Relationship Id="rId581" Type="http://schemas.openxmlformats.org/officeDocument/2006/relationships/image" Target="media/image291.wmf"/><Relationship Id="rId71" Type="http://schemas.openxmlformats.org/officeDocument/2006/relationships/oleObject" Target="embeddings/oleObject31.bin"/><Relationship Id="rId234" Type="http://schemas.openxmlformats.org/officeDocument/2006/relationships/oleObject" Target="embeddings/oleObject112.bin"/><Relationship Id="rId679" Type="http://schemas.openxmlformats.org/officeDocument/2006/relationships/oleObject" Target="embeddings/oleObject330.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21.wmf"/><Relationship Id="rId539" Type="http://schemas.openxmlformats.org/officeDocument/2006/relationships/image" Target="media/image269.wmf"/><Relationship Id="rId178" Type="http://schemas.openxmlformats.org/officeDocument/2006/relationships/image" Target="media/image87.wmf"/><Relationship Id="rId301" Type="http://schemas.openxmlformats.org/officeDocument/2006/relationships/image" Target="media/image150.wmf"/><Relationship Id="rId82" Type="http://schemas.openxmlformats.org/officeDocument/2006/relationships/image" Target="media/image39.wmf"/><Relationship Id="rId385" Type="http://schemas.openxmlformats.org/officeDocument/2006/relationships/oleObject" Target="embeddings/oleObject186.bin"/><Relationship Id="rId592" Type="http://schemas.openxmlformats.org/officeDocument/2006/relationships/oleObject" Target="embeddings/oleObject289.bin"/><Relationship Id="rId606" Type="http://schemas.openxmlformats.org/officeDocument/2006/relationships/oleObject" Target="embeddings/oleObject296.bin"/><Relationship Id="rId245" Type="http://schemas.openxmlformats.org/officeDocument/2006/relationships/oleObject" Target="embeddings/oleObject117.bin"/><Relationship Id="rId452" Type="http://schemas.openxmlformats.org/officeDocument/2006/relationships/oleObject" Target="embeddings/oleObject219.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oleObject" Target="embeddings/oleObject150.bin"/><Relationship Id="rId354" Type="http://schemas.openxmlformats.org/officeDocument/2006/relationships/image" Target="media/image177.wmf"/><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8.wmf"/><Relationship Id="rId561" Type="http://schemas.openxmlformats.org/officeDocument/2006/relationships/image" Target="media/image281.wmf"/><Relationship Id="rId617" Type="http://schemas.openxmlformats.org/officeDocument/2006/relationships/image" Target="media/image309.jpeg"/><Relationship Id="rId659" Type="http://schemas.openxmlformats.org/officeDocument/2006/relationships/oleObject" Target="embeddings/oleObject320.bin"/><Relationship Id="rId214" Type="http://schemas.openxmlformats.org/officeDocument/2006/relationships/image" Target="media/image105.wmf"/><Relationship Id="rId256" Type="http://schemas.openxmlformats.org/officeDocument/2006/relationships/oleObject" Target="embeddings/oleObject122.bin"/><Relationship Id="rId298" Type="http://schemas.openxmlformats.org/officeDocument/2006/relationships/oleObject" Target="embeddings/oleObject143.bin"/><Relationship Id="rId421" Type="http://schemas.openxmlformats.org/officeDocument/2006/relationships/oleObject" Target="embeddings/oleObject204.bin"/><Relationship Id="rId463" Type="http://schemas.openxmlformats.org/officeDocument/2006/relationships/oleObject" Target="embeddings/oleObject225.bin"/><Relationship Id="rId519" Type="http://schemas.openxmlformats.org/officeDocument/2006/relationships/image" Target="media/image259.wmf"/><Relationship Id="rId670" Type="http://schemas.openxmlformats.org/officeDocument/2006/relationships/image" Target="media/image337.wmf"/><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61.wmf"/><Relationship Id="rId530" Type="http://schemas.openxmlformats.org/officeDocument/2006/relationships/oleObject" Target="embeddings/oleObject259.bin"/><Relationship Id="rId726" Type="http://schemas.openxmlformats.org/officeDocument/2006/relationships/image" Target="media/image365.wmf"/><Relationship Id="rId20" Type="http://schemas.openxmlformats.org/officeDocument/2006/relationships/image" Target="media/image7.wmf"/><Relationship Id="rId62" Type="http://schemas.openxmlformats.org/officeDocument/2006/relationships/image" Target="media/image29.wmf"/><Relationship Id="rId365" Type="http://schemas.openxmlformats.org/officeDocument/2006/relationships/oleObject" Target="embeddings/oleObject176.bin"/><Relationship Id="rId572" Type="http://schemas.openxmlformats.org/officeDocument/2006/relationships/oleObject" Target="embeddings/oleObject279.bin"/><Relationship Id="rId628" Type="http://schemas.openxmlformats.org/officeDocument/2006/relationships/image" Target="media/image315.wmf"/><Relationship Id="rId225" Type="http://schemas.openxmlformats.org/officeDocument/2006/relationships/oleObject" Target="embeddings/oleObject108.bin"/><Relationship Id="rId267" Type="http://schemas.openxmlformats.org/officeDocument/2006/relationships/image" Target="media/image133.wmf"/><Relationship Id="rId432" Type="http://schemas.openxmlformats.org/officeDocument/2006/relationships/image" Target="media/image216.wmf"/><Relationship Id="rId474" Type="http://schemas.openxmlformats.org/officeDocument/2006/relationships/image" Target="media/image237.wmf"/><Relationship Id="rId127" Type="http://schemas.openxmlformats.org/officeDocument/2006/relationships/oleObject" Target="embeddings/oleObject59.bin"/><Relationship Id="rId681" Type="http://schemas.openxmlformats.org/officeDocument/2006/relationships/oleObject" Target="embeddings/oleObject331.bin"/><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oleObject" Target="embeddings/oleObject161.bin"/><Relationship Id="rId376" Type="http://schemas.openxmlformats.org/officeDocument/2006/relationships/image" Target="media/image188.wmf"/><Relationship Id="rId541" Type="http://schemas.openxmlformats.org/officeDocument/2006/relationships/image" Target="media/image270.wmf"/><Relationship Id="rId583" Type="http://schemas.openxmlformats.org/officeDocument/2006/relationships/image" Target="media/image292.wmf"/><Relationship Id="rId639" Type="http://schemas.openxmlformats.org/officeDocument/2006/relationships/image" Target="media/image321.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oleObject" Target="embeddings/oleObject113.bin"/><Relationship Id="rId278" Type="http://schemas.openxmlformats.org/officeDocument/2006/relationships/oleObject" Target="embeddings/oleObject133.bin"/><Relationship Id="rId401" Type="http://schemas.openxmlformats.org/officeDocument/2006/relationships/oleObject" Target="embeddings/oleObject194.bin"/><Relationship Id="rId443" Type="http://schemas.openxmlformats.org/officeDocument/2006/relationships/image" Target="media/image222.wmf"/><Relationship Id="rId650" Type="http://schemas.openxmlformats.org/officeDocument/2006/relationships/image" Target="media/image327.wmf"/><Relationship Id="rId303" Type="http://schemas.openxmlformats.org/officeDocument/2006/relationships/image" Target="media/image151.wmf"/><Relationship Id="rId485" Type="http://schemas.openxmlformats.org/officeDocument/2006/relationships/image" Target="media/image242.wmf"/><Relationship Id="rId692" Type="http://schemas.openxmlformats.org/officeDocument/2006/relationships/image" Target="media/image348.wmf"/><Relationship Id="rId706" Type="http://schemas.openxmlformats.org/officeDocument/2006/relationships/oleObject" Target="embeddings/oleObject343.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72.wmf"/><Relationship Id="rId387" Type="http://schemas.openxmlformats.org/officeDocument/2006/relationships/oleObject" Target="embeddings/oleObject187.bin"/><Relationship Id="rId510" Type="http://schemas.openxmlformats.org/officeDocument/2006/relationships/oleObject" Target="embeddings/oleObject249.bin"/><Relationship Id="rId552" Type="http://schemas.openxmlformats.org/officeDocument/2006/relationships/image" Target="media/image276.wmf"/><Relationship Id="rId594" Type="http://schemas.openxmlformats.org/officeDocument/2006/relationships/oleObject" Target="embeddings/oleObject290.bin"/><Relationship Id="rId608" Type="http://schemas.openxmlformats.org/officeDocument/2006/relationships/image" Target="media/image303.png"/><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8.bin"/><Relationship Id="rId412" Type="http://schemas.openxmlformats.org/officeDocument/2006/relationships/image" Target="media/image206.wmf"/><Relationship Id="rId107" Type="http://schemas.openxmlformats.org/officeDocument/2006/relationships/oleObject" Target="embeddings/oleObject49.bin"/><Relationship Id="rId289" Type="http://schemas.openxmlformats.org/officeDocument/2006/relationships/image" Target="media/image144.wmf"/><Relationship Id="rId454" Type="http://schemas.openxmlformats.org/officeDocument/2006/relationships/oleObject" Target="embeddings/oleObject220.bin"/><Relationship Id="rId496" Type="http://schemas.openxmlformats.org/officeDocument/2006/relationships/oleObject" Target="embeddings/oleObject242.bin"/><Relationship Id="rId661" Type="http://schemas.openxmlformats.org/officeDocument/2006/relationships/oleObject" Target="embeddings/oleObject321.bin"/><Relationship Id="rId717" Type="http://schemas.openxmlformats.org/officeDocument/2006/relationships/image" Target="media/image361.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1.bin"/><Relationship Id="rId356" Type="http://schemas.openxmlformats.org/officeDocument/2006/relationships/image" Target="media/image178.wmf"/><Relationship Id="rId398" Type="http://schemas.openxmlformats.org/officeDocument/2006/relationships/image" Target="media/image199.wmf"/><Relationship Id="rId521" Type="http://schemas.openxmlformats.org/officeDocument/2006/relationships/image" Target="media/image260.wmf"/><Relationship Id="rId563" Type="http://schemas.openxmlformats.org/officeDocument/2006/relationships/image" Target="media/image282.wmf"/><Relationship Id="rId619" Type="http://schemas.openxmlformats.org/officeDocument/2006/relationships/oleObject" Target="embeddings/oleObject301.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5.bin"/><Relationship Id="rId258" Type="http://schemas.openxmlformats.org/officeDocument/2006/relationships/oleObject" Target="embeddings/oleObject123.bin"/><Relationship Id="rId465" Type="http://schemas.openxmlformats.org/officeDocument/2006/relationships/oleObject" Target="embeddings/oleObject226.bin"/><Relationship Id="rId630" Type="http://schemas.openxmlformats.org/officeDocument/2006/relationships/image" Target="media/image316.wmf"/><Relationship Id="rId672" Type="http://schemas.openxmlformats.org/officeDocument/2006/relationships/image" Target="media/image338.wmf"/><Relationship Id="rId728" Type="http://schemas.openxmlformats.org/officeDocument/2006/relationships/fontTable" Target="fontTable.xml"/><Relationship Id="rId22" Type="http://schemas.openxmlformats.org/officeDocument/2006/relationships/image" Target="media/image8.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2.wmf"/><Relationship Id="rId367" Type="http://schemas.openxmlformats.org/officeDocument/2006/relationships/oleObject" Target="embeddings/oleObject177.bin"/><Relationship Id="rId532" Type="http://schemas.openxmlformats.org/officeDocument/2006/relationships/oleObject" Target="embeddings/oleObject260.bin"/><Relationship Id="rId574" Type="http://schemas.openxmlformats.org/officeDocument/2006/relationships/oleObject" Target="embeddings/oleObject280.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image" Target="media/image134.wmf"/><Relationship Id="rId434" Type="http://schemas.openxmlformats.org/officeDocument/2006/relationships/image" Target="media/image217.wmf"/><Relationship Id="rId476" Type="http://schemas.openxmlformats.org/officeDocument/2006/relationships/image" Target="media/image238.wmf"/><Relationship Id="rId641" Type="http://schemas.openxmlformats.org/officeDocument/2006/relationships/image" Target="media/image322.wmf"/><Relationship Id="rId683" Type="http://schemas.openxmlformats.org/officeDocument/2006/relationships/oleObject" Target="embeddings/oleObject332.bin"/><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image" Target="media/image250.wmf"/><Relationship Id="rId543" Type="http://schemas.openxmlformats.org/officeDocument/2006/relationships/image" Target="media/image271.wmf"/><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9.wmf"/><Relationship Id="rId403" Type="http://schemas.openxmlformats.org/officeDocument/2006/relationships/oleObject" Target="embeddings/oleObject195.bin"/><Relationship Id="rId585" Type="http://schemas.openxmlformats.org/officeDocument/2006/relationships/image" Target="media/image293.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3.wmf"/><Relationship Id="rId487" Type="http://schemas.openxmlformats.org/officeDocument/2006/relationships/image" Target="media/image243.wmf"/><Relationship Id="rId610" Type="http://schemas.openxmlformats.org/officeDocument/2006/relationships/oleObject" Target="embeddings/oleObject297.bin"/><Relationship Id="rId652" Type="http://schemas.openxmlformats.org/officeDocument/2006/relationships/image" Target="media/image328.wmf"/><Relationship Id="rId694" Type="http://schemas.openxmlformats.org/officeDocument/2006/relationships/image" Target="media/image349.wmf"/><Relationship Id="rId708" Type="http://schemas.openxmlformats.org/officeDocument/2006/relationships/oleObject" Target="embeddings/oleObject344.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oleObject" Target="embeddings/oleObject250.bin"/><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88.bin"/><Relationship Id="rId554" Type="http://schemas.openxmlformats.org/officeDocument/2006/relationships/image" Target="media/image277.wmf"/><Relationship Id="rId596" Type="http://schemas.openxmlformats.org/officeDocument/2006/relationships/oleObject" Target="embeddings/oleObject291.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4.wmf"/><Relationship Id="rId414" Type="http://schemas.openxmlformats.org/officeDocument/2006/relationships/image" Target="media/image207.wmf"/><Relationship Id="rId456" Type="http://schemas.openxmlformats.org/officeDocument/2006/relationships/oleObject" Target="embeddings/oleObject221.bin"/><Relationship Id="rId498" Type="http://schemas.openxmlformats.org/officeDocument/2006/relationships/oleObject" Target="embeddings/oleObject243.bin"/><Relationship Id="rId621" Type="http://schemas.openxmlformats.org/officeDocument/2006/relationships/oleObject" Target="embeddings/oleObject302.bin"/><Relationship Id="rId663" Type="http://schemas.openxmlformats.org/officeDocument/2006/relationships/oleObject" Target="embeddings/oleObject322.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61.wmf"/><Relationship Id="rId719" Type="http://schemas.openxmlformats.org/officeDocument/2006/relationships/image" Target="media/image362.wmf"/><Relationship Id="rId55" Type="http://schemas.openxmlformats.org/officeDocument/2006/relationships/image" Target="media/image25.png"/><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79.wmf"/><Relationship Id="rId565" Type="http://schemas.openxmlformats.org/officeDocument/2006/relationships/image" Target="media/image283.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6.bin"/><Relationship Id="rId467" Type="http://schemas.openxmlformats.org/officeDocument/2006/relationships/oleObject" Target="embeddings/oleObject227.bin"/><Relationship Id="rId632" Type="http://schemas.openxmlformats.org/officeDocument/2006/relationships/image" Target="media/image317.wmf"/><Relationship Id="rId271" Type="http://schemas.openxmlformats.org/officeDocument/2006/relationships/image" Target="media/image135.wmf"/><Relationship Id="rId674" Type="http://schemas.openxmlformats.org/officeDocument/2006/relationships/image" Target="media/image339.wmf"/><Relationship Id="rId24" Type="http://schemas.openxmlformats.org/officeDocument/2006/relationships/image" Target="media/image9.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image" Target="media/image163.wmf"/><Relationship Id="rId369" Type="http://schemas.openxmlformats.org/officeDocument/2006/relationships/oleObject" Target="embeddings/oleObject178.bin"/><Relationship Id="rId534" Type="http://schemas.openxmlformats.org/officeDocument/2006/relationships/oleObject" Target="embeddings/oleObject261.bin"/><Relationship Id="rId576" Type="http://schemas.openxmlformats.org/officeDocument/2006/relationships/oleObject" Target="embeddings/oleObject281.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90.wmf"/><Relationship Id="rId436" Type="http://schemas.openxmlformats.org/officeDocument/2006/relationships/image" Target="media/image218.wmf"/><Relationship Id="rId601" Type="http://schemas.openxmlformats.org/officeDocument/2006/relationships/image" Target="media/image301.wmf"/><Relationship Id="rId643" Type="http://schemas.openxmlformats.org/officeDocument/2006/relationships/image" Target="media/image323.wmf"/><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oleObject" Target="embeddings/oleObject333.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51.wmf"/><Relationship Id="rId545" Type="http://schemas.openxmlformats.org/officeDocument/2006/relationships/image" Target="media/image272.wmf"/><Relationship Id="rId587" Type="http://schemas.openxmlformats.org/officeDocument/2006/relationships/image" Target="media/image294.wmf"/><Relationship Id="rId710" Type="http://schemas.openxmlformats.org/officeDocument/2006/relationships/oleObject" Target="embeddings/oleObject345.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4.wmf"/><Relationship Id="rId612" Type="http://schemas.openxmlformats.org/officeDocument/2006/relationships/oleObject" Target="embeddings/oleObject298.bin"/><Relationship Id="rId251" Type="http://schemas.openxmlformats.org/officeDocument/2006/relationships/image" Target="media/image125.wmf"/><Relationship Id="rId489" Type="http://schemas.openxmlformats.org/officeDocument/2006/relationships/image" Target="media/image244.wmf"/><Relationship Id="rId654" Type="http://schemas.openxmlformats.org/officeDocument/2006/relationships/image" Target="media/image329.wmf"/><Relationship Id="rId696" Type="http://schemas.openxmlformats.org/officeDocument/2006/relationships/image" Target="media/image350.wmf"/><Relationship Id="rId46" Type="http://schemas.openxmlformats.org/officeDocument/2006/relationships/oleObject" Target="embeddings/oleObject19.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51.bin"/><Relationship Id="rId556" Type="http://schemas.openxmlformats.org/officeDocument/2006/relationships/image" Target="media/image278.wmf"/><Relationship Id="rId721" Type="http://schemas.openxmlformats.org/officeDocument/2006/relationships/image" Target="media/image363.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80.wmf"/><Relationship Id="rId416" Type="http://schemas.openxmlformats.org/officeDocument/2006/relationships/image" Target="media/image208.wmf"/><Relationship Id="rId598" Type="http://schemas.openxmlformats.org/officeDocument/2006/relationships/oleObject" Target="embeddings/oleObject292.bin"/><Relationship Id="rId220" Type="http://schemas.openxmlformats.org/officeDocument/2006/relationships/image" Target="media/image108.wmf"/><Relationship Id="rId458" Type="http://schemas.openxmlformats.org/officeDocument/2006/relationships/oleObject" Target="embeddings/oleObject222.bin"/><Relationship Id="rId623" Type="http://schemas.openxmlformats.org/officeDocument/2006/relationships/oleObject" Target="embeddings/oleObject303.bin"/><Relationship Id="rId665" Type="http://schemas.openxmlformats.org/officeDocument/2006/relationships/oleObject" Target="embeddings/oleObject323.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62.wmf"/><Relationship Id="rId567" Type="http://schemas.openxmlformats.org/officeDocument/2006/relationships/image" Target="media/image284.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oleObject" Target="embeddings/oleObject228.bin"/><Relationship Id="rId634" Type="http://schemas.openxmlformats.org/officeDocument/2006/relationships/image" Target="media/image318.png"/><Relationship Id="rId676" Type="http://schemas.openxmlformats.org/officeDocument/2006/relationships/image" Target="media/image340.wmf"/><Relationship Id="rId26" Type="http://schemas.openxmlformats.org/officeDocument/2006/relationships/image" Target="media/image10.wmf"/><Relationship Id="rId231" Type="http://schemas.openxmlformats.org/officeDocument/2006/relationships/oleObject" Target="embeddings/oleObject111.bin"/><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image" Target="media/image240.wmf"/><Relationship Id="rId536" Type="http://schemas.openxmlformats.org/officeDocument/2006/relationships/oleObject" Target="embeddings/oleObject262.bin"/><Relationship Id="rId701" Type="http://schemas.openxmlformats.org/officeDocument/2006/relationships/image" Target="media/image352.png"/><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64.bin"/><Relationship Id="rId578" Type="http://schemas.openxmlformats.org/officeDocument/2006/relationships/oleObject" Target="embeddings/oleObject282.bin"/><Relationship Id="rId200" Type="http://schemas.openxmlformats.org/officeDocument/2006/relationships/image" Target="media/image98.wmf"/><Relationship Id="rId382" Type="http://schemas.openxmlformats.org/officeDocument/2006/relationships/image" Target="media/image191.wmf"/><Relationship Id="rId438" Type="http://schemas.openxmlformats.org/officeDocument/2006/relationships/image" Target="media/image219.emf"/><Relationship Id="rId603" Type="http://schemas.openxmlformats.org/officeDocument/2006/relationships/image" Target="media/image302.wmf"/><Relationship Id="rId645" Type="http://schemas.openxmlformats.org/officeDocument/2006/relationships/image" Target="media/image324.wmf"/><Relationship Id="rId687" Type="http://schemas.openxmlformats.org/officeDocument/2006/relationships/oleObject" Target="embeddings/oleObject334.bin"/><Relationship Id="rId242" Type="http://schemas.openxmlformats.org/officeDocument/2006/relationships/image" Target="media/image120.wmf"/><Relationship Id="rId284" Type="http://schemas.openxmlformats.org/officeDocument/2006/relationships/oleObject" Target="embeddings/oleObject136.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46.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73.wmf"/><Relationship Id="rId589" Type="http://schemas.openxmlformats.org/officeDocument/2006/relationships/image" Target="media/image295.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image" Target="media/image175.png"/><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5.wmf"/><Relationship Id="rId614" Type="http://schemas.openxmlformats.org/officeDocument/2006/relationships/oleObject" Target="embeddings/oleObject299.bin"/><Relationship Id="rId656" Type="http://schemas.openxmlformats.org/officeDocument/2006/relationships/image" Target="media/image330.wmf"/><Relationship Id="rId211" Type="http://schemas.openxmlformats.org/officeDocument/2006/relationships/oleObject" Target="embeddings/oleObject101.bin"/><Relationship Id="rId253" Type="http://schemas.openxmlformats.org/officeDocument/2006/relationships/image" Target="media/image126.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30.wmf"/><Relationship Id="rId516" Type="http://schemas.openxmlformats.org/officeDocument/2006/relationships/oleObject" Target="embeddings/oleObject252.bin"/><Relationship Id="rId698" Type="http://schemas.openxmlformats.org/officeDocument/2006/relationships/oleObject" Target="embeddings/oleObject340.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4.bin"/><Relationship Id="rId558" Type="http://schemas.openxmlformats.org/officeDocument/2006/relationships/image" Target="media/image279.wmf"/><Relationship Id="rId723" Type="http://schemas.openxmlformats.org/officeDocument/2006/relationships/oleObject" Target="embeddings/oleObject352.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81.wmf"/><Relationship Id="rId418" Type="http://schemas.openxmlformats.org/officeDocument/2006/relationships/image" Target="media/image209.wmf"/><Relationship Id="rId625" Type="http://schemas.openxmlformats.org/officeDocument/2006/relationships/oleObject" Target="embeddings/oleObject304.bin"/><Relationship Id="rId222" Type="http://schemas.openxmlformats.org/officeDocument/2006/relationships/image" Target="media/image109.wmf"/><Relationship Id="rId264" Type="http://schemas.openxmlformats.org/officeDocument/2006/relationships/oleObject" Target="embeddings/oleObject126.bin"/><Relationship Id="rId471" Type="http://schemas.openxmlformats.org/officeDocument/2006/relationships/oleObject" Target="embeddings/oleObject229.bin"/><Relationship Id="rId667" Type="http://schemas.openxmlformats.org/officeDocument/2006/relationships/oleObject" Target="embeddings/oleObject324.bin"/><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63.wmf"/><Relationship Id="rId569" Type="http://schemas.openxmlformats.org/officeDocument/2006/relationships/image" Target="media/image285.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5.wmf"/><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oleObject" Target="embeddings/oleObject283.bin"/><Relationship Id="rId636" Type="http://schemas.openxmlformats.org/officeDocument/2006/relationships/oleObject" Target="embeddings/oleObject309.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3.bin"/><Relationship Id="rId678" Type="http://schemas.openxmlformats.org/officeDocument/2006/relationships/image" Target="media/image341.wmf"/><Relationship Id="rId28" Type="http://schemas.openxmlformats.org/officeDocument/2006/relationships/image" Target="media/image11.png"/><Relationship Id="rId275" Type="http://schemas.openxmlformats.org/officeDocument/2006/relationships/image" Target="media/image137.wmf"/><Relationship Id="rId300" Type="http://schemas.openxmlformats.org/officeDocument/2006/relationships/oleObject" Target="embeddings/oleObject144.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oleObject" Target="embeddings/oleObject342.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65.bin"/><Relationship Id="rId384" Type="http://schemas.openxmlformats.org/officeDocument/2006/relationships/image" Target="media/image192.wmf"/><Relationship Id="rId591" Type="http://schemas.openxmlformats.org/officeDocument/2006/relationships/image" Target="media/image296.wmf"/><Relationship Id="rId605" Type="http://schemas.openxmlformats.org/officeDocument/2006/relationships/image" Target="media/image303.wmf"/><Relationship Id="rId202" Type="http://schemas.openxmlformats.org/officeDocument/2006/relationships/image" Target="media/image99.wmf"/><Relationship Id="rId244" Type="http://schemas.openxmlformats.org/officeDocument/2006/relationships/image" Target="media/image121.wmf"/><Relationship Id="rId647" Type="http://schemas.openxmlformats.org/officeDocument/2006/relationships/image" Target="media/image325.jpg"/><Relationship Id="rId689" Type="http://schemas.openxmlformats.org/officeDocument/2006/relationships/oleObject" Target="embeddings/oleObject335.bin"/><Relationship Id="rId39" Type="http://schemas.openxmlformats.org/officeDocument/2006/relationships/image" Target="media/image17.wmf"/><Relationship Id="rId286" Type="http://schemas.openxmlformats.org/officeDocument/2006/relationships/oleObject" Target="embeddings/oleObject137.bin"/><Relationship Id="rId451" Type="http://schemas.openxmlformats.org/officeDocument/2006/relationships/image" Target="media/image226.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image" Target="media/image274.png"/><Relationship Id="rId714" Type="http://schemas.openxmlformats.org/officeDocument/2006/relationships/oleObject" Target="embeddings/oleObject347.bin"/><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5.wmf"/><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80.png"/><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image" Target="media/image210.wmf"/><Relationship Id="rId616" Type="http://schemas.openxmlformats.org/officeDocument/2006/relationships/oleObject" Target="embeddings/oleObject300.bin"/><Relationship Id="rId658" Type="http://schemas.openxmlformats.org/officeDocument/2006/relationships/image" Target="media/image331.wmf"/><Relationship Id="rId255" Type="http://schemas.openxmlformats.org/officeDocument/2006/relationships/image" Target="media/image127.wmf"/><Relationship Id="rId297" Type="http://schemas.openxmlformats.org/officeDocument/2006/relationships/image" Target="media/image148.wmf"/><Relationship Id="rId462" Type="http://schemas.openxmlformats.org/officeDocument/2006/relationships/image" Target="media/image231.wmf"/><Relationship Id="rId518" Type="http://schemas.openxmlformats.org/officeDocument/2006/relationships/oleObject" Target="embeddings/oleObject253.bin"/><Relationship Id="rId725" Type="http://schemas.openxmlformats.org/officeDocument/2006/relationships/oleObject" Target="embeddings/oleObject353.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55.bin"/><Relationship Id="rId364" Type="http://schemas.openxmlformats.org/officeDocument/2006/relationships/image" Target="media/image182.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image" Target="media/image286.wmf"/><Relationship Id="rId627" Type="http://schemas.openxmlformats.org/officeDocument/2006/relationships/oleObject" Target="embeddings/oleObject305.bin"/><Relationship Id="rId669" Type="http://schemas.openxmlformats.org/officeDocument/2006/relationships/oleObject" Target="embeddings/oleObject325.bin"/><Relationship Id="rId19" Type="http://schemas.openxmlformats.org/officeDocument/2006/relationships/oleObject" Target="embeddings/oleObject6.bin"/><Relationship Id="rId224" Type="http://schemas.openxmlformats.org/officeDocument/2006/relationships/image" Target="media/image110.wmf"/><Relationship Id="rId266" Type="http://schemas.openxmlformats.org/officeDocument/2006/relationships/oleObject" Target="embeddings/oleObject127.bin"/><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image" Target="media/image264.wmf"/><Relationship Id="rId680" Type="http://schemas.openxmlformats.org/officeDocument/2006/relationships/image" Target="media/image342.wmf"/><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6.wmf"/><Relationship Id="rId540" Type="http://schemas.openxmlformats.org/officeDocument/2006/relationships/oleObject" Target="embeddings/oleObject264.bin"/><Relationship Id="rId72" Type="http://schemas.openxmlformats.org/officeDocument/2006/relationships/image" Target="media/image34.wmf"/><Relationship Id="rId375" Type="http://schemas.openxmlformats.org/officeDocument/2006/relationships/oleObject" Target="embeddings/oleObject181.bin"/><Relationship Id="rId582" Type="http://schemas.openxmlformats.org/officeDocument/2006/relationships/oleObject" Target="embeddings/oleObject284.bin"/><Relationship Id="rId638" Type="http://schemas.openxmlformats.org/officeDocument/2006/relationships/oleObject" Target="embeddings/oleObject310.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image" Target="media/image138.wmf"/><Relationship Id="rId400" Type="http://schemas.openxmlformats.org/officeDocument/2006/relationships/image" Target="media/image200.wmf"/><Relationship Id="rId442" Type="http://schemas.openxmlformats.org/officeDocument/2006/relationships/oleObject" Target="embeddings/oleObject214.bin"/><Relationship Id="rId484" Type="http://schemas.openxmlformats.org/officeDocument/2006/relationships/oleObject" Target="embeddings/oleObject236.bin"/><Relationship Id="rId705" Type="http://schemas.openxmlformats.org/officeDocument/2006/relationships/image" Target="media/image355.wmf"/><Relationship Id="rId137" Type="http://schemas.openxmlformats.org/officeDocument/2006/relationships/oleObject" Target="embeddings/oleObject64.bin"/><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oleObject" Target="embeddings/oleObject336.bin"/><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3.wmf"/><Relationship Id="rId551" Type="http://schemas.openxmlformats.org/officeDocument/2006/relationships/oleObject" Target="embeddings/oleObject269.bin"/><Relationship Id="rId593" Type="http://schemas.openxmlformats.org/officeDocument/2006/relationships/image" Target="media/image297.wmf"/><Relationship Id="rId607" Type="http://schemas.openxmlformats.org/officeDocument/2006/relationships/image" Target="media/image304.png"/><Relationship Id="rId649" Type="http://schemas.openxmlformats.org/officeDocument/2006/relationships/oleObject" Target="embeddings/oleObject315.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2.wmf"/><Relationship Id="rId288" Type="http://schemas.openxmlformats.org/officeDocument/2006/relationships/oleObject" Target="embeddings/oleObject138.bin"/><Relationship Id="rId411" Type="http://schemas.openxmlformats.org/officeDocument/2006/relationships/oleObject" Target="embeddings/oleObject199.bin"/><Relationship Id="rId453" Type="http://schemas.openxmlformats.org/officeDocument/2006/relationships/image" Target="media/image227.wmf"/><Relationship Id="rId509" Type="http://schemas.openxmlformats.org/officeDocument/2006/relationships/image" Target="media/image254.wmf"/><Relationship Id="rId660" Type="http://schemas.openxmlformats.org/officeDocument/2006/relationships/image" Target="media/image332.wmf"/><Relationship Id="rId106" Type="http://schemas.openxmlformats.org/officeDocument/2006/relationships/image" Target="media/image51.wmf"/><Relationship Id="rId313" Type="http://schemas.openxmlformats.org/officeDocument/2006/relationships/image" Target="media/image156.wmf"/><Relationship Id="rId495" Type="http://schemas.openxmlformats.org/officeDocument/2006/relationships/image" Target="media/image247.wmf"/><Relationship Id="rId716" Type="http://schemas.openxmlformats.org/officeDocument/2006/relationships/oleObject" Target="embeddings/oleObject348.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1.bin"/><Relationship Id="rId397" Type="http://schemas.openxmlformats.org/officeDocument/2006/relationships/oleObject" Target="embeddings/oleObject192.bin"/><Relationship Id="rId520" Type="http://schemas.openxmlformats.org/officeDocument/2006/relationships/oleObject" Target="embeddings/oleObject254.bin"/><Relationship Id="rId562" Type="http://schemas.openxmlformats.org/officeDocument/2006/relationships/oleObject" Target="embeddings/oleObject274.bin"/><Relationship Id="rId618" Type="http://schemas.openxmlformats.org/officeDocument/2006/relationships/image" Target="media/image310.wmf"/><Relationship Id="rId215" Type="http://schemas.openxmlformats.org/officeDocument/2006/relationships/oleObject" Target="embeddings/oleObject103.bin"/><Relationship Id="rId257" Type="http://schemas.openxmlformats.org/officeDocument/2006/relationships/image" Target="media/image128.wmf"/><Relationship Id="rId422" Type="http://schemas.openxmlformats.org/officeDocument/2006/relationships/image" Target="media/image211.wmf"/><Relationship Id="rId464" Type="http://schemas.openxmlformats.org/officeDocument/2006/relationships/image" Target="media/image232.wmf"/><Relationship Id="rId299" Type="http://schemas.openxmlformats.org/officeDocument/2006/relationships/image" Target="media/image149.wmf"/><Relationship Id="rId727" Type="http://schemas.openxmlformats.org/officeDocument/2006/relationships/oleObject" Target="embeddings/oleObject354.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83.wmf"/><Relationship Id="rId573" Type="http://schemas.openxmlformats.org/officeDocument/2006/relationships/image" Target="media/image287.wmf"/><Relationship Id="rId226" Type="http://schemas.openxmlformats.org/officeDocument/2006/relationships/image" Target="media/image111.wmf"/><Relationship Id="rId433" Type="http://schemas.openxmlformats.org/officeDocument/2006/relationships/oleObject" Target="embeddings/oleObject210.bin"/><Relationship Id="rId640" Type="http://schemas.openxmlformats.org/officeDocument/2006/relationships/oleObject" Target="embeddings/oleObject311.bin"/><Relationship Id="rId74" Type="http://schemas.openxmlformats.org/officeDocument/2006/relationships/image" Target="media/image35.wmf"/><Relationship Id="rId377" Type="http://schemas.openxmlformats.org/officeDocument/2006/relationships/oleObject" Target="embeddings/oleObject182.bin"/><Relationship Id="rId500" Type="http://schemas.openxmlformats.org/officeDocument/2006/relationships/oleObject" Target="embeddings/oleObject244.bin"/><Relationship Id="rId584" Type="http://schemas.openxmlformats.org/officeDocument/2006/relationships/oleObject" Target="embeddings/oleObject285.bin"/><Relationship Id="rId5" Type="http://schemas.openxmlformats.org/officeDocument/2006/relationships/webSettings" Target="webSettings.xml"/><Relationship Id="rId237" Type="http://schemas.openxmlformats.org/officeDocument/2006/relationships/image" Target="media/image117.wmf"/><Relationship Id="rId444" Type="http://schemas.openxmlformats.org/officeDocument/2006/relationships/oleObject" Target="embeddings/oleObject215.bin"/><Relationship Id="rId651" Type="http://schemas.openxmlformats.org/officeDocument/2006/relationships/oleObject" Target="embeddings/oleObject316.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4.wmf"/><Relationship Id="rId511" Type="http://schemas.openxmlformats.org/officeDocument/2006/relationships/image" Target="media/image255.wmf"/><Relationship Id="rId609" Type="http://schemas.openxmlformats.org/officeDocument/2006/relationships/image" Target="media/image305.wmf"/><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298.wmf"/><Relationship Id="rId248" Type="http://schemas.openxmlformats.org/officeDocument/2006/relationships/image" Target="media/image123.png"/><Relationship Id="rId455" Type="http://schemas.openxmlformats.org/officeDocument/2006/relationships/image" Target="media/image228.wmf"/><Relationship Id="rId662" Type="http://schemas.openxmlformats.org/officeDocument/2006/relationships/image" Target="media/image333.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255.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3.bin"/><Relationship Id="rId259" Type="http://schemas.openxmlformats.org/officeDocument/2006/relationships/image" Target="media/image129.wmf"/><Relationship Id="rId466" Type="http://schemas.openxmlformats.org/officeDocument/2006/relationships/image" Target="media/image233.wmf"/><Relationship Id="rId673" Type="http://schemas.openxmlformats.org/officeDocument/2006/relationships/oleObject" Target="embeddings/oleObject327.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image" Target="media/image266.wmf"/><Relationship Id="rId172" Type="http://schemas.openxmlformats.org/officeDocument/2006/relationships/image" Target="media/image84.wmf"/><Relationship Id="rId477" Type="http://schemas.openxmlformats.org/officeDocument/2006/relationships/oleObject" Target="embeddings/oleObject232.bin"/><Relationship Id="rId600" Type="http://schemas.openxmlformats.org/officeDocument/2006/relationships/oleObject" Target="embeddings/oleObject293.bin"/><Relationship Id="rId684" Type="http://schemas.openxmlformats.org/officeDocument/2006/relationships/image" Target="media/image344.wmf"/><Relationship Id="rId337" Type="http://schemas.openxmlformats.org/officeDocument/2006/relationships/image" Target="media/image168.wmf"/><Relationship Id="rId34" Type="http://schemas.openxmlformats.org/officeDocument/2006/relationships/oleObject" Target="embeddings/oleObject13.bin"/><Relationship Id="rId544" Type="http://schemas.openxmlformats.org/officeDocument/2006/relationships/oleObject" Target="embeddings/oleObject266.bin"/><Relationship Id="rId183" Type="http://schemas.openxmlformats.org/officeDocument/2006/relationships/oleObject" Target="embeddings/oleObject87.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6.wmf"/><Relationship Id="rId250" Type="http://schemas.openxmlformats.org/officeDocument/2006/relationships/oleObject" Target="embeddings/oleObject119.bin"/><Relationship Id="rId488" Type="http://schemas.openxmlformats.org/officeDocument/2006/relationships/oleObject" Target="embeddings/oleObject238.bin"/><Relationship Id="rId695" Type="http://schemas.openxmlformats.org/officeDocument/2006/relationships/oleObject" Target="embeddings/oleObject338.bin"/><Relationship Id="rId709" Type="http://schemas.openxmlformats.org/officeDocument/2006/relationships/image" Target="media/image357.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oleObject" Target="embeddings/oleObject271.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1.bin"/><Relationship Id="rId622" Type="http://schemas.openxmlformats.org/officeDocument/2006/relationships/image" Target="media/image312.wmf"/><Relationship Id="rId261" Type="http://schemas.openxmlformats.org/officeDocument/2006/relationships/image" Target="media/image130.wmf"/><Relationship Id="rId499" Type="http://schemas.openxmlformats.org/officeDocument/2006/relationships/image" Target="media/image249.wmf"/><Relationship Id="rId56" Type="http://schemas.openxmlformats.org/officeDocument/2006/relationships/image" Target="media/image26.wmf"/><Relationship Id="rId359" Type="http://schemas.openxmlformats.org/officeDocument/2006/relationships/oleObject" Target="embeddings/oleObject173.bin"/><Relationship Id="rId566" Type="http://schemas.openxmlformats.org/officeDocument/2006/relationships/oleObject" Target="embeddings/oleObject276.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3.wmf"/><Relationship Id="rId633" Type="http://schemas.openxmlformats.org/officeDocument/2006/relationships/oleObject" Target="embeddings/oleObject308.bin"/><Relationship Id="rId67" Type="http://schemas.openxmlformats.org/officeDocument/2006/relationships/oleObject" Target="embeddings/oleObject29.bin"/><Relationship Id="rId272" Type="http://schemas.openxmlformats.org/officeDocument/2006/relationships/oleObject" Target="embeddings/oleObject130.bin"/><Relationship Id="rId577" Type="http://schemas.openxmlformats.org/officeDocument/2006/relationships/image" Target="media/image289.wmf"/><Relationship Id="rId700" Type="http://schemas.openxmlformats.org/officeDocument/2006/relationships/oleObject" Target="embeddings/oleObject341.bin"/><Relationship Id="rId132" Type="http://schemas.openxmlformats.org/officeDocument/2006/relationships/image" Target="media/image64.wmf"/><Relationship Id="rId437" Type="http://schemas.openxmlformats.org/officeDocument/2006/relationships/oleObject" Target="embeddings/oleObject212.bin"/><Relationship Id="rId644" Type="http://schemas.openxmlformats.org/officeDocument/2006/relationships/oleObject" Target="embeddings/oleObject313.bin"/><Relationship Id="rId283" Type="http://schemas.openxmlformats.org/officeDocument/2006/relationships/image" Target="media/image141.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8.wmf"/><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oleObject" Target="embeddings/oleObject287.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7.bin"/><Relationship Id="rId655" Type="http://schemas.openxmlformats.org/officeDocument/2006/relationships/oleObject" Target="embeddings/oleObject318.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7.wmf"/><Relationship Id="rId722" Type="http://schemas.openxmlformats.org/officeDocument/2006/relationships/oleObject" Target="embeddings/oleObject351.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74.bin"/><Relationship Id="rId599" Type="http://schemas.openxmlformats.org/officeDocument/2006/relationships/image" Target="media/image300.wmf"/><Relationship Id="rId459" Type="http://schemas.openxmlformats.org/officeDocument/2006/relationships/oleObject" Target="embeddings/oleObject223.bin"/><Relationship Id="rId666" Type="http://schemas.openxmlformats.org/officeDocument/2006/relationships/image" Target="media/image335.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oleObject" Target="embeddings/oleObject257.bin"/><Relationship Id="rId165" Type="http://schemas.openxmlformats.org/officeDocument/2006/relationships/oleObject" Target="embeddings/oleObject78.bin"/><Relationship Id="rId372" Type="http://schemas.openxmlformats.org/officeDocument/2006/relationships/image" Target="media/image186.wmf"/><Relationship Id="rId677" Type="http://schemas.openxmlformats.org/officeDocument/2006/relationships/oleObject" Target="embeddings/oleObject329.bin"/><Relationship Id="rId232" Type="http://schemas.openxmlformats.org/officeDocument/2006/relationships/image" Target="media/image114.png"/><Relationship Id="rId27" Type="http://schemas.openxmlformats.org/officeDocument/2006/relationships/oleObject" Target="embeddings/oleObject10.bin"/><Relationship Id="rId537" Type="http://schemas.openxmlformats.org/officeDocument/2006/relationships/image" Target="media/image268.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5.bin"/><Relationship Id="rId590" Type="http://schemas.openxmlformats.org/officeDocument/2006/relationships/oleObject" Target="embeddings/oleObject288.bin"/><Relationship Id="rId604" Type="http://schemas.openxmlformats.org/officeDocument/2006/relationships/oleObject" Target="embeddings/oleObject295.bin"/><Relationship Id="rId243" Type="http://schemas.openxmlformats.org/officeDocument/2006/relationships/oleObject" Target="embeddings/oleObject116.bin"/><Relationship Id="rId450" Type="http://schemas.openxmlformats.org/officeDocument/2006/relationships/oleObject" Target="embeddings/oleObject218.bin"/><Relationship Id="rId688" Type="http://schemas.openxmlformats.org/officeDocument/2006/relationships/image" Target="media/image346.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49.bin"/><Relationship Id="rId548" Type="http://schemas.openxmlformats.org/officeDocument/2006/relationships/oleObject" Target="embeddings/oleObject268.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08.wmf"/><Relationship Id="rId254" Type="http://schemas.openxmlformats.org/officeDocument/2006/relationships/oleObject" Target="embeddings/oleObject121.bin"/><Relationship Id="rId699" Type="http://schemas.openxmlformats.org/officeDocument/2006/relationships/image" Target="media/image351.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4.bin"/><Relationship Id="rId559" Type="http://schemas.openxmlformats.org/officeDocument/2006/relationships/oleObject" Target="embeddings/oleObject273.bin"/><Relationship Id="rId198" Type="http://schemas.openxmlformats.org/officeDocument/2006/relationships/image" Target="media/image97.wmf"/><Relationship Id="rId321" Type="http://schemas.openxmlformats.org/officeDocument/2006/relationships/image" Target="media/image160.wmf"/><Relationship Id="rId419" Type="http://schemas.openxmlformats.org/officeDocument/2006/relationships/oleObject" Target="embeddings/oleObject203.bin"/><Relationship Id="rId626" Type="http://schemas.openxmlformats.org/officeDocument/2006/relationships/image" Target="media/image314.wmf"/><Relationship Id="rId265" Type="http://schemas.openxmlformats.org/officeDocument/2006/relationships/image" Target="media/image132.wmf"/><Relationship Id="rId472" Type="http://schemas.openxmlformats.org/officeDocument/2006/relationships/image" Target="media/image236.wmf"/><Relationship Id="rId125" Type="http://schemas.openxmlformats.org/officeDocument/2006/relationships/oleObject" Target="embeddings/oleObject58.bin"/><Relationship Id="rId332" Type="http://schemas.openxmlformats.org/officeDocument/2006/relationships/oleObject" Target="embeddings/oleObject160.bin"/><Relationship Id="rId637" Type="http://schemas.openxmlformats.org/officeDocument/2006/relationships/image" Target="media/image320.wmf"/><Relationship Id="rId276" Type="http://schemas.openxmlformats.org/officeDocument/2006/relationships/oleObject" Target="embeddings/oleObject132.bin"/><Relationship Id="rId483" Type="http://schemas.openxmlformats.org/officeDocument/2006/relationships/image" Target="media/image241.png"/><Relationship Id="rId690" Type="http://schemas.openxmlformats.org/officeDocument/2006/relationships/image" Target="media/image347.wmf"/><Relationship Id="rId704" Type="http://schemas.openxmlformats.org/officeDocument/2006/relationships/image" Target="media/image354.png"/><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image" Target="media/image275.wmf"/><Relationship Id="rId203" Type="http://schemas.openxmlformats.org/officeDocument/2006/relationships/oleObject" Target="embeddings/oleObject97.bin"/><Relationship Id="rId648" Type="http://schemas.openxmlformats.org/officeDocument/2006/relationships/image" Target="media/image326.wmf"/><Relationship Id="rId287" Type="http://schemas.openxmlformats.org/officeDocument/2006/relationships/image" Target="media/image143.wmf"/><Relationship Id="rId410" Type="http://schemas.openxmlformats.org/officeDocument/2006/relationships/image" Target="media/image205.wmf"/><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80CB0-EAA3-44AA-87DA-18D4CDB6F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13</Pages>
  <Words>3067</Words>
  <Characters>17482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Admin</cp:lastModifiedBy>
  <cp:revision>27</cp:revision>
  <cp:lastPrinted>2025-04-18T05:09:00Z</cp:lastPrinted>
  <dcterms:created xsi:type="dcterms:W3CDTF">2022-08-12T10:34:00Z</dcterms:created>
  <dcterms:modified xsi:type="dcterms:W3CDTF">2025-05-11T14:47:00Z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